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6DEE" w14:textId="77777777" w:rsidR="00224D58" w:rsidRPr="006C77F8" w:rsidRDefault="00224D58" w:rsidP="00224D58">
      <w:pPr>
        <w:jc w:val="center"/>
        <w:rPr>
          <w:b/>
          <w:color w:val="000000"/>
          <w:sz w:val="24"/>
          <w:szCs w:val="24"/>
          <w:lang w:val="es-PY"/>
        </w:rPr>
      </w:pPr>
      <w:r w:rsidRPr="006C77F8">
        <w:rPr>
          <w:b/>
          <w:color w:val="000000"/>
          <w:sz w:val="24"/>
          <w:szCs w:val="24"/>
          <w:lang w:val="es-PY"/>
        </w:rPr>
        <w:t>MODELO NACIONAL DE EVALUACIÓN Y ACREDITACIÓN DE LA</w:t>
      </w:r>
    </w:p>
    <w:p w14:paraId="45A0289D" w14:textId="77777777" w:rsidR="00224D58" w:rsidRPr="006C77F8" w:rsidRDefault="00224D58" w:rsidP="00224D58">
      <w:pPr>
        <w:jc w:val="center"/>
        <w:rPr>
          <w:b/>
          <w:color w:val="000000"/>
          <w:sz w:val="24"/>
          <w:szCs w:val="24"/>
          <w:lang w:val="es-PY"/>
        </w:rPr>
      </w:pPr>
      <w:r w:rsidRPr="006C77F8">
        <w:rPr>
          <w:b/>
          <w:color w:val="000000"/>
          <w:sz w:val="24"/>
          <w:szCs w:val="24"/>
          <w:lang w:val="es-PY"/>
        </w:rPr>
        <w:t>EDUCACIÓN SUPERIOR</w:t>
      </w:r>
    </w:p>
    <w:p w14:paraId="2C42F145" w14:textId="77777777" w:rsidR="00224D58" w:rsidRPr="006C77F8" w:rsidRDefault="00224D58" w:rsidP="00224D58">
      <w:pPr>
        <w:jc w:val="center"/>
        <w:rPr>
          <w:b/>
          <w:color w:val="000000"/>
          <w:sz w:val="24"/>
          <w:szCs w:val="24"/>
          <w:lang w:val="es-PY"/>
        </w:rPr>
      </w:pPr>
    </w:p>
    <w:p w14:paraId="1F2E9C91" w14:textId="77777777" w:rsidR="00224D58" w:rsidRPr="006C77F8" w:rsidRDefault="00224D58" w:rsidP="00224D58">
      <w:pPr>
        <w:jc w:val="center"/>
        <w:rPr>
          <w:b/>
          <w:color w:val="000000"/>
          <w:sz w:val="24"/>
          <w:szCs w:val="24"/>
          <w:lang w:val="es-PY"/>
        </w:rPr>
      </w:pPr>
      <w:r w:rsidRPr="006C77F8">
        <w:rPr>
          <w:b/>
          <w:color w:val="000000"/>
          <w:sz w:val="24"/>
          <w:szCs w:val="24"/>
          <w:lang w:val="es-PY"/>
        </w:rPr>
        <w:t xml:space="preserve">SISTEMA DE EVALUACIÓN DE LA CALIDAD DE LA </w:t>
      </w:r>
    </w:p>
    <w:p w14:paraId="5A391880" w14:textId="77777777" w:rsidR="00224D58" w:rsidRPr="006C77F8" w:rsidRDefault="00224D58" w:rsidP="00224D58">
      <w:pPr>
        <w:jc w:val="center"/>
        <w:rPr>
          <w:b/>
          <w:color w:val="000000"/>
          <w:sz w:val="24"/>
          <w:szCs w:val="24"/>
          <w:lang w:val="es-PY"/>
        </w:rPr>
      </w:pPr>
      <w:r w:rsidRPr="006C77F8">
        <w:rPr>
          <w:b/>
          <w:color w:val="000000"/>
          <w:sz w:val="24"/>
          <w:szCs w:val="24"/>
          <w:lang w:val="es-PY"/>
        </w:rPr>
        <w:t>EDUCACIÓN SUPERIOR POR FASES</w:t>
      </w:r>
    </w:p>
    <w:p w14:paraId="5B6DDEAF" w14:textId="77777777" w:rsidR="00224D58" w:rsidRPr="006C77F8" w:rsidRDefault="00224D58" w:rsidP="00224D58">
      <w:pPr>
        <w:jc w:val="center"/>
        <w:rPr>
          <w:b/>
          <w:color w:val="000000"/>
          <w:sz w:val="24"/>
          <w:szCs w:val="24"/>
          <w:lang w:val="es-PY"/>
        </w:rPr>
      </w:pPr>
      <w:r w:rsidRPr="006C77F8">
        <w:rPr>
          <w:b/>
          <w:color w:val="000000"/>
          <w:sz w:val="24"/>
          <w:szCs w:val="24"/>
          <w:lang w:val="es-PY"/>
        </w:rPr>
        <w:t>Resolución ANEAES N° 309/2025</w:t>
      </w:r>
    </w:p>
    <w:p w14:paraId="2104C6E7" w14:textId="77777777" w:rsidR="00224D58" w:rsidRPr="006C77F8" w:rsidRDefault="00224D58" w:rsidP="00224D58">
      <w:pPr>
        <w:jc w:val="center"/>
        <w:rPr>
          <w:b/>
          <w:color w:val="000000"/>
          <w:sz w:val="24"/>
          <w:szCs w:val="24"/>
          <w:lang w:val="es-PY"/>
        </w:rPr>
      </w:pPr>
    </w:p>
    <w:p w14:paraId="4F4F51E6" w14:textId="7C9F5FE8" w:rsidR="00224D58" w:rsidRPr="006C77F8" w:rsidRDefault="00224D58" w:rsidP="00224D58">
      <w:pPr>
        <w:jc w:val="center"/>
        <w:rPr>
          <w:b/>
          <w:color w:val="000000"/>
          <w:sz w:val="24"/>
          <w:szCs w:val="24"/>
          <w:lang w:val="es-PY"/>
        </w:rPr>
      </w:pPr>
      <w:r w:rsidRPr="006C77F8">
        <w:rPr>
          <w:b/>
          <w:color w:val="000000"/>
          <w:sz w:val="24"/>
          <w:szCs w:val="24"/>
          <w:lang w:val="es-PY"/>
        </w:rPr>
        <w:t xml:space="preserve">INFORME DE AUTOEVALUACIÓN </w:t>
      </w:r>
      <w:r w:rsidR="00697865" w:rsidRPr="006C77F8">
        <w:rPr>
          <w:b/>
          <w:color w:val="000000"/>
          <w:sz w:val="24"/>
          <w:szCs w:val="24"/>
          <w:lang w:val="es-PY"/>
        </w:rPr>
        <w:t>–</w:t>
      </w:r>
      <w:r w:rsidRPr="006C77F8">
        <w:rPr>
          <w:b/>
          <w:color w:val="000000"/>
          <w:sz w:val="24"/>
          <w:szCs w:val="24"/>
          <w:lang w:val="es-PY"/>
        </w:rPr>
        <w:t xml:space="preserve"> </w:t>
      </w:r>
      <w:r w:rsidR="00697865" w:rsidRPr="006C77F8">
        <w:rPr>
          <w:b/>
          <w:color w:val="000000"/>
          <w:sz w:val="24"/>
          <w:szCs w:val="24"/>
          <w:lang w:val="es-PY"/>
        </w:rPr>
        <w:t>DOCTORADO INVESTIGATIVO</w:t>
      </w:r>
    </w:p>
    <w:p w14:paraId="58B1323E" w14:textId="103B576E" w:rsidR="0010517E" w:rsidRPr="00643CF3" w:rsidRDefault="00224D58" w:rsidP="00224D58">
      <w:pPr>
        <w:jc w:val="center"/>
        <w:rPr>
          <w:lang w:val="es-PY"/>
        </w:rPr>
      </w:pPr>
      <w:r w:rsidRPr="006C77F8">
        <w:rPr>
          <w:b/>
          <w:color w:val="000000"/>
          <w:sz w:val="24"/>
          <w:szCs w:val="24"/>
          <w:lang w:val="es-PY"/>
        </w:rPr>
        <w:t xml:space="preserve">MODALIDAD </w:t>
      </w:r>
      <w:r w:rsidR="00DB4F91" w:rsidRPr="006C77F8">
        <w:rPr>
          <w:b/>
          <w:color w:val="000000"/>
          <w:sz w:val="24"/>
          <w:szCs w:val="24"/>
          <w:lang w:val="es-PY"/>
        </w:rPr>
        <w:t>EDUCACIÓN A DISTANCIA</w:t>
      </w:r>
      <w:r w:rsidRPr="006C77F8">
        <w:rPr>
          <w:b/>
          <w:color w:val="000000"/>
          <w:sz w:val="24"/>
          <w:szCs w:val="24"/>
          <w:lang w:val="es-PY"/>
        </w:rPr>
        <w:t xml:space="preserve"> - INDIVIDUAL</w:t>
      </w:r>
    </w:p>
    <w:tbl>
      <w:tblPr>
        <w:tblW w:w="9648" w:type="dxa"/>
        <w:jc w:val="center"/>
        <w:tblLayout w:type="fixed"/>
        <w:tblLook w:val="04A0" w:firstRow="1" w:lastRow="0" w:firstColumn="1" w:lastColumn="0" w:noHBand="0" w:noVBand="1"/>
      </w:tblPr>
      <w:tblGrid>
        <w:gridCol w:w="3475"/>
        <w:gridCol w:w="6173"/>
      </w:tblGrid>
      <w:tr w:rsidR="0010517E" w14:paraId="0308C39A" w14:textId="77777777" w:rsidTr="00AF43FA">
        <w:trPr>
          <w:cantSplit/>
          <w:trHeight w:hRule="exact" w:val="403"/>
          <w:jc w:val="center"/>
        </w:trPr>
        <w:tc>
          <w:tcPr>
            <w:tcW w:w="9648"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0E16C69" w14:textId="77777777" w:rsidR="0010517E" w:rsidRDefault="00643CF3">
            <w:r>
              <w:rPr>
                <w:b/>
                <w:color w:val="FFFFFF"/>
              </w:rPr>
              <w:t>1. DATOS DE IDENTIFICACIÓN</w:t>
            </w:r>
          </w:p>
        </w:tc>
      </w:tr>
      <w:tr w:rsidR="0010517E" w14:paraId="1CFD0CBB"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2449B0E" w14:textId="77777777" w:rsidR="0010517E" w:rsidRDefault="00643CF3">
            <w:r>
              <w:rPr>
                <w:b/>
                <w:color w:val="FFFFFF"/>
              </w:rPr>
              <w:t>DATOS DE LA INSTITUCIÓN</w:t>
            </w:r>
          </w:p>
        </w:tc>
      </w:tr>
      <w:tr w:rsidR="0010517E" w14:paraId="46DD491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DE2597" w14:textId="77777777" w:rsidR="0010517E" w:rsidRDefault="00643CF3">
            <w:r>
              <w:rPr>
                <w:b/>
                <w:color w:val="000000"/>
              </w:rPr>
              <w:t>Institución: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54E4E1" w14:textId="77777777" w:rsidR="0010517E" w:rsidRDefault="0010517E"/>
        </w:tc>
      </w:tr>
      <w:tr w:rsidR="0010517E" w14:paraId="7390CA70"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4A6195" w14:textId="77777777" w:rsidR="0010517E" w:rsidRDefault="00643CF3">
            <w:r>
              <w:rPr>
                <w:b/>
                <w:color w:val="000000"/>
              </w:rPr>
              <w:t>Máxima autoridad: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8E639F" w14:textId="77777777" w:rsidR="0010517E" w:rsidRDefault="0010517E"/>
        </w:tc>
      </w:tr>
      <w:tr w:rsidR="0010517E" w14:paraId="7D13D8D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B31850" w14:textId="77777777" w:rsidR="0010517E" w:rsidRDefault="00643CF3">
            <w:r>
              <w:rPr>
                <w:b/>
                <w:color w:val="000000"/>
              </w:rPr>
              <w:t>Dirección: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B85EA6" w14:textId="77777777" w:rsidR="0010517E" w:rsidRDefault="0010517E"/>
        </w:tc>
      </w:tr>
      <w:tr w:rsidR="0010517E" w14:paraId="0945009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73E9A8" w14:textId="77777777" w:rsidR="0010517E" w:rsidRDefault="00643CF3">
            <w:r>
              <w:rPr>
                <w:b/>
                <w:color w:val="000000"/>
              </w:rPr>
              <w:t>Departamento: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7BB9A" w14:textId="77777777" w:rsidR="0010517E" w:rsidRDefault="0010517E"/>
        </w:tc>
      </w:tr>
      <w:tr w:rsidR="0010517E" w14:paraId="5F2B547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734DEE0" w14:textId="77777777" w:rsidR="0010517E" w:rsidRDefault="00643CF3">
            <w:r>
              <w:rPr>
                <w:b/>
                <w:color w:val="000000"/>
              </w:rPr>
              <w:t>Ciudad: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57036E" w14:textId="77777777" w:rsidR="0010517E" w:rsidRDefault="0010517E"/>
        </w:tc>
      </w:tr>
      <w:tr w:rsidR="0010517E" w14:paraId="3B8E2A01"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C53902E" w14:textId="77777777" w:rsidR="0010517E" w:rsidRDefault="00643CF3">
            <w:r>
              <w:rPr>
                <w:b/>
                <w:color w:val="000000"/>
              </w:rPr>
              <w:t>Teléfono: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CEFB5E" w14:textId="77777777" w:rsidR="0010517E" w:rsidRDefault="0010517E"/>
        </w:tc>
      </w:tr>
      <w:tr w:rsidR="0010517E" w14:paraId="53828C59"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EE2E92" w14:textId="77777777" w:rsidR="0010517E" w:rsidRDefault="00643CF3">
            <w:r>
              <w:rPr>
                <w:b/>
                <w:color w:val="000000"/>
              </w:rPr>
              <w:t>Correo electrónico: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D7872" w14:textId="77777777" w:rsidR="0010517E" w:rsidRDefault="0010517E"/>
        </w:tc>
      </w:tr>
      <w:tr w:rsidR="0010517E" w14:paraId="3E5EDC79"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24F117D" w14:textId="77777777" w:rsidR="0010517E" w:rsidRDefault="00643CF3">
            <w:r>
              <w:rPr>
                <w:b/>
                <w:color w:val="FFFFFF"/>
              </w:rPr>
              <w:t>DATOS ESPECÍFICOS DEL PROGRAMA</w:t>
            </w:r>
          </w:p>
        </w:tc>
      </w:tr>
      <w:tr w:rsidR="0010517E" w14:paraId="32DEADD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3CF5A8" w14:textId="77777777" w:rsidR="0010517E" w:rsidRDefault="00643CF3">
            <w:r>
              <w:rPr>
                <w:b/>
                <w:color w:val="000000"/>
              </w:rPr>
              <w:t>Nombre del programa: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A916DB" w14:textId="77777777" w:rsidR="0010517E" w:rsidRDefault="0010517E"/>
        </w:tc>
      </w:tr>
      <w:tr w:rsidR="0010517E" w14:paraId="7286B68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BF1819" w14:textId="77777777" w:rsidR="0010517E" w:rsidRDefault="00643CF3">
            <w:r>
              <w:rPr>
                <w:b/>
                <w:color w:val="000000"/>
              </w:rPr>
              <w:t>Facultad: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0C4382" w14:textId="77777777" w:rsidR="0010517E" w:rsidRDefault="0010517E"/>
        </w:tc>
      </w:tr>
      <w:tr w:rsidR="0010517E" w:rsidRPr="00064F69" w14:paraId="23440615" w14:textId="77777777" w:rsidTr="00AF43FA">
        <w:trPr>
          <w:cantSplit/>
          <w:trHeight w:hRule="exact" w:val="605"/>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1647D1" w14:textId="77777777" w:rsidR="0010517E" w:rsidRPr="00643CF3" w:rsidRDefault="00643CF3">
            <w:pPr>
              <w:rPr>
                <w:lang w:val="es-PY"/>
              </w:rPr>
            </w:pPr>
            <w:r w:rsidRPr="00643CF3">
              <w:rPr>
                <w:b/>
                <w:color w:val="000000"/>
                <w:lang w:val="es-PY"/>
              </w:rPr>
              <w:t>Sede o filial donde se desarrolla: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CDFBDC" w14:textId="77777777" w:rsidR="0010517E" w:rsidRPr="00643CF3" w:rsidRDefault="0010517E">
            <w:pPr>
              <w:rPr>
                <w:lang w:val="es-PY"/>
              </w:rPr>
            </w:pPr>
          </w:p>
        </w:tc>
      </w:tr>
      <w:tr w:rsidR="0010517E" w14:paraId="55FCD5C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AA2155" w14:textId="77777777" w:rsidR="0010517E" w:rsidRDefault="00643CF3">
            <w:r>
              <w:rPr>
                <w:b/>
                <w:color w:val="000000"/>
              </w:rPr>
              <w:t>Dirección: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0CD7B38" w14:textId="77777777" w:rsidR="0010517E" w:rsidRDefault="0010517E"/>
        </w:tc>
      </w:tr>
      <w:tr w:rsidR="0010517E" w:rsidRPr="00064F69" w14:paraId="0FC66BE4"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FA31E18" w14:textId="77777777" w:rsidR="0010517E" w:rsidRPr="00643CF3" w:rsidRDefault="00643CF3">
            <w:pPr>
              <w:rPr>
                <w:lang w:val="es-PY"/>
              </w:rPr>
            </w:pPr>
            <w:r w:rsidRPr="00643CF3">
              <w:rPr>
                <w:b/>
                <w:color w:val="FFFFFF"/>
                <w:lang w:val="es-PY"/>
              </w:rPr>
              <w:t>DATOS DE LOS RESPONSABLES DEL PROGRAMA</w:t>
            </w:r>
          </w:p>
        </w:tc>
      </w:tr>
      <w:tr w:rsidR="0010517E" w14:paraId="1F0282B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25D641" w14:textId="77777777" w:rsidR="0010517E" w:rsidRDefault="00643CF3">
            <w:r>
              <w:rPr>
                <w:b/>
                <w:color w:val="000000"/>
              </w:rPr>
              <w:t>Nombres y apellidos:</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995FF2" w14:textId="77777777" w:rsidR="0010517E" w:rsidRDefault="0010517E"/>
        </w:tc>
      </w:tr>
      <w:tr w:rsidR="0010517E" w14:paraId="5F5A860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5D31A5" w14:textId="77777777" w:rsidR="0010517E" w:rsidRDefault="00643CF3">
            <w:r>
              <w:rPr>
                <w:b/>
                <w:color w:val="000000"/>
              </w:rPr>
              <w:t>Máxima titulación académica: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466341" w14:textId="77777777" w:rsidR="0010517E" w:rsidRDefault="0010517E"/>
        </w:tc>
      </w:tr>
      <w:tr w:rsidR="0010517E" w14:paraId="5A758D28"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D5D84C" w14:textId="77777777" w:rsidR="0010517E" w:rsidRDefault="00643CF3">
            <w:r>
              <w:rPr>
                <w:b/>
                <w:color w:val="000000"/>
              </w:rPr>
              <w:t>Resolución de nombramiento: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D7B632" w14:textId="77777777" w:rsidR="0010517E" w:rsidRDefault="0010517E"/>
        </w:tc>
      </w:tr>
      <w:tr w:rsidR="0010517E" w:rsidRPr="00064F69" w14:paraId="37DFB205"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5780189" w14:textId="77777777" w:rsidR="0010517E" w:rsidRPr="00643CF3" w:rsidRDefault="00643CF3">
            <w:pPr>
              <w:rPr>
                <w:lang w:val="es-PY"/>
              </w:rPr>
            </w:pPr>
            <w:r w:rsidRPr="00643CF3">
              <w:rPr>
                <w:b/>
                <w:color w:val="FFFFFF"/>
                <w:lang w:val="es-PY"/>
              </w:rPr>
              <w:t>DATOS DEL TÉCNICO DE ENLACE</w:t>
            </w:r>
          </w:p>
        </w:tc>
      </w:tr>
      <w:tr w:rsidR="0010517E" w14:paraId="7AF53294"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BD4E13" w14:textId="77777777" w:rsidR="0010517E" w:rsidRDefault="00643CF3">
            <w:r>
              <w:rPr>
                <w:b/>
                <w:color w:val="000000"/>
              </w:rPr>
              <w:t>Nombres y apellidos:</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68E3BA" w14:textId="77777777" w:rsidR="0010517E" w:rsidRDefault="0010517E"/>
        </w:tc>
      </w:tr>
      <w:tr w:rsidR="0010517E" w14:paraId="7CFC2B6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A25A11" w14:textId="77777777" w:rsidR="0010517E" w:rsidRDefault="00643CF3">
            <w:r>
              <w:rPr>
                <w:b/>
                <w:color w:val="000000"/>
              </w:rPr>
              <w:t>Correo electrónico: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61339" w14:textId="77777777" w:rsidR="0010517E" w:rsidRDefault="0010517E"/>
        </w:tc>
      </w:tr>
      <w:tr w:rsidR="0010517E" w14:paraId="2FA48E4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119E302" w14:textId="77777777" w:rsidR="0010517E" w:rsidRDefault="00643CF3">
            <w:r>
              <w:rPr>
                <w:b/>
                <w:color w:val="000000"/>
              </w:rPr>
              <w:t>Teléfono de contacto: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26C6C8" w14:textId="77777777" w:rsidR="0010517E" w:rsidRDefault="0010517E"/>
        </w:tc>
      </w:tr>
    </w:tbl>
    <w:p w14:paraId="56F3B075" w14:textId="77777777" w:rsidR="0010517E" w:rsidRDefault="00643CF3">
      <w:r>
        <w:br w:type="page"/>
      </w:r>
    </w:p>
    <w:tbl>
      <w:tblPr>
        <w:tblW w:w="0" w:type="auto"/>
        <w:jc w:val="center"/>
        <w:tblLayout w:type="fixed"/>
        <w:tblLook w:val="04A0" w:firstRow="1" w:lastRow="0" w:firstColumn="1" w:lastColumn="0" w:noHBand="0" w:noVBand="1"/>
      </w:tblPr>
      <w:tblGrid>
        <w:gridCol w:w="9773"/>
      </w:tblGrid>
      <w:tr w:rsidR="0010517E" w14:paraId="75BB4E39" w14:textId="77777777" w:rsidTr="00AF43FA">
        <w:trPr>
          <w:cantSplit/>
          <w:trHeight w:hRule="exact" w:val="432"/>
          <w:jc w:val="center"/>
        </w:trPr>
        <w:tc>
          <w:tcPr>
            <w:tcW w:w="9773"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DC550D8" w14:textId="77777777" w:rsidR="0010517E" w:rsidRDefault="00643CF3">
            <w:r>
              <w:rPr>
                <w:b/>
                <w:color w:val="FFFFFF"/>
              </w:rPr>
              <w:lastRenderedPageBreak/>
              <w:t>2. PRESENTACIÓN DE LA INSTITUCIÓN</w:t>
            </w:r>
          </w:p>
        </w:tc>
      </w:tr>
      <w:tr w:rsidR="0010517E" w:rsidRPr="00064F69" w14:paraId="0FEE5357" w14:textId="77777777" w:rsidTr="00AF43FA">
        <w:trPr>
          <w:cantSplit/>
          <w:trHeight w:hRule="exact" w:val="12400"/>
          <w:jc w:val="center"/>
        </w:trPr>
        <w:tc>
          <w:tcPr>
            <w:tcW w:w="977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89D6B18" w14:textId="77777777" w:rsidR="00224D58" w:rsidRPr="003B5381" w:rsidRDefault="00224D58" w:rsidP="00224D58">
            <w:pPr>
              <w:jc w:val="both"/>
              <w:rPr>
                <w:color w:val="A6A6A6"/>
                <w:lang w:val="es-PY"/>
              </w:rPr>
            </w:pPr>
            <w:r w:rsidRPr="003B5381">
              <w:rPr>
                <w:color w:val="A6A6A6"/>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A224F62" w14:textId="77777777" w:rsidR="00224D58" w:rsidRPr="003B5381" w:rsidRDefault="00224D58" w:rsidP="00224D58">
            <w:pPr>
              <w:jc w:val="both"/>
              <w:rPr>
                <w:color w:val="A6A6A6"/>
                <w:lang w:val="es-PY"/>
              </w:rPr>
            </w:pPr>
            <w:r w:rsidRPr="003B5381">
              <w:rPr>
                <w:color w:val="A6A6A6"/>
                <w:lang w:val="es-PY"/>
              </w:rPr>
              <w:t>La descripción debe incluir, al menos, los siguientes aspectos:</w:t>
            </w:r>
          </w:p>
          <w:p w14:paraId="714C505E" w14:textId="77777777" w:rsidR="00224D58" w:rsidRPr="003B5381" w:rsidRDefault="00224D58" w:rsidP="00224D58">
            <w:pPr>
              <w:jc w:val="both"/>
              <w:rPr>
                <w:color w:val="A6A6A6"/>
                <w:lang w:val="es-PY"/>
              </w:rPr>
            </w:pPr>
            <w:r w:rsidRPr="003B5381">
              <w:rPr>
                <w:color w:val="A6A6A6"/>
                <w:lang w:val="es-PY"/>
              </w:rPr>
              <w:t>1.</w:t>
            </w:r>
            <w:r w:rsidRPr="003B5381">
              <w:rPr>
                <w:color w:val="A6A6A6"/>
                <w:lang w:val="es-PY"/>
              </w:rPr>
              <w:tab/>
              <w:t>Identificación institucional:</w:t>
            </w:r>
          </w:p>
          <w:p w14:paraId="17B42A53"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Nombre completo de la institución de educación superior.</w:t>
            </w:r>
          </w:p>
          <w:p w14:paraId="75C87583"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Naturaleza jurídica (pública, privada, comunitaria).</w:t>
            </w:r>
          </w:p>
          <w:p w14:paraId="265107B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Año de creación y antecedentes relevantes de su desarrollo histórico.</w:t>
            </w:r>
          </w:p>
          <w:p w14:paraId="0DA2E642" w14:textId="77777777" w:rsidR="00224D58" w:rsidRPr="003B5381" w:rsidRDefault="00224D58" w:rsidP="00224D58">
            <w:pPr>
              <w:jc w:val="both"/>
              <w:rPr>
                <w:color w:val="A6A6A6"/>
                <w:lang w:val="es-PY"/>
              </w:rPr>
            </w:pPr>
          </w:p>
          <w:p w14:paraId="3D682A79" w14:textId="77777777" w:rsidR="00224D58" w:rsidRPr="003B5381" w:rsidRDefault="00224D58" w:rsidP="00224D58">
            <w:pPr>
              <w:jc w:val="both"/>
              <w:rPr>
                <w:color w:val="A6A6A6"/>
                <w:lang w:val="es-PY"/>
              </w:rPr>
            </w:pPr>
            <w:r w:rsidRPr="003B5381">
              <w:rPr>
                <w:color w:val="A6A6A6"/>
                <w:lang w:val="es-PY"/>
              </w:rPr>
              <w:t>2.</w:t>
            </w:r>
            <w:r w:rsidRPr="003B5381">
              <w:rPr>
                <w:color w:val="A6A6A6"/>
                <w:lang w:val="es-PY"/>
              </w:rPr>
              <w:tab/>
              <w:t>Misión, visión y valores institucionales:</w:t>
            </w:r>
          </w:p>
          <w:p w14:paraId="60323C25"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Declaración oficial vigente.</w:t>
            </w:r>
          </w:p>
          <w:p w14:paraId="023A4FA1"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Relación con las funciones sustantivas: docencia, investigación y extensión.</w:t>
            </w:r>
          </w:p>
          <w:p w14:paraId="120D947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Vinculación de la misión institucional con la formación de posgrado.</w:t>
            </w:r>
          </w:p>
          <w:p w14:paraId="2E04EC21" w14:textId="77777777" w:rsidR="00224D58" w:rsidRPr="003B5381" w:rsidRDefault="00224D58" w:rsidP="00224D58">
            <w:pPr>
              <w:jc w:val="both"/>
              <w:rPr>
                <w:color w:val="A6A6A6"/>
                <w:lang w:val="es-PY"/>
              </w:rPr>
            </w:pPr>
          </w:p>
          <w:p w14:paraId="0DE36B22" w14:textId="77777777" w:rsidR="00224D58" w:rsidRPr="003B5381" w:rsidRDefault="00224D58" w:rsidP="00224D58">
            <w:pPr>
              <w:jc w:val="both"/>
              <w:rPr>
                <w:color w:val="A6A6A6"/>
                <w:lang w:val="es-PY"/>
              </w:rPr>
            </w:pPr>
            <w:r w:rsidRPr="003B5381">
              <w:rPr>
                <w:color w:val="A6A6A6"/>
                <w:lang w:val="es-PY"/>
              </w:rPr>
              <w:t>3.</w:t>
            </w:r>
            <w:r w:rsidRPr="003B5381">
              <w:rPr>
                <w:color w:val="A6A6A6"/>
                <w:lang w:val="es-PY"/>
              </w:rPr>
              <w:tab/>
              <w:t>Estructura organizacional:</w:t>
            </w:r>
          </w:p>
          <w:p w14:paraId="6891B338"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Descripción de la estructura general de gobierno y gestión institucional.</w:t>
            </w:r>
          </w:p>
          <w:p w14:paraId="38954A3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Identificación de las dependencias de la que depende el programa (por ejemplo, Vicerrectorado Académico, Dirección de Posgrado o equivalente).</w:t>
            </w:r>
          </w:p>
          <w:p w14:paraId="524C8515"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Principales instancias de apoyo a la calidad, investigación y vinculación académica.</w:t>
            </w:r>
          </w:p>
          <w:p w14:paraId="5C9A4873" w14:textId="77777777" w:rsidR="00224D58" w:rsidRPr="003B5381" w:rsidRDefault="00224D58" w:rsidP="00224D58">
            <w:pPr>
              <w:jc w:val="both"/>
              <w:rPr>
                <w:color w:val="A6A6A6"/>
                <w:lang w:val="es-PY"/>
              </w:rPr>
            </w:pPr>
          </w:p>
          <w:p w14:paraId="25DA4B1B" w14:textId="77777777" w:rsidR="00224D58" w:rsidRPr="003B5381" w:rsidRDefault="00224D58" w:rsidP="00224D58">
            <w:pPr>
              <w:jc w:val="both"/>
              <w:rPr>
                <w:color w:val="A6A6A6"/>
                <w:lang w:val="es-PY"/>
              </w:rPr>
            </w:pPr>
            <w:r w:rsidRPr="003B5381">
              <w:rPr>
                <w:color w:val="A6A6A6"/>
                <w:lang w:val="es-PY"/>
              </w:rPr>
              <w:t>4.</w:t>
            </w:r>
            <w:r w:rsidRPr="003B5381">
              <w:rPr>
                <w:color w:val="A6A6A6"/>
                <w:lang w:val="es-PY"/>
              </w:rPr>
              <w:tab/>
              <w:t>Políticas institucionales vinculadas al posgrado:</w:t>
            </w:r>
          </w:p>
          <w:p w14:paraId="428010CB"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Políticas y estrategias para el desarrollo de programas.</w:t>
            </w:r>
          </w:p>
          <w:p w14:paraId="4611083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Normativas internas que regulan la creación, evaluación y mejora de los programas.</w:t>
            </w:r>
          </w:p>
          <w:p w14:paraId="16764430"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Mecanismos institucionales de aseguramiento de la calidad y mejora continua.</w:t>
            </w:r>
          </w:p>
          <w:p w14:paraId="52229D1C" w14:textId="77777777" w:rsidR="00224D58" w:rsidRPr="003B5381" w:rsidRDefault="00224D58" w:rsidP="00224D58">
            <w:pPr>
              <w:jc w:val="both"/>
              <w:rPr>
                <w:color w:val="A6A6A6"/>
                <w:lang w:val="es-PY"/>
              </w:rPr>
            </w:pPr>
          </w:p>
          <w:p w14:paraId="14F21371" w14:textId="77777777" w:rsidR="00224D58" w:rsidRPr="003B5381" w:rsidRDefault="00224D58" w:rsidP="00224D58">
            <w:pPr>
              <w:jc w:val="both"/>
              <w:rPr>
                <w:color w:val="A6A6A6"/>
                <w:lang w:val="es-PY"/>
              </w:rPr>
            </w:pPr>
            <w:r w:rsidRPr="003B5381">
              <w:rPr>
                <w:color w:val="A6A6A6"/>
                <w:lang w:val="es-PY"/>
              </w:rPr>
              <w:t>5.</w:t>
            </w:r>
            <w:r w:rsidRPr="003B5381">
              <w:rPr>
                <w:color w:val="A6A6A6"/>
                <w:lang w:val="es-PY"/>
              </w:rPr>
              <w:tab/>
              <w:t>Infraestructura y recursos institucionales:</w:t>
            </w:r>
          </w:p>
          <w:p w14:paraId="25E0887B"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Principales recursos físicos, tecnológicos y académicos disponibles para el posgrado (bibliotecas, laboratorios, bases de datos, aulas, plataformas virtuales, etc.).</w:t>
            </w:r>
          </w:p>
          <w:p w14:paraId="31E09387"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Acciones institucionales para la equidad de acceso, sostenibilidad y apoyo a la investigación.</w:t>
            </w:r>
          </w:p>
          <w:p w14:paraId="0F886867" w14:textId="77777777" w:rsidR="00224D58" w:rsidRPr="003B5381" w:rsidRDefault="00224D58" w:rsidP="00224D58">
            <w:pPr>
              <w:jc w:val="both"/>
              <w:rPr>
                <w:color w:val="A6A6A6"/>
                <w:lang w:val="es-PY"/>
              </w:rPr>
            </w:pPr>
          </w:p>
          <w:p w14:paraId="7F1A0065" w14:textId="77777777" w:rsidR="00224D58" w:rsidRPr="003B5381" w:rsidRDefault="00224D58" w:rsidP="00224D58">
            <w:pPr>
              <w:jc w:val="both"/>
              <w:rPr>
                <w:color w:val="A6A6A6"/>
                <w:lang w:val="es-PY"/>
              </w:rPr>
            </w:pPr>
            <w:r w:rsidRPr="003B5381">
              <w:rPr>
                <w:color w:val="A6A6A6"/>
                <w:lang w:val="es-PY"/>
              </w:rPr>
              <w:t>6.</w:t>
            </w:r>
            <w:r w:rsidRPr="003B5381">
              <w:rPr>
                <w:color w:val="A6A6A6"/>
                <w:lang w:val="es-PY"/>
              </w:rPr>
              <w:tab/>
              <w:t>Trayectoria y posicionamiento académico:</w:t>
            </w:r>
          </w:p>
          <w:p w14:paraId="238E1FC0"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Experiencia institucional en la gestión de programas de posgrado.</w:t>
            </w:r>
          </w:p>
          <w:p w14:paraId="1E64C25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Logros, reconocimientos o resultados relevantes en materia de investigación o formación avanzada.</w:t>
            </w:r>
          </w:p>
          <w:p w14:paraId="1A81842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Participación en redes académicas, consorcios o convenios interinstitucionales.</w:t>
            </w:r>
          </w:p>
          <w:p w14:paraId="75B71372" w14:textId="77777777" w:rsidR="00224D58" w:rsidRPr="003B5381" w:rsidRDefault="00224D58" w:rsidP="00224D58">
            <w:pPr>
              <w:jc w:val="both"/>
              <w:rPr>
                <w:color w:val="A6A6A6"/>
                <w:lang w:val="es-PY"/>
              </w:rPr>
            </w:pPr>
          </w:p>
          <w:p w14:paraId="0B71E95D" w14:textId="77777777" w:rsidR="00224D58" w:rsidRPr="003B5381" w:rsidRDefault="00224D58" w:rsidP="00224D58">
            <w:pPr>
              <w:jc w:val="both"/>
              <w:rPr>
                <w:b/>
                <w:bCs/>
                <w:lang w:val="es-PY"/>
              </w:rPr>
            </w:pPr>
            <w:r w:rsidRPr="003B5381">
              <w:rPr>
                <w:color w:val="A6A6A6"/>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3B5381">
              <w:rPr>
                <w:b/>
                <w:bCs/>
                <w:color w:val="A6A6A6"/>
                <w:lang w:val="es-PY"/>
              </w:rPr>
              <w:t xml:space="preserve"> </w:t>
            </w:r>
          </w:p>
          <w:p w14:paraId="2DB4E628" w14:textId="77777777" w:rsidR="0010517E" w:rsidRPr="003B5381" w:rsidRDefault="0010517E" w:rsidP="006D4935">
            <w:pPr>
              <w:ind w:hanging="226"/>
              <w:rPr>
                <w:lang w:val="es-PY"/>
              </w:rPr>
            </w:pPr>
          </w:p>
        </w:tc>
      </w:tr>
    </w:tbl>
    <w:p w14:paraId="44FFFD08" w14:textId="77777777"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9790"/>
      </w:tblGrid>
      <w:tr w:rsidR="0010517E" w14:paraId="7464DFF3" w14:textId="77777777" w:rsidTr="006D4935">
        <w:trPr>
          <w:cantSplit/>
          <w:trHeight w:hRule="exact" w:val="432"/>
          <w:jc w:val="center"/>
        </w:trPr>
        <w:tc>
          <w:tcPr>
            <w:tcW w:w="9790"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B9B003D" w14:textId="77777777" w:rsidR="0010517E" w:rsidRDefault="00643CF3">
            <w:r>
              <w:rPr>
                <w:b/>
                <w:color w:val="FFFFFF"/>
              </w:rPr>
              <w:lastRenderedPageBreak/>
              <w:t>3. PRESENTACIÓN DEL PROGRAMA</w:t>
            </w:r>
          </w:p>
        </w:tc>
      </w:tr>
      <w:tr w:rsidR="0010517E" w:rsidRPr="00064F69" w14:paraId="0E5A1CCC" w14:textId="77777777" w:rsidTr="006D4935">
        <w:trPr>
          <w:cantSplit/>
          <w:trHeight w:hRule="exact" w:val="12400"/>
          <w:jc w:val="center"/>
        </w:trPr>
        <w:tc>
          <w:tcPr>
            <w:tcW w:w="979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CA316ED" w14:textId="77777777" w:rsidR="003B5381" w:rsidRDefault="00224D58" w:rsidP="006A537F">
            <w:pPr>
              <w:spacing w:line="276" w:lineRule="auto"/>
              <w:jc w:val="both"/>
              <w:rPr>
                <w:rFonts w:eastAsia="Times New Roman"/>
                <w:color w:val="A6A6A6"/>
                <w:szCs w:val="20"/>
                <w:lang w:val="es-PY"/>
              </w:rPr>
            </w:pPr>
            <w:r w:rsidRPr="003B5381">
              <w:rPr>
                <w:rFonts w:eastAsia="Times New Roman"/>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B6143E4" w14:textId="77777777" w:rsidR="003B5381" w:rsidRDefault="003B5381" w:rsidP="006A537F">
            <w:pPr>
              <w:spacing w:line="276" w:lineRule="auto"/>
              <w:jc w:val="both"/>
              <w:rPr>
                <w:rFonts w:eastAsia="Times New Roman"/>
                <w:color w:val="A6A6A6"/>
                <w:szCs w:val="20"/>
                <w:lang w:val="es-PY"/>
              </w:rPr>
            </w:pPr>
          </w:p>
          <w:p w14:paraId="19C2045B" w14:textId="77777777" w:rsidR="003B5381" w:rsidRDefault="00224D58" w:rsidP="006A537F">
            <w:pPr>
              <w:spacing w:line="276" w:lineRule="auto"/>
              <w:jc w:val="both"/>
              <w:rPr>
                <w:rFonts w:eastAsia="Times New Roman"/>
                <w:color w:val="A6A6A6"/>
                <w:szCs w:val="20"/>
                <w:lang w:val="es-PY"/>
              </w:rPr>
            </w:pPr>
            <w:r w:rsidRPr="003B5381">
              <w:rPr>
                <w:rFonts w:eastAsia="Times New Roman"/>
                <w:color w:val="A6A6A6"/>
                <w:szCs w:val="20"/>
                <w:lang w:val="es-PY"/>
              </w:rPr>
              <w:t>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El texto deberá redactarse en forma sintética y cohesionada, reflejando la identidad, los propósitos y la relevancia del programa dentro de la oferta</w:t>
            </w:r>
            <w:r w:rsidR="003B5381">
              <w:rPr>
                <w:rFonts w:eastAsia="Times New Roman"/>
                <w:color w:val="A6A6A6"/>
                <w:szCs w:val="20"/>
                <w:lang w:val="es-PY"/>
              </w:rPr>
              <w:t xml:space="preserve"> institucional de posgrado.</w:t>
            </w:r>
          </w:p>
          <w:p w14:paraId="674489D7" w14:textId="672BE376" w:rsidR="00224D58" w:rsidRPr="003B5381" w:rsidRDefault="00224D58" w:rsidP="003B5381">
            <w:pPr>
              <w:jc w:val="both"/>
              <w:rPr>
                <w:rFonts w:eastAsia="Times New Roman"/>
                <w:color w:val="A6A6A6"/>
                <w:szCs w:val="20"/>
                <w:lang w:val="es-PY"/>
              </w:rPr>
            </w:pPr>
            <w:r w:rsidRPr="003B5381">
              <w:rPr>
                <w:rFonts w:eastAsia="Times New Roman"/>
                <w:color w:val="A6A6A6"/>
                <w:szCs w:val="20"/>
                <w:lang w:val="es-PY"/>
              </w:rPr>
              <w:br/>
            </w:r>
          </w:p>
          <w:p w14:paraId="5CF06B88" w14:textId="77777777" w:rsidR="0010517E" w:rsidRPr="003B5381" w:rsidRDefault="0010517E" w:rsidP="006D4935">
            <w:pPr>
              <w:ind w:left="-226" w:firstLine="156"/>
              <w:rPr>
                <w:lang w:val="es-PY"/>
              </w:rPr>
            </w:pPr>
          </w:p>
        </w:tc>
      </w:tr>
    </w:tbl>
    <w:p w14:paraId="7CC7F103" w14:textId="77777777" w:rsidR="003B5381" w:rsidRDefault="003B5381" w:rsidP="00224D58">
      <w:pPr>
        <w:rPr>
          <w:lang w:val="es-PY"/>
        </w:rPr>
      </w:pPr>
    </w:p>
    <w:p w14:paraId="50BCE899" w14:textId="77777777" w:rsidR="003B5381" w:rsidRPr="00697865" w:rsidRDefault="003B5381" w:rsidP="00224D58">
      <w:pPr>
        <w:rPr>
          <w:rFonts w:eastAsia="Times New Roman" w:cs="Times New Roman"/>
          <w:b/>
          <w:bCs/>
          <w:lang w:val="es-PY" w:eastAsia="es-PY"/>
        </w:rPr>
      </w:pPr>
    </w:p>
    <w:p w14:paraId="55E0F4D3" w14:textId="4CEF6F6B" w:rsidR="00224D58" w:rsidRPr="003B5381" w:rsidRDefault="00224D58" w:rsidP="003B5381">
      <w:pPr>
        <w:rPr>
          <w:lang w:val="es-PY"/>
        </w:rPr>
      </w:pPr>
      <w:r w:rsidRPr="006B6544">
        <w:rPr>
          <w:rFonts w:eastAsia="Times New Roman" w:cs="Times New Roman"/>
          <w:b/>
          <w:bCs/>
          <w:lang w:eastAsia="es-PY"/>
        </w:rPr>
        <w:lastRenderedPageBreak/>
        <w:t>TABLA 1. OFERTA ACADÉMICA EVALUADA</w:t>
      </w:r>
    </w:p>
    <w:p w14:paraId="321D154D" w14:textId="77777777" w:rsidR="00224D58" w:rsidRPr="006B6544" w:rsidRDefault="00224D58" w:rsidP="00224D58">
      <w:pPr>
        <w:rPr>
          <w:rFonts w:eastAsia="Times New Roman" w:cs="Times New Roman"/>
          <w:b/>
          <w:bCs/>
          <w:lang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6"/>
        <w:gridCol w:w="1283"/>
        <w:gridCol w:w="1133"/>
        <w:gridCol w:w="1559"/>
        <w:gridCol w:w="1416"/>
        <w:gridCol w:w="1836"/>
      </w:tblGrid>
      <w:tr w:rsidR="0096288B" w:rsidRPr="00064F69" w14:paraId="22BD6090" w14:textId="77777777" w:rsidTr="00064F69">
        <w:trPr>
          <w:trHeight w:val="782"/>
          <w:tblHeader/>
          <w:jc w:val="center"/>
        </w:trPr>
        <w:tc>
          <w:tcPr>
            <w:tcW w:w="2689" w:type="dxa"/>
            <w:shd w:val="clear" w:color="auto" w:fill="808080"/>
            <w:vAlign w:val="center"/>
          </w:tcPr>
          <w:p w14:paraId="20C6EBDD"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Oferta académica</w:t>
            </w:r>
          </w:p>
        </w:tc>
        <w:tc>
          <w:tcPr>
            <w:tcW w:w="1275" w:type="dxa"/>
            <w:shd w:val="clear" w:color="auto" w:fill="808080"/>
            <w:vAlign w:val="center"/>
          </w:tcPr>
          <w:p w14:paraId="0A533C4E" w14:textId="77777777" w:rsidR="00224D58" w:rsidRPr="006B6544" w:rsidRDefault="00224D58" w:rsidP="00224D58">
            <w:pPr>
              <w:jc w:val="center"/>
              <w:rPr>
                <w:rFonts w:eastAsia="Times New Roman" w:cs="Times New Roman"/>
                <w:b/>
                <w:bCs/>
                <w:color w:val="FFFFFF"/>
                <w:szCs w:val="20"/>
                <w:lang w:eastAsia="es-PY"/>
              </w:rPr>
            </w:pPr>
          </w:p>
          <w:p w14:paraId="363D2699"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Res. de Habilitación</w:t>
            </w:r>
          </w:p>
          <w:p w14:paraId="62FE8024" w14:textId="77777777" w:rsidR="00224D58" w:rsidRPr="006B6544" w:rsidRDefault="00224D58" w:rsidP="00224D58">
            <w:pPr>
              <w:jc w:val="center"/>
              <w:rPr>
                <w:rFonts w:eastAsia="Times New Roman" w:cs="Times New Roman"/>
                <w:b/>
                <w:bCs/>
                <w:color w:val="FFFFFF"/>
                <w:szCs w:val="20"/>
                <w:lang w:eastAsia="es-PY"/>
              </w:rPr>
            </w:pPr>
          </w:p>
        </w:tc>
        <w:tc>
          <w:tcPr>
            <w:tcW w:w="1134" w:type="dxa"/>
            <w:shd w:val="clear" w:color="auto" w:fill="808080"/>
            <w:vAlign w:val="center"/>
          </w:tcPr>
          <w:p w14:paraId="5886C6A2"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Año de inicio</w:t>
            </w:r>
          </w:p>
        </w:tc>
        <w:tc>
          <w:tcPr>
            <w:tcW w:w="1560" w:type="dxa"/>
            <w:shd w:val="clear" w:color="auto" w:fill="808080"/>
            <w:vAlign w:val="center"/>
          </w:tcPr>
          <w:p w14:paraId="457F21B9" w14:textId="7C2EF883"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Cantidad de </w:t>
            </w:r>
            <w:r w:rsidR="0096288B">
              <w:rPr>
                <w:rFonts w:eastAsia="Times New Roman" w:cs="Times New Roman"/>
                <w:b/>
                <w:bCs/>
                <w:color w:val="FFFFFF"/>
                <w:szCs w:val="20"/>
                <w:lang w:eastAsia="es-PY"/>
              </w:rPr>
              <w:t>participantes</w:t>
            </w:r>
          </w:p>
        </w:tc>
        <w:tc>
          <w:tcPr>
            <w:tcW w:w="1417" w:type="dxa"/>
            <w:shd w:val="clear" w:color="auto" w:fill="808080"/>
            <w:vAlign w:val="center"/>
          </w:tcPr>
          <w:p w14:paraId="393D8D20"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Cantidad de docentes</w:t>
            </w:r>
          </w:p>
        </w:tc>
        <w:tc>
          <w:tcPr>
            <w:tcW w:w="1838" w:type="dxa"/>
            <w:shd w:val="clear" w:color="auto" w:fill="808080"/>
            <w:vAlign w:val="center"/>
          </w:tcPr>
          <w:p w14:paraId="095BD314" w14:textId="77777777" w:rsidR="00224D58" w:rsidRPr="003B5381" w:rsidRDefault="00224D58" w:rsidP="00224D58">
            <w:pPr>
              <w:jc w:val="center"/>
              <w:rPr>
                <w:rFonts w:eastAsia="Times New Roman" w:cs="Times New Roman"/>
                <w:b/>
                <w:bCs/>
                <w:color w:val="FFFFFF"/>
                <w:szCs w:val="20"/>
                <w:lang w:val="es-PY" w:eastAsia="es-PY"/>
              </w:rPr>
            </w:pPr>
            <w:r w:rsidRPr="003B5381">
              <w:rPr>
                <w:rFonts w:eastAsia="Times New Roman" w:cs="Times New Roman"/>
                <w:b/>
                <w:bCs/>
                <w:color w:val="FFFFFF"/>
                <w:szCs w:val="20"/>
                <w:lang w:val="es-PY" w:eastAsia="es-PY"/>
              </w:rPr>
              <w:t>Año de egreso de la primera promoción de egresados</w:t>
            </w:r>
          </w:p>
        </w:tc>
      </w:tr>
      <w:tr w:rsidR="0096288B" w:rsidRPr="00064F69" w14:paraId="7A4C57A5" w14:textId="77777777" w:rsidTr="00064F69">
        <w:trPr>
          <w:trHeight w:val="822"/>
          <w:jc w:val="center"/>
        </w:trPr>
        <w:tc>
          <w:tcPr>
            <w:tcW w:w="2689" w:type="dxa"/>
          </w:tcPr>
          <w:p w14:paraId="562E33ED"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275" w:type="dxa"/>
          </w:tcPr>
          <w:p w14:paraId="458AED1B"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134" w:type="dxa"/>
          </w:tcPr>
          <w:p w14:paraId="7DB6EEC2"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560" w:type="dxa"/>
          </w:tcPr>
          <w:p w14:paraId="6DF29364"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417" w:type="dxa"/>
          </w:tcPr>
          <w:p w14:paraId="0E0D5A8B"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838" w:type="dxa"/>
          </w:tcPr>
          <w:p w14:paraId="315739AC"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r>
    </w:tbl>
    <w:p w14:paraId="5DCB3ED0" w14:textId="77777777" w:rsidR="00224D58" w:rsidRPr="003B5381" w:rsidRDefault="00224D58" w:rsidP="00224D58">
      <w:pPr>
        <w:pBdr>
          <w:top w:val="nil"/>
          <w:left w:val="nil"/>
          <w:bottom w:val="nil"/>
          <w:right w:val="nil"/>
          <w:between w:val="nil"/>
        </w:pBdr>
        <w:rPr>
          <w:b/>
          <w:bCs/>
          <w:color w:val="FFFFFF"/>
          <w:lang w:val="es-PY"/>
        </w:rPr>
      </w:pPr>
    </w:p>
    <w:p w14:paraId="60F2426F" w14:textId="187F5440" w:rsidR="006D4935" w:rsidRPr="003B5381" w:rsidRDefault="006D4935" w:rsidP="006D4935">
      <w:pPr>
        <w:pBdr>
          <w:top w:val="nil"/>
          <w:left w:val="nil"/>
          <w:bottom w:val="nil"/>
          <w:right w:val="nil"/>
          <w:between w:val="nil"/>
        </w:pBdr>
        <w:shd w:val="clear" w:color="auto" w:fill="386F53"/>
        <w:tabs>
          <w:tab w:val="left" w:pos="8364"/>
        </w:tabs>
        <w:spacing w:after="160" w:line="259" w:lineRule="auto"/>
        <w:rPr>
          <w:b/>
          <w:bCs/>
          <w:color w:val="FFFFFF"/>
          <w:lang w:val="es-PY"/>
        </w:rPr>
      </w:pPr>
      <w:r>
        <w:rPr>
          <w:b/>
          <w:bCs/>
          <w:color w:val="FFFFFF"/>
          <w:lang w:val="es-PY"/>
        </w:rPr>
        <w:t>4. CONFORMACIÓN DEL COMITÉ DE AUTOEVALUACIÓN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224D58" w:rsidRPr="00064F69" w14:paraId="623FF58C" w14:textId="77777777" w:rsidTr="006D4935">
        <w:tc>
          <w:tcPr>
            <w:tcW w:w="9918" w:type="dxa"/>
          </w:tcPr>
          <w:p w14:paraId="79FD5460" w14:textId="77777777" w:rsidR="00224D58" w:rsidRPr="003B5381" w:rsidRDefault="00224D58" w:rsidP="006A537F">
            <w:pPr>
              <w:spacing w:line="276" w:lineRule="auto"/>
              <w:jc w:val="both"/>
              <w:rPr>
                <w:rFonts w:eastAsia="Times New Roman" w:cs="Times New Roman"/>
                <w:color w:val="A6A6A6"/>
                <w:szCs w:val="20"/>
                <w:lang w:val="es-PY" w:eastAsia="es-PY"/>
              </w:rPr>
            </w:pPr>
            <w:r w:rsidRPr="003B5381">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069ADACB" w14:textId="77777777" w:rsidR="00224D58" w:rsidRPr="003B5381" w:rsidRDefault="00224D58" w:rsidP="006A537F">
            <w:pPr>
              <w:spacing w:before="240" w:after="240" w:line="276" w:lineRule="auto"/>
              <w:jc w:val="both"/>
              <w:rPr>
                <w:b/>
                <w:bCs/>
                <w:lang w:val="es-PY"/>
              </w:rPr>
            </w:pPr>
          </w:p>
          <w:p w14:paraId="7DC85138" w14:textId="77777777" w:rsidR="00224D58" w:rsidRPr="003B5381" w:rsidRDefault="00224D58" w:rsidP="006D4935">
            <w:pPr>
              <w:spacing w:before="240" w:after="240" w:line="278" w:lineRule="auto"/>
              <w:jc w:val="both"/>
              <w:rPr>
                <w:b/>
                <w:bCs/>
                <w:lang w:val="es-PY"/>
              </w:rPr>
            </w:pPr>
          </w:p>
          <w:p w14:paraId="08E0C962" w14:textId="77777777" w:rsidR="00224D58" w:rsidRPr="003B5381" w:rsidRDefault="00224D58" w:rsidP="006D4935">
            <w:pPr>
              <w:spacing w:before="240" w:after="240" w:line="278" w:lineRule="auto"/>
              <w:jc w:val="both"/>
              <w:rPr>
                <w:b/>
                <w:bCs/>
                <w:lang w:val="es-PY"/>
              </w:rPr>
            </w:pPr>
          </w:p>
          <w:p w14:paraId="329A67C7" w14:textId="77777777" w:rsidR="00224D58" w:rsidRPr="003B5381" w:rsidRDefault="00224D58" w:rsidP="006D4935">
            <w:pPr>
              <w:spacing w:before="240" w:after="240" w:line="278" w:lineRule="auto"/>
              <w:jc w:val="both"/>
              <w:rPr>
                <w:b/>
                <w:bCs/>
                <w:lang w:val="es-PY"/>
              </w:rPr>
            </w:pPr>
          </w:p>
          <w:p w14:paraId="688C1974" w14:textId="4F589042" w:rsidR="00224D58" w:rsidRDefault="00224D58" w:rsidP="006D4935">
            <w:pPr>
              <w:spacing w:before="240" w:after="240" w:line="278" w:lineRule="auto"/>
              <w:jc w:val="both"/>
              <w:rPr>
                <w:b/>
                <w:bCs/>
                <w:lang w:val="es-PY"/>
              </w:rPr>
            </w:pPr>
          </w:p>
          <w:p w14:paraId="13A30E1E" w14:textId="71615C14" w:rsidR="00C95B48" w:rsidRDefault="00C95B48" w:rsidP="006D4935">
            <w:pPr>
              <w:spacing w:before="240" w:after="240" w:line="278" w:lineRule="auto"/>
              <w:jc w:val="both"/>
              <w:rPr>
                <w:b/>
                <w:bCs/>
                <w:lang w:val="es-PY"/>
              </w:rPr>
            </w:pPr>
          </w:p>
          <w:p w14:paraId="3F165A89" w14:textId="579C0991" w:rsidR="00C95B48" w:rsidRDefault="00C95B48" w:rsidP="006D4935">
            <w:pPr>
              <w:spacing w:before="240" w:after="240" w:line="278" w:lineRule="auto"/>
              <w:jc w:val="both"/>
              <w:rPr>
                <w:b/>
                <w:bCs/>
                <w:lang w:val="es-PY"/>
              </w:rPr>
            </w:pPr>
          </w:p>
          <w:p w14:paraId="1827EAAD" w14:textId="4E62B102" w:rsidR="00C95B48" w:rsidRDefault="00C95B48" w:rsidP="006D4935">
            <w:pPr>
              <w:spacing w:before="240" w:after="240" w:line="278" w:lineRule="auto"/>
              <w:jc w:val="both"/>
              <w:rPr>
                <w:b/>
                <w:bCs/>
                <w:lang w:val="es-PY"/>
              </w:rPr>
            </w:pPr>
          </w:p>
          <w:p w14:paraId="3B2D827A" w14:textId="77777777" w:rsidR="00C95B48" w:rsidRPr="003B5381" w:rsidRDefault="00C95B48" w:rsidP="006D4935">
            <w:pPr>
              <w:spacing w:before="240" w:after="240" w:line="278" w:lineRule="auto"/>
              <w:jc w:val="both"/>
              <w:rPr>
                <w:b/>
                <w:bCs/>
                <w:lang w:val="es-PY"/>
              </w:rPr>
            </w:pPr>
          </w:p>
          <w:p w14:paraId="61B96103" w14:textId="77777777" w:rsidR="00224D58" w:rsidRPr="003B5381" w:rsidRDefault="00224D58" w:rsidP="006D4935">
            <w:pPr>
              <w:spacing w:before="240" w:after="240" w:line="278" w:lineRule="auto"/>
              <w:jc w:val="both"/>
              <w:rPr>
                <w:b/>
                <w:bCs/>
                <w:lang w:val="es-PY"/>
              </w:rPr>
            </w:pPr>
          </w:p>
          <w:p w14:paraId="1FCBA32F" w14:textId="77777777" w:rsidR="00224D58" w:rsidRPr="003B5381" w:rsidRDefault="00224D58" w:rsidP="006D4935">
            <w:pPr>
              <w:spacing w:before="240" w:after="240" w:line="278" w:lineRule="auto"/>
              <w:jc w:val="both"/>
              <w:rPr>
                <w:b/>
                <w:bCs/>
                <w:lang w:val="es-PY"/>
              </w:rPr>
            </w:pPr>
          </w:p>
        </w:tc>
      </w:tr>
      <w:tr w:rsidR="006D4935" w:rsidRPr="003B5381" w14:paraId="1F2DF170" w14:textId="77777777" w:rsidTr="006D4935">
        <w:tc>
          <w:tcPr>
            <w:tcW w:w="9918" w:type="dxa"/>
            <w:shd w:val="clear" w:color="auto" w:fill="386F53"/>
          </w:tcPr>
          <w:p w14:paraId="4F80E715" w14:textId="69543B64" w:rsidR="006D4935" w:rsidRPr="006D4935" w:rsidRDefault="006D4935" w:rsidP="006D4935">
            <w:pPr>
              <w:jc w:val="both"/>
              <w:rPr>
                <w:rFonts w:eastAsia="Times New Roman" w:cs="Times New Roman"/>
                <w:b/>
                <w:color w:val="FFFFFF" w:themeColor="background1"/>
                <w:szCs w:val="20"/>
                <w:lang w:val="es-PY" w:eastAsia="es-PY"/>
              </w:rPr>
            </w:pPr>
            <w:r>
              <w:rPr>
                <w:rFonts w:eastAsia="Times New Roman" w:cs="Times New Roman"/>
                <w:b/>
                <w:color w:val="FFFFFF" w:themeColor="background1"/>
                <w:szCs w:val="20"/>
                <w:lang w:val="es-PY" w:eastAsia="es-PY"/>
              </w:rPr>
              <w:t>5. METODOLOGÍA UTILIZADA</w:t>
            </w:r>
          </w:p>
        </w:tc>
      </w:tr>
      <w:tr w:rsidR="006D4935" w:rsidRPr="00064F69" w14:paraId="6DD48CA3" w14:textId="77777777" w:rsidTr="006D4935">
        <w:tc>
          <w:tcPr>
            <w:tcW w:w="9918" w:type="dxa"/>
            <w:shd w:val="clear" w:color="auto" w:fill="FFFFFF" w:themeFill="background1"/>
          </w:tcPr>
          <w:p w14:paraId="3B82AAF3" w14:textId="77777777" w:rsidR="006D4935" w:rsidRPr="003B5381" w:rsidRDefault="006D4935" w:rsidP="006A537F">
            <w:pPr>
              <w:spacing w:line="276" w:lineRule="auto"/>
              <w:jc w:val="both"/>
              <w:rPr>
                <w:rFonts w:ascii="Times New Roman" w:eastAsia="Times New Roman" w:hAnsi="Times New Roman"/>
                <w:szCs w:val="20"/>
                <w:lang w:val="es-PY" w:eastAsia="es-PY"/>
              </w:rPr>
            </w:pPr>
            <w:r w:rsidRPr="003B5381">
              <w:rPr>
                <w:rFonts w:eastAsia="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8D68CDD" w14:textId="77777777" w:rsidR="006D4935" w:rsidRDefault="006D4935" w:rsidP="006D4935">
            <w:pPr>
              <w:jc w:val="both"/>
              <w:rPr>
                <w:rFonts w:eastAsia="Times New Roman" w:cs="Times New Roman"/>
                <w:b/>
                <w:color w:val="FFFFFF" w:themeColor="background1"/>
                <w:szCs w:val="20"/>
                <w:lang w:val="es-PY" w:eastAsia="es-PY"/>
              </w:rPr>
            </w:pPr>
          </w:p>
          <w:p w14:paraId="698F6856" w14:textId="77777777" w:rsidR="006D4935" w:rsidRDefault="006D4935" w:rsidP="006D4935">
            <w:pPr>
              <w:jc w:val="both"/>
              <w:rPr>
                <w:rFonts w:eastAsia="Times New Roman" w:cs="Times New Roman"/>
                <w:b/>
                <w:color w:val="FFFFFF" w:themeColor="background1"/>
                <w:szCs w:val="20"/>
                <w:lang w:val="es-PY" w:eastAsia="es-PY"/>
              </w:rPr>
            </w:pPr>
          </w:p>
          <w:p w14:paraId="2050D75C" w14:textId="77777777" w:rsidR="006D4935" w:rsidRDefault="006D4935" w:rsidP="006D4935">
            <w:pPr>
              <w:jc w:val="both"/>
              <w:rPr>
                <w:rFonts w:eastAsia="Times New Roman" w:cs="Times New Roman"/>
                <w:b/>
                <w:color w:val="FFFFFF" w:themeColor="background1"/>
                <w:szCs w:val="20"/>
                <w:lang w:val="es-PY" w:eastAsia="es-PY"/>
              </w:rPr>
            </w:pPr>
          </w:p>
          <w:p w14:paraId="5EAE4792" w14:textId="77777777" w:rsidR="006D4935" w:rsidRDefault="006D4935" w:rsidP="006D4935">
            <w:pPr>
              <w:jc w:val="both"/>
              <w:rPr>
                <w:rFonts w:eastAsia="Times New Roman" w:cs="Times New Roman"/>
                <w:b/>
                <w:color w:val="FFFFFF" w:themeColor="background1"/>
                <w:szCs w:val="20"/>
                <w:lang w:val="es-PY" w:eastAsia="es-PY"/>
              </w:rPr>
            </w:pPr>
          </w:p>
          <w:p w14:paraId="1C26D231" w14:textId="77777777" w:rsidR="006D4935" w:rsidRDefault="006D4935" w:rsidP="006D4935">
            <w:pPr>
              <w:jc w:val="both"/>
              <w:rPr>
                <w:rFonts w:eastAsia="Times New Roman" w:cs="Times New Roman"/>
                <w:b/>
                <w:color w:val="FFFFFF" w:themeColor="background1"/>
                <w:szCs w:val="20"/>
                <w:lang w:val="es-PY" w:eastAsia="es-PY"/>
              </w:rPr>
            </w:pPr>
          </w:p>
          <w:p w14:paraId="5FDC100E" w14:textId="5BF3599C" w:rsidR="006D4935" w:rsidRDefault="006D4935" w:rsidP="006D4935">
            <w:pPr>
              <w:jc w:val="both"/>
              <w:rPr>
                <w:rFonts w:eastAsia="Times New Roman" w:cs="Times New Roman"/>
                <w:b/>
                <w:color w:val="FFFFFF" w:themeColor="background1"/>
                <w:szCs w:val="20"/>
                <w:lang w:val="es-PY" w:eastAsia="es-PY"/>
              </w:rPr>
            </w:pPr>
          </w:p>
          <w:p w14:paraId="21C1A6F7" w14:textId="1D2F1DC9" w:rsidR="00C95B48" w:rsidRDefault="00C95B48" w:rsidP="006D4935">
            <w:pPr>
              <w:jc w:val="both"/>
              <w:rPr>
                <w:rFonts w:eastAsia="Times New Roman" w:cs="Times New Roman"/>
                <w:b/>
                <w:color w:val="FFFFFF" w:themeColor="background1"/>
                <w:szCs w:val="20"/>
                <w:lang w:val="es-PY" w:eastAsia="es-PY"/>
              </w:rPr>
            </w:pPr>
          </w:p>
          <w:p w14:paraId="33966982" w14:textId="2C5A70A0" w:rsidR="00C95B48" w:rsidRDefault="00C95B48" w:rsidP="006D4935">
            <w:pPr>
              <w:jc w:val="both"/>
              <w:rPr>
                <w:rFonts w:eastAsia="Times New Roman" w:cs="Times New Roman"/>
                <w:b/>
                <w:color w:val="FFFFFF" w:themeColor="background1"/>
                <w:szCs w:val="20"/>
                <w:lang w:val="es-PY" w:eastAsia="es-PY"/>
              </w:rPr>
            </w:pPr>
          </w:p>
          <w:p w14:paraId="249F8025" w14:textId="1603D300" w:rsidR="00C95B48" w:rsidRDefault="00C95B48" w:rsidP="006D4935">
            <w:pPr>
              <w:jc w:val="both"/>
              <w:rPr>
                <w:rFonts w:eastAsia="Times New Roman" w:cs="Times New Roman"/>
                <w:b/>
                <w:color w:val="FFFFFF" w:themeColor="background1"/>
                <w:szCs w:val="20"/>
                <w:lang w:val="es-PY" w:eastAsia="es-PY"/>
              </w:rPr>
            </w:pPr>
          </w:p>
          <w:p w14:paraId="2BC26C63" w14:textId="5CC4CD15" w:rsidR="00C95B48" w:rsidRDefault="00C95B48" w:rsidP="006D4935">
            <w:pPr>
              <w:jc w:val="both"/>
              <w:rPr>
                <w:rFonts w:eastAsia="Times New Roman" w:cs="Times New Roman"/>
                <w:b/>
                <w:color w:val="FFFFFF" w:themeColor="background1"/>
                <w:szCs w:val="20"/>
                <w:lang w:val="es-PY" w:eastAsia="es-PY"/>
              </w:rPr>
            </w:pPr>
          </w:p>
          <w:p w14:paraId="04FC8489" w14:textId="66753071" w:rsidR="00C95B48" w:rsidRDefault="00C95B48" w:rsidP="006D4935">
            <w:pPr>
              <w:jc w:val="both"/>
              <w:rPr>
                <w:rFonts w:eastAsia="Times New Roman" w:cs="Times New Roman"/>
                <w:b/>
                <w:color w:val="FFFFFF" w:themeColor="background1"/>
                <w:szCs w:val="20"/>
                <w:lang w:val="es-PY" w:eastAsia="es-PY"/>
              </w:rPr>
            </w:pPr>
          </w:p>
          <w:p w14:paraId="38D0537D" w14:textId="2B1FC697" w:rsidR="00C95B48" w:rsidRDefault="00C95B48" w:rsidP="006D4935">
            <w:pPr>
              <w:jc w:val="both"/>
              <w:rPr>
                <w:rFonts w:eastAsia="Times New Roman" w:cs="Times New Roman"/>
                <w:b/>
                <w:color w:val="FFFFFF" w:themeColor="background1"/>
                <w:szCs w:val="20"/>
                <w:lang w:val="es-PY" w:eastAsia="es-PY"/>
              </w:rPr>
            </w:pPr>
          </w:p>
          <w:p w14:paraId="7D126312" w14:textId="456FB009" w:rsidR="00C95B48" w:rsidRDefault="00C95B48" w:rsidP="006D4935">
            <w:pPr>
              <w:jc w:val="both"/>
              <w:rPr>
                <w:rFonts w:eastAsia="Times New Roman" w:cs="Times New Roman"/>
                <w:b/>
                <w:color w:val="FFFFFF" w:themeColor="background1"/>
                <w:szCs w:val="20"/>
                <w:lang w:val="es-PY" w:eastAsia="es-PY"/>
              </w:rPr>
            </w:pPr>
          </w:p>
          <w:p w14:paraId="68C124E8" w14:textId="77777777" w:rsidR="00C95B48" w:rsidRDefault="00C95B48" w:rsidP="006D4935">
            <w:pPr>
              <w:jc w:val="both"/>
              <w:rPr>
                <w:rFonts w:eastAsia="Times New Roman" w:cs="Times New Roman"/>
                <w:b/>
                <w:color w:val="FFFFFF" w:themeColor="background1"/>
                <w:szCs w:val="20"/>
                <w:lang w:val="es-PY" w:eastAsia="es-PY"/>
              </w:rPr>
            </w:pPr>
          </w:p>
          <w:p w14:paraId="7F1543BC" w14:textId="1860C626" w:rsidR="006D4935" w:rsidRDefault="006D4935" w:rsidP="006D4935">
            <w:pPr>
              <w:jc w:val="both"/>
              <w:rPr>
                <w:rFonts w:eastAsia="Times New Roman" w:cs="Times New Roman"/>
                <w:b/>
                <w:color w:val="FFFFFF" w:themeColor="background1"/>
                <w:szCs w:val="20"/>
                <w:lang w:val="es-PY" w:eastAsia="es-PY"/>
              </w:rPr>
            </w:pPr>
          </w:p>
        </w:tc>
      </w:tr>
      <w:tr w:rsidR="006D4935" w:rsidRPr="00064F69" w14:paraId="18312F43" w14:textId="77777777" w:rsidTr="00C95B48">
        <w:tc>
          <w:tcPr>
            <w:tcW w:w="9918" w:type="dxa"/>
            <w:shd w:val="clear" w:color="auto" w:fill="386F53"/>
          </w:tcPr>
          <w:p w14:paraId="0F96686F" w14:textId="4323778F" w:rsidR="006D4935" w:rsidRPr="00C95B48" w:rsidRDefault="00C95B48" w:rsidP="00C95B48">
            <w:pPr>
              <w:jc w:val="both"/>
              <w:rPr>
                <w:rFonts w:eastAsia="Times New Roman"/>
                <w:b/>
                <w:color w:val="FFFFFF" w:themeColor="background1"/>
                <w:szCs w:val="20"/>
                <w:lang w:val="es-PY" w:eastAsia="es-PY"/>
              </w:rPr>
            </w:pPr>
            <w:r>
              <w:rPr>
                <w:rFonts w:eastAsia="Times New Roman"/>
                <w:b/>
                <w:color w:val="FFFFFF" w:themeColor="background1"/>
                <w:szCs w:val="20"/>
                <w:lang w:val="es-PY" w:eastAsia="es-PY"/>
              </w:rPr>
              <w:lastRenderedPageBreak/>
              <w:t>6. PRINCIPALES DESAFÍOS PRESENTADOS EN EL PROCESO DE AUTOEVALUACIÓN</w:t>
            </w:r>
          </w:p>
        </w:tc>
      </w:tr>
      <w:tr w:rsidR="00C95B48" w:rsidRPr="00064F69" w14:paraId="272E81CD" w14:textId="77777777" w:rsidTr="00C95B48">
        <w:tc>
          <w:tcPr>
            <w:tcW w:w="9918" w:type="dxa"/>
            <w:shd w:val="clear" w:color="auto" w:fill="FFFFFF" w:themeFill="background1"/>
          </w:tcPr>
          <w:p w14:paraId="3997C78F" w14:textId="0ECF93D7" w:rsidR="00C95B48" w:rsidRDefault="00C95B48" w:rsidP="006A537F">
            <w:pPr>
              <w:spacing w:line="276" w:lineRule="auto"/>
              <w:jc w:val="both"/>
              <w:rPr>
                <w:rFonts w:cs="Times New Roman"/>
                <w:color w:val="A6A6A6"/>
                <w:szCs w:val="20"/>
                <w:lang w:val="es-PY" w:eastAsia="es-PY"/>
              </w:rPr>
            </w:pPr>
            <w:r w:rsidRPr="00C95B48">
              <w:rPr>
                <w:rFonts w:cs="Times New Roman"/>
                <w:color w:val="A6A6A6"/>
                <w:szCs w:val="20"/>
                <w:lang w:val="es-PY" w:eastAsia="es-PY"/>
              </w:rPr>
              <w:t>Se identifican las dificultades encontradas durante el proceso de autoevaluación, junto con las estrategias implementadas para superarlas.</w:t>
            </w:r>
          </w:p>
          <w:p w14:paraId="4C675F3E" w14:textId="34BDB9F2" w:rsidR="00C95B48" w:rsidRDefault="00C95B48" w:rsidP="00C95B48">
            <w:pPr>
              <w:jc w:val="both"/>
              <w:rPr>
                <w:rFonts w:cs="Times New Roman"/>
                <w:color w:val="A6A6A6"/>
                <w:szCs w:val="20"/>
                <w:lang w:val="es-PY" w:eastAsia="es-PY"/>
              </w:rPr>
            </w:pPr>
          </w:p>
          <w:p w14:paraId="6D934C62" w14:textId="46E632C7" w:rsidR="00C95B48" w:rsidRDefault="00C95B48" w:rsidP="00C95B48">
            <w:pPr>
              <w:jc w:val="both"/>
              <w:rPr>
                <w:rFonts w:cs="Times New Roman"/>
                <w:color w:val="A6A6A6"/>
                <w:szCs w:val="20"/>
                <w:lang w:val="es-PY" w:eastAsia="es-PY"/>
              </w:rPr>
            </w:pPr>
          </w:p>
          <w:p w14:paraId="0836DAC8" w14:textId="3B73E001" w:rsidR="00C95B48" w:rsidRDefault="00C95B48" w:rsidP="00C95B48">
            <w:pPr>
              <w:jc w:val="both"/>
              <w:rPr>
                <w:rFonts w:cs="Times New Roman"/>
                <w:color w:val="A6A6A6"/>
                <w:szCs w:val="20"/>
                <w:lang w:val="es-PY" w:eastAsia="es-PY"/>
              </w:rPr>
            </w:pPr>
          </w:p>
          <w:p w14:paraId="67656CCA" w14:textId="390B66D6" w:rsidR="00C95B48" w:rsidRDefault="00C95B48" w:rsidP="00C95B48">
            <w:pPr>
              <w:jc w:val="both"/>
              <w:rPr>
                <w:rFonts w:cs="Times New Roman"/>
                <w:color w:val="A6A6A6"/>
                <w:szCs w:val="20"/>
                <w:lang w:val="es-PY" w:eastAsia="es-PY"/>
              </w:rPr>
            </w:pPr>
          </w:p>
          <w:p w14:paraId="0574F756" w14:textId="77777777" w:rsidR="00C95B48" w:rsidRPr="00C95B48" w:rsidRDefault="00C95B48" w:rsidP="00C95B48">
            <w:pPr>
              <w:jc w:val="both"/>
              <w:rPr>
                <w:rFonts w:cs="Times New Roman"/>
                <w:color w:val="A6A6A6"/>
                <w:szCs w:val="20"/>
                <w:lang w:val="es-PY" w:eastAsia="es-PY"/>
              </w:rPr>
            </w:pPr>
          </w:p>
          <w:p w14:paraId="4930E38B"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4F78552"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24DD91E"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247E2A87" w14:textId="54B1B7BD"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40E2B73C" w14:textId="549C5003"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0BB66D6B" w14:textId="70904BAE"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AB439AF" w14:textId="1F15E8EF"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2695E40E" w14:textId="5F5AAEA6"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34EAEDAC" w14:textId="33ACB162"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031DC489"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E47EFC8"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EE918D5" w14:textId="3F4CABA6"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B61D492" w14:textId="7324DA00"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7CC20AB"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4D1942D" w14:textId="28C6D514" w:rsidR="00C95B48" w:rsidRDefault="00C95B48" w:rsidP="00C95B48">
            <w:pPr>
              <w:shd w:val="clear" w:color="auto" w:fill="FFFFFF" w:themeFill="background1"/>
              <w:jc w:val="both"/>
              <w:rPr>
                <w:rFonts w:eastAsia="Times New Roman"/>
                <w:b/>
                <w:color w:val="FFFFFF" w:themeColor="background1"/>
                <w:szCs w:val="20"/>
                <w:lang w:val="es-PY" w:eastAsia="es-PY"/>
              </w:rPr>
            </w:pPr>
          </w:p>
        </w:tc>
      </w:tr>
    </w:tbl>
    <w:p w14:paraId="425AACC3" w14:textId="054AE4BA" w:rsidR="00224D58" w:rsidRDefault="00224D58" w:rsidP="00C95B48">
      <w:pPr>
        <w:widowControl w:val="0"/>
        <w:shd w:val="clear" w:color="auto" w:fill="FFFFFF" w:themeFill="background1"/>
        <w:tabs>
          <w:tab w:val="left" w:pos="1001"/>
        </w:tabs>
        <w:autoSpaceDE w:val="0"/>
        <w:autoSpaceDN w:val="0"/>
        <w:spacing w:before="180" w:after="40"/>
        <w:ind w:right="-2"/>
        <w:contextualSpacing/>
        <w:rPr>
          <w:rFonts w:eastAsia="Times New Roman"/>
          <w:b/>
          <w:color w:val="FFFFFF"/>
          <w:shd w:val="clear" w:color="auto" w:fill="008080"/>
          <w:lang w:val="es-ES"/>
        </w:rPr>
      </w:pPr>
      <w:bookmarkStart w:id="0" w:name="_heading=h.qfmi06q37jsk" w:colFirst="0" w:colLast="0"/>
      <w:bookmarkEnd w:id="0"/>
    </w:p>
    <w:p w14:paraId="2BA2908E" w14:textId="77777777" w:rsidR="00224D58" w:rsidRPr="006B6544" w:rsidRDefault="00224D58" w:rsidP="00C95B48">
      <w:pPr>
        <w:widowControl w:val="0"/>
        <w:shd w:val="clear" w:color="auto" w:fill="FFFFFF" w:themeFill="background1"/>
        <w:autoSpaceDE w:val="0"/>
        <w:autoSpaceDN w:val="0"/>
        <w:spacing w:before="180" w:after="40"/>
        <w:ind w:right="-143"/>
        <w:contextualSpacing/>
        <w:rPr>
          <w:rFonts w:eastAsia="Times New Roman"/>
          <w:b/>
          <w:color w:val="FFFFFF"/>
          <w:szCs w:val="20"/>
          <w:lang w:val="es-ES"/>
        </w:rPr>
      </w:pPr>
    </w:p>
    <w:p w14:paraId="7FF5D3A6" w14:textId="77777777" w:rsidR="00224D58" w:rsidRPr="00C95B48" w:rsidRDefault="00224D58" w:rsidP="00224D58">
      <w:pPr>
        <w:widowControl w:val="0"/>
        <w:autoSpaceDE w:val="0"/>
        <w:autoSpaceDN w:val="0"/>
        <w:ind w:right="-143"/>
        <w:rPr>
          <w:rFonts w:eastAsia="Times New Roman" w:cs="Times New Roman"/>
          <w:b/>
          <w:bCs/>
          <w:color w:val="FFFFFF"/>
          <w:lang w:val="es-PY" w:eastAsia="es-PY"/>
        </w:rPr>
      </w:pPr>
    </w:p>
    <w:tbl>
      <w:tblPr>
        <w:tblStyle w:val="Tablaconcuadrcula11"/>
        <w:tblW w:w="9923" w:type="dxa"/>
        <w:tblInd w:w="-5" w:type="dxa"/>
        <w:tblLook w:val="04A0" w:firstRow="1" w:lastRow="0" w:firstColumn="1" w:lastColumn="0" w:noHBand="0" w:noVBand="1"/>
      </w:tblPr>
      <w:tblGrid>
        <w:gridCol w:w="9923"/>
      </w:tblGrid>
      <w:tr w:rsidR="00C95B48" w:rsidRPr="00064F69" w14:paraId="62E3E4C0" w14:textId="77777777" w:rsidTr="00C95B48">
        <w:tc>
          <w:tcPr>
            <w:tcW w:w="9923" w:type="dxa"/>
            <w:shd w:val="clear" w:color="auto" w:fill="386F53"/>
          </w:tcPr>
          <w:p w14:paraId="4B56FAE4" w14:textId="774DEF99" w:rsidR="00C95B48" w:rsidRPr="00C95B48" w:rsidRDefault="00C95B48" w:rsidP="00224D58">
            <w:pPr>
              <w:widowControl w:val="0"/>
              <w:autoSpaceDE w:val="0"/>
              <w:autoSpaceDN w:val="0"/>
              <w:spacing w:before="180" w:after="40"/>
              <w:ind w:right="-143"/>
              <w:contextualSpacing/>
              <w:rPr>
                <w:rFonts w:eastAsia="Times New Roman"/>
                <w:b/>
                <w:bCs/>
                <w:color w:val="FFFFFF"/>
                <w:lang w:val="es-PY" w:eastAsia="es-PY"/>
              </w:rPr>
            </w:pPr>
            <w:r>
              <w:rPr>
                <w:rFonts w:eastAsia="Times New Roman"/>
                <w:b/>
                <w:bCs/>
                <w:color w:val="FFFFFF"/>
                <w:lang w:val="es-PY" w:eastAsia="es-PY"/>
              </w:rPr>
              <w:t>7. PARTICIPACIÓN DE LOS ACTORES INSTITUCIONALES</w:t>
            </w:r>
          </w:p>
        </w:tc>
      </w:tr>
      <w:tr w:rsidR="00224D58" w:rsidRPr="00064F69" w14:paraId="7C2C06DD" w14:textId="77777777" w:rsidTr="00C95B48">
        <w:tc>
          <w:tcPr>
            <w:tcW w:w="9923" w:type="dxa"/>
          </w:tcPr>
          <w:p w14:paraId="77CFC4B3" w14:textId="77777777" w:rsidR="00224D58" w:rsidRPr="003B5381" w:rsidRDefault="00224D58" w:rsidP="006A537F">
            <w:pPr>
              <w:spacing w:line="276" w:lineRule="auto"/>
              <w:jc w:val="both"/>
              <w:rPr>
                <w:rFonts w:eastAsia="Times New Roman"/>
                <w:color w:val="A6A6A6"/>
                <w:szCs w:val="20"/>
                <w:lang w:val="es-PY" w:eastAsia="es-PY"/>
              </w:rPr>
            </w:pPr>
            <w:r w:rsidRPr="003B5381">
              <w:rPr>
                <w:rFonts w:eastAsia="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78B9F8C4"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1896D38"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02FB41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11DB446"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B999EF3"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F7388A0"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E4D2C61"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1AC5F4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CD0F38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71C353F"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4033A799"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8B18023"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C8D733D" w14:textId="464F832A" w:rsidR="00224D58"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7367CB4E" w14:textId="6FEF6280"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4DA2A962" w14:textId="7448E931"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C26FFC7" w14:textId="77777777" w:rsidR="00C95B48" w:rsidRPr="003B5381"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98AD1AA" w14:textId="03EDB22D" w:rsidR="00224D58"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50D929E9" w14:textId="3629A703"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76F8EFFC" w14:textId="28097DA2"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F257CBC" w14:textId="2C2EEA5A"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EE13F10" w14:textId="423CFD6A"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38D2929E" w14:textId="014F7957"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0EEAC16" w14:textId="77777777"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5C41456" w14:textId="4E4CCDC1"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EB62166"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tc>
      </w:tr>
    </w:tbl>
    <w:p w14:paraId="4010510F" w14:textId="77777777" w:rsidR="00224D58" w:rsidRPr="003B5381" w:rsidRDefault="00224D58" w:rsidP="00224D58">
      <w:pPr>
        <w:pBdr>
          <w:top w:val="nil"/>
          <w:left w:val="nil"/>
          <w:bottom w:val="nil"/>
          <w:right w:val="nil"/>
          <w:between w:val="nil"/>
        </w:pBdr>
        <w:tabs>
          <w:tab w:val="left" w:pos="9214"/>
        </w:tabs>
        <w:ind w:right="142"/>
        <w:rPr>
          <w:b/>
          <w:bCs/>
          <w:color w:val="FFFFFF"/>
          <w:lang w:val="es-PY"/>
        </w:rPr>
      </w:pPr>
    </w:p>
    <w:tbl>
      <w:tblPr>
        <w:tblW w:w="0" w:type="auto"/>
        <w:jc w:val="center"/>
        <w:tblLayout w:type="fixed"/>
        <w:tblLook w:val="04A0" w:firstRow="1" w:lastRow="0" w:firstColumn="1" w:lastColumn="0" w:noHBand="0" w:noVBand="1"/>
      </w:tblPr>
      <w:tblGrid>
        <w:gridCol w:w="2404"/>
        <w:gridCol w:w="5330"/>
        <w:gridCol w:w="684"/>
        <w:gridCol w:w="684"/>
        <w:gridCol w:w="697"/>
      </w:tblGrid>
      <w:tr w:rsidR="0069756D" w:rsidRPr="00064F69" w14:paraId="3D133ADF"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3B0800CB" w14:textId="6A5468B6" w:rsidR="0069756D" w:rsidRPr="00643CF3" w:rsidRDefault="00C95B48" w:rsidP="00834447">
            <w:pPr>
              <w:rPr>
                <w:b/>
                <w:color w:val="FFFFFF"/>
                <w:szCs w:val="20"/>
                <w:lang w:val="es-PY"/>
              </w:rPr>
            </w:pPr>
            <w:r w:rsidRPr="0069756D">
              <w:rPr>
                <w:b/>
                <w:bCs/>
                <w:color w:val="FFFFFF"/>
                <w:lang w:val="es-PY"/>
              </w:rPr>
              <w:lastRenderedPageBreak/>
              <w:t>8</w:t>
            </w:r>
            <w:r w:rsidR="0069756D">
              <w:rPr>
                <w:b/>
                <w:color w:val="FFFFFF"/>
                <w:szCs w:val="20"/>
                <w:lang w:val="es-PY"/>
              </w:rPr>
              <w:t>. RESULTADOS DEL PROCESO DE AUTOEVALUACIÓN</w:t>
            </w:r>
          </w:p>
        </w:tc>
      </w:tr>
      <w:tr w:rsidR="0010517E" w:rsidRPr="00064F69" w14:paraId="62E6D10D"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2DB3B9AC" w14:textId="1AA03003" w:rsidR="0010517E" w:rsidRPr="00643CF3" w:rsidRDefault="00643CF3">
            <w:pPr>
              <w:rPr>
                <w:szCs w:val="20"/>
                <w:lang w:val="es-PY"/>
              </w:rPr>
            </w:pPr>
            <w:r w:rsidRPr="00643CF3">
              <w:rPr>
                <w:b/>
                <w:color w:val="FFFFFF"/>
                <w:szCs w:val="20"/>
                <w:lang w:val="es-PY"/>
              </w:rPr>
              <w:t xml:space="preserve">DIMENSIÓN 1. </w:t>
            </w:r>
            <w:r w:rsidR="00FD0B68">
              <w:rPr>
                <w:b/>
                <w:color w:val="FFFFFF"/>
                <w:szCs w:val="20"/>
                <w:lang w:val="es-PY"/>
              </w:rPr>
              <w:t xml:space="preserve">GOBERNANZA Y GESTIÓN </w:t>
            </w:r>
            <w:r w:rsidR="00697865">
              <w:rPr>
                <w:b/>
                <w:color w:val="FFFFFF"/>
                <w:szCs w:val="20"/>
                <w:lang w:val="es-PY"/>
              </w:rPr>
              <w:t>INSTITUCIONAL DEL PROGRAMA</w:t>
            </w:r>
          </w:p>
        </w:tc>
      </w:tr>
      <w:tr w:rsidR="0010517E" w:rsidRPr="00643CF3" w14:paraId="60ACE86D" w14:textId="77777777" w:rsidTr="006A537F">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BEECA32" w14:textId="2BD656CD" w:rsidR="0010517E" w:rsidRPr="00E94435" w:rsidRDefault="00F62782">
            <w:pPr>
              <w:jc w:val="center"/>
              <w:rPr>
                <w:szCs w:val="20"/>
              </w:rPr>
            </w:pPr>
            <w:r w:rsidRPr="00E94435">
              <w:rPr>
                <w:b/>
                <w:color w:val="000000"/>
                <w:szCs w:val="20"/>
              </w:rPr>
              <w:t>Criterio 1.1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CFBE47" w14:textId="77777777" w:rsidR="0010517E" w:rsidRPr="00E94435" w:rsidRDefault="00643CF3">
            <w:pPr>
              <w:jc w:val="center"/>
              <w:rPr>
                <w:szCs w:val="20"/>
              </w:rPr>
            </w:pPr>
            <w:r w:rsidRPr="00E94435">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6C362AB" w14:textId="77777777" w:rsidR="0010517E" w:rsidRPr="00E94435" w:rsidRDefault="00643CF3">
            <w:pPr>
              <w:jc w:val="center"/>
              <w:rPr>
                <w:szCs w:val="20"/>
              </w:rPr>
            </w:pPr>
            <w:r w:rsidRPr="00E94435">
              <w:rPr>
                <w:b/>
                <w:color w:val="000000"/>
                <w:szCs w:val="20"/>
              </w:rPr>
              <w:t>Nivel de cumplimiento</w:t>
            </w:r>
          </w:p>
        </w:tc>
      </w:tr>
      <w:tr w:rsidR="0010517E" w:rsidRPr="00643CF3" w14:paraId="3BF10B4B" w14:textId="77777777" w:rsidTr="006A537F">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5D812D" w14:textId="77777777" w:rsidR="0010517E" w:rsidRPr="00E94435"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31848B" w14:textId="77777777" w:rsidR="0010517E" w:rsidRPr="00E94435"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0B6C998" w14:textId="77777777" w:rsidR="0010517E" w:rsidRPr="00E94435" w:rsidRDefault="00643CF3">
            <w:pPr>
              <w:jc w:val="center"/>
              <w:rPr>
                <w:szCs w:val="20"/>
              </w:rPr>
            </w:pPr>
            <w:r w:rsidRPr="00E94435">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0CB39" w14:textId="77777777" w:rsidR="0010517E" w:rsidRPr="00E94435" w:rsidRDefault="00643CF3">
            <w:pPr>
              <w:jc w:val="center"/>
              <w:rPr>
                <w:szCs w:val="20"/>
              </w:rPr>
            </w:pPr>
            <w:r w:rsidRPr="00E94435">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11F0D" w14:textId="77777777" w:rsidR="0010517E" w:rsidRPr="00E94435" w:rsidRDefault="00643CF3">
            <w:pPr>
              <w:jc w:val="center"/>
              <w:rPr>
                <w:szCs w:val="20"/>
              </w:rPr>
            </w:pPr>
            <w:r w:rsidRPr="00E94435">
              <w:rPr>
                <w:b/>
                <w:color w:val="000000"/>
                <w:szCs w:val="20"/>
              </w:rPr>
              <w:t>NC</w:t>
            </w:r>
          </w:p>
        </w:tc>
      </w:tr>
      <w:tr w:rsidR="0010517E" w:rsidRPr="00064F69" w14:paraId="5133C481" w14:textId="77777777" w:rsidTr="006A537F">
        <w:trPr>
          <w:cantSplit/>
          <w:trHeight w:val="720"/>
          <w:jc w:val="center"/>
        </w:trPr>
        <w:tc>
          <w:tcPr>
            <w:tcW w:w="2404"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4B005C" w14:textId="3FC924C4" w:rsidR="0010517E" w:rsidRPr="00E94435" w:rsidRDefault="00DB4F91" w:rsidP="0062539B">
            <w:pPr>
              <w:jc w:val="center"/>
              <w:rPr>
                <w:szCs w:val="20"/>
                <w:lang w:val="es-PY"/>
              </w:rPr>
            </w:pPr>
            <w:r w:rsidRPr="00DB4F91">
              <w:rPr>
                <w:b/>
                <w:bCs/>
                <w:lang w:val="es-PY"/>
              </w:rPr>
              <w:t>Pertinencia de la estructura organizativa y de la gestión académica-tecnológica</w:t>
            </w:r>
            <w:r w:rsidR="00643CF3" w:rsidRPr="00E94435">
              <w:rPr>
                <w:b/>
                <w:color w:val="FF0000"/>
                <w:szCs w:val="20"/>
                <w:lang w:val="es-PY"/>
              </w:rPr>
              <w:br/>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59812B" w14:textId="31DBA1C6" w:rsidR="0010517E" w:rsidRPr="00E94435" w:rsidRDefault="00643CF3">
            <w:pPr>
              <w:jc w:val="both"/>
              <w:rPr>
                <w:szCs w:val="20"/>
                <w:lang w:val="es-PY"/>
              </w:rPr>
            </w:pPr>
            <w:r w:rsidRPr="00E94435">
              <w:rPr>
                <w:color w:val="000000"/>
                <w:szCs w:val="20"/>
                <w:lang w:val="es-PY"/>
              </w:rPr>
              <w:t xml:space="preserve">a. </w:t>
            </w:r>
            <w:r w:rsidR="00DB4F91" w:rsidRPr="00DB4F91">
              <w:rPr>
                <w:color w:val="000000"/>
                <w:lang w:val="es-PY"/>
              </w:rPr>
              <w:t xml:space="preserve">El programa cuenta con una estructura organizativa definida, </w:t>
            </w:r>
            <w:r w:rsidR="00DB4F91" w:rsidRPr="00DB4F91">
              <w:rPr>
                <w:lang w:val="es-PY"/>
              </w:rPr>
              <w:t>con funciones formalmente establecidas y alineadas con los requerimientos de la modalidad y el nivel educativo</w:t>
            </w:r>
            <w:r w:rsidR="00697865"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BD2DDB"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94FF3A"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1037A6" w14:textId="77777777" w:rsidR="0010517E" w:rsidRPr="00E94435" w:rsidRDefault="0010517E">
            <w:pPr>
              <w:jc w:val="center"/>
              <w:rPr>
                <w:szCs w:val="20"/>
                <w:lang w:val="es-PY"/>
              </w:rPr>
            </w:pPr>
          </w:p>
        </w:tc>
      </w:tr>
      <w:tr w:rsidR="0010517E" w:rsidRPr="00064F69" w14:paraId="332DF249" w14:textId="77777777" w:rsidTr="006A537F">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A06639A"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27E382" w14:textId="5675C276" w:rsidR="0010517E" w:rsidRPr="00E94435" w:rsidRDefault="00643CF3">
            <w:pPr>
              <w:jc w:val="both"/>
              <w:rPr>
                <w:szCs w:val="20"/>
                <w:lang w:val="es-PY"/>
              </w:rPr>
            </w:pPr>
            <w:r w:rsidRPr="00E94435">
              <w:rPr>
                <w:color w:val="000000"/>
                <w:szCs w:val="20"/>
                <w:lang w:val="es-PY"/>
              </w:rPr>
              <w:t xml:space="preserve">b. </w:t>
            </w:r>
            <w:r w:rsidR="00DB4F91" w:rsidRPr="00DB4F91">
              <w:rPr>
                <w:lang w:val="es-PY"/>
              </w:rPr>
              <w:t>Existen mecanismos diferenciados para la gestión académica y tecnológica del programa, con procesos documentados de toma de decisiones y coordinación entre áreas</w:t>
            </w:r>
            <w:r w:rsidR="00697865"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F4FE6E3"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598BA0"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4E4807" w14:textId="77777777" w:rsidR="0010517E" w:rsidRPr="00E94435" w:rsidRDefault="0010517E">
            <w:pPr>
              <w:jc w:val="center"/>
              <w:rPr>
                <w:szCs w:val="20"/>
                <w:lang w:val="es-PY"/>
              </w:rPr>
            </w:pPr>
          </w:p>
        </w:tc>
      </w:tr>
      <w:tr w:rsidR="0010517E" w:rsidRPr="00064F69" w14:paraId="55F928F8" w14:textId="77777777" w:rsidTr="006A537F">
        <w:trPr>
          <w:cantSplit/>
          <w:trHeight w:val="43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B4A7C7"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952053" w14:textId="3E7E730D" w:rsidR="0010517E" w:rsidRPr="00E94435" w:rsidRDefault="00643CF3">
            <w:pPr>
              <w:jc w:val="both"/>
              <w:rPr>
                <w:szCs w:val="20"/>
                <w:lang w:val="es-PY"/>
              </w:rPr>
            </w:pPr>
            <w:r w:rsidRPr="00E94435">
              <w:rPr>
                <w:color w:val="000000"/>
                <w:szCs w:val="20"/>
                <w:lang w:val="es-PY"/>
              </w:rPr>
              <w:t xml:space="preserve">c. </w:t>
            </w:r>
            <w:r w:rsidR="00DB4F91" w:rsidRPr="00DB4F91">
              <w:rPr>
                <w:lang w:val="es-PY"/>
              </w:rPr>
              <w:t>Los cargos académicos, técnicos y administrativos están ocupados por personas con perfiles acordes al nivel educativo y a las exigencias de la modalidad</w:t>
            </w:r>
            <w:r w:rsidR="00697865"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05D39F"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947D8E"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A152FA" w14:textId="77777777" w:rsidR="0010517E" w:rsidRPr="00E94435" w:rsidRDefault="0010517E">
            <w:pPr>
              <w:jc w:val="center"/>
              <w:rPr>
                <w:szCs w:val="20"/>
                <w:lang w:val="es-PY"/>
              </w:rPr>
            </w:pPr>
          </w:p>
        </w:tc>
      </w:tr>
      <w:tr w:rsidR="0010517E" w:rsidRPr="00064F69" w14:paraId="511E1011" w14:textId="77777777" w:rsidTr="006A537F">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A59E5D"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B941AF" w14:textId="65B9A250" w:rsidR="0010517E" w:rsidRPr="00E94435" w:rsidRDefault="00643CF3">
            <w:pPr>
              <w:jc w:val="both"/>
              <w:rPr>
                <w:szCs w:val="20"/>
                <w:lang w:val="es-PY"/>
              </w:rPr>
            </w:pPr>
            <w:r w:rsidRPr="00E94435">
              <w:rPr>
                <w:color w:val="000000"/>
                <w:szCs w:val="20"/>
                <w:lang w:val="es-PY"/>
              </w:rPr>
              <w:t xml:space="preserve">d. </w:t>
            </w:r>
            <w:r w:rsidR="00DB4F91" w:rsidRPr="00DB4F91">
              <w:rPr>
                <w:lang w:val="es-PY"/>
              </w:rPr>
              <w:t>El entorno virtual de aprendizaje cuenta con recursos, funcionalidades y soporte técnico adecuados al nivel de formación doctoral</w:t>
            </w:r>
            <w:r w:rsidRPr="00E94435">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199FA0"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0DC125"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B7AABD" w14:textId="77777777" w:rsidR="0010517E" w:rsidRPr="00E94435" w:rsidRDefault="0010517E">
            <w:pPr>
              <w:jc w:val="center"/>
              <w:rPr>
                <w:szCs w:val="20"/>
                <w:lang w:val="es-PY"/>
              </w:rPr>
            </w:pPr>
          </w:p>
        </w:tc>
      </w:tr>
      <w:tr w:rsidR="0010517E" w:rsidRPr="00064F69" w14:paraId="7EBDDAD8" w14:textId="77777777" w:rsidTr="00697865">
        <w:trPr>
          <w:cantSplit/>
          <w:trHeight w:val="581"/>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5B3C50"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57E44" w14:textId="51FAA84C" w:rsidR="0010517E" w:rsidRPr="00E94435" w:rsidRDefault="00643CF3">
            <w:pPr>
              <w:jc w:val="both"/>
              <w:rPr>
                <w:szCs w:val="20"/>
                <w:lang w:val="es-PY"/>
              </w:rPr>
            </w:pPr>
            <w:r w:rsidRPr="00E94435">
              <w:rPr>
                <w:color w:val="000000"/>
                <w:szCs w:val="20"/>
                <w:lang w:val="es-PY"/>
              </w:rPr>
              <w:t xml:space="preserve">e. </w:t>
            </w:r>
            <w:r w:rsidR="00DB4F91" w:rsidRPr="00DB4F91">
              <w:rPr>
                <w:lang w:val="es-PY"/>
              </w:rPr>
              <w:t>La gestión del programa contempla las necesidades específicas del doctorando en cuanto a accesibilidad, acompañamiento virtual y flexibilidad académica</w:t>
            </w:r>
            <w:r w:rsidR="00697865"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569A8D5"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7EBAB7"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CDAEF6" w14:textId="77777777" w:rsidR="0010517E" w:rsidRPr="00E94435" w:rsidRDefault="0010517E">
            <w:pPr>
              <w:jc w:val="center"/>
              <w:rPr>
                <w:szCs w:val="20"/>
                <w:lang w:val="es-PY"/>
              </w:rPr>
            </w:pPr>
          </w:p>
        </w:tc>
      </w:tr>
      <w:tr w:rsidR="0010517E" w:rsidRPr="00064F69" w14:paraId="07DD63D5" w14:textId="77777777" w:rsidTr="00DB4F91">
        <w:trPr>
          <w:cantSplit/>
          <w:trHeight w:hRule="exact" w:val="340"/>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819B9C" w14:textId="77777777" w:rsidR="0010517E" w:rsidRPr="00E94435" w:rsidRDefault="00643CF3">
            <w:pPr>
              <w:jc w:val="center"/>
              <w:rPr>
                <w:szCs w:val="20"/>
                <w:lang w:val="es-PY"/>
              </w:rPr>
            </w:pPr>
            <w:r w:rsidRPr="00E94435">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B955A" w14:textId="77777777" w:rsidR="0010517E" w:rsidRPr="00E94435" w:rsidRDefault="0010517E">
            <w:pPr>
              <w:jc w:val="center"/>
              <w:rPr>
                <w:szCs w:val="20"/>
                <w:lang w:val="es-PY"/>
              </w:rPr>
            </w:pPr>
          </w:p>
        </w:tc>
      </w:tr>
      <w:tr w:rsidR="0010517E" w:rsidRPr="00643CF3" w14:paraId="116833F4" w14:textId="77777777" w:rsidTr="00DB4F91">
        <w:trPr>
          <w:cantSplit/>
          <w:trHeight w:hRule="exact" w:val="359"/>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34B9674" w14:textId="77777777" w:rsidR="0010517E" w:rsidRPr="00E94435" w:rsidRDefault="00643CF3">
            <w:pPr>
              <w:jc w:val="center"/>
              <w:rPr>
                <w:szCs w:val="20"/>
                <w:lang w:val="es-PY"/>
              </w:rPr>
            </w:pPr>
            <w:r w:rsidRPr="00E94435">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5D7C333" w14:textId="77777777" w:rsidR="0010517E" w:rsidRPr="00E94435" w:rsidRDefault="00643CF3">
            <w:pPr>
              <w:jc w:val="center"/>
              <w:rPr>
                <w:szCs w:val="20"/>
              </w:rPr>
            </w:pPr>
            <w:r w:rsidRPr="00E94435">
              <w:rPr>
                <w:b/>
                <w:color w:val="000000"/>
                <w:szCs w:val="20"/>
              </w:rPr>
              <w:t>Medios de verificación</w:t>
            </w:r>
          </w:p>
        </w:tc>
      </w:tr>
      <w:tr w:rsidR="0010517E" w:rsidRPr="00064F69" w14:paraId="356E9C01" w14:textId="77777777" w:rsidTr="00697865">
        <w:trPr>
          <w:cantSplit/>
          <w:trHeight w:hRule="exact" w:val="5880"/>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B78C856" w14:textId="77777777" w:rsidR="00697865" w:rsidRPr="00C931C6" w:rsidRDefault="00697865" w:rsidP="00697865">
            <w:pPr>
              <w:widowControl w:val="0"/>
              <w:autoSpaceDE w:val="0"/>
              <w:autoSpaceDN w:val="0"/>
              <w:spacing w:line="276" w:lineRule="auto"/>
              <w:jc w:val="both"/>
              <w:rPr>
                <w:color w:val="A6A6A6"/>
                <w:lang w:val="es-PY"/>
              </w:rPr>
            </w:pPr>
            <w:r w:rsidRPr="00C931C6">
              <w:rPr>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3AA56B3" w14:textId="77777777" w:rsidR="00697865" w:rsidRPr="00C931C6" w:rsidRDefault="00697865" w:rsidP="00697865">
            <w:pPr>
              <w:widowControl w:val="0"/>
              <w:autoSpaceDE w:val="0"/>
              <w:autoSpaceDN w:val="0"/>
              <w:spacing w:line="276" w:lineRule="auto"/>
              <w:jc w:val="both"/>
              <w:rPr>
                <w:lang w:val="es-PY"/>
              </w:rPr>
            </w:pPr>
            <w:r w:rsidRPr="00C931C6">
              <w:rPr>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B2C1A18" w14:textId="77777777" w:rsidR="0010517E" w:rsidRPr="00697865" w:rsidRDefault="0010517E" w:rsidP="00697865">
            <w:pPr>
              <w:spacing w:line="276" w:lineRule="auto"/>
              <w:rPr>
                <w:szCs w:val="20"/>
                <w:lang w:val="es-PY"/>
              </w:rPr>
            </w:pPr>
          </w:p>
          <w:p w14:paraId="17CF422E" w14:textId="77777777" w:rsidR="00A37FA3" w:rsidRPr="00697865" w:rsidRDefault="00A37FA3" w:rsidP="00697865">
            <w:pPr>
              <w:spacing w:line="276" w:lineRule="auto"/>
              <w:rPr>
                <w:szCs w:val="20"/>
                <w:lang w:val="es-PY"/>
              </w:rPr>
            </w:pPr>
          </w:p>
          <w:p w14:paraId="5102A165" w14:textId="77777777" w:rsidR="00A37FA3" w:rsidRPr="00697865" w:rsidRDefault="00A37FA3" w:rsidP="00697865">
            <w:pPr>
              <w:spacing w:line="276" w:lineRule="auto"/>
              <w:rPr>
                <w:szCs w:val="20"/>
                <w:lang w:val="es-PY"/>
              </w:rPr>
            </w:pPr>
          </w:p>
          <w:p w14:paraId="4A897B13" w14:textId="77777777" w:rsidR="00A37FA3" w:rsidRPr="00697865" w:rsidRDefault="00A37FA3" w:rsidP="00697865">
            <w:pPr>
              <w:spacing w:line="276" w:lineRule="auto"/>
              <w:rPr>
                <w:szCs w:val="20"/>
                <w:lang w:val="es-PY"/>
              </w:rPr>
            </w:pPr>
          </w:p>
          <w:p w14:paraId="0CCAA190" w14:textId="77777777" w:rsidR="00A37FA3" w:rsidRPr="00697865" w:rsidRDefault="00A37FA3" w:rsidP="00697865">
            <w:pPr>
              <w:rPr>
                <w:szCs w:val="20"/>
                <w:lang w:val="es-PY"/>
              </w:rPr>
            </w:pPr>
          </w:p>
          <w:p w14:paraId="52D5EBC2" w14:textId="77777777" w:rsidR="00A37FA3" w:rsidRPr="00697865" w:rsidRDefault="00A37FA3" w:rsidP="00697865">
            <w:pPr>
              <w:rPr>
                <w:szCs w:val="20"/>
                <w:lang w:val="es-PY"/>
              </w:rPr>
            </w:pPr>
          </w:p>
          <w:p w14:paraId="7FC4B49D" w14:textId="77777777" w:rsidR="00A37FA3" w:rsidRPr="00697865" w:rsidRDefault="00A37FA3" w:rsidP="00697865">
            <w:pPr>
              <w:rPr>
                <w:szCs w:val="20"/>
                <w:lang w:val="es-PY"/>
              </w:rPr>
            </w:pPr>
          </w:p>
          <w:p w14:paraId="36677B30" w14:textId="77777777" w:rsidR="00A37FA3" w:rsidRPr="00697865" w:rsidRDefault="00A37FA3" w:rsidP="00697865">
            <w:pPr>
              <w:rPr>
                <w:szCs w:val="20"/>
                <w:lang w:val="es-PY"/>
              </w:rPr>
            </w:pPr>
          </w:p>
          <w:p w14:paraId="4CDF29AA" w14:textId="77777777" w:rsidR="00A37FA3" w:rsidRPr="00697865" w:rsidRDefault="00A37FA3" w:rsidP="00697865">
            <w:pPr>
              <w:rPr>
                <w:szCs w:val="20"/>
                <w:lang w:val="es-PY"/>
              </w:rPr>
            </w:pPr>
          </w:p>
          <w:p w14:paraId="659DC27F" w14:textId="3AEDB901" w:rsidR="00A37FA3" w:rsidRPr="00697865" w:rsidRDefault="00A37FA3" w:rsidP="00697865">
            <w:pPr>
              <w:rPr>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7DA41E4" w14:textId="77777777" w:rsidR="00697865" w:rsidRPr="00F04053" w:rsidRDefault="00697865" w:rsidP="00697865">
            <w:pPr>
              <w:pStyle w:val="TableParagraph"/>
              <w:spacing w:line="276" w:lineRule="auto"/>
              <w:rPr>
                <w:color w:val="A6A6A6" w:themeColor="background1" w:themeShade="A6"/>
                <w:sz w:val="20"/>
                <w:lang w:val="es-PY"/>
              </w:rPr>
            </w:pPr>
            <w:r w:rsidRPr="00F04053">
              <w:rPr>
                <w:color w:val="A6A6A6" w:themeColor="background1" w:themeShade="A6"/>
                <w:sz w:val="20"/>
                <w:lang w:val="es-PY"/>
              </w:rPr>
              <w:t>Enumerar los Medios de Verificación, ejemplo:</w:t>
            </w:r>
          </w:p>
          <w:p w14:paraId="6B1EB572" w14:textId="77777777" w:rsidR="00697865" w:rsidRPr="00F04053" w:rsidRDefault="00697865" w:rsidP="00697865">
            <w:pPr>
              <w:pStyle w:val="TableParagraph"/>
              <w:spacing w:line="276" w:lineRule="auto"/>
              <w:rPr>
                <w:color w:val="A6A6A6" w:themeColor="background1" w:themeShade="A6"/>
                <w:sz w:val="20"/>
                <w:lang w:val="es-PY"/>
              </w:rPr>
            </w:pPr>
          </w:p>
          <w:p w14:paraId="1423CCA7" w14:textId="77777777" w:rsidR="00697865" w:rsidRPr="00F04053" w:rsidRDefault="00697865" w:rsidP="00697865">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1. Estatuto</w:t>
            </w:r>
          </w:p>
          <w:p w14:paraId="3C6EEE6C" w14:textId="77777777" w:rsidR="00697865" w:rsidRPr="00F04053" w:rsidRDefault="00697865" w:rsidP="00697865">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2. Manual de Funciones</w:t>
            </w:r>
          </w:p>
          <w:p w14:paraId="703B7E71" w14:textId="77777777" w:rsidR="0010517E" w:rsidRPr="00697865" w:rsidRDefault="0010517E" w:rsidP="00697865">
            <w:pPr>
              <w:spacing w:line="276" w:lineRule="auto"/>
              <w:rPr>
                <w:szCs w:val="20"/>
                <w:lang w:val="es-PY"/>
              </w:rPr>
            </w:pPr>
          </w:p>
        </w:tc>
      </w:tr>
    </w:tbl>
    <w:p w14:paraId="571D41DB" w14:textId="448917C9" w:rsidR="0010517E" w:rsidRPr="00697865" w:rsidRDefault="00643CF3">
      <w:pPr>
        <w:rPr>
          <w:szCs w:val="20"/>
          <w:lang w:val="es-PY"/>
        </w:rPr>
      </w:pPr>
      <w:r w:rsidRPr="00697865">
        <w:rPr>
          <w:szCs w:val="20"/>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rsidRPr="00643CF3" w14:paraId="684F5259"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744734" w14:textId="5F73433D" w:rsidR="0010517E" w:rsidRPr="00BD095C" w:rsidRDefault="00DB4F91" w:rsidP="00DB4F91">
            <w:pPr>
              <w:ind w:left="-226" w:hanging="226"/>
              <w:jc w:val="center"/>
              <w:rPr>
                <w:szCs w:val="20"/>
              </w:rPr>
            </w:pPr>
            <w:r w:rsidRPr="00064F69">
              <w:rPr>
                <w:b/>
                <w:color w:val="000000"/>
                <w:szCs w:val="20"/>
                <w:lang w:val="es-PY"/>
              </w:rPr>
              <w:lastRenderedPageBreak/>
              <w:t xml:space="preserve">       </w:t>
            </w:r>
            <w:r w:rsidR="00C96488" w:rsidRPr="00BD095C">
              <w:rPr>
                <w:b/>
                <w:color w:val="000000"/>
                <w:szCs w:val="20"/>
              </w:rPr>
              <w:t>Criterio 1.2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DC44CC" w14:textId="6076BB60" w:rsidR="0010517E" w:rsidRPr="00BD095C" w:rsidRDefault="00DB4F91" w:rsidP="00DB4F91">
            <w:pPr>
              <w:rPr>
                <w:szCs w:val="20"/>
              </w:rPr>
            </w:pPr>
            <w:r>
              <w:rPr>
                <w:b/>
                <w:color w:val="000000"/>
                <w:szCs w:val="20"/>
              </w:rPr>
              <w:t xml:space="preserve">                                           </w:t>
            </w:r>
            <w:r w:rsidR="00643CF3" w:rsidRPr="00BD095C">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04814B7" w14:textId="77777777" w:rsidR="0010517E" w:rsidRPr="00BD095C" w:rsidRDefault="00643CF3">
            <w:pPr>
              <w:jc w:val="center"/>
              <w:rPr>
                <w:szCs w:val="20"/>
              </w:rPr>
            </w:pPr>
            <w:r w:rsidRPr="00BD095C">
              <w:rPr>
                <w:b/>
                <w:color w:val="000000"/>
                <w:szCs w:val="20"/>
              </w:rPr>
              <w:t>Nivel de cumplimiento</w:t>
            </w:r>
          </w:p>
        </w:tc>
      </w:tr>
      <w:tr w:rsidR="0010517E" w:rsidRPr="00643CF3" w14:paraId="71EF679C"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16FE12" w14:textId="77777777" w:rsidR="0010517E" w:rsidRPr="00BD095C"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B1DC350" w14:textId="77777777" w:rsidR="0010517E" w:rsidRPr="00BD095C"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FDADEE8"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AA63416"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529069B" w14:textId="77777777" w:rsidR="0010517E" w:rsidRPr="00BD095C" w:rsidRDefault="00643CF3">
            <w:pPr>
              <w:jc w:val="center"/>
              <w:rPr>
                <w:szCs w:val="20"/>
              </w:rPr>
            </w:pPr>
            <w:r w:rsidRPr="00BD095C">
              <w:rPr>
                <w:b/>
                <w:color w:val="000000"/>
                <w:szCs w:val="20"/>
              </w:rPr>
              <w:t>NC</w:t>
            </w:r>
          </w:p>
        </w:tc>
      </w:tr>
      <w:tr w:rsidR="0010517E" w:rsidRPr="00064F69" w14:paraId="497659E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E00FB1" w14:textId="77777777" w:rsidR="00DB4F91" w:rsidRPr="00DB4F91" w:rsidRDefault="00DB4F91" w:rsidP="00DB4F91">
            <w:pPr>
              <w:jc w:val="center"/>
              <w:rPr>
                <w:b/>
                <w:bCs/>
                <w:lang w:val="es-PY"/>
              </w:rPr>
            </w:pPr>
            <w:r w:rsidRPr="00DB4F91">
              <w:rPr>
                <w:b/>
                <w:bCs/>
                <w:lang w:val="es-PY"/>
              </w:rPr>
              <w:t>Eficacia de la planificación estratégica del programa</w:t>
            </w:r>
          </w:p>
          <w:p w14:paraId="0866BCD1" w14:textId="3BE442B6" w:rsidR="0010517E" w:rsidRPr="00BD095C" w:rsidRDefault="0010517E">
            <w:pPr>
              <w:jc w:val="cente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665C30" w14:textId="41ED399B" w:rsidR="0010517E" w:rsidRPr="00DB4F91" w:rsidRDefault="00643CF3">
            <w:pPr>
              <w:jc w:val="both"/>
              <w:rPr>
                <w:szCs w:val="20"/>
                <w:lang w:val="es-PY"/>
              </w:rPr>
            </w:pPr>
            <w:r w:rsidRPr="00BD095C">
              <w:rPr>
                <w:color w:val="000000"/>
                <w:szCs w:val="20"/>
                <w:lang w:val="es-PY"/>
              </w:rPr>
              <w:t xml:space="preserve">a. </w:t>
            </w:r>
            <w:r w:rsidR="00DB4F91" w:rsidRPr="00DB4F91">
              <w:rPr>
                <w:color w:val="000000" w:themeColor="text1"/>
                <w:lang w:val="es-PY"/>
              </w:rPr>
              <w:t>El programa posee una planificación alineada con el PEI y con las políticas nacionales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9EB9B7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EB81201"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69767D0" w14:textId="77777777" w:rsidR="0010517E" w:rsidRPr="00BD095C" w:rsidRDefault="0010517E">
            <w:pPr>
              <w:jc w:val="center"/>
              <w:rPr>
                <w:szCs w:val="20"/>
                <w:lang w:val="es-PY"/>
              </w:rPr>
            </w:pPr>
          </w:p>
        </w:tc>
      </w:tr>
      <w:tr w:rsidR="0010517E" w:rsidRPr="00064F69" w14:paraId="50E983F7"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6497E3"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23C18C" w14:textId="3657D534" w:rsidR="0010517E" w:rsidRPr="00DB4F91" w:rsidRDefault="00643CF3">
            <w:pPr>
              <w:jc w:val="both"/>
              <w:rPr>
                <w:szCs w:val="20"/>
                <w:lang w:val="es-PY"/>
              </w:rPr>
            </w:pPr>
            <w:r w:rsidRPr="00BD095C">
              <w:rPr>
                <w:color w:val="000000"/>
                <w:szCs w:val="20"/>
                <w:lang w:val="es-PY"/>
              </w:rPr>
              <w:t xml:space="preserve">b. </w:t>
            </w:r>
            <w:r w:rsidR="00DB4F91" w:rsidRPr="00DB4F91">
              <w:rPr>
                <w:lang w:val="es-PY"/>
              </w:rPr>
              <w:t>El plan contempla objetivos, metas e indicadores de seguimiento</w:t>
            </w:r>
            <w:r w:rsidR="00DB4F91">
              <w:rPr>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C4E8C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232116"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B9406E" w14:textId="77777777" w:rsidR="0010517E" w:rsidRPr="00BD095C" w:rsidRDefault="0010517E">
            <w:pPr>
              <w:jc w:val="center"/>
              <w:rPr>
                <w:szCs w:val="20"/>
                <w:lang w:val="es-PY"/>
              </w:rPr>
            </w:pPr>
          </w:p>
        </w:tc>
      </w:tr>
      <w:tr w:rsidR="0010517E" w:rsidRPr="00064F69" w14:paraId="1E927461" w14:textId="77777777" w:rsidTr="00821777">
        <w:trPr>
          <w:cantSplit/>
          <w:trHeight w:val="441"/>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7889ED"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5011DB" w14:textId="787261C3" w:rsidR="0010517E" w:rsidRPr="00DB4F91" w:rsidRDefault="00643CF3">
            <w:pPr>
              <w:jc w:val="both"/>
              <w:rPr>
                <w:szCs w:val="20"/>
                <w:lang w:val="es-PY"/>
              </w:rPr>
            </w:pPr>
            <w:r w:rsidRPr="00BD095C">
              <w:rPr>
                <w:color w:val="000000"/>
                <w:szCs w:val="20"/>
                <w:lang w:val="es-PY"/>
              </w:rPr>
              <w:t xml:space="preserve">c. </w:t>
            </w:r>
            <w:r w:rsidR="00DB4F91" w:rsidRPr="00DB4F91">
              <w:rPr>
                <w:lang w:val="es-PY"/>
              </w:rPr>
              <w:t>Existen mecanismos de evaluación periódica del plan, aplicados de manera sistemática y documentada.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AC9C05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4DC3D"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EE1FC21" w14:textId="77777777" w:rsidR="0010517E" w:rsidRPr="00BD095C" w:rsidRDefault="0010517E">
            <w:pPr>
              <w:jc w:val="center"/>
              <w:rPr>
                <w:szCs w:val="20"/>
                <w:lang w:val="es-PY"/>
              </w:rPr>
            </w:pPr>
          </w:p>
        </w:tc>
      </w:tr>
      <w:tr w:rsidR="0010517E" w:rsidRPr="00064F69" w14:paraId="551E36F1"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876069"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8A9EAC" w14:textId="325E1D49" w:rsidR="0010517E" w:rsidRPr="00DB4F91" w:rsidRDefault="00643CF3" w:rsidP="00DB4F91">
            <w:pPr>
              <w:tabs>
                <w:tab w:val="left" w:pos="68"/>
              </w:tabs>
              <w:jc w:val="both"/>
              <w:rPr>
                <w:szCs w:val="20"/>
                <w:lang w:val="es-PY"/>
              </w:rPr>
            </w:pPr>
            <w:r w:rsidRPr="00BD095C">
              <w:rPr>
                <w:color w:val="000000"/>
                <w:szCs w:val="20"/>
                <w:lang w:val="es-PY"/>
              </w:rPr>
              <w:t>d.</w:t>
            </w:r>
            <w:r w:rsidR="00697865">
              <w:rPr>
                <w:color w:val="000000"/>
                <w:szCs w:val="20"/>
                <w:lang w:val="es-PY"/>
              </w:rPr>
              <w:t xml:space="preserve"> </w:t>
            </w:r>
            <w:r w:rsidR="00DB4F91" w:rsidRPr="00DB4F91">
              <w:rPr>
                <w:lang w:val="es-PY"/>
              </w:rPr>
              <w:t>El programa incorpora acciones de mejora derivadas del seguimiento y evaluación de los resultados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F5F024"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90A96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2D5B8E" w14:textId="77777777" w:rsidR="0010517E" w:rsidRPr="00BD095C" w:rsidRDefault="0010517E">
            <w:pPr>
              <w:jc w:val="center"/>
              <w:rPr>
                <w:szCs w:val="20"/>
                <w:lang w:val="es-PY"/>
              </w:rPr>
            </w:pPr>
          </w:p>
        </w:tc>
      </w:tr>
      <w:tr w:rsidR="0010517E" w:rsidRPr="00064F69" w14:paraId="1A3D9CC4" w14:textId="77777777" w:rsidTr="00821777">
        <w:trPr>
          <w:cantSplit/>
          <w:trHeight w:val="41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2EAC06"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8A07F2" w14:textId="4FEF0FC5" w:rsidR="0010517E" w:rsidRPr="00DB4F91" w:rsidRDefault="00643CF3">
            <w:pPr>
              <w:jc w:val="both"/>
              <w:rPr>
                <w:szCs w:val="20"/>
                <w:lang w:val="es-PY"/>
              </w:rPr>
            </w:pPr>
            <w:r w:rsidRPr="00BD095C">
              <w:rPr>
                <w:color w:val="000000"/>
                <w:szCs w:val="20"/>
                <w:lang w:val="es-PY"/>
              </w:rPr>
              <w:t>e.</w:t>
            </w:r>
            <w:r w:rsidR="00697865">
              <w:rPr>
                <w:color w:val="000000"/>
                <w:szCs w:val="20"/>
                <w:lang w:val="es-PY"/>
              </w:rPr>
              <w:t xml:space="preserve"> </w:t>
            </w:r>
            <w:r w:rsidR="00DB4F91" w:rsidRPr="00DB4F91">
              <w:rPr>
                <w:lang w:val="es-PY"/>
              </w:rPr>
              <w:t>La planificación considera metas de internacionalización, coherentes con las políticas institucionales y con la naturaleza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A5F975F"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3EFACC"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280B13" w14:textId="77777777" w:rsidR="0010517E" w:rsidRPr="00BD095C" w:rsidRDefault="0010517E">
            <w:pPr>
              <w:jc w:val="center"/>
              <w:rPr>
                <w:szCs w:val="20"/>
                <w:lang w:val="es-PY"/>
              </w:rPr>
            </w:pPr>
          </w:p>
        </w:tc>
      </w:tr>
      <w:tr w:rsidR="0010517E" w:rsidRPr="00064F69" w14:paraId="7F676540"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B3CA48"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641ADD" w14:textId="77777777" w:rsidR="0010517E" w:rsidRPr="00BD095C" w:rsidRDefault="0010517E">
            <w:pPr>
              <w:jc w:val="center"/>
              <w:rPr>
                <w:szCs w:val="20"/>
                <w:lang w:val="es-PY"/>
              </w:rPr>
            </w:pPr>
          </w:p>
        </w:tc>
      </w:tr>
      <w:tr w:rsidR="0010517E" w:rsidRPr="00643CF3" w14:paraId="401DD0EB"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CA447B4"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55F9D2F" w14:textId="77777777" w:rsidR="0010517E" w:rsidRPr="00BD095C" w:rsidRDefault="00643CF3">
            <w:pPr>
              <w:jc w:val="center"/>
              <w:rPr>
                <w:szCs w:val="20"/>
              </w:rPr>
            </w:pPr>
            <w:r w:rsidRPr="00BD095C">
              <w:rPr>
                <w:b/>
                <w:color w:val="000000"/>
                <w:szCs w:val="20"/>
              </w:rPr>
              <w:t>Medios de verificación</w:t>
            </w:r>
          </w:p>
        </w:tc>
      </w:tr>
      <w:tr w:rsidR="0010517E" w:rsidRPr="00643CF3" w14:paraId="0C2272B4" w14:textId="77777777" w:rsidTr="00697865">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2E48DBA" w14:textId="77777777" w:rsidR="0010517E" w:rsidRPr="00E94435" w:rsidRDefault="0010517E" w:rsidP="00697865">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51E07EA" w14:textId="77777777" w:rsidR="0010517E" w:rsidRPr="00E94435" w:rsidRDefault="0010517E" w:rsidP="00697865">
            <w:pPr>
              <w:jc w:val="both"/>
              <w:rPr>
                <w:szCs w:val="20"/>
              </w:rPr>
            </w:pPr>
          </w:p>
        </w:tc>
      </w:tr>
    </w:tbl>
    <w:p w14:paraId="20971CF0" w14:textId="77777777" w:rsidR="0010517E" w:rsidRPr="00643CF3" w:rsidRDefault="00643CF3">
      <w:pPr>
        <w:rPr>
          <w:szCs w:val="20"/>
        </w:rPr>
      </w:pPr>
      <w:r w:rsidRPr="00643CF3">
        <w:rPr>
          <w:szCs w:val="20"/>
        </w:rPr>
        <w:br w:type="page"/>
      </w:r>
    </w:p>
    <w:p w14:paraId="63594663" w14:textId="445D8A3C" w:rsidR="0010517E" w:rsidRDefault="0010517E"/>
    <w:tbl>
      <w:tblPr>
        <w:tblW w:w="0" w:type="auto"/>
        <w:jc w:val="center"/>
        <w:tblLayout w:type="fixed"/>
        <w:tblLook w:val="04A0" w:firstRow="1" w:lastRow="0" w:firstColumn="1" w:lastColumn="0" w:noHBand="0" w:noVBand="1"/>
      </w:tblPr>
      <w:tblGrid>
        <w:gridCol w:w="2404"/>
        <w:gridCol w:w="5260"/>
        <w:gridCol w:w="754"/>
        <w:gridCol w:w="684"/>
        <w:gridCol w:w="697"/>
      </w:tblGrid>
      <w:tr w:rsidR="0010517E" w14:paraId="370F9602"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EE2BAA" w14:textId="480751FC" w:rsidR="0010517E" w:rsidRPr="00BD095C" w:rsidRDefault="00C96488">
            <w:pPr>
              <w:jc w:val="center"/>
              <w:rPr>
                <w:szCs w:val="20"/>
              </w:rPr>
            </w:pPr>
            <w:r w:rsidRPr="00BD095C">
              <w:rPr>
                <w:b/>
                <w:color w:val="000000"/>
                <w:szCs w:val="20"/>
              </w:rPr>
              <w:t>Criterio 1.3</w:t>
            </w:r>
          </w:p>
        </w:tc>
        <w:tc>
          <w:tcPr>
            <w:tcW w:w="526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0E0195" w14:textId="77777777" w:rsidR="0010517E" w:rsidRPr="00BD095C" w:rsidRDefault="00643CF3">
            <w:pPr>
              <w:jc w:val="center"/>
              <w:rPr>
                <w:szCs w:val="20"/>
              </w:rPr>
            </w:pPr>
            <w:r w:rsidRPr="00BD095C">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5F8F76" w14:textId="77777777" w:rsidR="0010517E" w:rsidRPr="00BD095C" w:rsidRDefault="00643CF3">
            <w:pPr>
              <w:jc w:val="center"/>
              <w:rPr>
                <w:szCs w:val="20"/>
              </w:rPr>
            </w:pPr>
            <w:r w:rsidRPr="00BD095C">
              <w:rPr>
                <w:b/>
                <w:color w:val="000000"/>
                <w:szCs w:val="20"/>
              </w:rPr>
              <w:t>Nivel de cumplimiento</w:t>
            </w:r>
          </w:p>
        </w:tc>
      </w:tr>
      <w:tr w:rsidR="0010517E" w14:paraId="635B62E0"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FA9308" w14:textId="77777777" w:rsidR="0010517E" w:rsidRPr="00BD095C" w:rsidRDefault="0010517E">
            <w:pPr>
              <w:rPr>
                <w:szCs w:val="20"/>
              </w:rPr>
            </w:pPr>
          </w:p>
        </w:tc>
        <w:tc>
          <w:tcPr>
            <w:tcW w:w="526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6E77E9D" w14:textId="77777777" w:rsidR="0010517E" w:rsidRPr="00BD095C" w:rsidRDefault="0010517E">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F1054E"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656AFC"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3C623E3" w14:textId="77777777" w:rsidR="0010517E" w:rsidRPr="00BD095C" w:rsidRDefault="00643CF3">
            <w:pPr>
              <w:jc w:val="center"/>
              <w:rPr>
                <w:szCs w:val="20"/>
              </w:rPr>
            </w:pPr>
            <w:r w:rsidRPr="00BD095C">
              <w:rPr>
                <w:b/>
                <w:color w:val="000000"/>
                <w:szCs w:val="20"/>
              </w:rPr>
              <w:t>NC</w:t>
            </w:r>
          </w:p>
        </w:tc>
      </w:tr>
      <w:tr w:rsidR="0010517E" w:rsidRPr="00064F69" w14:paraId="5F533ECD"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ED1A0B" w14:textId="3B9B0DDE" w:rsidR="0010517E" w:rsidRPr="00BD095C" w:rsidRDefault="00643CF3">
            <w:pPr>
              <w:jc w:val="center"/>
              <w:rPr>
                <w:szCs w:val="20"/>
                <w:lang w:val="es-PY"/>
              </w:rPr>
            </w:pPr>
            <w:r w:rsidRPr="00BD095C">
              <w:rPr>
                <w:b/>
                <w:color w:val="000000"/>
                <w:szCs w:val="20"/>
                <w:lang w:val="es-PY"/>
              </w:rPr>
              <w:t xml:space="preserve">Eficiencia en la gestión </w:t>
            </w:r>
            <w:r w:rsidR="00C96488" w:rsidRPr="00BD095C">
              <w:rPr>
                <w:b/>
                <w:color w:val="000000"/>
                <w:szCs w:val="20"/>
                <w:lang w:val="es-PY"/>
              </w:rPr>
              <w:t>del financiamiento del programa</w:t>
            </w: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0CFCB2" w14:textId="52CE07D6" w:rsidR="0010517E" w:rsidRPr="00DB4F91" w:rsidRDefault="00643CF3">
            <w:pPr>
              <w:jc w:val="both"/>
              <w:rPr>
                <w:szCs w:val="20"/>
                <w:lang w:val="es-PY"/>
              </w:rPr>
            </w:pPr>
            <w:r w:rsidRPr="00BD095C">
              <w:rPr>
                <w:color w:val="000000"/>
                <w:szCs w:val="20"/>
                <w:lang w:val="es-PY"/>
              </w:rPr>
              <w:t xml:space="preserve">a. </w:t>
            </w:r>
            <w:r w:rsidR="00DB4F91" w:rsidRPr="00DB4F91">
              <w:rPr>
                <w:lang w:val="es-PY"/>
              </w:rPr>
              <w:t>El presupuesto asignado al programa es suficiente para su operación</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73DA9"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15661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FB720E" w14:textId="77777777" w:rsidR="0010517E" w:rsidRPr="00BD095C" w:rsidRDefault="0010517E">
            <w:pPr>
              <w:jc w:val="center"/>
              <w:rPr>
                <w:szCs w:val="20"/>
                <w:lang w:val="es-PY"/>
              </w:rPr>
            </w:pPr>
          </w:p>
        </w:tc>
      </w:tr>
      <w:tr w:rsidR="0010517E" w:rsidRPr="00064F69" w14:paraId="1302ED4D" w14:textId="77777777" w:rsidTr="00821777">
        <w:trPr>
          <w:cantSplit/>
          <w:trHeight w:val="58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9D35C3"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2433EA" w14:textId="4CE0EA19" w:rsidR="0010517E" w:rsidRPr="00DB4F91" w:rsidRDefault="00643CF3">
            <w:pPr>
              <w:jc w:val="both"/>
              <w:rPr>
                <w:szCs w:val="20"/>
                <w:lang w:val="es-PY"/>
              </w:rPr>
            </w:pPr>
            <w:r w:rsidRPr="00BD095C">
              <w:rPr>
                <w:color w:val="000000"/>
                <w:szCs w:val="20"/>
                <w:lang w:val="es-PY"/>
              </w:rPr>
              <w:t xml:space="preserve">b. </w:t>
            </w:r>
            <w:r w:rsidR="00DB4F91" w:rsidRPr="00DB4F91">
              <w:rPr>
                <w:lang w:val="es-PY"/>
              </w:rPr>
              <w:t>Existen fuentes complementarias de financiamiento (proyectos, convenios, cooperación), que apoyan las actividades del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842B7"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5454D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47F806" w14:textId="77777777" w:rsidR="0010517E" w:rsidRPr="00BD095C" w:rsidRDefault="0010517E">
            <w:pPr>
              <w:jc w:val="center"/>
              <w:rPr>
                <w:szCs w:val="20"/>
                <w:lang w:val="es-PY"/>
              </w:rPr>
            </w:pPr>
          </w:p>
        </w:tc>
      </w:tr>
      <w:tr w:rsidR="0010517E" w:rsidRPr="00064F69" w14:paraId="5581A9CD"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5664D5"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67329E" w14:textId="18DB2463" w:rsidR="0010517E" w:rsidRPr="00DB4F91" w:rsidRDefault="00643CF3">
            <w:pPr>
              <w:jc w:val="both"/>
              <w:rPr>
                <w:szCs w:val="20"/>
                <w:lang w:val="es-PY"/>
              </w:rPr>
            </w:pPr>
            <w:r w:rsidRPr="00BD095C">
              <w:rPr>
                <w:color w:val="000000"/>
                <w:szCs w:val="20"/>
                <w:lang w:val="es-PY"/>
              </w:rPr>
              <w:t xml:space="preserve">c. </w:t>
            </w:r>
            <w:r w:rsidR="00DB4F91" w:rsidRPr="00DB4F91">
              <w:rPr>
                <w:lang w:val="es-PY"/>
              </w:rPr>
              <w:t>Se destinan recursos para investigación y apoyo al doctorando.</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0DBF53"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371AA9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AA6215" w14:textId="77777777" w:rsidR="0010517E" w:rsidRPr="00BD095C" w:rsidRDefault="0010517E">
            <w:pPr>
              <w:jc w:val="center"/>
              <w:rPr>
                <w:szCs w:val="20"/>
                <w:lang w:val="es-PY"/>
              </w:rPr>
            </w:pPr>
          </w:p>
        </w:tc>
      </w:tr>
      <w:tr w:rsidR="0010517E" w:rsidRPr="00064F69" w14:paraId="7D3026A2" w14:textId="77777777" w:rsidTr="00821777">
        <w:trPr>
          <w:cantSplit/>
          <w:trHeight w:val="43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5C0612"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61D041" w14:textId="0F2A4086" w:rsidR="0010517E" w:rsidRPr="00BD095C" w:rsidRDefault="00643CF3">
            <w:pPr>
              <w:jc w:val="both"/>
              <w:rPr>
                <w:szCs w:val="20"/>
                <w:lang w:val="es-PY"/>
              </w:rPr>
            </w:pPr>
            <w:r w:rsidRPr="00BD095C">
              <w:rPr>
                <w:color w:val="000000"/>
                <w:szCs w:val="20"/>
                <w:lang w:val="es-PY"/>
              </w:rPr>
              <w:t xml:space="preserve">d. </w:t>
            </w:r>
            <w:r w:rsidR="00697865" w:rsidRPr="00CA67AF">
              <w:rPr>
                <w:color w:val="000000"/>
                <w:szCs w:val="20"/>
                <w:lang w:val="es-PY"/>
              </w:rPr>
              <w:t>La gestión financiera vinculada al programa es conocida por la comunidad académica</w:t>
            </w:r>
            <w:r w:rsidR="006705A8" w:rsidRPr="00BD095C">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7F472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D948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B022B4" w14:textId="77777777" w:rsidR="0010517E" w:rsidRPr="00BD095C" w:rsidRDefault="0010517E">
            <w:pPr>
              <w:jc w:val="center"/>
              <w:rPr>
                <w:szCs w:val="20"/>
                <w:lang w:val="es-PY"/>
              </w:rPr>
            </w:pPr>
          </w:p>
        </w:tc>
      </w:tr>
      <w:tr w:rsidR="0010517E" w:rsidRPr="00064F69" w14:paraId="4C0E0427" w14:textId="77777777" w:rsidTr="00821777">
        <w:trPr>
          <w:cantSplit/>
          <w:trHeight w:val="44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470D7D"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FDD38F9" w14:textId="54EC7AA7" w:rsidR="0010517E" w:rsidRPr="00BD095C" w:rsidRDefault="00643CF3">
            <w:pPr>
              <w:jc w:val="both"/>
              <w:rPr>
                <w:szCs w:val="20"/>
                <w:lang w:val="es-PY"/>
              </w:rPr>
            </w:pPr>
            <w:r w:rsidRPr="00BD095C">
              <w:rPr>
                <w:color w:val="000000"/>
                <w:szCs w:val="20"/>
                <w:lang w:val="es-PY"/>
              </w:rPr>
              <w:t xml:space="preserve">e. </w:t>
            </w:r>
            <w:r w:rsidR="00697865" w:rsidRPr="00CA67AF">
              <w:rPr>
                <w:color w:val="000000"/>
                <w:lang w:val="es-PY"/>
              </w:rPr>
              <w:t>Se asegura la continuidad operativa del programa a mediano plazo, a través de una planificación financiera institucional.</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63A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FEC42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B8C945" w14:textId="77777777" w:rsidR="0010517E" w:rsidRPr="00BD095C" w:rsidRDefault="0010517E">
            <w:pPr>
              <w:jc w:val="center"/>
              <w:rPr>
                <w:szCs w:val="20"/>
                <w:lang w:val="es-PY"/>
              </w:rPr>
            </w:pPr>
          </w:p>
        </w:tc>
      </w:tr>
      <w:tr w:rsidR="0010517E" w:rsidRPr="00064F69" w14:paraId="2E914EB6" w14:textId="77777777" w:rsidTr="00821777">
        <w:trPr>
          <w:cantSplit/>
          <w:trHeight w:hRule="exact" w:val="446"/>
          <w:jc w:val="center"/>
        </w:trPr>
        <w:tc>
          <w:tcPr>
            <w:tcW w:w="766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C22CD3"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3E8C18" w14:textId="77777777" w:rsidR="0010517E" w:rsidRPr="00BD095C" w:rsidRDefault="0010517E">
            <w:pPr>
              <w:jc w:val="center"/>
              <w:rPr>
                <w:szCs w:val="20"/>
                <w:lang w:val="es-PY"/>
              </w:rPr>
            </w:pPr>
          </w:p>
        </w:tc>
      </w:tr>
      <w:tr w:rsidR="0010517E" w14:paraId="3ED91CCD" w14:textId="77777777" w:rsidTr="00821777">
        <w:trPr>
          <w:cantSplit/>
          <w:trHeight w:hRule="exact" w:val="662"/>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85555D"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128A1EE" w14:textId="77777777" w:rsidR="0010517E" w:rsidRPr="00BD095C" w:rsidRDefault="00643CF3">
            <w:pPr>
              <w:jc w:val="center"/>
              <w:rPr>
                <w:szCs w:val="20"/>
              </w:rPr>
            </w:pPr>
            <w:r w:rsidRPr="00BD095C">
              <w:rPr>
                <w:b/>
                <w:color w:val="000000"/>
                <w:szCs w:val="20"/>
              </w:rPr>
              <w:t>Medios de verificación</w:t>
            </w:r>
          </w:p>
        </w:tc>
      </w:tr>
      <w:tr w:rsidR="00834447" w:rsidRPr="00FD6964" w14:paraId="174A9535" w14:textId="77777777" w:rsidTr="00821777">
        <w:trPr>
          <w:trHeight w:val="7269"/>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8FEA759" w14:textId="7A57DE58" w:rsidR="00834447" w:rsidRDefault="00834447" w:rsidP="00834447">
            <w:pPr>
              <w:jc w:val="both"/>
              <w:rPr>
                <w:b/>
                <w:color w:val="000000"/>
                <w:szCs w:val="20"/>
                <w:lang w:val="es-PY"/>
              </w:rPr>
            </w:pPr>
          </w:p>
          <w:p w14:paraId="17F9D3C7" w14:textId="663E2BDE" w:rsidR="00834447" w:rsidRDefault="00834447" w:rsidP="00834447">
            <w:pPr>
              <w:jc w:val="both"/>
              <w:rPr>
                <w:b/>
                <w:color w:val="000000"/>
                <w:szCs w:val="20"/>
                <w:lang w:val="es-PY"/>
              </w:rPr>
            </w:pPr>
          </w:p>
          <w:p w14:paraId="7A25D4C9" w14:textId="18612DDD" w:rsidR="00834447" w:rsidRDefault="00834447" w:rsidP="00834447">
            <w:pPr>
              <w:jc w:val="both"/>
              <w:rPr>
                <w:b/>
                <w:color w:val="000000"/>
                <w:szCs w:val="20"/>
                <w:lang w:val="es-PY"/>
              </w:rPr>
            </w:pPr>
          </w:p>
          <w:p w14:paraId="63294116" w14:textId="40B2E5F9" w:rsidR="00834447" w:rsidRDefault="00834447" w:rsidP="00834447">
            <w:pPr>
              <w:jc w:val="both"/>
              <w:rPr>
                <w:b/>
                <w:color w:val="000000"/>
                <w:szCs w:val="20"/>
                <w:lang w:val="es-PY"/>
              </w:rPr>
            </w:pPr>
          </w:p>
          <w:p w14:paraId="2A2D5A66" w14:textId="28F1C5D6" w:rsidR="00834447" w:rsidRDefault="00834447" w:rsidP="00834447">
            <w:pPr>
              <w:jc w:val="both"/>
              <w:rPr>
                <w:b/>
                <w:color w:val="000000"/>
                <w:szCs w:val="20"/>
                <w:lang w:val="es-PY"/>
              </w:rPr>
            </w:pPr>
          </w:p>
          <w:p w14:paraId="5E3F60DB" w14:textId="4073A1A7" w:rsidR="00834447" w:rsidRDefault="00834447" w:rsidP="00834447">
            <w:pPr>
              <w:jc w:val="both"/>
              <w:rPr>
                <w:b/>
                <w:color w:val="000000"/>
                <w:szCs w:val="20"/>
                <w:lang w:val="es-PY"/>
              </w:rPr>
            </w:pPr>
          </w:p>
          <w:p w14:paraId="2F0D5351" w14:textId="2D42277D" w:rsidR="00834447" w:rsidRDefault="00834447" w:rsidP="00834447">
            <w:pPr>
              <w:jc w:val="both"/>
              <w:rPr>
                <w:b/>
                <w:color w:val="000000"/>
                <w:szCs w:val="20"/>
                <w:lang w:val="es-PY"/>
              </w:rPr>
            </w:pPr>
          </w:p>
          <w:p w14:paraId="5DF1B0D0" w14:textId="1C190391" w:rsidR="00834447" w:rsidRDefault="00834447" w:rsidP="00834447">
            <w:pPr>
              <w:jc w:val="both"/>
              <w:rPr>
                <w:b/>
                <w:color w:val="000000"/>
                <w:szCs w:val="20"/>
                <w:lang w:val="es-PY"/>
              </w:rPr>
            </w:pPr>
          </w:p>
          <w:p w14:paraId="06AA89A7" w14:textId="576F7314" w:rsidR="00834447" w:rsidRDefault="00834447" w:rsidP="00834447">
            <w:pPr>
              <w:jc w:val="both"/>
              <w:rPr>
                <w:b/>
                <w:color w:val="000000"/>
                <w:szCs w:val="20"/>
                <w:lang w:val="es-PY"/>
              </w:rPr>
            </w:pPr>
          </w:p>
          <w:p w14:paraId="699EB4EF" w14:textId="08901988" w:rsidR="00834447" w:rsidRDefault="00834447" w:rsidP="00834447">
            <w:pPr>
              <w:jc w:val="both"/>
              <w:rPr>
                <w:b/>
                <w:color w:val="000000"/>
                <w:szCs w:val="20"/>
                <w:lang w:val="es-PY"/>
              </w:rPr>
            </w:pPr>
          </w:p>
          <w:p w14:paraId="1B302EAE" w14:textId="227B8C80" w:rsidR="00834447" w:rsidRDefault="00834447" w:rsidP="00834447">
            <w:pPr>
              <w:jc w:val="both"/>
              <w:rPr>
                <w:b/>
                <w:color w:val="000000"/>
                <w:szCs w:val="20"/>
                <w:lang w:val="es-PY"/>
              </w:rPr>
            </w:pPr>
          </w:p>
          <w:p w14:paraId="78C9C252" w14:textId="6F30A9FD" w:rsidR="00834447" w:rsidRDefault="00834447" w:rsidP="00834447">
            <w:pPr>
              <w:jc w:val="both"/>
              <w:rPr>
                <w:b/>
                <w:color w:val="000000"/>
                <w:szCs w:val="20"/>
                <w:lang w:val="es-PY"/>
              </w:rPr>
            </w:pPr>
          </w:p>
          <w:p w14:paraId="38F645D2" w14:textId="77777777" w:rsidR="00834447" w:rsidRDefault="00834447" w:rsidP="00834447">
            <w:pPr>
              <w:jc w:val="both"/>
              <w:rPr>
                <w:b/>
                <w:color w:val="000000"/>
                <w:szCs w:val="20"/>
                <w:lang w:val="es-PY"/>
              </w:rPr>
            </w:pPr>
          </w:p>
          <w:p w14:paraId="5303E0DC" w14:textId="77777777" w:rsidR="00834447" w:rsidRDefault="00834447" w:rsidP="00834447">
            <w:pPr>
              <w:jc w:val="both"/>
              <w:rPr>
                <w:b/>
                <w:color w:val="000000"/>
                <w:szCs w:val="20"/>
                <w:lang w:val="es-PY"/>
              </w:rPr>
            </w:pPr>
          </w:p>
          <w:p w14:paraId="738788C4" w14:textId="77777777" w:rsidR="00834447" w:rsidRDefault="00834447" w:rsidP="00834447">
            <w:pPr>
              <w:jc w:val="both"/>
              <w:rPr>
                <w:b/>
                <w:color w:val="000000"/>
                <w:szCs w:val="20"/>
                <w:lang w:val="es-PY"/>
              </w:rPr>
            </w:pPr>
          </w:p>
          <w:p w14:paraId="7EF14398" w14:textId="77777777" w:rsidR="00834447" w:rsidRDefault="00834447" w:rsidP="00834447">
            <w:pPr>
              <w:jc w:val="both"/>
              <w:rPr>
                <w:b/>
                <w:color w:val="000000"/>
                <w:szCs w:val="20"/>
                <w:lang w:val="es-PY"/>
              </w:rPr>
            </w:pPr>
          </w:p>
          <w:p w14:paraId="0F8D6FE9" w14:textId="77777777" w:rsidR="00834447" w:rsidRDefault="00834447" w:rsidP="00834447">
            <w:pPr>
              <w:jc w:val="both"/>
              <w:rPr>
                <w:b/>
                <w:color w:val="000000"/>
                <w:szCs w:val="20"/>
                <w:lang w:val="es-PY"/>
              </w:rPr>
            </w:pPr>
          </w:p>
          <w:p w14:paraId="7F861BC8" w14:textId="77777777" w:rsidR="00834447" w:rsidRDefault="00834447" w:rsidP="00834447">
            <w:pPr>
              <w:jc w:val="both"/>
              <w:rPr>
                <w:b/>
                <w:color w:val="000000"/>
                <w:szCs w:val="20"/>
                <w:lang w:val="es-PY"/>
              </w:rPr>
            </w:pPr>
          </w:p>
          <w:p w14:paraId="2318E5FB" w14:textId="77777777" w:rsidR="00834447" w:rsidRDefault="00834447" w:rsidP="00834447">
            <w:pPr>
              <w:jc w:val="both"/>
              <w:rPr>
                <w:b/>
                <w:color w:val="000000"/>
                <w:szCs w:val="20"/>
                <w:lang w:val="es-PY"/>
              </w:rPr>
            </w:pPr>
          </w:p>
          <w:p w14:paraId="43CC69CF" w14:textId="77777777" w:rsidR="00834447" w:rsidRDefault="00834447" w:rsidP="00834447">
            <w:pPr>
              <w:jc w:val="both"/>
              <w:rPr>
                <w:b/>
                <w:color w:val="000000"/>
                <w:szCs w:val="20"/>
                <w:lang w:val="es-PY"/>
              </w:rPr>
            </w:pPr>
          </w:p>
          <w:p w14:paraId="7A9A141A" w14:textId="77777777" w:rsidR="00834447" w:rsidRDefault="00834447" w:rsidP="00834447">
            <w:pPr>
              <w:jc w:val="both"/>
              <w:rPr>
                <w:b/>
                <w:color w:val="000000"/>
                <w:szCs w:val="20"/>
                <w:lang w:val="es-PY"/>
              </w:rPr>
            </w:pPr>
          </w:p>
          <w:p w14:paraId="604CCAE9" w14:textId="77777777" w:rsidR="00834447" w:rsidRDefault="00834447" w:rsidP="00834447">
            <w:pPr>
              <w:jc w:val="both"/>
              <w:rPr>
                <w:b/>
                <w:color w:val="000000"/>
                <w:szCs w:val="20"/>
                <w:lang w:val="es-PY"/>
              </w:rPr>
            </w:pPr>
          </w:p>
          <w:p w14:paraId="1A84A09A" w14:textId="77777777" w:rsidR="00834447" w:rsidRDefault="00834447" w:rsidP="00834447">
            <w:pPr>
              <w:jc w:val="both"/>
              <w:rPr>
                <w:b/>
                <w:color w:val="000000"/>
                <w:szCs w:val="20"/>
                <w:lang w:val="es-PY"/>
              </w:rPr>
            </w:pPr>
          </w:p>
          <w:p w14:paraId="66ECFD9B" w14:textId="77777777" w:rsidR="00834447" w:rsidRDefault="00834447" w:rsidP="00834447">
            <w:pPr>
              <w:jc w:val="both"/>
              <w:rPr>
                <w:b/>
                <w:color w:val="000000"/>
                <w:szCs w:val="20"/>
                <w:lang w:val="es-PY"/>
              </w:rPr>
            </w:pPr>
          </w:p>
          <w:p w14:paraId="5F0F494C" w14:textId="77777777" w:rsidR="00834447" w:rsidRDefault="00834447" w:rsidP="00834447">
            <w:pPr>
              <w:jc w:val="both"/>
              <w:rPr>
                <w:b/>
                <w:color w:val="000000"/>
                <w:szCs w:val="20"/>
                <w:lang w:val="es-PY"/>
              </w:rPr>
            </w:pPr>
          </w:p>
          <w:p w14:paraId="4E7ABB52" w14:textId="5E4C05FF" w:rsidR="00834447" w:rsidRPr="00FD6964" w:rsidRDefault="00834447" w:rsidP="00834447">
            <w:pPr>
              <w:jc w:val="both"/>
              <w:rPr>
                <w:b/>
                <w:color w:val="000000"/>
                <w:szCs w:val="20"/>
                <w:lang w:val="es-PY"/>
              </w:rPr>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E0F9817" w14:textId="43D14617" w:rsidR="00834447" w:rsidRPr="00FD6964" w:rsidRDefault="00834447" w:rsidP="00834447">
            <w:pPr>
              <w:jc w:val="both"/>
              <w:rPr>
                <w:b/>
                <w:color w:val="000000"/>
                <w:szCs w:val="20"/>
                <w:lang w:val="es-PY"/>
              </w:rPr>
            </w:pPr>
          </w:p>
        </w:tc>
      </w:tr>
    </w:tbl>
    <w:p w14:paraId="6ADB9F45" w14:textId="067A0FC8" w:rsidR="007A4CF2" w:rsidRDefault="007A4CF2">
      <w:pPr>
        <w:rPr>
          <w:lang w:val="es-PY"/>
        </w:rPr>
      </w:pPr>
    </w:p>
    <w:p w14:paraId="13BC2CEC" w14:textId="3514153A" w:rsidR="007A4CF2" w:rsidRDefault="007A4CF2">
      <w:pPr>
        <w:rPr>
          <w:lang w:val="es-PY"/>
        </w:rPr>
      </w:pPr>
    </w:p>
    <w:p w14:paraId="5E7F3473" w14:textId="510C0C93" w:rsidR="007A4CF2" w:rsidRDefault="007A4CF2">
      <w:pPr>
        <w:rPr>
          <w:lang w:val="es-PY"/>
        </w:rPr>
      </w:pPr>
    </w:p>
    <w:p w14:paraId="564B335A" w14:textId="77777777" w:rsidR="007A4CF2" w:rsidRDefault="007A4CF2">
      <w:pPr>
        <w:rPr>
          <w:lang w:val="es-PY"/>
        </w:rPr>
      </w:pPr>
    </w:p>
    <w:tbl>
      <w:tblPr>
        <w:tblW w:w="9792" w:type="dxa"/>
        <w:jc w:val="center"/>
        <w:tblCellMar>
          <w:left w:w="70" w:type="dxa"/>
          <w:right w:w="70" w:type="dxa"/>
        </w:tblCellMar>
        <w:tblLook w:val="04A0" w:firstRow="1" w:lastRow="0" w:firstColumn="1" w:lastColumn="0" w:noHBand="0" w:noVBand="1"/>
      </w:tblPr>
      <w:tblGrid>
        <w:gridCol w:w="4967"/>
        <w:gridCol w:w="4825"/>
      </w:tblGrid>
      <w:tr w:rsidR="007A4CF2" w:rsidRPr="00064F69" w14:paraId="7808358D"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BA9B16B" w14:textId="77777777" w:rsidR="007A4CF2" w:rsidRPr="00F34DB9" w:rsidRDefault="007A4CF2"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t xml:space="preserve">Fortalezas y Debilidades del Cumplimiento de Criterios de la Dimensión Evaluada </w:t>
            </w:r>
          </w:p>
        </w:tc>
      </w:tr>
      <w:tr w:rsidR="007A4CF2" w:rsidRPr="00DC5782" w14:paraId="6FDECA0B"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DFB60B3" w14:textId="77777777" w:rsidR="007A4CF2" w:rsidRPr="00840DB4" w:rsidRDefault="007A4CF2"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5FB9A43E" w14:textId="77777777" w:rsidR="007A4CF2" w:rsidRPr="00840DB4" w:rsidRDefault="007A4CF2" w:rsidP="008D53CA">
            <w:pPr>
              <w:jc w:val="center"/>
              <w:rPr>
                <w:rFonts w:eastAsia="Times New Roman" w:cs="Arial"/>
                <w:b/>
                <w:bCs/>
                <w:lang w:val="es-PY" w:eastAsia="es-PY"/>
              </w:rPr>
            </w:pPr>
            <w:r w:rsidRPr="00840DB4">
              <w:rPr>
                <w:b/>
                <w:bCs/>
                <w:lang w:val="es-PY" w:eastAsia="es-PY"/>
              </w:rPr>
              <w:t>Debilidades</w:t>
            </w:r>
          </w:p>
        </w:tc>
      </w:tr>
      <w:tr w:rsidR="007A4CF2" w:rsidRPr="00064F69" w14:paraId="60962D02" w14:textId="77777777" w:rsidTr="00697865">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00588875" w14:textId="5E23F6B0" w:rsidR="007A4CF2" w:rsidRDefault="007A4CF2" w:rsidP="00697865">
            <w:pPr>
              <w:spacing w:line="276" w:lineRule="auto"/>
              <w:jc w:val="both"/>
              <w:rPr>
                <w:rFonts w:eastAsia="Times New Roman" w:cs="Arial"/>
                <w:color w:val="A6A6A6" w:themeColor="background1" w:themeShade="A6"/>
                <w:szCs w:val="20"/>
                <w:lang w:val="es-PY" w:eastAsia="es-PY"/>
              </w:rPr>
            </w:pPr>
            <w:r w:rsidRPr="00F2657F">
              <w:rPr>
                <w:rFonts w:eastAsia="Times New Roman" w:cs="Arial"/>
                <w:color w:val="A6A6A6" w:themeColor="background1" w:themeShade="A6"/>
                <w:szCs w:val="20"/>
                <w:lang w:val="es-PY" w:eastAsia="es-PY"/>
              </w:rPr>
              <w:t xml:space="preserve">Describen los aspectos en los que </w:t>
            </w:r>
            <w:r w:rsidR="00343997">
              <w:rPr>
                <w:rFonts w:eastAsia="Times New Roman" w:cs="Arial"/>
                <w:color w:val="A6A6A6" w:themeColor="background1" w:themeShade="A6"/>
                <w:szCs w:val="20"/>
                <w:lang w:val="es-PY" w:eastAsia="es-PY"/>
              </w:rPr>
              <w:t>el programa</w:t>
            </w:r>
            <w:r w:rsidRPr="00F2657F">
              <w:rPr>
                <w:rFonts w:eastAsia="Times New Roman" w:cs="Arial"/>
                <w:color w:val="A6A6A6" w:themeColor="background1" w:themeShade="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p w14:paraId="0D86F297" w14:textId="77777777" w:rsidR="007544DA" w:rsidRDefault="007544DA" w:rsidP="00697865">
            <w:pPr>
              <w:spacing w:line="276" w:lineRule="auto"/>
              <w:jc w:val="both"/>
              <w:rPr>
                <w:rFonts w:eastAsia="Times New Roman" w:cs="Arial"/>
                <w:szCs w:val="20"/>
                <w:lang w:val="es-PY" w:eastAsia="es-PY"/>
              </w:rPr>
            </w:pPr>
          </w:p>
          <w:p w14:paraId="05131CE3" w14:textId="77777777" w:rsidR="007544DA" w:rsidRDefault="007544DA" w:rsidP="00697865">
            <w:pPr>
              <w:spacing w:line="276" w:lineRule="auto"/>
              <w:jc w:val="both"/>
              <w:rPr>
                <w:rFonts w:eastAsia="Times New Roman" w:cs="Arial"/>
                <w:szCs w:val="20"/>
                <w:lang w:val="es-PY" w:eastAsia="es-PY"/>
              </w:rPr>
            </w:pPr>
          </w:p>
          <w:p w14:paraId="67E6305D" w14:textId="77777777" w:rsidR="007544DA" w:rsidRDefault="007544DA" w:rsidP="00697865">
            <w:pPr>
              <w:spacing w:line="276" w:lineRule="auto"/>
              <w:jc w:val="both"/>
              <w:rPr>
                <w:rFonts w:eastAsia="Times New Roman" w:cs="Arial"/>
                <w:szCs w:val="20"/>
                <w:lang w:val="es-PY" w:eastAsia="es-PY"/>
              </w:rPr>
            </w:pPr>
          </w:p>
          <w:p w14:paraId="47ACE993" w14:textId="77777777" w:rsidR="007544DA" w:rsidRDefault="007544DA" w:rsidP="00697865">
            <w:pPr>
              <w:spacing w:line="276" w:lineRule="auto"/>
              <w:jc w:val="both"/>
              <w:rPr>
                <w:rFonts w:eastAsia="Times New Roman" w:cs="Arial"/>
                <w:szCs w:val="20"/>
                <w:lang w:val="es-PY" w:eastAsia="es-PY"/>
              </w:rPr>
            </w:pPr>
          </w:p>
          <w:p w14:paraId="6A9F224E" w14:textId="77777777" w:rsidR="007544DA" w:rsidRDefault="007544DA" w:rsidP="00697865">
            <w:pPr>
              <w:spacing w:line="276" w:lineRule="auto"/>
              <w:jc w:val="both"/>
              <w:rPr>
                <w:rFonts w:eastAsia="Times New Roman" w:cs="Arial"/>
                <w:szCs w:val="20"/>
                <w:lang w:val="es-PY" w:eastAsia="es-PY"/>
              </w:rPr>
            </w:pPr>
          </w:p>
          <w:p w14:paraId="2B06672E" w14:textId="77777777" w:rsidR="007544DA" w:rsidRDefault="007544DA" w:rsidP="00697865">
            <w:pPr>
              <w:spacing w:line="276" w:lineRule="auto"/>
              <w:jc w:val="both"/>
              <w:rPr>
                <w:rFonts w:eastAsia="Times New Roman" w:cs="Arial"/>
                <w:szCs w:val="20"/>
                <w:lang w:val="es-PY" w:eastAsia="es-PY"/>
              </w:rPr>
            </w:pPr>
          </w:p>
          <w:p w14:paraId="3AC79591" w14:textId="77777777" w:rsidR="007544DA" w:rsidRDefault="007544DA" w:rsidP="00697865">
            <w:pPr>
              <w:spacing w:line="276" w:lineRule="auto"/>
              <w:jc w:val="both"/>
              <w:rPr>
                <w:rFonts w:eastAsia="Times New Roman" w:cs="Arial"/>
                <w:szCs w:val="20"/>
                <w:lang w:val="es-PY" w:eastAsia="es-PY"/>
              </w:rPr>
            </w:pPr>
          </w:p>
          <w:p w14:paraId="43ADD701" w14:textId="77777777" w:rsidR="007544DA" w:rsidRDefault="007544DA" w:rsidP="00697865">
            <w:pPr>
              <w:spacing w:line="276" w:lineRule="auto"/>
              <w:jc w:val="both"/>
              <w:rPr>
                <w:rFonts w:eastAsia="Times New Roman" w:cs="Arial"/>
                <w:szCs w:val="20"/>
                <w:lang w:val="es-PY" w:eastAsia="es-PY"/>
              </w:rPr>
            </w:pPr>
          </w:p>
          <w:p w14:paraId="40E9ACDB" w14:textId="77777777" w:rsidR="007544DA" w:rsidRDefault="007544DA" w:rsidP="00697865">
            <w:pPr>
              <w:spacing w:line="276" w:lineRule="auto"/>
              <w:jc w:val="both"/>
              <w:rPr>
                <w:rFonts w:eastAsia="Times New Roman" w:cs="Arial"/>
                <w:szCs w:val="20"/>
                <w:lang w:val="es-PY" w:eastAsia="es-PY"/>
              </w:rPr>
            </w:pPr>
          </w:p>
          <w:p w14:paraId="11E54197" w14:textId="77777777" w:rsidR="007544DA" w:rsidRDefault="007544DA" w:rsidP="00697865">
            <w:pPr>
              <w:spacing w:line="276" w:lineRule="auto"/>
              <w:jc w:val="both"/>
              <w:rPr>
                <w:rFonts w:eastAsia="Times New Roman" w:cs="Arial"/>
                <w:szCs w:val="20"/>
                <w:lang w:val="es-PY" w:eastAsia="es-PY"/>
              </w:rPr>
            </w:pPr>
          </w:p>
          <w:p w14:paraId="058EB716" w14:textId="77777777" w:rsidR="007544DA" w:rsidRDefault="007544DA" w:rsidP="00697865">
            <w:pPr>
              <w:spacing w:line="276" w:lineRule="auto"/>
              <w:jc w:val="both"/>
              <w:rPr>
                <w:rFonts w:eastAsia="Times New Roman" w:cs="Arial"/>
                <w:szCs w:val="20"/>
                <w:lang w:val="es-PY" w:eastAsia="es-PY"/>
              </w:rPr>
            </w:pPr>
          </w:p>
          <w:p w14:paraId="1130B372" w14:textId="77777777" w:rsidR="007544DA" w:rsidRDefault="007544DA" w:rsidP="00697865">
            <w:pPr>
              <w:spacing w:line="276" w:lineRule="auto"/>
              <w:jc w:val="both"/>
              <w:rPr>
                <w:rFonts w:eastAsia="Times New Roman" w:cs="Arial"/>
                <w:szCs w:val="20"/>
                <w:lang w:val="es-PY" w:eastAsia="es-PY"/>
              </w:rPr>
            </w:pPr>
          </w:p>
          <w:p w14:paraId="5F9E8050" w14:textId="77777777" w:rsidR="007544DA" w:rsidRDefault="007544DA" w:rsidP="00697865">
            <w:pPr>
              <w:spacing w:line="276" w:lineRule="auto"/>
              <w:jc w:val="both"/>
              <w:rPr>
                <w:rFonts w:eastAsia="Times New Roman" w:cs="Arial"/>
                <w:szCs w:val="20"/>
                <w:lang w:val="es-PY" w:eastAsia="es-PY"/>
              </w:rPr>
            </w:pPr>
          </w:p>
          <w:p w14:paraId="3AA6B0B2" w14:textId="77777777" w:rsidR="007544DA" w:rsidRDefault="007544DA" w:rsidP="00697865">
            <w:pPr>
              <w:spacing w:line="276" w:lineRule="auto"/>
              <w:jc w:val="both"/>
              <w:rPr>
                <w:rFonts w:eastAsia="Times New Roman" w:cs="Arial"/>
                <w:szCs w:val="20"/>
                <w:lang w:val="es-PY" w:eastAsia="es-PY"/>
              </w:rPr>
            </w:pPr>
          </w:p>
          <w:p w14:paraId="40B1E13F" w14:textId="77777777" w:rsidR="007544DA" w:rsidRDefault="007544DA" w:rsidP="00697865">
            <w:pPr>
              <w:spacing w:line="276" w:lineRule="auto"/>
              <w:jc w:val="both"/>
              <w:rPr>
                <w:rFonts w:eastAsia="Times New Roman" w:cs="Arial"/>
                <w:szCs w:val="20"/>
                <w:lang w:val="es-PY" w:eastAsia="es-PY"/>
              </w:rPr>
            </w:pPr>
          </w:p>
          <w:p w14:paraId="3E12C71B" w14:textId="77777777" w:rsidR="007544DA" w:rsidRDefault="007544DA" w:rsidP="00697865">
            <w:pPr>
              <w:spacing w:line="276" w:lineRule="auto"/>
              <w:jc w:val="both"/>
              <w:rPr>
                <w:rFonts w:eastAsia="Times New Roman" w:cs="Arial"/>
                <w:szCs w:val="20"/>
                <w:lang w:val="es-PY" w:eastAsia="es-PY"/>
              </w:rPr>
            </w:pPr>
          </w:p>
          <w:p w14:paraId="05017835" w14:textId="77777777" w:rsidR="007544DA" w:rsidRDefault="007544DA" w:rsidP="00697865">
            <w:pPr>
              <w:spacing w:line="276" w:lineRule="auto"/>
              <w:jc w:val="both"/>
              <w:rPr>
                <w:rFonts w:eastAsia="Times New Roman" w:cs="Arial"/>
                <w:szCs w:val="20"/>
                <w:lang w:val="es-PY" w:eastAsia="es-PY"/>
              </w:rPr>
            </w:pPr>
          </w:p>
          <w:p w14:paraId="0E609C5E" w14:textId="77777777" w:rsidR="007544DA" w:rsidRDefault="007544DA" w:rsidP="00697865">
            <w:pPr>
              <w:spacing w:line="276" w:lineRule="auto"/>
              <w:jc w:val="both"/>
              <w:rPr>
                <w:rFonts w:eastAsia="Times New Roman" w:cs="Arial"/>
                <w:szCs w:val="20"/>
                <w:lang w:val="es-PY" w:eastAsia="es-PY"/>
              </w:rPr>
            </w:pPr>
          </w:p>
          <w:p w14:paraId="6E940E9B" w14:textId="77777777" w:rsidR="007544DA" w:rsidRDefault="007544DA" w:rsidP="00697865">
            <w:pPr>
              <w:spacing w:line="276" w:lineRule="auto"/>
              <w:jc w:val="both"/>
              <w:rPr>
                <w:rFonts w:eastAsia="Times New Roman" w:cs="Arial"/>
                <w:szCs w:val="20"/>
                <w:lang w:val="es-PY" w:eastAsia="es-PY"/>
              </w:rPr>
            </w:pPr>
          </w:p>
          <w:p w14:paraId="678F24F6" w14:textId="77777777" w:rsidR="007544DA" w:rsidRDefault="007544DA" w:rsidP="00697865">
            <w:pPr>
              <w:spacing w:line="276" w:lineRule="auto"/>
              <w:jc w:val="both"/>
              <w:rPr>
                <w:rFonts w:eastAsia="Times New Roman" w:cs="Arial"/>
                <w:szCs w:val="20"/>
                <w:lang w:val="es-PY" w:eastAsia="es-PY"/>
              </w:rPr>
            </w:pPr>
          </w:p>
          <w:p w14:paraId="36D81B55" w14:textId="77777777" w:rsidR="007544DA" w:rsidRDefault="007544DA" w:rsidP="00697865">
            <w:pPr>
              <w:spacing w:line="276" w:lineRule="auto"/>
              <w:jc w:val="both"/>
              <w:rPr>
                <w:rFonts w:eastAsia="Times New Roman" w:cs="Arial"/>
                <w:szCs w:val="20"/>
                <w:lang w:val="es-PY" w:eastAsia="es-PY"/>
              </w:rPr>
            </w:pPr>
          </w:p>
          <w:p w14:paraId="50F9FAEF" w14:textId="7989CF06" w:rsidR="007544DA" w:rsidRPr="00F2657F" w:rsidRDefault="007544DA" w:rsidP="00697865">
            <w:pPr>
              <w:spacing w:line="276" w:lineRule="auto"/>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11C953E" w14:textId="77777777" w:rsidR="007A4CF2" w:rsidRPr="00F2657F" w:rsidRDefault="007A4CF2" w:rsidP="00697865">
            <w:pPr>
              <w:spacing w:line="276" w:lineRule="auto"/>
              <w:contextualSpacing/>
              <w:jc w:val="both"/>
              <w:rPr>
                <w:rFonts w:eastAsia="Times New Roman" w:cs="Arial"/>
                <w:szCs w:val="20"/>
                <w:lang w:val="es-PY" w:eastAsia="es-PY"/>
              </w:rPr>
            </w:pPr>
            <w:r w:rsidRPr="007A4CF2">
              <w:rPr>
                <w:rFonts w:eastAsia="Times New Roman" w:cs="Arial"/>
                <w:color w:val="A6A6A6" w:themeColor="background1" w:themeShade="A6"/>
                <w:szCs w:val="20"/>
                <w:lang w:val="es-PY"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A4CF2" w:rsidRPr="00DC5782" w14:paraId="2F053D6E" w14:textId="77777777" w:rsidTr="00697865">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tcPr>
          <w:p w14:paraId="7C499C7C" w14:textId="77777777" w:rsidR="007A4CF2" w:rsidRPr="00F34DB9" w:rsidRDefault="007A4CF2" w:rsidP="00343997">
            <w:pPr>
              <w:spacing w:line="276" w:lineRule="auto"/>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7A4CF2" w:rsidRPr="00064F69" w14:paraId="638CAA87" w14:textId="77777777" w:rsidTr="00697865">
        <w:trPr>
          <w:trHeight w:val="2381"/>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7126C84" w14:textId="77777777" w:rsidR="007A4CF2" w:rsidRPr="007062D3" w:rsidRDefault="007A4CF2" w:rsidP="00697865">
            <w:p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18D9EFB4"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7BCD87A8"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16DA2BE0"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4AD1DCF5"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70167FC3" w14:textId="77777777" w:rsidR="007A4CF2" w:rsidRPr="007062D3" w:rsidRDefault="007A4CF2" w:rsidP="00697865">
            <w:p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2A305719" w14:textId="77777777" w:rsidR="007A4CF2" w:rsidRDefault="007A4CF2" w:rsidP="00697865">
            <w:pPr>
              <w:spacing w:line="276" w:lineRule="auto"/>
              <w:contextualSpacing/>
              <w:jc w:val="both"/>
              <w:rPr>
                <w:rFonts w:eastAsia="Times New Roman" w:cs="Arial"/>
                <w:color w:val="000000"/>
                <w:lang w:val="es-PY" w:eastAsia="es-PY"/>
              </w:rPr>
            </w:pPr>
          </w:p>
          <w:p w14:paraId="1B8A2C48" w14:textId="77777777" w:rsidR="007A4CF2" w:rsidRDefault="007A4CF2" w:rsidP="00697865">
            <w:pPr>
              <w:spacing w:line="276" w:lineRule="auto"/>
              <w:contextualSpacing/>
              <w:jc w:val="both"/>
              <w:rPr>
                <w:rFonts w:eastAsia="Times New Roman" w:cs="Arial"/>
                <w:color w:val="000000"/>
                <w:lang w:val="es-PY" w:eastAsia="es-PY"/>
              </w:rPr>
            </w:pPr>
          </w:p>
          <w:p w14:paraId="1ED1839A" w14:textId="77777777" w:rsidR="007A4CF2" w:rsidRDefault="007A4CF2" w:rsidP="00697865">
            <w:pPr>
              <w:spacing w:line="276" w:lineRule="auto"/>
              <w:contextualSpacing/>
              <w:jc w:val="both"/>
              <w:rPr>
                <w:rFonts w:eastAsia="Times New Roman" w:cs="Arial"/>
                <w:color w:val="000000"/>
                <w:lang w:val="es-PY" w:eastAsia="es-PY"/>
              </w:rPr>
            </w:pPr>
          </w:p>
          <w:p w14:paraId="7D8575D8" w14:textId="77777777" w:rsidR="007A4CF2" w:rsidRDefault="007A4CF2" w:rsidP="00697865">
            <w:pPr>
              <w:spacing w:line="276" w:lineRule="auto"/>
              <w:contextualSpacing/>
              <w:jc w:val="both"/>
              <w:rPr>
                <w:rFonts w:eastAsia="Times New Roman" w:cs="Arial"/>
                <w:color w:val="000000"/>
                <w:lang w:val="es-PY" w:eastAsia="es-PY"/>
              </w:rPr>
            </w:pPr>
          </w:p>
          <w:p w14:paraId="15D9A595" w14:textId="77777777" w:rsidR="007544DA" w:rsidRDefault="007544DA" w:rsidP="00697865">
            <w:pPr>
              <w:spacing w:line="276" w:lineRule="auto"/>
              <w:contextualSpacing/>
              <w:jc w:val="both"/>
              <w:rPr>
                <w:rFonts w:eastAsia="Times New Roman" w:cs="Arial"/>
                <w:color w:val="000000"/>
                <w:lang w:val="es-PY" w:eastAsia="es-PY"/>
              </w:rPr>
            </w:pPr>
          </w:p>
          <w:p w14:paraId="1A3F53A2" w14:textId="77777777" w:rsidR="007544DA" w:rsidRDefault="007544DA" w:rsidP="00697865">
            <w:pPr>
              <w:spacing w:line="276" w:lineRule="auto"/>
              <w:contextualSpacing/>
              <w:jc w:val="both"/>
              <w:rPr>
                <w:rFonts w:eastAsia="Times New Roman" w:cs="Arial"/>
                <w:color w:val="000000"/>
                <w:lang w:val="es-PY" w:eastAsia="es-PY"/>
              </w:rPr>
            </w:pPr>
          </w:p>
          <w:p w14:paraId="66B25C52" w14:textId="3DF390E2" w:rsidR="006A537F" w:rsidRPr="00DC5782" w:rsidRDefault="006A537F" w:rsidP="00697865">
            <w:pPr>
              <w:spacing w:line="276" w:lineRule="auto"/>
              <w:contextualSpacing/>
              <w:jc w:val="both"/>
              <w:rPr>
                <w:rFonts w:eastAsia="Times New Roman" w:cs="Arial"/>
                <w:color w:val="000000"/>
                <w:lang w:val="es-PY" w:eastAsia="es-PY"/>
              </w:rPr>
            </w:pPr>
          </w:p>
        </w:tc>
      </w:tr>
    </w:tbl>
    <w:p w14:paraId="14C78BCB" w14:textId="5F0C778A" w:rsidR="0010517E" w:rsidRPr="00FD6964" w:rsidRDefault="0010517E">
      <w:pPr>
        <w:rPr>
          <w:lang w:val="es-PY"/>
        </w:rPr>
      </w:pPr>
    </w:p>
    <w:tbl>
      <w:tblPr>
        <w:tblW w:w="0" w:type="auto"/>
        <w:jc w:val="center"/>
        <w:tblLayout w:type="fixed"/>
        <w:tblLook w:val="04A0" w:firstRow="1" w:lastRow="0" w:firstColumn="1" w:lastColumn="0" w:noHBand="0" w:noVBand="1"/>
      </w:tblPr>
      <w:tblGrid>
        <w:gridCol w:w="2277"/>
        <w:gridCol w:w="5334"/>
        <w:gridCol w:w="684"/>
        <w:gridCol w:w="684"/>
        <w:gridCol w:w="794"/>
      </w:tblGrid>
      <w:tr w:rsidR="0010517E" w:rsidRPr="00064F69" w14:paraId="389BF742" w14:textId="77777777" w:rsidTr="00821777">
        <w:trPr>
          <w:cantSplit/>
          <w:trHeight w:hRule="exact" w:val="446"/>
          <w:tblHeader/>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64AA4AA" w14:textId="595F5AAD" w:rsidR="0010517E" w:rsidRPr="00643CF3" w:rsidRDefault="00643CF3">
            <w:pPr>
              <w:rPr>
                <w:szCs w:val="20"/>
                <w:lang w:val="es-PY"/>
              </w:rPr>
            </w:pPr>
            <w:r w:rsidRPr="00643CF3">
              <w:rPr>
                <w:b/>
                <w:color w:val="FFFFFF"/>
                <w:szCs w:val="20"/>
                <w:lang w:val="es-PY"/>
              </w:rPr>
              <w:t xml:space="preserve">DIMENSIÓN 2. PROYECTO ACADÉMICO Y </w:t>
            </w:r>
            <w:r w:rsidR="00697865">
              <w:rPr>
                <w:b/>
                <w:color w:val="FFFFFF"/>
                <w:szCs w:val="20"/>
                <w:lang w:val="es-PY"/>
              </w:rPr>
              <w:t>PROCESO FORMATIVO</w:t>
            </w:r>
          </w:p>
        </w:tc>
      </w:tr>
      <w:tr w:rsidR="0010517E" w14:paraId="12BAC5BB" w14:textId="77777777" w:rsidTr="00821777">
        <w:trPr>
          <w:cantSplit/>
          <w:trHeight w:hRule="exact" w:val="691"/>
          <w:tblHeader/>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Pr="0094394F" w:rsidRDefault="00010B74">
            <w:pPr>
              <w:jc w:val="center"/>
              <w:rPr>
                <w:szCs w:val="20"/>
              </w:rPr>
            </w:pPr>
            <w:r w:rsidRPr="0094394F">
              <w:rPr>
                <w:b/>
                <w:color w:val="000000"/>
                <w:szCs w:val="20"/>
              </w:rPr>
              <w:t>Criterio 2.1</w:t>
            </w:r>
          </w:p>
        </w:tc>
        <w:tc>
          <w:tcPr>
            <w:tcW w:w="533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94394F" w:rsidRDefault="00643CF3">
            <w:pPr>
              <w:jc w:val="center"/>
              <w:rPr>
                <w:szCs w:val="20"/>
              </w:rPr>
            </w:pPr>
            <w:r w:rsidRPr="0094394F">
              <w:rPr>
                <w:b/>
                <w:color w:val="000000"/>
                <w:szCs w:val="20"/>
              </w:rPr>
              <w:t>Indicadores</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94394F" w:rsidRDefault="00643CF3">
            <w:pPr>
              <w:jc w:val="center"/>
              <w:rPr>
                <w:szCs w:val="20"/>
              </w:rPr>
            </w:pPr>
            <w:r w:rsidRPr="0094394F">
              <w:rPr>
                <w:b/>
                <w:color w:val="000000"/>
                <w:szCs w:val="20"/>
              </w:rPr>
              <w:t>Nivel de cumplimiento</w:t>
            </w:r>
          </w:p>
        </w:tc>
      </w:tr>
      <w:tr w:rsidR="0010517E" w14:paraId="742F2DE0" w14:textId="77777777" w:rsidTr="00821777">
        <w:trPr>
          <w:cantSplit/>
          <w:trHeight w:hRule="exact" w:val="432"/>
          <w:tblHeader/>
          <w:jc w:val="center"/>
        </w:trPr>
        <w:tc>
          <w:tcPr>
            <w:tcW w:w="2277"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Pr="0094394F" w:rsidRDefault="0010517E">
            <w:pPr>
              <w:rPr>
                <w:szCs w:val="20"/>
              </w:rPr>
            </w:pPr>
          </w:p>
        </w:tc>
        <w:tc>
          <w:tcPr>
            <w:tcW w:w="533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A6D679"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94394F" w:rsidRDefault="00643CF3">
            <w:pPr>
              <w:jc w:val="center"/>
              <w:rPr>
                <w:szCs w:val="20"/>
              </w:rPr>
            </w:pPr>
            <w:r w:rsidRPr="0094394F">
              <w:rPr>
                <w:b/>
                <w:color w:val="000000"/>
                <w:szCs w:val="20"/>
              </w:rPr>
              <w:t>CP</w:t>
            </w:r>
          </w:p>
        </w:tc>
        <w:tc>
          <w:tcPr>
            <w:tcW w:w="79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94394F" w:rsidRDefault="00643CF3">
            <w:pPr>
              <w:jc w:val="center"/>
              <w:rPr>
                <w:szCs w:val="20"/>
              </w:rPr>
            </w:pPr>
            <w:r w:rsidRPr="0094394F">
              <w:rPr>
                <w:b/>
                <w:color w:val="000000"/>
                <w:szCs w:val="20"/>
              </w:rPr>
              <w:t>NC</w:t>
            </w:r>
          </w:p>
        </w:tc>
      </w:tr>
      <w:tr w:rsidR="0010517E" w:rsidRPr="00064F69" w14:paraId="34A58A1A" w14:textId="77777777" w:rsidTr="00821777">
        <w:trPr>
          <w:cantSplit/>
          <w:trHeight w:val="459"/>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E1183A" w14:textId="77777777" w:rsidR="00DB4F91" w:rsidRPr="00DB4F91" w:rsidRDefault="00DB4F91" w:rsidP="00DB4F91">
            <w:pPr>
              <w:jc w:val="center"/>
              <w:rPr>
                <w:b/>
                <w:bCs/>
                <w:lang w:val="es-PY"/>
              </w:rPr>
            </w:pPr>
            <w:r w:rsidRPr="00DB4F91">
              <w:rPr>
                <w:b/>
                <w:bCs/>
                <w:lang w:val="es-PY"/>
              </w:rPr>
              <w:t>Pertinencia del diseño curricular para la formación investigativa en modalidad a distancia</w:t>
            </w:r>
          </w:p>
          <w:p w14:paraId="6F6B6766" w14:textId="77777777" w:rsidR="00DB4F91" w:rsidRDefault="00DB4F91" w:rsidP="00DB4F91">
            <w:pPr>
              <w:jc w:val="center"/>
              <w:rPr>
                <w:b/>
                <w:bCs/>
                <w:color w:val="FF0000"/>
              </w:rPr>
            </w:pPr>
            <w:r>
              <w:rPr>
                <w:b/>
                <w:bCs/>
                <w:color w:val="FF0000"/>
              </w:rPr>
              <w:t>(Sustantivo)</w:t>
            </w:r>
          </w:p>
          <w:p w14:paraId="50FFD1C6" w14:textId="4AA3181E" w:rsidR="00CC0341" w:rsidRPr="0094394F" w:rsidRDefault="00CC0341">
            <w:pPr>
              <w:jc w:val="cente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F8C40" w14:textId="0452D88E" w:rsidR="0010517E" w:rsidRPr="00DB4F91" w:rsidRDefault="00643CF3">
            <w:pPr>
              <w:jc w:val="both"/>
              <w:rPr>
                <w:szCs w:val="20"/>
                <w:lang w:val="es-PY"/>
              </w:rPr>
            </w:pPr>
            <w:r w:rsidRPr="0094394F">
              <w:rPr>
                <w:szCs w:val="20"/>
                <w:lang w:val="es-PY"/>
              </w:rPr>
              <w:t xml:space="preserve">a. </w:t>
            </w:r>
            <w:r w:rsidR="00DB4F91" w:rsidRPr="00DB4F91">
              <w:rPr>
                <w:lang w:val="es-PY"/>
              </w:rPr>
              <w:t>El currículo se fundamenta en un perfil de egreso orientado a la investigación y adaptado a las exigencias de la modalidad</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10517E" w:rsidRPr="0094394F" w:rsidRDefault="0010517E">
            <w:pPr>
              <w:jc w:val="center"/>
              <w:rPr>
                <w:szCs w:val="20"/>
                <w:lang w:val="es-PY"/>
              </w:rPr>
            </w:pPr>
          </w:p>
        </w:tc>
      </w:tr>
      <w:tr w:rsidR="0010517E" w:rsidRPr="00064F69" w14:paraId="2749AC1C" w14:textId="77777777" w:rsidTr="00821777">
        <w:trPr>
          <w:cantSplit/>
          <w:trHeight w:val="6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AFCBDB"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2C642D" w14:textId="66444A49" w:rsidR="0010517E" w:rsidRPr="00DB4F91" w:rsidRDefault="00643CF3">
            <w:pPr>
              <w:jc w:val="both"/>
              <w:rPr>
                <w:szCs w:val="20"/>
                <w:lang w:val="es-PY"/>
              </w:rPr>
            </w:pPr>
            <w:r w:rsidRPr="0094394F">
              <w:rPr>
                <w:szCs w:val="20"/>
                <w:lang w:val="es-PY"/>
              </w:rPr>
              <w:t xml:space="preserve">b. </w:t>
            </w:r>
            <w:r w:rsidR="00DB4F91" w:rsidRPr="00DB4F91">
              <w:rPr>
                <w:lang w:val="es-PY"/>
              </w:rPr>
              <w:t>El plan de estudios incluye formación metodológica y recursos didácticos digitales coherentes con el nivel educativo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10517E" w:rsidRPr="0094394F" w:rsidRDefault="0010517E">
            <w:pPr>
              <w:jc w:val="center"/>
              <w:rPr>
                <w:szCs w:val="20"/>
                <w:lang w:val="es-PY"/>
              </w:rPr>
            </w:pPr>
          </w:p>
        </w:tc>
      </w:tr>
      <w:tr w:rsidR="0010517E" w:rsidRPr="00064F69" w14:paraId="283637A0" w14:textId="77777777" w:rsidTr="00DB4F91">
        <w:trPr>
          <w:cantSplit/>
          <w:trHeight w:val="496"/>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5C664B"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CD26F6" w14:textId="53882A06" w:rsidR="0010517E" w:rsidRPr="00DB4F91" w:rsidRDefault="00643CF3">
            <w:pPr>
              <w:jc w:val="both"/>
              <w:rPr>
                <w:szCs w:val="20"/>
                <w:lang w:val="es-PY"/>
              </w:rPr>
            </w:pPr>
            <w:r w:rsidRPr="0094394F">
              <w:rPr>
                <w:szCs w:val="20"/>
                <w:lang w:val="es-PY"/>
              </w:rPr>
              <w:t xml:space="preserve">c. </w:t>
            </w:r>
            <w:r w:rsidR="00DB4F91" w:rsidRPr="00DB4F91">
              <w:rPr>
                <w:lang w:val="es-PY"/>
              </w:rPr>
              <w:t>Se articulan líneas de investigación institucionales con los ejes de formación mediante estrategias colaborativas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10517E" w:rsidRPr="0094394F" w:rsidRDefault="0010517E">
            <w:pPr>
              <w:jc w:val="center"/>
              <w:rPr>
                <w:szCs w:val="20"/>
                <w:lang w:val="es-PY"/>
              </w:rPr>
            </w:pPr>
          </w:p>
        </w:tc>
      </w:tr>
      <w:tr w:rsidR="0010517E" w:rsidRPr="00064F69" w14:paraId="4F342D9A" w14:textId="77777777" w:rsidTr="00821777">
        <w:trPr>
          <w:cantSplit/>
          <w:trHeight w:val="5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00CED0"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AEBAA" w14:textId="08BE18BA" w:rsidR="0010517E" w:rsidRPr="00DB4F91" w:rsidRDefault="00643CF3">
            <w:pPr>
              <w:jc w:val="both"/>
              <w:rPr>
                <w:szCs w:val="20"/>
                <w:lang w:val="es-PY"/>
              </w:rPr>
            </w:pPr>
            <w:r w:rsidRPr="0094394F">
              <w:rPr>
                <w:szCs w:val="20"/>
                <w:lang w:val="es-PY"/>
              </w:rPr>
              <w:t xml:space="preserve">d. </w:t>
            </w:r>
            <w:r w:rsidR="00DB4F91" w:rsidRPr="00DB4F91">
              <w:rPr>
                <w:color w:val="000000" w:themeColor="text1"/>
                <w:lang w:val="es-PY"/>
              </w:rPr>
              <w:t>Los seminarios, talleres y actividades sincrónicas y asincrónicas son pertinentes al nivel doctoral y se orientan a la construcción y desarrollo del proyecto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10517E" w:rsidRPr="0094394F" w:rsidRDefault="0010517E">
            <w:pPr>
              <w:jc w:val="center"/>
              <w:rPr>
                <w:szCs w:val="20"/>
                <w:lang w:val="es-PY"/>
              </w:rPr>
            </w:pPr>
          </w:p>
        </w:tc>
      </w:tr>
      <w:tr w:rsidR="0010517E" w:rsidRPr="00064F69" w14:paraId="5F2D9900" w14:textId="77777777" w:rsidTr="00DB4F91">
        <w:trPr>
          <w:cantSplit/>
          <w:trHeight w:val="529"/>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C641D7"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D8A73B" w14:textId="3BF72540" w:rsidR="0010517E" w:rsidRPr="00DB4F91" w:rsidRDefault="00643CF3">
            <w:pPr>
              <w:jc w:val="both"/>
              <w:rPr>
                <w:szCs w:val="20"/>
                <w:lang w:val="es-PY"/>
              </w:rPr>
            </w:pPr>
            <w:r w:rsidRPr="0094394F">
              <w:rPr>
                <w:szCs w:val="20"/>
                <w:lang w:val="es-PY"/>
              </w:rPr>
              <w:t xml:space="preserve">e. </w:t>
            </w:r>
            <w:r w:rsidR="00DB4F91" w:rsidRPr="00DB4F91">
              <w:rPr>
                <w:lang w:val="es-PY"/>
              </w:rPr>
              <w:t>El currículo y los recursos digitales son revisados, ajustados o actualizados periódicamente, considerando las necesidades académicas y tecnológicas.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10517E" w:rsidRPr="0094394F" w:rsidRDefault="0010517E">
            <w:pPr>
              <w:jc w:val="center"/>
              <w:rPr>
                <w:szCs w:val="20"/>
                <w:lang w:val="es-PY"/>
              </w:rPr>
            </w:pPr>
          </w:p>
        </w:tc>
      </w:tr>
      <w:tr w:rsidR="0010517E" w:rsidRPr="00064F69" w14:paraId="6DA650EA" w14:textId="77777777" w:rsidTr="00821777">
        <w:trPr>
          <w:cantSplit/>
          <w:trHeight w:hRule="exact" w:val="446"/>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94394F" w:rsidRDefault="0010517E">
            <w:pPr>
              <w:jc w:val="center"/>
              <w:rPr>
                <w:szCs w:val="20"/>
                <w:lang w:val="es-PY"/>
              </w:rPr>
            </w:pPr>
          </w:p>
        </w:tc>
      </w:tr>
      <w:tr w:rsidR="0010517E" w14:paraId="5CBF0C0C" w14:textId="77777777" w:rsidTr="00821777">
        <w:trPr>
          <w:cantSplit/>
          <w:trHeight w:hRule="exact" w:val="662"/>
          <w:jc w:val="center"/>
        </w:trPr>
        <w:tc>
          <w:tcPr>
            <w:tcW w:w="7611"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07B0B42"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B6BAC55" w14:textId="77777777" w:rsidR="0010517E" w:rsidRPr="0094394F" w:rsidRDefault="00643CF3">
            <w:pPr>
              <w:jc w:val="center"/>
              <w:rPr>
                <w:szCs w:val="20"/>
              </w:rPr>
            </w:pPr>
            <w:r w:rsidRPr="0094394F">
              <w:rPr>
                <w:b/>
                <w:color w:val="000000"/>
                <w:szCs w:val="20"/>
              </w:rPr>
              <w:t>Medios de verificación</w:t>
            </w:r>
          </w:p>
        </w:tc>
      </w:tr>
      <w:tr w:rsidR="0010517E" w14:paraId="54A87726" w14:textId="77777777" w:rsidTr="00821777">
        <w:trPr>
          <w:cantSplit/>
          <w:trHeight w:val="5199"/>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0317EB9" w14:textId="77777777" w:rsidR="0010517E" w:rsidRDefault="0010517E" w:rsidP="00DB4F91">
            <w:pPr>
              <w:jc w:val="both"/>
            </w:pPr>
          </w:p>
          <w:p w14:paraId="6EC29296" w14:textId="77777777" w:rsidR="0094394F" w:rsidRDefault="0094394F" w:rsidP="00DB4F91">
            <w:pPr>
              <w:jc w:val="both"/>
            </w:pPr>
          </w:p>
          <w:p w14:paraId="411AE76F" w14:textId="77777777" w:rsidR="0094394F" w:rsidRDefault="0094394F" w:rsidP="00DB4F91">
            <w:pPr>
              <w:jc w:val="both"/>
            </w:pPr>
          </w:p>
          <w:p w14:paraId="2A14D9D6" w14:textId="77777777" w:rsidR="0094394F" w:rsidRDefault="0094394F" w:rsidP="00DB4F91">
            <w:pPr>
              <w:jc w:val="both"/>
            </w:pPr>
          </w:p>
          <w:p w14:paraId="76C53585" w14:textId="77777777" w:rsidR="0094394F" w:rsidRDefault="0094394F" w:rsidP="00DB4F91">
            <w:pPr>
              <w:jc w:val="both"/>
            </w:pPr>
          </w:p>
          <w:p w14:paraId="3B40ABA3" w14:textId="77777777" w:rsidR="0094394F" w:rsidRDefault="0094394F" w:rsidP="00DB4F91">
            <w:pPr>
              <w:jc w:val="both"/>
            </w:pPr>
          </w:p>
          <w:p w14:paraId="56BEF490" w14:textId="77777777" w:rsidR="0094394F" w:rsidRDefault="0094394F" w:rsidP="00DB4F91">
            <w:pPr>
              <w:jc w:val="both"/>
            </w:pPr>
          </w:p>
          <w:p w14:paraId="3575CE48" w14:textId="77777777" w:rsidR="0094394F" w:rsidRDefault="0094394F" w:rsidP="00DB4F91">
            <w:pPr>
              <w:jc w:val="both"/>
            </w:pPr>
          </w:p>
          <w:p w14:paraId="15F266F4" w14:textId="77777777" w:rsidR="0094394F" w:rsidRDefault="0094394F" w:rsidP="00DB4F91">
            <w:pPr>
              <w:jc w:val="both"/>
            </w:pPr>
          </w:p>
          <w:p w14:paraId="1A01F44B" w14:textId="77777777" w:rsidR="0094394F" w:rsidRDefault="0094394F" w:rsidP="00DB4F91">
            <w:pPr>
              <w:jc w:val="both"/>
            </w:pPr>
          </w:p>
          <w:p w14:paraId="6A410234" w14:textId="77777777" w:rsidR="0094394F" w:rsidRDefault="0094394F" w:rsidP="00DB4F91">
            <w:pPr>
              <w:jc w:val="both"/>
            </w:pPr>
          </w:p>
          <w:p w14:paraId="6E2B5F15" w14:textId="77777777" w:rsidR="0094394F" w:rsidRDefault="0094394F" w:rsidP="00DB4F91">
            <w:pPr>
              <w:jc w:val="both"/>
            </w:pPr>
          </w:p>
          <w:p w14:paraId="39A21D2E" w14:textId="77777777" w:rsidR="0094394F" w:rsidRDefault="0094394F" w:rsidP="00DB4F91">
            <w:pPr>
              <w:jc w:val="both"/>
            </w:pPr>
          </w:p>
          <w:p w14:paraId="731113EF" w14:textId="77777777" w:rsidR="0094394F" w:rsidRDefault="0094394F" w:rsidP="00DB4F91">
            <w:pPr>
              <w:jc w:val="both"/>
            </w:pPr>
          </w:p>
          <w:p w14:paraId="599DE91E" w14:textId="77777777" w:rsidR="0094394F" w:rsidRDefault="0094394F" w:rsidP="00DB4F91">
            <w:pPr>
              <w:jc w:val="both"/>
            </w:pPr>
          </w:p>
          <w:p w14:paraId="4C1F91FD" w14:textId="77777777" w:rsidR="0094394F" w:rsidRDefault="0094394F" w:rsidP="00DB4F91">
            <w:pPr>
              <w:jc w:val="both"/>
            </w:pPr>
          </w:p>
          <w:p w14:paraId="468D90FE" w14:textId="77777777" w:rsidR="0094394F" w:rsidRDefault="0094394F" w:rsidP="00DB4F91">
            <w:pPr>
              <w:jc w:val="both"/>
            </w:pPr>
          </w:p>
          <w:p w14:paraId="63664058" w14:textId="77777777" w:rsidR="0094394F" w:rsidRDefault="0094394F" w:rsidP="00DB4F91">
            <w:pPr>
              <w:jc w:val="both"/>
            </w:pPr>
          </w:p>
          <w:p w14:paraId="1BF1FFAE" w14:textId="77777777" w:rsidR="0094394F" w:rsidRDefault="0094394F" w:rsidP="00DB4F91">
            <w:pPr>
              <w:jc w:val="both"/>
            </w:pPr>
          </w:p>
          <w:p w14:paraId="182CB0D9" w14:textId="77777777" w:rsidR="0094394F" w:rsidRDefault="0094394F" w:rsidP="00DB4F91">
            <w:pPr>
              <w:jc w:val="both"/>
            </w:pPr>
          </w:p>
          <w:p w14:paraId="7D6E473E" w14:textId="77777777" w:rsidR="0094394F" w:rsidRDefault="0094394F" w:rsidP="00DB4F91">
            <w:pPr>
              <w:jc w:val="both"/>
            </w:pPr>
          </w:p>
          <w:p w14:paraId="1F415DB3" w14:textId="73162947" w:rsidR="0094394F" w:rsidRDefault="0094394F" w:rsidP="00DB4F91">
            <w:pPr>
              <w:jc w:val="both"/>
            </w:pPr>
          </w:p>
          <w:p w14:paraId="343A81CE" w14:textId="43927CCD" w:rsidR="0094394F" w:rsidRDefault="0094394F" w:rsidP="00DB4F91">
            <w:pPr>
              <w:jc w:val="both"/>
            </w:pPr>
          </w:p>
          <w:p w14:paraId="65CA8A74" w14:textId="77777777" w:rsidR="0094394F" w:rsidRDefault="0094394F" w:rsidP="00DB4F91">
            <w:pPr>
              <w:jc w:val="both"/>
            </w:pPr>
          </w:p>
          <w:p w14:paraId="08EFD049" w14:textId="77777777" w:rsidR="0094394F" w:rsidRDefault="0094394F" w:rsidP="00DB4F91">
            <w:pPr>
              <w:jc w:val="both"/>
            </w:pPr>
          </w:p>
          <w:p w14:paraId="283E1A07" w14:textId="29B46768" w:rsidR="0094394F" w:rsidRDefault="0094394F" w:rsidP="00DB4F91">
            <w:pPr>
              <w:jc w:val="both"/>
            </w:pPr>
          </w:p>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1794712" w14:textId="77777777" w:rsidR="0010517E" w:rsidRDefault="0010517E" w:rsidP="00DB4F91">
            <w:pPr>
              <w:jc w:val="both"/>
            </w:pPr>
          </w:p>
        </w:tc>
      </w:tr>
    </w:tbl>
    <w:p w14:paraId="7A48D7A1" w14:textId="5F984CA9"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66EA1E5C"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852669" w14:textId="65945F72" w:rsidR="0010517E" w:rsidRPr="0094394F" w:rsidRDefault="008E68A3">
            <w:pPr>
              <w:jc w:val="center"/>
              <w:rPr>
                <w:szCs w:val="20"/>
              </w:rPr>
            </w:pPr>
            <w:r w:rsidRPr="0094394F">
              <w:rPr>
                <w:b/>
                <w:color w:val="000000"/>
                <w:szCs w:val="20"/>
              </w:rPr>
              <w:lastRenderedPageBreak/>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1F6BC7" w14:textId="77777777" w:rsidR="0010517E" w:rsidRPr="0094394F" w:rsidRDefault="00643CF3">
            <w:pPr>
              <w:jc w:val="center"/>
              <w:rPr>
                <w:szCs w:val="20"/>
              </w:rPr>
            </w:pPr>
            <w:r w:rsidRPr="0094394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767EC6" w14:textId="77777777" w:rsidR="0010517E" w:rsidRPr="0094394F" w:rsidRDefault="00643CF3">
            <w:pPr>
              <w:jc w:val="center"/>
              <w:rPr>
                <w:szCs w:val="20"/>
              </w:rPr>
            </w:pPr>
            <w:r w:rsidRPr="0094394F">
              <w:rPr>
                <w:b/>
                <w:color w:val="000000"/>
                <w:szCs w:val="20"/>
              </w:rPr>
              <w:t>Nivel de cumplimiento</w:t>
            </w:r>
          </w:p>
        </w:tc>
      </w:tr>
      <w:tr w:rsidR="0010517E" w14:paraId="710B74A9"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9BA49C" w14:textId="77777777" w:rsidR="0010517E" w:rsidRPr="0094394F"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06D1CE"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4ABC392"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C7A9C12" w14:textId="77777777" w:rsidR="0010517E" w:rsidRPr="0094394F" w:rsidRDefault="00643CF3">
            <w:pPr>
              <w:jc w:val="center"/>
              <w:rPr>
                <w:szCs w:val="20"/>
              </w:rPr>
            </w:pPr>
            <w:r w:rsidRPr="0094394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6C224D2" w14:textId="77777777" w:rsidR="0010517E" w:rsidRPr="0094394F" w:rsidRDefault="00643CF3">
            <w:pPr>
              <w:jc w:val="center"/>
              <w:rPr>
                <w:szCs w:val="20"/>
              </w:rPr>
            </w:pPr>
            <w:r w:rsidRPr="0094394F">
              <w:rPr>
                <w:b/>
                <w:color w:val="000000"/>
                <w:szCs w:val="20"/>
              </w:rPr>
              <w:t>NC</w:t>
            </w:r>
          </w:p>
        </w:tc>
      </w:tr>
      <w:tr w:rsidR="0010517E" w:rsidRPr="00064F69" w14:paraId="7656435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877892" w14:textId="5EE47577" w:rsidR="0010517E" w:rsidRPr="0094394F" w:rsidRDefault="00697865">
            <w:pPr>
              <w:jc w:val="center"/>
              <w:rPr>
                <w:szCs w:val="20"/>
                <w:lang w:val="es-PY"/>
              </w:rPr>
            </w:pPr>
            <w:r w:rsidRPr="00CA67AF">
              <w:rPr>
                <w:b/>
                <w:color w:val="000000"/>
                <w:szCs w:val="20"/>
                <w:lang w:val="es-PY"/>
              </w:rPr>
              <w:t>Eficacia del acompañamie</w:t>
            </w:r>
            <w:r>
              <w:rPr>
                <w:b/>
                <w:color w:val="000000"/>
                <w:szCs w:val="20"/>
                <w:lang w:val="es-PY"/>
              </w:rPr>
              <w:t>nto al proceso de investigación</w:t>
            </w:r>
            <w:r w:rsidRPr="00CA67AF">
              <w:rPr>
                <w:b/>
                <w:color w:val="FF0000"/>
                <w:szCs w:val="20"/>
                <w:lang w:val="es-PY"/>
              </w:rPr>
              <w:br/>
            </w:r>
            <w:r w:rsidRPr="007954A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95892" w14:textId="2E092676" w:rsidR="0010517E" w:rsidRPr="0094394F" w:rsidRDefault="00643CF3">
            <w:pPr>
              <w:jc w:val="both"/>
              <w:rPr>
                <w:szCs w:val="20"/>
                <w:lang w:val="es-PY"/>
              </w:rPr>
            </w:pPr>
            <w:r w:rsidRPr="0094394F">
              <w:rPr>
                <w:color w:val="000000"/>
                <w:szCs w:val="20"/>
                <w:lang w:val="es-PY"/>
              </w:rPr>
              <w:t xml:space="preserve">a. </w:t>
            </w:r>
            <w:r w:rsidR="00697865" w:rsidRPr="00CA67AF">
              <w:rPr>
                <w:color w:val="000000"/>
                <w:szCs w:val="20"/>
                <w:lang w:val="es-PY"/>
              </w:rPr>
              <w:t xml:space="preserve">Existe un sistema formal de asignación de </w:t>
            </w:r>
            <w:r w:rsidR="00697865">
              <w:rPr>
                <w:color w:val="000000"/>
                <w:szCs w:val="20"/>
                <w:lang w:val="es-PY"/>
              </w:rPr>
              <w:t xml:space="preserve">asesores </w:t>
            </w:r>
            <w:r w:rsidR="00697865" w:rsidRPr="00CA67AF">
              <w:rPr>
                <w:color w:val="000000"/>
                <w:szCs w:val="20"/>
                <w:lang w:val="es-PY"/>
              </w:rPr>
              <w:t>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37C99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3D2C5F"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DC3126" w14:textId="77777777" w:rsidR="0010517E" w:rsidRPr="0094394F" w:rsidRDefault="0010517E">
            <w:pPr>
              <w:jc w:val="center"/>
              <w:rPr>
                <w:szCs w:val="20"/>
                <w:lang w:val="es-PY"/>
              </w:rPr>
            </w:pPr>
          </w:p>
        </w:tc>
      </w:tr>
      <w:tr w:rsidR="0010517E" w:rsidRPr="00064F69" w14:paraId="6E3D433B"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632857"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0F7EA1" w14:textId="4F399449" w:rsidR="008C566F" w:rsidRPr="0094394F" w:rsidRDefault="00487FC6">
            <w:pPr>
              <w:jc w:val="both"/>
              <w:rPr>
                <w:color w:val="FF0000"/>
                <w:szCs w:val="20"/>
                <w:lang w:val="es-PY"/>
              </w:rPr>
            </w:pPr>
            <w:r w:rsidRPr="0094394F">
              <w:rPr>
                <w:color w:val="000000"/>
                <w:szCs w:val="20"/>
                <w:lang w:val="es-PY"/>
              </w:rPr>
              <w:t xml:space="preserve">b. </w:t>
            </w:r>
            <w:r w:rsidR="00697865" w:rsidRPr="00CA67AF">
              <w:rPr>
                <w:color w:val="000000"/>
                <w:szCs w:val="20"/>
                <w:lang w:val="es-PY"/>
              </w:rPr>
              <w:t xml:space="preserve">Los </w:t>
            </w:r>
            <w:r w:rsidR="00697865">
              <w:rPr>
                <w:color w:val="000000"/>
                <w:szCs w:val="20"/>
                <w:lang w:val="es-PY"/>
              </w:rPr>
              <w:t>asesores</w:t>
            </w:r>
            <w:r w:rsidR="00697865" w:rsidRPr="00CA67AF">
              <w:rPr>
                <w:color w:val="000000"/>
                <w:szCs w:val="20"/>
                <w:lang w:val="es-PY"/>
              </w:rPr>
              <w:t xml:space="preserve"> tienen experiencia en investigación y publicaciones en el área.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9A4FB"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AF764"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198BC" w14:textId="77777777" w:rsidR="0010517E" w:rsidRPr="0094394F" w:rsidRDefault="0010517E">
            <w:pPr>
              <w:jc w:val="center"/>
              <w:rPr>
                <w:szCs w:val="20"/>
                <w:lang w:val="es-PY"/>
              </w:rPr>
            </w:pPr>
          </w:p>
        </w:tc>
      </w:tr>
      <w:tr w:rsidR="0010517E" w:rsidRPr="00064F69" w14:paraId="79CB16AF"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90D98"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B4E11" w14:textId="3906B7B6" w:rsidR="0010517E" w:rsidRPr="0094394F" w:rsidRDefault="00643CF3">
            <w:pPr>
              <w:jc w:val="both"/>
              <w:rPr>
                <w:szCs w:val="20"/>
                <w:lang w:val="es-PY"/>
              </w:rPr>
            </w:pPr>
            <w:r w:rsidRPr="0094394F">
              <w:rPr>
                <w:color w:val="000000"/>
                <w:szCs w:val="20"/>
                <w:lang w:val="es-PY"/>
              </w:rPr>
              <w:t xml:space="preserve">c. </w:t>
            </w:r>
            <w:r w:rsidR="00697865" w:rsidRPr="00CA67AF">
              <w:rPr>
                <w:color w:val="000000"/>
                <w:szCs w:val="20"/>
                <w:lang w:val="es-PY"/>
              </w:rPr>
              <w:t>Se realiza seguimiento sistemático del avance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ED7D1"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7A27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425531" w14:textId="77777777" w:rsidR="0010517E" w:rsidRPr="0094394F" w:rsidRDefault="0010517E">
            <w:pPr>
              <w:jc w:val="center"/>
              <w:rPr>
                <w:szCs w:val="20"/>
                <w:lang w:val="es-PY"/>
              </w:rPr>
            </w:pPr>
          </w:p>
        </w:tc>
      </w:tr>
      <w:tr w:rsidR="0010517E" w:rsidRPr="00064F69" w14:paraId="346CC6DC" w14:textId="77777777" w:rsidTr="00821777">
        <w:trPr>
          <w:cantSplit/>
          <w:trHeight w:val="42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3233BA"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76606" w14:textId="5638851D" w:rsidR="0010517E" w:rsidRPr="0094394F" w:rsidRDefault="00643CF3">
            <w:pPr>
              <w:jc w:val="both"/>
              <w:rPr>
                <w:szCs w:val="20"/>
                <w:lang w:val="es-PY"/>
              </w:rPr>
            </w:pPr>
            <w:r w:rsidRPr="0094394F">
              <w:rPr>
                <w:color w:val="000000"/>
                <w:szCs w:val="20"/>
                <w:lang w:val="es-PY"/>
              </w:rPr>
              <w:t xml:space="preserve">d. </w:t>
            </w:r>
            <w:r w:rsidR="00697865" w:rsidRPr="00252351">
              <w:rPr>
                <w:color w:val="000000"/>
                <w:szCs w:val="20"/>
                <w:lang w:val="es-PY"/>
              </w:rPr>
              <w:t>El acompañamiento tutorial orienta el desarrollo del trabajo final conforme a criterios metodológicos, profesionales y éticos establecidos</w:t>
            </w:r>
            <w:r w:rsidR="00697865"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11CCF9"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F129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CA3555" w14:textId="77777777" w:rsidR="0010517E" w:rsidRPr="0094394F" w:rsidRDefault="0010517E">
            <w:pPr>
              <w:jc w:val="center"/>
              <w:rPr>
                <w:szCs w:val="20"/>
                <w:lang w:val="es-PY"/>
              </w:rPr>
            </w:pPr>
          </w:p>
        </w:tc>
      </w:tr>
      <w:tr w:rsidR="0010517E" w:rsidRPr="00064F69" w14:paraId="2D5E004D"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15BC9D"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F1B2F1" w14:textId="34A0EE81" w:rsidR="0010517E" w:rsidRPr="0094394F" w:rsidRDefault="00643CF3">
            <w:pPr>
              <w:jc w:val="both"/>
              <w:rPr>
                <w:szCs w:val="20"/>
                <w:lang w:val="es-PY"/>
              </w:rPr>
            </w:pPr>
            <w:r w:rsidRPr="0094394F">
              <w:rPr>
                <w:color w:val="000000"/>
                <w:szCs w:val="20"/>
                <w:lang w:val="es-PY"/>
              </w:rPr>
              <w:t xml:space="preserve">e. </w:t>
            </w:r>
            <w:r w:rsidR="00697865" w:rsidRPr="00FB4D9C">
              <w:rPr>
                <w:color w:val="000000"/>
                <w:szCs w:val="20"/>
                <w:lang w:val="es-PY"/>
              </w:rPr>
              <w:t>Los resultados del seguimiento se utilizan para atender dificultades y favorecer la culminación oportuna de la tesis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6AB492"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9E29F7"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BCDC59" w14:textId="77777777" w:rsidR="0010517E" w:rsidRPr="0094394F" w:rsidRDefault="0010517E">
            <w:pPr>
              <w:jc w:val="center"/>
              <w:rPr>
                <w:szCs w:val="20"/>
                <w:lang w:val="es-PY"/>
              </w:rPr>
            </w:pPr>
          </w:p>
        </w:tc>
      </w:tr>
      <w:tr w:rsidR="0010517E" w:rsidRPr="00064F69" w14:paraId="3C659D0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E45C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074819" w14:textId="77777777" w:rsidR="0010517E" w:rsidRPr="0094394F" w:rsidRDefault="0010517E">
            <w:pPr>
              <w:jc w:val="center"/>
              <w:rPr>
                <w:szCs w:val="20"/>
                <w:lang w:val="es-PY"/>
              </w:rPr>
            </w:pPr>
          </w:p>
        </w:tc>
      </w:tr>
      <w:tr w:rsidR="0010517E" w14:paraId="699C4F1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1460D5B"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7B208C" w14:textId="77777777" w:rsidR="0010517E" w:rsidRPr="0094394F" w:rsidRDefault="00643CF3">
            <w:pPr>
              <w:jc w:val="center"/>
              <w:rPr>
                <w:szCs w:val="20"/>
              </w:rPr>
            </w:pPr>
            <w:r w:rsidRPr="0094394F">
              <w:rPr>
                <w:b/>
                <w:color w:val="000000"/>
                <w:szCs w:val="20"/>
              </w:rPr>
              <w:t>Medios de verificación</w:t>
            </w:r>
          </w:p>
        </w:tc>
      </w:tr>
      <w:tr w:rsidR="0010517E" w14:paraId="3D4B154F" w14:textId="77777777" w:rsidTr="00697865">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C92C99F" w14:textId="77777777" w:rsidR="0010517E" w:rsidRDefault="0010517E" w:rsidP="00697865">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4DAF4F" w14:textId="77777777" w:rsidR="0010517E" w:rsidRDefault="0010517E" w:rsidP="00697865">
            <w:pPr>
              <w:jc w:val="both"/>
            </w:pPr>
          </w:p>
        </w:tc>
      </w:tr>
    </w:tbl>
    <w:p w14:paraId="6F19C8F2" w14:textId="77777777" w:rsidR="00697865" w:rsidRDefault="00697865"/>
    <w:tbl>
      <w:tblPr>
        <w:tblW w:w="0" w:type="auto"/>
        <w:jc w:val="center"/>
        <w:tblLayout w:type="fixed"/>
        <w:tblLook w:val="04A0" w:firstRow="1" w:lastRow="0" w:firstColumn="1" w:lastColumn="0" w:noHBand="0" w:noVBand="1"/>
      </w:tblPr>
      <w:tblGrid>
        <w:gridCol w:w="2404"/>
        <w:gridCol w:w="5330"/>
        <w:gridCol w:w="684"/>
        <w:gridCol w:w="684"/>
        <w:gridCol w:w="697"/>
      </w:tblGrid>
      <w:tr w:rsidR="00697865" w14:paraId="2442BC20" w14:textId="77777777" w:rsidTr="008D53CA">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B12725" w14:textId="279C9E10" w:rsidR="00697865" w:rsidRPr="0094394F" w:rsidRDefault="00697865" w:rsidP="008D53CA">
            <w:pPr>
              <w:jc w:val="center"/>
              <w:rPr>
                <w:szCs w:val="20"/>
              </w:rPr>
            </w:pPr>
            <w:r w:rsidRPr="0094394F">
              <w:rPr>
                <w:b/>
                <w:color w:val="000000"/>
                <w:szCs w:val="20"/>
              </w:rPr>
              <w:lastRenderedPageBreak/>
              <w:t>Criterio 2.</w:t>
            </w:r>
            <w:r>
              <w:rPr>
                <w:b/>
                <w:color w:val="000000"/>
                <w:szCs w:val="20"/>
              </w:rPr>
              <w:t>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4375F22" w14:textId="77777777" w:rsidR="00697865" w:rsidRPr="0094394F" w:rsidRDefault="00697865" w:rsidP="008D53CA">
            <w:pPr>
              <w:jc w:val="center"/>
              <w:rPr>
                <w:szCs w:val="20"/>
              </w:rPr>
            </w:pPr>
            <w:r w:rsidRPr="0094394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4940AB" w14:textId="77777777" w:rsidR="00697865" w:rsidRPr="0094394F" w:rsidRDefault="00697865" w:rsidP="008D53CA">
            <w:pPr>
              <w:jc w:val="center"/>
              <w:rPr>
                <w:szCs w:val="20"/>
              </w:rPr>
            </w:pPr>
            <w:r w:rsidRPr="0094394F">
              <w:rPr>
                <w:b/>
                <w:color w:val="000000"/>
                <w:szCs w:val="20"/>
              </w:rPr>
              <w:t>Nivel de cumplimiento</w:t>
            </w:r>
          </w:p>
        </w:tc>
      </w:tr>
      <w:tr w:rsidR="00697865" w14:paraId="390DE4A4" w14:textId="77777777" w:rsidTr="008D53CA">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37E447" w14:textId="77777777" w:rsidR="00697865" w:rsidRPr="0094394F" w:rsidRDefault="00697865" w:rsidP="008D53CA">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3D4AAB" w14:textId="77777777" w:rsidR="00697865" w:rsidRPr="0094394F" w:rsidRDefault="00697865" w:rsidP="008D53CA">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066318D" w14:textId="77777777" w:rsidR="00697865" w:rsidRPr="0094394F" w:rsidRDefault="00697865" w:rsidP="008D53CA">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B87C73D" w14:textId="77777777" w:rsidR="00697865" w:rsidRPr="0094394F" w:rsidRDefault="00697865" w:rsidP="008D53CA">
            <w:pPr>
              <w:jc w:val="center"/>
              <w:rPr>
                <w:szCs w:val="20"/>
              </w:rPr>
            </w:pPr>
            <w:r w:rsidRPr="0094394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2F340E8" w14:textId="77777777" w:rsidR="00697865" w:rsidRPr="0094394F" w:rsidRDefault="00697865" w:rsidP="008D53CA">
            <w:pPr>
              <w:jc w:val="center"/>
              <w:rPr>
                <w:szCs w:val="20"/>
              </w:rPr>
            </w:pPr>
            <w:r w:rsidRPr="0094394F">
              <w:rPr>
                <w:b/>
                <w:color w:val="000000"/>
                <w:szCs w:val="20"/>
              </w:rPr>
              <w:t>NC</w:t>
            </w:r>
          </w:p>
        </w:tc>
      </w:tr>
      <w:tr w:rsidR="00697865" w:rsidRPr="00064F69" w14:paraId="70D4F673" w14:textId="77777777" w:rsidTr="008D53CA">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931AE" w14:textId="73BDB3BE" w:rsidR="00697865" w:rsidRPr="0094394F" w:rsidRDefault="00697865" w:rsidP="008D53CA">
            <w:pPr>
              <w:jc w:val="center"/>
              <w:rPr>
                <w:szCs w:val="20"/>
                <w:lang w:val="es-PY"/>
              </w:rPr>
            </w:pPr>
            <w:r w:rsidRPr="00CA67AF">
              <w:rPr>
                <w:b/>
                <w:color w:val="000000"/>
                <w:szCs w:val="20"/>
                <w:lang w:val="es-PY"/>
              </w:rPr>
              <w:t>Impacto de la prod</w:t>
            </w:r>
            <w:r>
              <w:rPr>
                <w:b/>
                <w:color w:val="000000"/>
                <w:szCs w:val="20"/>
                <w:lang w:val="es-PY"/>
              </w:rPr>
              <w:t>ucción científica y su difusión</w:t>
            </w:r>
            <w:r w:rsidRPr="00CA67AF">
              <w:rPr>
                <w:b/>
                <w:color w:val="FF0000"/>
                <w:szCs w:val="20"/>
                <w:lang w:val="es-PY"/>
              </w:rPr>
              <w:br/>
            </w:r>
            <w:r w:rsidRPr="007954A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C3D2B4" w14:textId="1ACAC92B" w:rsidR="00697865" w:rsidRPr="0094394F" w:rsidRDefault="00697865" w:rsidP="008D53CA">
            <w:pPr>
              <w:jc w:val="both"/>
              <w:rPr>
                <w:szCs w:val="20"/>
                <w:lang w:val="es-PY"/>
              </w:rPr>
            </w:pPr>
            <w:r w:rsidRPr="0094394F">
              <w:rPr>
                <w:color w:val="000000"/>
                <w:szCs w:val="20"/>
                <w:lang w:val="es-PY"/>
              </w:rPr>
              <w:t xml:space="preserve">a. </w:t>
            </w:r>
            <w:r w:rsidRPr="00CA67AF">
              <w:rPr>
                <w:color w:val="000000"/>
                <w:szCs w:val="20"/>
                <w:lang w:val="es-PY"/>
              </w:rPr>
              <w:t>El programa promueve la publicación de resultados de investigación en revistas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770BD8"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0E501C"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2418B7" w14:textId="77777777" w:rsidR="00697865" w:rsidRPr="0094394F" w:rsidRDefault="00697865" w:rsidP="008D53CA">
            <w:pPr>
              <w:jc w:val="center"/>
              <w:rPr>
                <w:szCs w:val="20"/>
                <w:lang w:val="es-PY"/>
              </w:rPr>
            </w:pPr>
          </w:p>
        </w:tc>
      </w:tr>
      <w:tr w:rsidR="00697865" w:rsidRPr="00064F69" w14:paraId="42FA8568" w14:textId="77777777" w:rsidTr="008D53CA">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FF8F0B"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F56D0" w14:textId="08A594A9" w:rsidR="00697865" w:rsidRPr="0094394F" w:rsidRDefault="00697865" w:rsidP="008D53CA">
            <w:pPr>
              <w:jc w:val="both"/>
              <w:rPr>
                <w:color w:val="FF0000"/>
                <w:szCs w:val="20"/>
                <w:lang w:val="es-PY"/>
              </w:rPr>
            </w:pPr>
            <w:r w:rsidRPr="0094394F">
              <w:rPr>
                <w:color w:val="000000"/>
                <w:szCs w:val="20"/>
                <w:lang w:val="es-PY"/>
              </w:rPr>
              <w:t xml:space="preserve">b. </w:t>
            </w:r>
            <w:r w:rsidRPr="00CA67AF">
              <w:rPr>
                <w:color w:val="000000"/>
                <w:szCs w:val="20"/>
                <w:lang w:val="es-PY"/>
              </w:rPr>
              <w:t>Los doctorandos participan en congresos científicos nacionales e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523DC9"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A1901CA"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667DF2" w14:textId="77777777" w:rsidR="00697865" w:rsidRPr="0094394F" w:rsidRDefault="00697865" w:rsidP="008D53CA">
            <w:pPr>
              <w:jc w:val="center"/>
              <w:rPr>
                <w:szCs w:val="20"/>
                <w:lang w:val="es-PY"/>
              </w:rPr>
            </w:pPr>
          </w:p>
        </w:tc>
      </w:tr>
      <w:tr w:rsidR="00697865" w:rsidRPr="00064F69" w14:paraId="4723523E" w14:textId="77777777" w:rsidTr="008D53CA">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DCAE1E"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106560" w14:textId="497AD4DC" w:rsidR="00697865" w:rsidRPr="0094394F" w:rsidRDefault="00697865" w:rsidP="008D53CA">
            <w:pPr>
              <w:jc w:val="both"/>
              <w:rPr>
                <w:szCs w:val="20"/>
                <w:lang w:val="es-PY"/>
              </w:rPr>
            </w:pPr>
            <w:r w:rsidRPr="0094394F">
              <w:rPr>
                <w:color w:val="000000"/>
                <w:szCs w:val="20"/>
                <w:lang w:val="es-PY"/>
              </w:rPr>
              <w:t xml:space="preserve">c. </w:t>
            </w:r>
            <w:r w:rsidRPr="00CA67AF">
              <w:rPr>
                <w:color w:val="000000"/>
                <w:szCs w:val="20"/>
                <w:lang w:val="es-PY"/>
              </w:rPr>
              <w:t>Se registran productos de investigación durante el trayecto formativo (artículos, ponencias, libros).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0E01B8"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64D4C5"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437D1B" w14:textId="77777777" w:rsidR="00697865" w:rsidRPr="0094394F" w:rsidRDefault="00697865" w:rsidP="008D53CA">
            <w:pPr>
              <w:jc w:val="center"/>
              <w:rPr>
                <w:szCs w:val="20"/>
                <w:lang w:val="es-PY"/>
              </w:rPr>
            </w:pPr>
          </w:p>
        </w:tc>
      </w:tr>
      <w:tr w:rsidR="00697865" w:rsidRPr="00064F69" w14:paraId="064E9DE0" w14:textId="77777777" w:rsidTr="008D53CA">
        <w:trPr>
          <w:cantSplit/>
          <w:trHeight w:val="42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1701C5"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ABB5F6" w14:textId="77214062" w:rsidR="00697865" w:rsidRPr="0094394F" w:rsidRDefault="00697865" w:rsidP="008D53CA">
            <w:pPr>
              <w:jc w:val="both"/>
              <w:rPr>
                <w:szCs w:val="20"/>
                <w:lang w:val="es-PY"/>
              </w:rPr>
            </w:pPr>
            <w:r w:rsidRPr="0094394F">
              <w:rPr>
                <w:color w:val="000000"/>
                <w:szCs w:val="20"/>
                <w:lang w:val="es-PY"/>
              </w:rPr>
              <w:t xml:space="preserve">d. </w:t>
            </w:r>
            <w:r w:rsidRPr="00CA67AF">
              <w:rPr>
                <w:color w:val="000000"/>
                <w:szCs w:val="20"/>
                <w:lang w:val="es-PY"/>
              </w:rPr>
              <w:t>Se fomenta la coautoría tutor-doctorando.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7E94"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B4AFEE"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CE3831" w14:textId="77777777" w:rsidR="00697865" w:rsidRPr="0094394F" w:rsidRDefault="00697865" w:rsidP="008D53CA">
            <w:pPr>
              <w:jc w:val="center"/>
              <w:rPr>
                <w:szCs w:val="20"/>
                <w:lang w:val="es-PY"/>
              </w:rPr>
            </w:pPr>
          </w:p>
        </w:tc>
      </w:tr>
      <w:tr w:rsidR="00697865" w:rsidRPr="00064F69" w14:paraId="77FA169D" w14:textId="77777777" w:rsidTr="008D53CA">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B4756"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BC611E" w14:textId="754CA77F" w:rsidR="00697865" w:rsidRPr="0094394F" w:rsidRDefault="00697865" w:rsidP="008D53CA">
            <w:pPr>
              <w:jc w:val="both"/>
              <w:rPr>
                <w:szCs w:val="20"/>
                <w:lang w:val="es-PY"/>
              </w:rPr>
            </w:pPr>
            <w:r w:rsidRPr="0094394F">
              <w:rPr>
                <w:color w:val="000000"/>
                <w:szCs w:val="20"/>
                <w:lang w:val="es-PY"/>
              </w:rPr>
              <w:t>e</w:t>
            </w:r>
            <w:r w:rsidRPr="00FB4D9C">
              <w:rPr>
                <w:color w:val="000000"/>
                <w:szCs w:val="20"/>
                <w:lang w:val="es-PY"/>
              </w:rPr>
              <w:t>.</w:t>
            </w:r>
            <w:r w:rsidRPr="00CA67AF">
              <w:rPr>
                <w:color w:val="000000"/>
                <w:szCs w:val="20"/>
                <w:lang w:val="es-PY"/>
              </w:rPr>
              <w:t xml:space="preserve"> Existen mecanismos institucionales de difusión y acceso abierto.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E6A28C"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6CF5E"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7E2263" w14:textId="77777777" w:rsidR="00697865" w:rsidRPr="0094394F" w:rsidRDefault="00697865" w:rsidP="008D53CA">
            <w:pPr>
              <w:jc w:val="center"/>
              <w:rPr>
                <w:szCs w:val="20"/>
                <w:lang w:val="es-PY"/>
              </w:rPr>
            </w:pPr>
          </w:p>
        </w:tc>
      </w:tr>
      <w:tr w:rsidR="00697865" w:rsidRPr="00064F69" w14:paraId="530BA2F3" w14:textId="77777777" w:rsidTr="008D53CA">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427F8B" w14:textId="77777777" w:rsidR="00697865" w:rsidRPr="0094394F" w:rsidRDefault="00697865" w:rsidP="008D53CA">
            <w:pPr>
              <w:jc w:val="center"/>
              <w:rPr>
                <w:szCs w:val="20"/>
                <w:lang w:val="es-PY"/>
              </w:rPr>
            </w:pPr>
            <w:r w:rsidRPr="0094394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23D0BD" w14:textId="77777777" w:rsidR="00697865" w:rsidRPr="0094394F" w:rsidRDefault="00697865" w:rsidP="008D53CA">
            <w:pPr>
              <w:jc w:val="center"/>
              <w:rPr>
                <w:szCs w:val="20"/>
                <w:lang w:val="es-PY"/>
              </w:rPr>
            </w:pPr>
          </w:p>
        </w:tc>
      </w:tr>
      <w:tr w:rsidR="00697865" w14:paraId="198514F6" w14:textId="77777777" w:rsidTr="008D53CA">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0771847" w14:textId="77777777" w:rsidR="00697865" w:rsidRPr="0094394F" w:rsidRDefault="00697865" w:rsidP="008D53CA">
            <w:pPr>
              <w:jc w:val="center"/>
              <w:rPr>
                <w:szCs w:val="20"/>
                <w:lang w:val="es-PY"/>
              </w:rPr>
            </w:pPr>
            <w:r w:rsidRPr="0094394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3EB00A8" w14:textId="77777777" w:rsidR="00697865" w:rsidRPr="0094394F" w:rsidRDefault="00697865" w:rsidP="008D53CA">
            <w:pPr>
              <w:jc w:val="center"/>
              <w:rPr>
                <w:szCs w:val="20"/>
              </w:rPr>
            </w:pPr>
            <w:r w:rsidRPr="0094394F">
              <w:rPr>
                <w:b/>
                <w:color w:val="000000"/>
                <w:szCs w:val="20"/>
              </w:rPr>
              <w:t>Medios de verificación</w:t>
            </w:r>
          </w:p>
        </w:tc>
      </w:tr>
      <w:tr w:rsidR="00697865" w14:paraId="119E9922" w14:textId="77777777" w:rsidTr="008D53CA">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181DDFD" w14:textId="77777777" w:rsidR="00697865" w:rsidRDefault="00697865" w:rsidP="008D53CA">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E2DE45E" w14:textId="77777777" w:rsidR="00697865" w:rsidRDefault="00697865" w:rsidP="008D53CA">
            <w:pPr>
              <w:jc w:val="both"/>
            </w:pPr>
          </w:p>
        </w:tc>
      </w:tr>
    </w:tbl>
    <w:p w14:paraId="42FC3091" w14:textId="7F307051" w:rsidR="005A1596" w:rsidRDefault="00643CF3" w:rsidP="00697865">
      <w:pPr>
        <w:spacing w:after="200" w:line="276" w:lineRule="auto"/>
      </w:pPr>
      <w:r>
        <w:br w:type="page"/>
      </w:r>
    </w:p>
    <w:tbl>
      <w:tblPr>
        <w:tblW w:w="9792" w:type="dxa"/>
        <w:jc w:val="center"/>
        <w:tblCellMar>
          <w:left w:w="70" w:type="dxa"/>
          <w:right w:w="70" w:type="dxa"/>
        </w:tblCellMar>
        <w:tblLook w:val="04A0" w:firstRow="1" w:lastRow="0" w:firstColumn="1" w:lastColumn="0" w:noHBand="0" w:noVBand="1"/>
      </w:tblPr>
      <w:tblGrid>
        <w:gridCol w:w="4967"/>
        <w:gridCol w:w="4825"/>
      </w:tblGrid>
      <w:tr w:rsidR="005A1596" w:rsidRPr="00064F69" w14:paraId="31D1D9D7"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FE00FFA" w14:textId="77777777" w:rsidR="005A1596" w:rsidRPr="00F34DB9" w:rsidRDefault="005A1596"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5A1596" w:rsidRPr="00DC5782" w14:paraId="30A9D1EC"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5A9ED5C9" w14:textId="77777777" w:rsidR="005A1596" w:rsidRPr="00840DB4" w:rsidRDefault="005A1596"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A7C6134" w14:textId="77777777" w:rsidR="005A1596" w:rsidRPr="00840DB4" w:rsidRDefault="005A1596" w:rsidP="008D53CA">
            <w:pPr>
              <w:jc w:val="center"/>
              <w:rPr>
                <w:rFonts w:eastAsia="Times New Roman" w:cs="Arial"/>
                <w:b/>
                <w:bCs/>
                <w:lang w:val="es-PY" w:eastAsia="es-PY"/>
              </w:rPr>
            </w:pPr>
            <w:r w:rsidRPr="00840DB4">
              <w:rPr>
                <w:b/>
                <w:bCs/>
                <w:lang w:val="es-PY" w:eastAsia="es-PY"/>
              </w:rPr>
              <w:t>Debilidades</w:t>
            </w:r>
          </w:p>
        </w:tc>
      </w:tr>
      <w:tr w:rsidR="005A1596" w:rsidRPr="007A4CF2" w14:paraId="5AAB0C3B" w14:textId="77777777" w:rsidTr="00821777">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5990C5" w14:textId="77777777" w:rsidR="005A1596" w:rsidRDefault="005A1596" w:rsidP="006A537F">
            <w:pPr>
              <w:jc w:val="both"/>
              <w:rPr>
                <w:rFonts w:eastAsia="Times New Roman" w:cs="Arial"/>
                <w:szCs w:val="20"/>
                <w:lang w:val="es-PY" w:eastAsia="es-PY"/>
              </w:rPr>
            </w:pPr>
          </w:p>
          <w:p w14:paraId="1B13A19F" w14:textId="77777777" w:rsidR="005A1596" w:rsidRDefault="005A1596" w:rsidP="006A537F">
            <w:pPr>
              <w:jc w:val="both"/>
              <w:rPr>
                <w:rFonts w:eastAsia="Times New Roman" w:cs="Arial"/>
                <w:szCs w:val="20"/>
                <w:lang w:val="es-PY" w:eastAsia="es-PY"/>
              </w:rPr>
            </w:pPr>
          </w:p>
          <w:p w14:paraId="5B2C123F" w14:textId="77777777" w:rsidR="005A1596" w:rsidRDefault="005A1596" w:rsidP="006A537F">
            <w:pPr>
              <w:jc w:val="both"/>
              <w:rPr>
                <w:rFonts w:eastAsia="Times New Roman" w:cs="Arial"/>
                <w:szCs w:val="20"/>
                <w:lang w:val="es-PY" w:eastAsia="es-PY"/>
              </w:rPr>
            </w:pPr>
          </w:p>
          <w:p w14:paraId="44C4F1A6" w14:textId="77777777" w:rsidR="005A1596" w:rsidRDefault="005A1596" w:rsidP="006A537F">
            <w:pPr>
              <w:jc w:val="both"/>
              <w:rPr>
                <w:rFonts w:eastAsia="Times New Roman" w:cs="Arial"/>
                <w:szCs w:val="20"/>
                <w:lang w:val="es-PY" w:eastAsia="es-PY"/>
              </w:rPr>
            </w:pPr>
          </w:p>
          <w:p w14:paraId="52774352" w14:textId="77777777" w:rsidR="005A1596" w:rsidRDefault="005A1596" w:rsidP="006A537F">
            <w:pPr>
              <w:jc w:val="both"/>
              <w:rPr>
                <w:rFonts w:eastAsia="Times New Roman" w:cs="Arial"/>
                <w:szCs w:val="20"/>
                <w:lang w:val="es-PY" w:eastAsia="es-PY"/>
              </w:rPr>
            </w:pPr>
          </w:p>
          <w:p w14:paraId="445E8EB5" w14:textId="77777777" w:rsidR="005A1596" w:rsidRDefault="005A1596" w:rsidP="006A537F">
            <w:pPr>
              <w:jc w:val="both"/>
              <w:rPr>
                <w:rFonts w:eastAsia="Times New Roman" w:cs="Arial"/>
                <w:szCs w:val="20"/>
                <w:lang w:val="es-PY" w:eastAsia="es-PY"/>
              </w:rPr>
            </w:pPr>
          </w:p>
          <w:p w14:paraId="7A95A17F" w14:textId="77777777" w:rsidR="005A1596" w:rsidRDefault="005A1596" w:rsidP="006A537F">
            <w:pPr>
              <w:jc w:val="both"/>
              <w:rPr>
                <w:rFonts w:eastAsia="Times New Roman" w:cs="Arial"/>
                <w:szCs w:val="20"/>
                <w:lang w:val="es-PY" w:eastAsia="es-PY"/>
              </w:rPr>
            </w:pPr>
          </w:p>
          <w:p w14:paraId="59618CFB" w14:textId="77777777" w:rsidR="005A1596" w:rsidRDefault="005A1596" w:rsidP="006A537F">
            <w:pPr>
              <w:jc w:val="both"/>
              <w:rPr>
                <w:rFonts w:eastAsia="Times New Roman" w:cs="Arial"/>
                <w:szCs w:val="20"/>
                <w:lang w:val="es-PY" w:eastAsia="es-PY"/>
              </w:rPr>
            </w:pPr>
          </w:p>
          <w:p w14:paraId="0E6A5F2A" w14:textId="77777777" w:rsidR="005A1596" w:rsidRDefault="005A1596" w:rsidP="006A537F">
            <w:pPr>
              <w:jc w:val="both"/>
              <w:rPr>
                <w:rFonts w:eastAsia="Times New Roman" w:cs="Arial"/>
                <w:szCs w:val="20"/>
                <w:lang w:val="es-PY" w:eastAsia="es-PY"/>
              </w:rPr>
            </w:pPr>
          </w:p>
          <w:p w14:paraId="21D189E7" w14:textId="77777777" w:rsidR="005A1596" w:rsidRDefault="005A1596" w:rsidP="006A537F">
            <w:pPr>
              <w:jc w:val="both"/>
              <w:rPr>
                <w:rFonts w:eastAsia="Times New Roman" w:cs="Arial"/>
                <w:szCs w:val="20"/>
                <w:lang w:val="es-PY" w:eastAsia="es-PY"/>
              </w:rPr>
            </w:pPr>
          </w:p>
          <w:p w14:paraId="7EA42CDE" w14:textId="77777777" w:rsidR="005A1596" w:rsidRDefault="005A1596" w:rsidP="006A537F">
            <w:pPr>
              <w:jc w:val="both"/>
              <w:rPr>
                <w:rFonts w:eastAsia="Times New Roman" w:cs="Arial"/>
                <w:szCs w:val="20"/>
                <w:lang w:val="es-PY" w:eastAsia="es-PY"/>
              </w:rPr>
            </w:pPr>
          </w:p>
          <w:p w14:paraId="7B5A4B90" w14:textId="77777777" w:rsidR="005A1596" w:rsidRDefault="005A1596" w:rsidP="006A537F">
            <w:pPr>
              <w:jc w:val="both"/>
              <w:rPr>
                <w:rFonts w:eastAsia="Times New Roman" w:cs="Arial"/>
                <w:szCs w:val="20"/>
                <w:lang w:val="es-PY" w:eastAsia="es-PY"/>
              </w:rPr>
            </w:pPr>
          </w:p>
          <w:p w14:paraId="5211CA86" w14:textId="77777777" w:rsidR="005A1596" w:rsidRDefault="005A1596" w:rsidP="006A537F">
            <w:pPr>
              <w:jc w:val="both"/>
              <w:rPr>
                <w:rFonts w:eastAsia="Times New Roman" w:cs="Arial"/>
                <w:szCs w:val="20"/>
                <w:lang w:val="es-PY" w:eastAsia="es-PY"/>
              </w:rPr>
            </w:pPr>
          </w:p>
          <w:p w14:paraId="0F935039" w14:textId="77777777" w:rsidR="005A1596" w:rsidRDefault="005A1596" w:rsidP="006A537F">
            <w:pPr>
              <w:jc w:val="both"/>
              <w:rPr>
                <w:rFonts w:eastAsia="Times New Roman" w:cs="Arial"/>
                <w:szCs w:val="20"/>
                <w:lang w:val="es-PY" w:eastAsia="es-PY"/>
              </w:rPr>
            </w:pPr>
          </w:p>
          <w:p w14:paraId="21795082" w14:textId="77777777" w:rsidR="005A1596" w:rsidRDefault="005A1596" w:rsidP="006A537F">
            <w:pPr>
              <w:jc w:val="both"/>
              <w:rPr>
                <w:rFonts w:eastAsia="Times New Roman" w:cs="Arial"/>
                <w:szCs w:val="20"/>
                <w:lang w:val="es-PY" w:eastAsia="es-PY"/>
              </w:rPr>
            </w:pPr>
          </w:p>
          <w:p w14:paraId="46124EBD" w14:textId="77777777" w:rsidR="005A1596" w:rsidRDefault="005A1596" w:rsidP="006A537F">
            <w:pPr>
              <w:jc w:val="both"/>
              <w:rPr>
                <w:rFonts w:eastAsia="Times New Roman" w:cs="Arial"/>
                <w:szCs w:val="20"/>
                <w:lang w:val="es-PY" w:eastAsia="es-PY"/>
              </w:rPr>
            </w:pPr>
          </w:p>
          <w:p w14:paraId="47637563" w14:textId="77777777" w:rsidR="005A1596" w:rsidRDefault="005A1596" w:rsidP="006A537F">
            <w:pPr>
              <w:jc w:val="both"/>
              <w:rPr>
                <w:rFonts w:eastAsia="Times New Roman" w:cs="Arial"/>
                <w:szCs w:val="20"/>
                <w:lang w:val="es-PY" w:eastAsia="es-PY"/>
              </w:rPr>
            </w:pPr>
          </w:p>
          <w:p w14:paraId="4D9B30CE" w14:textId="77777777" w:rsidR="005A1596" w:rsidRDefault="005A1596" w:rsidP="006A537F">
            <w:pPr>
              <w:jc w:val="both"/>
              <w:rPr>
                <w:rFonts w:eastAsia="Times New Roman" w:cs="Arial"/>
                <w:szCs w:val="20"/>
                <w:lang w:val="es-PY" w:eastAsia="es-PY"/>
              </w:rPr>
            </w:pPr>
          </w:p>
          <w:p w14:paraId="55AC2082" w14:textId="77777777" w:rsidR="005A1596" w:rsidRDefault="005A1596" w:rsidP="006A537F">
            <w:pPr>
              <w:jc w:val="both"/>
              <w:rPr>
                <w:rFonts w:eastAsia="Times New Roman" w:cs="Arial"/>
                <w:szCs w:val="20"/>
                <w:lang w:val="es-PY" w:eastAsia="es-PY"/>
              </w:rPr>
            </w:pPr>
          </w:p>
          <w:p w14:paraId="4767F49E" w14:textId="77777777" w:rsidR="005A1596" w:rsidRDefault="005A1596" w:rsidP="006A537F">
            <w:pPr>
              <w:jc w:val="both"/>
              <w:rPr>
                <w:rFonts w:eastAsia="Times New Roman" w:cs="Arial"/>
                <w:szCs w:val="20"/>
                <w:lang w:val="es-PY" w:eastAsia="es-PY"/>
              </w:rPr>
            </w:pPr>
          </w:p>
          <w:p w14:paraId="7A201F9F" w14:textId="77777777" w:rsidR="005A1596" w:rsidRDefault="005A1596" w:rsidP="006A537F">
            <w:pPr>
              <w:jc w:val="both"/>
              <w:rPr>
                <w:rFonts w:eastAsia="Times New Roman" w:cs="Arial"/>
                <w:szCs w:val="20"/>
                <w:lang w:val="es-PY" w:eastAsia="es-PY"/>
              </w:rPr>
            </w:pPr>
          </w:p>
          <w:p w14:paraId="3D6A08E1" w14:textId="77777777" w:rsidR="005A1596" w:rsidRPr="00F2657F" w:rsidRDefault="005A1596" w:rsidP="006A537F">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7E36BCB" w14:textId="6B5FAA04" w:rsidR="005A1596" w:rsidRPr="00F2657F" w:rsidRDefault="005A1596" w:rsidP="006A537F">
            <w:pPr>
              <w:contextualSpacing/>
              <w:jc w:val="both"/>
              <w:rPr>
                <w:rFonts w:eastAsia="Times New Roman" w:cs="Arial"/>
                <w:szCs w:val="20"/>
                <w:lang w:val="es-PY" w:eastAsia="es-PY"/>
              </w:rPr>
            </w:pPr>
          </w:p>
        </w:tc>
      </w:tr>
      <w:tr w:rsidR="005A1596" w:rsidRPr="00DC5782" w14:paraId="1ABC962F" w14:textId="77777777" w:rsidTr="00821777">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6F012A31" w14:textId="77777777" w:rsidR="005A1596" w:rsidRPr="00F34DB9" w:rsidRDefault="005A1596" w:rsidP="008D53CA">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5A1596" w:rsidRPr="007A4CF2" w14:paraId="34779A1A" w14:textId="77777777" w:rsidTr="00821777">
        <w:trPr>
          <w:trHeight w:val="6354"/>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44FAB68" w14:textId="77777777" w:rsidR="005A1596" w:rsidRDefault="005A1596" w:rsidP="008D53CA">
            <w:pPr>
              <w:contextualSpacing/>
              <w:rPr>
                <w:rFonts w:eastAsia="Times New Roman" w:cs="Arial"/>
                <w:color w:val="000000"/>
                <w:lang w:val="es-PY" w:eastAsia="es-PY"/>
              </w:rPr>
            </w:pPr>
          </w:p>
          <w:p w14:paraId="2F6FAF5E" w14:textId="77777777" w:rsidR="005A1596" w:rsidRDefault="005A1596" w:rsidP="008D53CA">
            <w:pPr>
              <w:contextualSpacing/>
              <w:rPr>
                <w:rFonts w:eastAsia="Times New Roman" w:cs="Arial"/>
                <w:color w:val="000000"/>
                <w:lang w:val="es-PY" w:eastAsia="es-PY"/>
              </w:rPr>
            </w:pPr>
          </w:p>
          <w:p w14:paraId="6AA762EA" w14:textId="77777777" w:rsidR="005A1596" w:rsidRDefault="005A1596" w:rsidP="008D53CA">
            <w:pPr>
              <w:contextualSpacing/>
              <w:rPr>
                <w:rFonts w:eastAsia="Times New Roman" w:cs="Arial"/>
                <w:color w:val="000000"/>
                <w:lang w:val="es-PY" w:eastAsia="es-PY"/>
              </w:rPr>
            </w:pPr>
          </w:p>
          <w:p w14:paraId="328AACEF" w14:textId="77777777" w:rsidR="005A1596" w:rsidRDefault="005A1596" w:rsidP="008D53CA">
            <w:pPr>
              <w:contextualSpacing/>
              <w:rPr>
                <w:rFonts w:eastAsia="Times New Roman" w:cs="Arial"/>
                <w:color w:val="000000"/>
                <w:lang w:val="es-PY" w:eastAsia="es-PY"/>
              </w:rPr>
            </w:pPr>
          </w:p>
          <w:p w14:paraId="0D192551" w14:textId="77777777" w:rsidR="005A1596" w:rsidRDefault="005A1596" w:rsidP="008D53CA">
            <w:pPr>
              <w:contextualSpacing/>
              <w:rPr>
                <w:rFonts w:eastAsia="Times New Roman" w:cs="Arial"/>
                <w:color w:val="000000"/>
                <w:lang w:val="es-PY" w:eastAsia="es-PY"/>
              </w:rPr>
            </w:pPr>
          </w:p>
          <w:p w14:paraId="18B95BC3" w14:textId="77777777" w:rsidR="005A1596" w:rsidRDefault="005A1596" w:rsidP="008D53CA">
            <w:pPr>
              <w:contextualSpacing/>
              <w:rPr>
                <w:rFonts w:eastAsia="Times New Roman" w:cs="Arial"/>
                <w:color w:val="000000"/>
                <w:lang w:val="es-PY" w:eastAsia="es-PY"/>
              </w:rPr>
            </w:pPr>
          </w:p>
          <w:p w14:paraId="1A01F852" w14:textId="77777777" w:rsidR="005A1596" w:rsidRDefault="005A1596" w:rsidP="008D53CA">
            <w:pPr>
              <w:contextualSpacing/>
              <w:rPr>
                <w:rFonts w:eastAsia="Times New Roman" w:cs="Arial"/>
                <w:color w:val="000000"/>
                <w:lang w:val="es-PY" w:eastAsia="es-PY"/>
              </w:rPr>
            </w:pPr>
          </w:p>
          <w:p w14:paraId="58A02945" w14:textId="77777777" w:rsidR="005A1596" w:rsidRDefault="005A1596" w:rsidP="008D53CA">
            <w:pPr>
              <w:contextualSpacing/>
              <w:rPr>
                <w:rFonts w:eastAsia="Times New Roman" w:cs="Arial"/>
                <w:color w:val="000000"/>
                <w:lang w:val="es-PY" w:eastAsia="es-PY"/>
              </w:rPr>
            </w:pPr>
          </w:p>
          <w:p w14:paraId="135C20D9" w14:textId="77777777" w:rsidR="005A1596" w:rsidRDefault="005A1596" w:rsidP="008D53CA">
            <w:pPr>
              <w:contextualSpacing/>
              <w:rPr>
                <w:rFonts w:eastAsia="Times New Roman" w:cs="Arial"/>
                <w:color w:val="000000"/>
                <w:lang w:val="es-PY" w:eastAsia="es-PY"/>
              </w:rPr>
            </w:pPr>
          </w:p>
          <w:p w14:paraId="5064E412" w14:textId="77777777" w:rsidR="005A1596" w:rsidRDefault="005A1596" w:rsidP="008D53CA">
            <w:pPr>
              <w:contextualSpacing/>
              <w:rPr>
                <w:rFonts w:eastAsia="Times New Roman" w:cs="Arial"/>
                <w:color w:val="000000"/>
                <w:lang w:val="es-PY" w:eastAsia="es-PY"/>
              </w:rPr>
            </w:pPr>
          </w:p>
          <w:p w14:paraId="498E6C11" w14:textId="77777777" w:rsidR="005A1596" w:rsidRDefault="005A1596" w:rsidP="008D53CA">
            <w:pPr>
              <w:contextualSpacing/>
              <w:rPr>
                <w:rFonts w:eastAsia="Times New Roman" w:cs="Arial"/>
                <w:color w:val="000000"/>
                <w:lang w:val="es-PY" w:eastAsia="es-PY"/>
              </w:rPr>
            </w:pPr>
          </w:p>
          <w:p w14:paraId="77D4A6BB" w14:textId="77777777" w:rsidR="005A1596" w:rsidRDefault="005A1596" w:rsidP="008D53CA">
            <w:pPr>
              <w:contextualSpacing/>
              <w:rPr>
                <w:rFonts w:eastAsia="Times New Roman" w:cs="Arial"/>
                <w:color w:val="000000"/>
                <w:lang w:val="es-PY" w:eastAsia="es-PY"/>
              </w:rPr>
            </w:pPr>
          </w:p>
          <w:p w14:paraId="340D5CFA" w14:textId="77777777" w:rsidR="005A1596" w:rsidRDefault="005A1596" w:rsidP="008D53CA">
            <w:pPr>
              <w:contextualSpacing/>
              <w:rPr>
                <w:rFonts w:eastAsia="Times New Roman" w:cs="Arial"/>
                <w:color w:val="000000"/>
                <w:lang w:val="es-PY" w:eastAsia="es-PY"/>
              </w:rPr>
            </w:pPr>
          </w:p>
          <w:p w14:paraId="7FB4C533" w14:textId="77777777" w:rsidR="005A1596" w:rsidRDefault="005A1596" w:rsidP="008D53CA">
            <w:pPr>
              <w:contextualSpacing/>
              <w:rPr>
                <w:rFonts w:eastAsia="Times New Roman" w:cs="Arial"/>
                <w:color w:val="000000"/>
                <w:lang w:val="es-PY" w:eastAsia="es-PY"/>
              </w:rPr>
            </w:pPr>
          </w:p>
          <w:p w14:paraId="33A284DF" w14:textId="77777777" w:rsidR="005A1596" w:rsidRDefault="005A1596" w:rsidP="008D53CA">
            <w:pPr>
              <w:contextualSpacing/>
              <w:rPr>
                <w:rFonts w:eastAsia="Times New Roman" w:cs="Arial"/>
                <w:color w:val="000000"/>
                <w:lang w:val="es-PY" w:eastAsia="es-PY"/>
              </w:rPr>
            </w:pPr>
          </w:p>
          <w:p w14:paraId="5ABD3964" w14:textId="77777777" w:rsidR="005A1596" w:rsidRDefault="005A1596" w:rsidP="008D53CA">
            <w:pPr>
              <w:contextualSpacing/>
              <w:rPr>
                <w:rFonts w:eastAsia="Times New Roman" w:cs="Arial"/>
                <w:color w:val="000000"/>
                <w:lang w:val="es-PY" w:eastAsia="es-PY"/>
              </w:rPr>
            </w:pPr>
          </w:p>
          <w:p w14:paraId="12EA90A3" w14:textId="77777777" w:rsidR="005A1596" w:rsidRDefault="005A1596" w:rsidP="008D53CA">
            <w:pPr>
              <w:contextualSpacing/>
              <w:rPr>
                <w:rFonts w:eastAsia="Times New Roman" w:cs="Arial"/>
                <w:color w:val="000000"/>
                <w:lang w:val="es-PY" w:eastAsia="es-PY"/>
              </w:rPr>
            </w:pPr>
          </w:p>
          <w:p w14:paraId="6F5DD94D" w14:textId="77777777" w:rsidR="005A1596" w:rsidRDefault="005A1596" w:rsidP="008D53CA">
            <w:pPr>
              <w:contextualSpacing/>
              <w:rPr>
                <w:rFonts w:eastAsia="Times New Roman" w:cs="Arial"/>
                <w:color w:val="000000"/>
                <w:lang w:val="es-PY" w:eastAsia="es-PY"/>
              </w:rPr>
            </w:pPr>
          </w:p>
          <w:p w14:paraId="34D1BBF6" w14:textId="77777777" w:rsidR="005A1596" w:rsidRDefault="005A1596" w:rsidP="008D53CA">
            <w:pPr>
              <w:contextualSpacing/>
              <w:rPr>
                <w:rFonts w:eastAsia="Times New Roman" w:cs="Arial"/>
                <w:color w:val="000000"/>
                <w:lang w:val="es-PY" w:eastAsia="es-PY"/>
              </w:rPr>
            </w:pPr>
          </w:p>
          <w:p w14:paraId="32B5892B" w14:textId="77777777" w:rsidR="005A1596" w:rsidRDefault="005A1596" w:rsidP="008D53CA">
            <w:pPr>
              <w:contextualSpacing/>
              <w:rPr>
                <w:rFonts w:eastAsia="Times New Roman" w:cs="Arial"/>
                <w:color w:val="000000"/>
                <w:lang w:val="es-PY" w:eastAsia="es-PY"/>
              </w:rPr>
            </w:pPr>
          </w:p>
          <w:p w14:paraId="59556E8B" w14:textId="77777777" w:rsidR="005A1596" w:rsidRDefault="005A1596" w:rsidP="008D53CA">
            <w:pPr>
              <w:contextualSpacing/>
              <w:rPr>
                <w:rFonts w:eastAsia="Times New Roman" w:cs="Arial"/>
                <w:color w:val="000000"/>
                <w:lang w:val="es-PY" w:eastAsia="es-PY"/>
              </w:rPr>
            </w:pPr>
          </w:p>
          <w:p w14:paraId="3DF4CE9B" w14:textId="77777777" w:rsidR="005A1596" w:rsidRDefault="005A1596" w:rsidP="008D53CA">
            <w:pPr>
              <w:contextualSpacing/>
              <w:rPr>
                <w:rFonts w:eastAsia="Times New Roman" w:cs="Arial"/>
                <w:color w:val="000000"/>
                <w:lang w:val="es-PY" w:eastAsia="es-PY"/>
              </w:rPr>
            </w:pPr>
          </w:p>
          <w:p w14:paraId="63CDD85B" w14:textId="77777777" w:rsidR="005A1596" w:rsidRDefault="005A1596" w:rsidP="008D53CA">
            <w:pPr>
              <w:contextualSpacing/>
              <w:rPr>
                <w:rFonts w:eastAsia="Times New Roman" w:cs="Arial"/>
                <w:color w:val="000000"/>
                <w:lang w:val="es-PY" w:eastAsia="es-PY"/>
              </w:rPr>
            </w:pPr>
          </w:p>
          <w:p w14:paraId="54FE2253" w14:textId="73A6DF35" w:rsidR="005A1596" w:rsidRPr="00DC5782" w:rsidRDefault="005A1596" w:rsidP="008D53CA">
            <w:pPr>
              <w:contextualSpacing/>
              <w:rPr>
                <w:rFonts w:eastAsia="Times New Roman" w:cs="Arial"/>
                <w:color w:val="000000"/>
                <w:lang w:val="es-PY" w:eastAsia="es-PY"/>
              </w:rPr>
            </w:pPr>
          </w:p>
        </w:tc>
      </w:tr>
    </w:tbl>
    <w:p w14:paraId="4B8BE4A1" w14:textId="5D0DF74A"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rsidRPr="00064F69" w14:paraId="2855839F" w14:textId="77777777" w:rsidTr="00821777">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0CECB2E" w14:textId="634714E6" w:rsidR="0010517E" w:rsidRPr="008D53CA" w:rsidRDefault="00643CF3">
            <w:pPr>
              <w:rPr>
                <w:lang w:val="es-PY"/>
              </w:rPr>
            </w:pPr>
            <w:r w:rsidRPr="008D53CA">
              <w:rPr>
                <w:b/>
                <w:color w:val="FFFFFF"/>
                <w:lang w:val="es-PY"/>
              </w:rPr>
              <w:lastRenderedPageBreak/>
              <w:t>DIMENSIÓN 3. COMUNIDAD ACADÉMICA</w:t>
            </w:r>
            <w:r w:rsidR="008D53CA" w:rsidRPr="008D53CA">
              <w:rPr>
                <w:b/>
                <w:color w:val="FFFFFF"/>
                <w:lang w:val="es-PY"/>
              </w:rPr>
              <w:t xml:space="preserve"> Y REDES </w:t>
            </w:r>
          </w:p>
        </w:tc>
      </w:tr>
      <w:tr w:rsidR="0010517E" w14:paraId="3CAD6E84"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Nivel de cumplimiento</w:t>
            </w:r>
          </w:p>
        </w:tc>
      </w:tr>
      <w:tr w:rsidR="0010517E" w14:paraId="5D0BE451" w14:textId="77777777" w:rsidTr="004453A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DB4F91" w:rsidRPr="00064F69" w14:paraId="48B4982E" w14:textId="77777777" w:rsidTr="004453A7">
        <w:trPr>
          <w:cantSplit/>
          <w:trHeight w:val="459"/>
          <w:jc w:val="center"/>
        </w:trPr>
        <w:tc>
          <w:tcPr>
            <w:tcW w:w="2404" w:type="dxa"/>
            <w:vMerge w:val="restart"/>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0B18D0B9" w14:textId="77777777" w:rsidR="00DB4F91" w:rsidRPr="00DB4F91" w:rsidRDefault="00DB4F91" w:rsidP="00DB4F91">
            <w:pPr>
              <w:jc w:val="center"/>
              <w:rPr>
                <w:b/>
                <w:bCs/>
                <w:lang w:val="es-PY"/>
              </w:rPr>
            </w:pPr>
            <w:r w:rsidRPr="00DB4F91">
              <w:rPr>
                <w:b/>
                <w:bCs/>
                <w:lang w:val="es-PY"/>
              </w:rPr>
              <w:t>Eficacia del desempeño académico del cuerpo docente en programas de doctorado a distancia</w:t>
            </w:r>
          </w:p>
          <w:p w14:paraId="2C42D2B1" w14:textId="520BFF87" w:rsidR="00DB4F91" w:rsidRPr="003B5381" w:rsidRDefault="00DB4F91" w:rsidP="00DB4F91">
            <w:pPr>
              <w:jc w:val="center"/>
              <w:rPr>
                <w:szCs w:val="20"/>
                <w:lang w:val="es-PY"/>
              </w:rPr>
            </w:pPr>
            <w:r>
              <w:rPr>
                <w:b/>
                <w:bCs/>
                <w:color w:val="FF0000"/>
              </w:rPr>
              <w:t>(Sustantivo)</w:t>
            </w: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1A998CEC" w14:textId="57E84A79" w:rsidR="00DB4F91" w:rsidRPr="00233B1E" w:rsidRDefault="00DB4F91" w:rsidP="00DB4F91">
            <w:pPr>
              <w:pStyle w:val="Prrafodelista"/>
              <w:numPr>
                <w:ilvl w:val="0"/>
                <w:numId w:val="15"/>
              </w:numPr>
              <w:tabs>
                <w:tab w:val="left" w:pos="228"/>
              </w:tabs>
              <w:ind w:left="89" w:hanging="89"/>
              <w:jc w:val="both"/>
              <w:rPr>
                <w:color w:val="000000" w:themeColor="text1"/>
                <w:szCs w:val="20"/>
                <w:lang w:val="es-PY"/>
              </w:rPr>
            </w:pPr>
            <w:r w:rsidRPr="00DB4F91">
              <w:rPr>
                <w:color w:val="000000"/>
                <w:lang w:val="es-PY"/>
              </w:rPr>
              <w:t xml:space="preserve">Los docentes cuentan con formación doctoral </w:t>
            </w:r>
            <w:r w:rsidRPr="00DB4F91">
              <w:rPr>
                <w:lang w:val="es-PY"/>
              </w:rPr>
              <w:t xml:space="preserve">y trayectoria investigativa relevante, evidenciada en publicaciones </w:t>
            </w:r>
            <w:r w:rsidRPr="00DB4F91">
              <w:rPr>
                <w:color w:val="000000"/>
                <w:lang w:val="es-PY"/>
              </w:rPr>
              <w:t>en revistas científicas inde</w:t>
            </w:r>
            <w:r w:rsidRPr="00DB4F91">
              <w:rPr>
                <w:lang w:val="es-PY"/>
              </w:rPr>
              <w:t>xadas</w:t>
            </w:r>
            <w:r w:rsidRPr="00DB4F91">
              <w:rPr>
                <w:color w:val="000000"/>
                <w:lang w:val="es-PY"/>
              </w:rPr>
              <w:t>.</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0FBFEB31" w14:textId="77777777" w:rsidR="00DB4F91" w:rsidRPr="003B5381" w:rsidRDefault="00DB4F91" w:rsidP="00DB4F9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E65C8" w14:textId="77777777" w:rsidR="00DB4F91" w:rsidRPr="003B5381" w:rsidRDefault="00DB4F91" w:rsidP="00DB4F9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DB4F91" w:rsidRPr="003B5381" w:rsidRDefault="00DB4F91" w:rsidP="00DB4F91">
            <w:pPr>
              <w:jc w:val="center"/>
              <w:rPr>
                <w:szCs w:val="20"/>
                <w:lang w:val="es-PY"/>
              </w:rPr>
            </w:pPr>
          </w:p>
        </w:tc>
      </w:tr>
      <w:tr w:rsidR="00DB4F91" w:rsidRPr="00064F69" w14:paraId="2B538714" w14:textId="77777777" w:rsidTr="004453A7">
        <w:trPr>
          <w:cantSplit/>
          <w:trHeight w:val="471"/>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533EFAD2" w14:textId="77777777" w:rsidR="00DB4F91" w:rsidRPr="003B5381" w:rsidRDefault="00DB4F91" w:rsidP="00DB4F91">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32292986" w14:textId="6DEA2488" w:rsidR="00DB4F91" w:rsidRPr="00233B1E" w:rsidRDefault="004453A7" w:rsidP="00DB4F91">
            <w:pPr>
              <w:jc w:val="both"/>
              <w:rPr>
                <w:color w:val="000000" w:themeColor="text1"/>
                <w:szCs w:val="20"/>
                <w:lang w:val="es-PY"/>
              </w:rPr>
            </w:pPr>
            <w:r>
              <w:rPr>
                <w:color w:val="000000"/>
                <w:lang w:val="es-PY"/>
              </w:rPr>
              <w:t xml:space="preserve">b. </w:t>
            </w:r>
            <w:r w:rsidR="00DB4F91" w:rsidRPr="00DB4F91">
              <w:rPr>
                <w:color w:val="000000"/>
                <w:lang w:val="es-PY"/>
              </w:rPr>
              <w:t>Los docentes del programa poseen experiencia en la dirección de tesis doctorales y mantienen actividad investigativa alineada al campo del programa.</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702ACE59" w14:textId="77777777" w:rsidR="00DB4F91" w:rsidRPr="003B5381" w:rsidRDefault="00DB4F91" w:rsidP="00DB4F9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3B0FEA" w14:textId="77777777" w:rsidR="00DB4F91" w:rsidRPr="003B5381" w:rsidRDefault="00DB4F91" w:rsidP="00DB4F9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DB4F91" w:rsidRPr="003B5381" w:rsidRDefault="00DB4F91" w:rsidP="00DB4F91">
            <w:pPr>
              <w:jc w:val="center"/>
              <w:rPr>
                <w:szCs w:val="20"/>
                <w:lang w:val="es-PY"/>
              </w:rPr>
            </w:pPr>
          </w:p>
        </w:tc>
      </w:tr>
      <w:tr w:rsidR="00DB4F91" w:rsidRPr="00064F69" w14:paraId="58E724BC" w14:textId="77777777" w:rsidTr="004453A7">
        <w:trPr>
          <w:cantSplit/>
          <w:trHeight w:val="720"/>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3E71DEB6" w14:textId="77777777" w:rsidR="00DB4F91" w:rsidRPr="003B5381" w:rsidRDefault="00DB4F91" w:rsidP="00DB4F91">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3179BACB" w14:textId="34324D5A" w:rsidR="00DB4F91" w:rsidRPr="00233B1E" w:rsidRDefault="004453A7" w:rsidP="00DB4F91">
            <w:pPr>
              <w:jc w:val="both"/>
              <w:rPr>
                <w:color w:val="000000" w:themeColor="text1"/>
                <w:szCs w:val="20"/>
                <w:lang w:val="es-PY"/>
              </w:rPr>
            </w:pPr>
            <w:r>
              <w:rPr>
                <w:color w:val="000000"/>
                <w:lang w:val="es-PY"/>
              </w:rPr>
              <w:t xml:space="preserve">c. </w:t>
            </w:r>
            <w:r w:rsidR="00DB4F91" w:rsidRPr="00DB4F91">
              <w:rPr>
                <w:color w:val="000000"/>
                <w:lang w:val="es-PY"/>
              </w:rPr>
              <w:t xml:space="preserve">Los docentes </w:t>
            </w:r>
            <w:r w:rsidR="00DB4F91" w:rsidRPr="00DB4F91">
              <w:rPr>
                <w:lang w:val="es-PY"/>
              </w:rPr>
              <w:t>han recibido formación específica en docencia universitaria a distancia y aplican metodologías acordes a entornos virtuales.</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25FFCCF2" w14:textId="77777777" w:rsidR="00DB4F91" w:rsidRPr="003B5381" w:rsidRDefault="00DB4F91" w:rsidP="00DB4F9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663987" w14:textId="77777777" w:rsidR="00DB4F91" w:rsidRPr="003B5381" w:rsidRDefault="00DB4F91" w:rsidP="00DB4F9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DB4F91" w:rsidRPr="003B5381" w:rsidRDefault="00DB4F91" w:rsidP="00DB4F91">
            <w:pPr>
              <w:jc w:val="center"/>
              <w:rPr>
                <w:szCs w:val="20"/>
                <w:lang w:val="es-PY"/>
              </w:rPr>
            </w:pPr>
          </w:p>
        </w:tc>
      </w:tr>
      <w:tr w:rsidR="00DB4F91" w:rsidRPr="00064F69" w14:paraId="1A123D6A" w14:textId="77777777" w:rsidTr="004453A7">
        <w:trPr>
          <w:cantSplit/>
          <w:trHeight w:val="449"/>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367933C3" w14:textId="77777777" w:rsidR="00DB4F91" w:rsidRPr="003B5381" w:rsidRDefault="00DB4F91" w:rsidP="00DB4F91">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62C39628" w14:textId="1355B4CF" w:rsidR="00DB4F91" w:rsidRPr="00233B1E" w:rsidRDefault="004453A7" w:rsidP="00DB4F91">
            <w:pPr>
              <w:jc w:val="both"/>
              <w:rPr>
                <w:color w:val="000000" w:themeColor="text1"/>
                <w:szCs w:val="20"/>
                <w:lang w:val="es-PY"/>
              </w:rPr>
            </w:pPr>
            <w:r>
              <w:rPr>
                <w:lang w:val="es-PY"/>
              </w:rPr>
              <w:t xml:space="preserve">d. </w:t>
            </w:r>
            <w:r w:rsidR="00DB4F91" w:rsidRPr="00DB4F91">
              <w:rPr>
                <w:lang w:val="es-PY"/>
              </w:rPr>
              <w:t>Se evalúa su desempeño en EaD mediante indicadores de interacción, acompañamiento, calidad de la retroalimentación y cumplimiento de sus funciones.</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04645FF7" w14:textId="77777777" w:rsidR="00DB4F91" w:rsidRPr="003B5381" w:rsidRDefault="00DB4F91" w:rsidP="00DB4F9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C23BA2" w14:textId="77777777" w:rsidR="00DB4F91" w:rsidRPr="003B5381" w:rsidRDefault="00DB4F91" w:rsidP="00DB4F9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DB4F91" w:rsidRPr="003B5381" w:rsidRDefault="00DB4F91" w:rsidP="00DB4F91">
            <w:pPr>
              <w:jc w:val="center"/>
              <w:rPr>
                <w:szCs w:val="20"/>
                <w:lang w:val="es-PY"/>
              </w:rPr>
            </w:pPr>
          </w:p>
        </w:tc>
      </w:tr>
      <w:tr w:rsidR="00DB4F91" w:rsidRPr="00064F69" w14:paraId="78A025E9" w14:textId="77777777" w:rsidTr="004453A7">
        <w:trPr>
          <w:cantSplit/>
          <w:trHeight w:val="429"/>
          <w:jc w:val="center"/>
        </w:trPr>
        <w:tc>
          <w:tcPr>
            <w:tcW w:w="2404" w:type="dxa"/>
            <w:vMerge/>
            <w:tcBorders>
              <w:top w:val="single" w:sz="6" w:space="0" w:color="000000"/>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48CABA7D" w14:textId="77777777" w:rsidR="00DB4F91" w:rsidRPr="003B5381" w:rsidRDefault="00DB4F91" w:rsidP="00DB4F91">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246122FB" w14:textId="28A4D688" w:rsidR="00DB4F91" w:rsidRPr="00233B1E" w:rsidRDefault="004453A7" w:rsidP="00DB4F91">
            <w:pPr>
              <w:jc w:val="both"/>
              <w:rPr>
                <w:color w:val="000000" w:themeColor="text1"/>
                <w:szCs w:val="20"/>
                <w:lang w:val="es-PY"/>
              </w:rPr>
            </w:pPr>
            <w:r>
              <w:rPr>
                <w:lang w:val="es-PY"/>
              </w:rPr>
              <w:t xml:space="preserve">e. </w:t>
            </w:r>
            <w:r w:rsidR="00DB4F91" w:rsidRPr="00DB4F91">
              <w:rPr>
                <w:lang w:val="es-PY"/>
              </w:rPr>
              <w:t>Se promueve y reconoce la innovación docente mediante el uso de tecnologías educativas, buenas prácticas y apoyo institucional pedagógico y tecnológico.</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3D87BB4B" w14:textId="77777777" w:rsidR="00DB4F91" w:rsidRPr="003B5381" w:rsidRDefault="00DB4F91" w:rsidP="00DB4F9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0A5C" w14:textId="77777777" w:rsidR="00DB4F91" w:rsidRPr="003B5381" w:rsidRDefault="00DB4F91" w:rsidP="00DB4F9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DB4F91" w:rsidRPr="003B5381" w:rsidRDefault="00DB4F91" w:rsidP="00DB4F91">
            <w:pPr>
              <w:jc w:val="center"/>
              <w:rPr>
                <w:szCs w:val="20"/>
                <w:lang w:val="es-PY"/>
              </w:rPr>
            </w:pPr>
          </w:p>
        </w:tc>
      </w:tr>
      <w:tr w:rsidR="0010517E" w:rsidRPr="00064F69" w14:paraId="7A8A84E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r w:rsidRPr="00643CF3">
              <w:rPr>
                <w:b/>
                <w:color w:val="000000"/>
                <w:szCs w:val="20"/>
              </w:rPr>
              <w:t>Medios de verificación</w:t>
            </w:r>
          </w:p>
        </w:tc>
      </w:tr>
      <w:tr w:rsidR="0010517E" w14:paraId="65CCD5E8" w14:textId="77777777" w:rsidTr="004453A7">
        <w:trPr>
          <w:cantSplit/>
          <w:trHeight w:hRule="exact" w:val="6133"/>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8D29150" w14:textId="77777777" w:rsidR="0010517E" w:rsidRDefault="0010517E" w:rsidP="008D53CA">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11D8D92" w14:textId="77777777" w:rsidR="0010517E" w:rsidRDefault="0010517E" w:rsidP="008D53CA">
            <w:pPr>
              <w:jc w:val="both"/>
            </w:pPr>
          </w:p>
        </w:tc>
      </w:tr>
    </w:tbl>
    <w:p w14:paraId="78FB4B3D" w14:textId="787BD68B"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183CED47"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825D11" w14:textId="1F73D65A" w:rsidR="0010517E" w:rsidRPr="00643CF3" w:rsidRDefault="00614861">
            <w:pPr>
              <w:jc w:val="center"/>
              <w:rPr>
                <w:szCs w:val="20"/>
              </w:rPr>
            </w:pPr>
            <w:r>
              <w:rPr>
                <w:b/>
                <w:color w:val="000000"/>
                <w:szCs w:val="20"/>
              </w:rPr>
              <w:lastRenderedPageBreak/>
              <w:t>Criter</w:t>
            </w:r>
            <w:r w:rsidR="00CC3056">
              <w:rPr>
                <w:b/>
                <w:color w:val="000000"/>
                <w:szCs w:val="20"/>
              </w:rPr>
              <w:t>io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39436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DB5AF3" w14:textId="77777777" w:rsidR="0010517E" w:rsidRPr="00643CF3" w:rsidRDefault="00643CF3">
            <w:pPr>
              <w:jc w:val="center"/>
              <w:rPr>
                <w:szCs w:val="20"/>
              </w:rPr>
            </w:pPr>
            <w:r w:rsidRPr="00643CF3">
              <w:rPr>
                <w:b/>
                <w:color w:val="000000"/>
                <w:szCs w:val="20"/>
              </w:rPr>
              <w:t>Nivel de cumplimiento</w:t>
            </w:r>
          </w:p>
        </w:tc>
      </w:tr>
      <w:tr w:rsidR="0010517E" w14:paraId="1F112F28"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677DD4"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532155"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328256"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5BEE98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1169B6" w14:textId="77777777" w:rsidR="0010517E" w:rsidRPr="00643CF3" w:rsidRDefault="00643CF3">
            <w:pPr>
              <w:jc w:val="center"/>
              <w:rPr>
                <w:szCs w:val="20"/>
              </w:rPr>
            </w:pPr>
            <w:r w:rsidRPr="00643CF3">
              <w:rPr>
                <w:b/>
                <w:color w:val="000000"/>
                <w:szCs w:val="20"/>
              </w:rPr>
              <w:t>NC</w:t>
            </w:r>
          </w:p>
        </w:tc>
      </w:tr>
      <w:tr w:rsidR="008D53CA" w:rsidRPr="00064F69" w14:paraId="69D5133E" w14:textId="77777777" w:rsidTr="004453A7">
        <w:trPr>
          <w:cantSplit/>
          <w:trHeight w:val="695"/>
          <w:jc w:val="center"/>
        </w:trPr>
        <w:tc>
          <w:tcPr>
            <w:tcW w:w="2404"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4AC24F" w14:textId="0F3DA3D7" w:rsidR="008D53CA" w:rsidRPr="00643CF3" w:rsidRDefault="008D53CA" w:rsidP="0017605E">
            <w:pPr>
              <w:jc w:val="center"/>
              <w:rPr>
                <w:szCs w:val="20"/>
                <w:lang w:val="es-PY"/>
              </w:rPr>
            </w:pPr>
            <w:r w:rsidRPr="00CA67AF">
              <w:rPr>
                <w:b/>
                <w:color w:val="000000"/>
                <w:szCs w:val="20"/>
                <w:lang w:val="es-PY"/>
              </w:rPr>
              <w:t>Eficacia del acompañamiento y desa</w:t>
            </w:r>
            <w:r>
              <w:rPr>
                <w:b/>
                <w:color w:val="000000"/>
                <w:szCs w:val="20"/>
                <w:lang w:val="es-PY"/>
              </w:rPr>
              <w:t>rrollo académico del doctorando</w:t>
            </w:r>
            <w:r w:rsidRPr="00CA67AF">
              <w:rPr>
                <w:b/>
                <w:color w:val="FF0000"/>
                <w:szCs w:val="20"/>
                <w:lang w:val="es-PY"/>
              </w:rPr>
              <w:br/>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0D340E" w14:textId="121ED35B" w:rsidR="008D53CA" w:rsidRPr="00797ECA" w:rsidRDefault="008D53CA" w:rsidP="008D53CA">
            <w:pPr>
              <w:jc w:val="both"/>
              <w:rPr>
                <w:szCs w:val="20"/>
                <w:lang w:val="es-PY"/>
              </w:rPr>
            </w:pPr>
            <w:r w:rsidRPr="00CA67AF">
              <w:rPr>
                <w:color w:val="000000"/>
                <w:szCs w:val="20"/>
                <w:lang w:val="es-PY"/>
              </w:rPr>
              <w:t xml:space="preserve">a. </w:t>
            </w:r>
            <w:r w:rsidRPr="009D04C1">
              <w:rPr>
                <w:color w:val="000000"/>
                <w:szCs w:val="20"/>
                <w:lang w:val="es-PY"/>
              </w:rPr>
              <w:t>Los criterios y requisitos de admisión están formalmente establecidos, son de acceso público y pertinentes al nivel doctoral.</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92D189"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7D1D14"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D17DD4" w14:textId="77777777" w:rsidR="008D53CA" w:rsidRPr="003B5381" w:rsidRDefault="008D53CA" w:rsidP="008D53CA">
            <w:pPr>
              <w:jc w:val="center"/>
              <w:rPr>
                <w:szCs w:val="20"/>
                <w:lang w:val="es-PY"/>
              </w:rPr>
            </w:pPr>
          </w:p>
        </w:tc>
      </w:tr>
      <w:tr w:rsidR="008D53CA" w:rsidRPr="00064F69" w14:paraId="0D821705" w14:textId="77777777" w:rsidTr="004453A7">
        <w:trPr>
          <w:cantSplit/>
          <w:trHeight w:val="451"/>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E501AA6"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1B2613" w14:textId="2A85346B" w:rsidR="008D53CA" w:rsidRPr="00643CF3" w:rsidRDefault="008D53CA" w:rsidP="008D53CA">
            <w:pPr>
              <w:jc w:val="both"/>
              <w:rPr>
                <w:szCs w:val="20"/>
                <w:lang w:val="es-PY"/>
              </w:rPr>
            </w:pPr>
            <w:r w:rsidRPr="00643CF3">
              <w:rPr>
                <w:color w:val="000000"/>
                <w:szCs w:val="20"/>
                <w:lang w:val="es-PY"/>
              </w:rPr>
              <w:t xml:space="preserve">b. </w:t>
            </w:r>
            <w:r w:rsidRPr="00CA67AF">
              <w:rPr>
                <w:color w:val="000000"/>
                <w:szCs w:val="20"/>
                <w:lang w:val="es-PY"/>
              </w:rPr>
              <w:t>Se realiza seguimiento académico individualizado del doctorando</w:t>
            </w:r>
            <w:r w:rsidRPr="00797ECA">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6908396"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1505C8"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8B9FE6" w14:textId="77777777" w:rsidR="008D53CA" w:rsidRPr="003B5381" w:rsidRDefault="008D53CA" w:rsidP="008D53CA">
            <w:pPr>
              <w:jc w:val="center"/>
              <w:rPr>
                <w:szCs w:val="20"/>
                <w:lang w:val="es-PY"/>
              </w:rPr>
            </w:pPr>
          </w:p>
        </w:tc>
      </w:tr>
      <w:tr w:rsidR="008D53CA" w:rsidRPr="00064F69" w14:paraId="16685B85" w14:textId="77777777" w:rsidTr="0017605E">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B9D3D6"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009B59" w14:textId="45D0BF63" w:rsidR="008D53CA" w:rsidRPr="00643CF3" w:rsidRDefault="008D53CA" w:rsidP="008D53CA">
            <w:pPr>
              <w:jc w:val="both"/>
              <w:rPr>
                <w:szCs w:val="20"/>
                <w:lang w:val="es-PY"/>
              </w:rPr>
            </w:pPr>
            <w:r w:rsidRPr="00643CF3">
              <w:rPr>
                <w:color w:val="000000"/>
                <w:szCs w:val="20"/>
                <w:lang w:val="es-PY"/>
              </w:rPr>
              <w:t xml:space="preserve">c. </w:t>
            </w:r>
            <w:r w:rsidRPr="00CA67AF">
              <w:rPr>
                <w:color w:val="000000"/>
                <w:szCs w:val="20"/>
                <w:lang w:val="es-PY"/>
              </w:rPr>
              <w:t>El programa ofrece becas, intercambios o apoyos para la investigación.</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5480AC"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CD90A12"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4283C" w14:textId="77777777" w:rsidR="008D53CA" w:rsidRPr="003B5381" w:rsidRDefault="008D53CA" w:rsidP="008D53CA">
            <w:pPr>
              <w:jc w:val="center"/>
              <w:rPr>
                <w:szCs w:val="20"/>
                <w:lang w:val="es-PY"/>
              </w:rPr>
            </w:pPr>
          </w:p>
        </w:tc>
      </w:tr>
      <w:tr w:rsidR="008D53CA" w:rsidRPr="00064F69" w14:paraId="4BF286AB" w14:textId="77777777" w:rsidTr="004453A7">
        <w:trPr>
          <w:cantSplit/>
          <w:trHeight w:val="42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C8BA900"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DF3ADE" w14:textId="6D99F26F" w:rsidR="008D53CA" w:rsidRPr="00643CF3" w:rsidRDefault="008D53CA" w:rsidP="008D53CA">
            <w:pPr>
              <w:jc w:val="both"/>
              <w:rPr>
                <w:szCs w:val="20"/>
                <w:lang w:val="es-PY"/>
              </w:rPr>
            </w:pPr>
            <w:r w:rsidRPr="00643CF3">
              <w:rPr>
                <w:color w:val="000000"/>
                <w:szCs w:val="20"/>
                <w:lang w:val="es-PY"/>
              </w:rPr>
              <w:t xml:space="preserve">d. </w:t>
            </w:r>
            <w:r w:rsidRPr="00CA67AF">
              <w:rPr>
                <w:color w:val="000000"/>
                <w:szCs w:val="20"/>
                <w:lang w:val="es-PY"/>
              </w:rPr>
              <w:t xml:space="preserve">Los </w:t>
            </w:r>
            <w:r>
              <w:rPr>
                <w:color w:val="000000"/>
                <w:szCs w:val="20"/>
                <w:lang w:val="es-PY"/>
              </w:rPr>
              <w:t>doctorandos</w:t>
            </w:r>
            <w:r w:rsidRPr="00CA67AF">
              <w:rPr>
                <w:color w:val="000000"/>
                <w:szCs w:val="20"/>
                <w:lang w:val="es-PY"/>
              </w:rPr>
              <w:t xml:space="preserve"> participan en actividades científicas desde etapas tempranas.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E236A2"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56B27B"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809D30E" w14:textId="77777777" w:rsidR="008D53CA" w:rsidRPr="003B5381" w:rsidRDefault="008D53CA" w:rsidP="008D53CA">
            <w:pPr>
              <w:jc w:val="center"/>
              <w:rPr>
                <w:szCs w:val="20"/>
                <w:lang w:val="es-PY"/>
              </w:rPr>
            </w:pPr>
          </w:p>
        </w:tc>
      </w:tr>
      <w:tr w:rsidR="008D53CA" w:rsidRPr="00064F69" w14:paraId="77E0B8B2" w14:textId="77777777" w:rsidTr="004453A7">
        <w:trPr>
          <w:cantSplit/>
          <w:trHeight w:val="266"/>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252C02"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716130E" w14:textId="1DAEC084" w:rsidR="008D53CA" w:rsidRPr="00643CF3" w:rsidRDefault="008D53CA" w:rsidP="008D53CA">
            <w:pPr>
              <w:jc w:val="both"/>
              <w:rPr>
                <w:szCs w:val="20"/>
                <w:lang w:val="es-PY"/>
              </w:rPr>
            </w:pPr>
            <w:r w:rsidRPr="00643CF3">
              <w:rPr>
                <w:color w:val="000000"/>
                <w:szCs w:val="20"/>
                <w:lang w:val="es-PY"/>
              </w:rPr>
              <w:t xml:space="preserve">e. </w:t>
            </w:r>
            <w:r w:rsidRPr="00CA67AF">
              <w:rPr>
                <w:color w:val="000000"/>
                <w:szCs w:val="20"/>
                <w:lang w:val="es-PY"/>
              </w:rPr>
              <w:t>Se acompaña la inserción en redes científicas o posdoctorales.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E5E11F"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FA1E5C"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6B5675" w14:textId="77777777" w:rsidR="008D53CA" w:rsidRPr="003B5381" w:rsidRDefault="008D53CA" w:rsidP="008D53CA">
            <w:pPr>
              <w:jc w:val="center"/>
              <w:rPr>
                <w:szCs w:val="20"/>
                <w:lang w:val="es-PY"/>
              </w:rPr>
            </w:pPr>
          </w:p>
        </w:tc>
      </w:tr>
      <w:tr w:rsidR="008D53CA" w:rsidRPr="00064F69" w14:paraId="4FF9356A"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1A6EB1" w14:textId="77777777" w:rsidR="008D53CA" w:rsidRPr="00643CF3" w:rsidRDefault="008D53CA" w:rsidP="008D53CA">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81530AD" w14:textId="77777777" w:rsidR="008D53CA" w:rsidRPr="00643CF3" w:rsidRDefault="008D53CA" w:rsidP="008D53CA">
            <w:pPr>
              <w:jc w:val="center"/>
              <w:rPr>
                <w:szCs w:val="20"/>
                <w:lang w:val="es-PY"/>
              </w:rPr>
            </w:pPr>
          </w:p>
        </w:tc>
      </w:tr>
      <w:tr w:rsidR="008D53CA" w14:paraId="7234760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68308D0" w14:textId="77777777" w:rsidR="008D53CA" w:rsidRPr="00643CF3" w:rsidRDefault="008D53CA" w:rsidP="008D53CA">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BF5DD38" w14:textId="77777777" w:rsidR="008D53CA" w:rsidRPr="00643CF3" w:rsidRDefault="008D53CA" w:rsidP="008D53CA">
            <w:pPr>
              <w:jc w:val="center"/>
              <w:rPr>
                <w:szCs w:val="20"/>
              </w:rPr>
            </w:pPr>
            <w:r w:rsidRPr="00643CF3">
              <w:rPr>
                <w:b/>
                <w:color w:val="000000"/>
                <w:szCs w:val="20"/>
              </w:rPr>
              <w:t>Medios de verificación</w:t>
            </w:r>
          </w:p>
        </w:tc>
      </w:tr>
      <w:tr w:rsidR="008D53CA" w14:paraId="474CB8F5" w14:textId="77777777" w:rsidTr="00821777">
        <w:trPr>
          <w:cantSplit/>
          <w:trHeight w:hRule="exact" w:val="6888"/>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FD8651" w14:textId="77777777" w:rsidR="008D53CA" w:rsidRDefault="008D53CA" w:rsidP="008D53CA">
            <w:pPr>
              <w:jc w:val="both"/>
              <w:rPr>
                <w:szCs w:val="20"/>
              </w:rPr>
            </w:pPr>
          </w:p>
          <w:p w14:paraId="59F4B58C" w14:textId="77777777" w:rsidR="008D53CA" w:rsidRDefault="008D53CA" w:rsidP="008D53CA">
            <w:pPr>
              <w:jc w:val="both"/>
              <w:rPr>
                <w:szCs w:val="20"/>
              </w:rPr>
            </w:pPr>
          </w:p>
          <w:p w14:paraId="55F6D44C" w14:textId="77777777" w:rsidR="008D53CA" w:rsidRDefault="008D53CA" w:rsidP="008D53CA">
            <w:pPr>
              <w:jc w:val="both"/>
              <w:rPr>
                <w:szCs w:val="20"/>
              </w:rPr>
            </w:pPr>
          </w:p>
          <w:p w14:paraId="7105AD8D" w14:textId="77777777" w:rsidR="008D53CA" w:rsidRDefault="008D53CA" w:rsidP="008D53CA">
            <w:pPr>
              <w:jc w:val="both"/>
              <w:rPr>
                <w:szCs w:val="20"/>
              </w:rPr>
            </w:pPr>
          </w:p>
          <w:p w14:paraId="061E95CD" w14:textId="77777777" w:rsidR="008D53CA" w:rsidRDefault="008D53CA" w:rsidP="008D53CA">
            <w:pPr>
              <w:jc w:val="both"/>
              <w:rPr>
                <w:szCs w:val="20"/>
              </w:rPr>
            </w:pPr>
          </w:p>
          <w:p w14:paraId="77BADC00" w14:textId="77777777" w:rsidR="008D53CA" w:rsidRDefault="008D53CA" w:rsidP="008D53CA">
            <w:pPr>
              <w:jc w:val="both"/>
              <w:rPr>
                <w:szCs w:val="20"/>
              </w:rPr>
            </w:pPr>
          </w:p>
          <w:p w14:paraId="781B4B2F" w14:textId="77777777" w:rsidR="008D53CA" w:rsidRDefault="008D53CA" w:rsidP="008D53CA">
            <w:pPr>
              <w:jc w:val="both"/>
              <w:rPr>
                <w:szCs w:val="20"/>
              </w:rPr>
            </w:pPr>
          </w:p>
          <w:p w14:paraId="53CB77BE" w14:textId="77777777" w:rsidR="008D53CA" w:rsidRDefault="008D53CA" w:rsidP="008D53CA">
            <w:pPr>
              <w:jc w:val="both"/>
              <w:rPr>
                <w:szCs w:val="20"/>
              </w:rPr>
            </w:pPr>
          </w:p>
          <w:p w14:paraId="689BAA90" w14:textId="77777777" w:rsidR="008D53CA" w:rsidRDefault="008D53CA" w:rsidP="008D53CA">
            <w:pPr>
              <w:jc w:val="both"/>
              <w:rPr>
                <w:szCs w:val="20"/>
              </w:rPr>
            </w:pPr>
          </w:p>
          <w:p w14:paraId="7BEA4890" w14:textId="77777777" w:rsidR="008D53CA" w:rsidRDefault="008D53CA" w:rsidP="008D53CA">
            <w:pPr>
              <w:jc w:val="both"/>
              <w:rPr>
                <w:szCs w:val="20"/>
              </w:rPr>
            </w:pPr>
          </w:p>
          <w:p w14:paraId="131C01C5" w14:textId="77777777" w:rsidR="008D53CA" w:rsidRDefault="008D53CA" w:rsidP="008D53CA">
            <w:pPr>
              <w:jc w:val="both"/>
              <w:rPr>
                <w:szCs w:val="20"/>
              </w:rPr>
            </w:pPr>
          </w:p>
          <w:p w14:paraId="2AB4943F" w14:textId="77777777" w:rsidR="008D53CA" w:rsidRDefault="008D53CA" w:rsidP="008D53CA">
            <w:pPr>
              <w:jc w:val="both"/>
              <w:rPr>
                <w:szCs w:val="20"/>
              </w:rPr>
            </w:pPr>
          </w:p>
          <w:p w14:paraId="052D340D" w14:textId="77777777" w:rsidR="008D53CA" w:rsidRDefault="008D53CA" w:rsidP="008D53CA">
            <w:pPr>
              <w:jc w:val="both"/>
              <w:rPr>
                <w:szCs w:val="20"/>
              </w:rPr>
            </w:pPr>
          </w:p>
          <w:p w14:paraId="55C4B107" w14:textId="77777777" w:rsidR="008D53CA" w:rsidRDefault="008D53CA" w:rsidP="008D53CA">
            <w:pPr>
              <w:jc w:val="both"/>
              <w:rPr>
                <w:szCs w:val="20"/>
              </w:rPr>
            </w:pPr>
          </w:p>
          <w:p w14:paraId="1FEE9FAB" w14:textId="77777777" w:rsidR="008D53CA" w:rsidRDefault="008D53CA" w:rsidP="008D53CA">
            <w:pPr>
              <w:jc w:val="both"/>
              <w:rPr>
                <w:szCs w:val="20"/>
              </w:rPr>
            </w:pPr>
          </w:p>
          <w:p w14:paraId="089B2C30" w14:textId="77777777" w:rsidR="008D53CA" w:rsidRDefault="008D53CA" w:rsidP="008D53CA">
            <w:pPr>
              <w:jc w:val="both"/>
              <w:rPr>
                <w:szCs w:val="20"/>
              </w:rPr>
            </w:pPr>
          </w:p>
          <w:p w14:paraId="09798F5B" w14:textId="77777777" w:rsidR="008D53CA" w:rsidRDefault="008D53CA" w:rsidP="008D53CA">
            <w:pPr>
              <w:jc w:val="both"/>
              <w:rPr>
                <w:szCs w:val="20"/>
              </w:rPr>
            </w:pPr>
          </w:p>
          <w:p w14:paraId="3F71BC4D" w14:textId="77777777" w:rsidR="008D53CA" w:rsidRDefault="008D53CA" w:rsidP="008D53CA">
            <w:pPr>
              <w:jc w:val="both"/>
              <w:rPr>
                <w:szCs w:val="20"/>
              </w:rPr>
            </w:pPr>
          </w:p>
          <w:p w14:paraId="1BB068CF" w14:textId="77777777" w:rsidR="008D53CA" w:rsidRDefault="008D53CA" w:rsidP="008D53CA">
            <w:pPr>
              <w:jc w:val="both"/>
              <w:rPr>
                <w:szCs w:val="20"/>
              </w:rPr>
            </w:pPr>
          </w:p>
          <w:p w14:paraId="0BECA424" w14:textId="77777777" w:rsidR="008D53CA" w:rsidRDefault="008D53CA" w:rsidP="008D53CA">
            <w:pPr>
              <w:jc w:val="both"/>
              <w:rPr>
                <w:szCs w:val="20"/>
              </w:rPr>
            </w:pPr>
          </w:p>
          <w:p w14:paraId="0E92D059" w14:textId="77777777" w:rsidR="008D53CA" w:rsidRDefault="008D53CA" w:rsidP="008D53CA">
            <w:pPr>
              <w:jc w:val="both"/>
              <w:rPr>
                <w:szCs w:val="20"/>
              </w:rPr>
            </w:pPr>
          </w:p>
          <w:p w14:paraId="55427214" w14:textId="77777777" w:rsidR="008D53CA" w:rsidRDefault="008D53CA" w:rsidP="008D53CA">
            <w:pPr>
              <w:jc w:val="both"/>
              <w:rPr>
                <w:szCs w:val="20"/>
              </w:rPr>
            </w:pPr>
          </w:p>
          <w:p w14:paraId="5832EAE9" w14:textId="77777777" w:rsidR="008D53CA" w:rsidRDefault="008D53CA" w:rsidP="008D53CA">
            <w:pPr>
              <w:jc w:val="both"/>
              <w:rPr>
                <w:szCs w:val="20"/>
              </w:rPr>
            </w:pPr>
          </w:p>
          <w:p w14:paraId="61A0A55C" w14:textId="711F48A6" w:rsidR="008D53CA" w:rsidRPr="00643CF3" w:rsidRDefault="008D53CA" w:rsidP="008D53CA">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AF4AAE3" w14:textId="77777777" w:rsidR="008D53CA" w:rsidRPr="00643CF3" w:rsidRDefault="008D53CA" w:rsidP="008D53CA">
            <w:pPr>
              <w:jc w:val="both"/>
              <w:rPr>
                <w:szCs w:val="20"/>
              </w:rPr>
            </w:pPr>
          </w:p>
        </w:tc>
      </w:tr>
    </w:tbl>
    <w:p w14:paraId="00620D77" w14:textId="77777777" w:rsidR="008D53CA" w:rsidRDefault="008D53CA"/>
    <w:tbl>
      <w:tblPr>
        <w:tblW w:w="0" w:type="auto"/>
        <w:jc w:val="center"/>
        <w:tblLayout w:type="fixed"/>
        <w:tblLook w:val="04A0" w:firstRow="1" w:lastRow="0" w:firstColumn="1" w:lastColumn="0" w:noHBand="0" w:noVBand="1"/>
      </w:tblPr>
      <w:tblGrid>
        <w:gridCol w:w="2404"/>
        <w:gridCol w:w="5330"/>
        <w:gridCol w:w="684"/>
        <w:gridCol w:w="684"/>
        <w:gridCol w:w="697"/>
      </w:tblGrid>
      <w:tr w:rsidR="008D53CA" w14:paraId="01CE60D4" w14:textId="77777777" w:rsidTr="008D53CA">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6BD182" w14:textId="21ABB0DE" w:rsidR="008D53CA" w:rsidRPr="00643CF3" w:rsidRDefault="008D53CA" w:rsidP="008D53CA">
            <w:pPr>
              <w:jc w:val="center"/>
              <w:rPr>
                <w:szCs w:val="20"/>
              </w:rPr>
            </w:pPr>
            <w:r>
              <w:rPr>
                <w:b/>
                <w:color w:val="000000"/>
                <w:szCs w:val="20"/>
              </w:rPr>
              <w:lastRenderedPageBreak/>
              <w:t>Criterio 3.3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1513600" w14:textId="77777777" w:rsidR="008D53CA" w:rsidRPr="00643CF3" w:rsidRDefault="008D53CA" w:rsidP="008D53CA">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3918CAC" w14:textId="77777777" w:rsidR="008D53CA" w:rsidRPr="00643CF3" w:rsidRDefault="008D53CA" w:rsidP="008D53CA">
            <w:pPr>
              <w:jc w:val="center"/>
              <w:rPr>
                <w:szCs w:val="20"/>
              </w:rPr>
            </w:pPr>
            <w:r w:rsidRPr="00643CF3">
              <w:rPr>
                <w:b/>
                <w:color w:val="000000"/>
                <w:szCs w:val="20"/>
              </w:rPr>
              <w:t>Nivel de cumplimiento</w:t>
            </w:r>
          </w:p>
        </w:tc>
      </w:tr>
      <w:tr w:rsidR="008D53CA" w14:paraId="5AE451EA" w14:textId="77777777" w:rsidTr="008D53CA">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5655D49" w14:textId="77777777" w:rsidR="008D53CA" w:rsidRPr="00643CF3" w:rsidRDefault="008D53CA" w:rsidP="008D53CA">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B8A32B" w14:textId="77777777" w:rsidR="008D53CA" w:rsidRPr="00643CF3" w:rsidRDefault="008D53CA" w:rsidP="008D53CA">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589DCF" w14:textId="77777777" w:rsidR="008D53CA" w:rsidRPr="00643CF3" w:rsidRDefault="008D53CA" w:rsidP="008D53CA">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CAAEB56" w14:textId="77777777" w:rsidR="008D53CA" w:rsidRPr="00643CF3" w:rsidRDefault="008D53CA" w:rsidP="008D53CA">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413139E" w14:textId="77777777" w:rsidR="008D53CA" w:rsidRPr="00643CF3" w:rsidRDefault="008D53CA" w:rsidP="008D53CA">
            <w:pPr>
              <w:jc w:val="center"/>
              <w:rPr>
                <w:szCs w:val="20"/>
              </w:rPr>
            </w:pPr>
            <w:r w:rsidRPr="00643CF3">
              <w:rPr>
                <w:b/>
                <w:color w:val="000000"/>
                <w:szCs w:val="20"/>
              </w:rPr>
              <w:t>NC</w:t>
            </w:r>
          </w:p>
        </w:tc>
      </w:tr>
      <w:tr w:rsidR="008D53CA" w:rsidRPr="00064F69" w14:paraId="27505579" w14:textId="77777777" w:rsidTr="004453A7">
        <w:trPr>
          <w:cantSplit/>
          <w:trHeight w:val="553"/>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4275CB9" w14:textId="0B6A5A35" w:rsidR="008D53CA" w:rsidRPr="00643CF3" w:rsidRDefault="008D53CA" w:rsidP="008D53CA">
            <w:pPr>
              <w:jc w:val="center"/>
              <w:rPr>
                <w:szCs w:val="20"/>
                <w:lang w:val="es-PY"/>
              </w:rPr>
            </w:pPr>
            <w:r w:rsidRPr="00CA67AF">
              <w:rPr>
                <w:b/>
                <w:color w:val="000000"/>
                <w:szCs w:val="20"/>
                <w:lang w:val="es-PY"/>
              </w:rPr>
              <w:t>Impacto de la internacionali</w:t>
            </w:r>
            <w:r>
              <w:rPr>
                <w:b/>
                <w:color w:val="000000"/>
                <w:szCs w:val="20"/>
                <w:lang w:val="es-PY"/>
              </w:rPr>
              <w:t>zación en la formación doctoral</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51CC918" w14:textId="6149ED6A" w:rsidR="008D53CA" w:rsidRPr="00797ECA" w:rsidRDefault="008D53CA" w:rsidP="008D53CA">
            <w:pPr>
              <w:jc w:val="both"/>
              <w:rPr>
                <w:szCs w:val="20"/>
                <w:lang w:val="es-PY"/>
              </w:rPr>
            </w:pPr>
            <w:r w:rsidRPr="00CA67AF">
              <w:rPr>
                <w:color w:val="000000"/>
                <w:szCs w:val="20"/>
                <w:lang w:val="es-PY"/>
              </w:rPr>
              <w:t>a. Existen convenios internacionales con fines de investigación conjunta y cooperación académica que benefician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C5B9E25"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1CED82C"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747C4A9" w14:textId="77777777" w:rsidR="008D53CA" w:rsidRPr="003B5381" w:rsidRDefault="008D53CA" w:rsidP="008D53CA">
            <w:pPr>
              <w:jc w:val="center"/>
              <w:rPr>
                <w:szCs w:val="20"/>
                <w:lang w:val="es-PY"/>
              </w:rPr>
            </w:pPr>
          </w:p>
        </w:tc>
      </w:tr>
      <w:tr w:rsidR="008D53CA" w:rsidRPr="00064F69" w14:paraId="2A1F6EDB" w14:textId="77777777" w:rsidTr="004453A7">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FEBC0C6"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24F4027" w14:textId="0C9E42A4" w:rsidR="008D53CA" w:rsidRPr="00643CF3" w:rsidRDefault="008D53CA" w:rsidP="008D53CA">
            <w:pPr>
              <w:jc w:val="both"/>
              <w:rPr>
                <w:szCs w:val="20"/>
                <w:lang w:val="es-PY"/>
              </w:rPr>
            </w:pPr>
            <w:r w:rsidRPr="00643CF3">
              <w:rPr>
                <w:color w:val="000000"/>
                <w:szCs w:val="20"/>
                <w:lang w:val="es-PY"/>
              </w:rPr>
              <w:t xml:space="preserve">b. </w:t>
            </w:r>
            <w:r w:rsidRPr="00CA67AF">
              <w:rPr>
                <w:color w:val="000000"/>
                <w:szCs w:val="20"/>
                <w:lang w:val="es-PY"/>
              </w:rPr>
              <w:t xml:space="preserve">Se fomenta la movilidad internacional de docentes y </w:t>
            </w:r>
            <w:r>
              <w:rPr>
                <w:color w:val="000000"/>
                <w:szCs w:val="20"/>
                <w:lang w:val="es-PY"/>
              </w:rPr>
              <w:t>participantes.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55CD1F0"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EEBFBF"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63F013E" w14:textId="77777777" w:rsidR="008D53CA" w:rsidRPr="003B5381" w:rsidRDefault="008D53CA" w:rsidP="008D53CA">
            <w:pPr>
              <w:jc w:val="center"/>
              <w:rPr>
                <w:szCs w:val="20"/>
                <w:lang w:val="es-PY"/>
              </w:rPr>
            </w:pPr>
          </w:p>
        </w:tc>
      </w:tr>
      <w:tr w:rsidR="008D53CA" w:rsidRPr="00064F69" w14:paraId="724DD42D" w14:textId="77777777" w:rsidTr="008D53CA">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2EC9E67"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A859CE7" w14:textId="468BCD4D" w:rsidR="008D53CA" w:rsidRPr="00643CF3" w:rsidRDefault="008D53CA" w:rsidP="008D53CA">
            <w:pPr>
              <w:jc w:val="both"/>
              <w:rPr>
                <w:szCs w:val="20"/>
                <w:lang w:val="es-PY"/>
              </w:rPr>
            </w:pPr>
            <w:r w:rsidRPr="00643CF3">
              <w:rPr>
                <w:color w:val="000000"/>
                <w:szCs w:val="20"/>
                <w:lang w:val="es-PY"/>
              </w:rPr>
              <w:t xml:space="preserve">c. </w:t>
            </w:r>
            <w:r w:rsidRPr="00CA67AF">
              <w:rPr>
                <w:color w:val="000000"/>
                <w:szCs w:val="20"/>
                <w:lang w:val="es-PY"/>
              </w:rPr>
              <w:t>El programa promueve publicaciones y eventos con alcance int</w:t>
            </w:r>
            <w:r>
              <w:rPr>
                <w:color w:val="000000"/>
                <w:szCs w:val="20"/>
                <w:lang w:val="es-PY"/>
              </w:rPr>
              <w:t>ernacional, que contribuyen a su</w:t>
            </w:r>
            <w:r w:rsidRPr="00CA67AF">
              <w:rPr>
                <w:color w:val="000000"/>
                <w:szCs w:val="20"/>
                <w:lang w:val="es-PY"/>
              </w:rPr>
              <w:t xml:space="preserve"> pr</w:t>
            </w:r>
            <w:r>
              <w:rPr>
                <w:color w:val="000000"/>
                <w:szCs w:val="20"/>
                <w:lang w:val="es-PY"/>
              </w:rPr>
              <w:t>oyección académica y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2E10856"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E098A7B"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F127636" w14:textId="77777777" w:rsidR="008D53CA" w:rsidRPr="003B5381" w:rsidRDefault="008D53CA" w:rsidP="008D53CA">
            <w:pPr>
              <w:jc w:val="center"/>
              <w:rPr>
                <w:szCs w:val="20"/>
                <w:lang w:val="es-PY"/>
              </w:rPr>
            </w:pPr>
          </w:p>
        </w:tc>
      </w:tr>
      <w:tr w:rsidR="008D53CA" w:rsidRPr="00064F69" w14:paraId="62807BEB" w14:textId="77777777" w:rsidTr="004453A7">
        <w:trPr>
          <w:cantSplit/>
          <w:trHeight w:val="48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ED1A508"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BB4DFED" w14:textId="3EC13219" w:rsidR="008D53CA" w:rsidRPr="00643CF3" w:rsidRDefault="008D53CA" w:rsidP="008D53CA">
            <w:pPr>
              <w:jc w:val="both"/>
              <w:rPr>
                <w:szCs w:val="20"/>
                <w:lang w:val="es-PY"/>
              </w:rPr>
            </w:pPr>
            <w:r w:rsidRPr="00643CF3">
              <w:rPr>
                <w:color w:val="000000"/>
                <w:szCs w:val="20"/>
                <w:lang w:val="es-PY"/>
              </w:rPr>
              <w:t>d</w:t>
            </w:r>
            <w:r w:rsidRPr="00CA67AF">
              <w:rPr>
                <w:color w:val="000000"/>
                <w:szCs w:val="20"/>
                <w:lang w:val="es-PY"/>
              </w:rPr>
              <w:t xml:space="preserve">. </w:t>
            </w:r>
            <w:r w:rsidRPr="008020A5">
              <w:rPr>
                <w:color w:val="000000"/>
                <w:szCs w:val="20"/>
                <w:lang w:val="es-PY"/>
              </w:rPr>
              <w:t>El currículo incorpora bibliografía especializada y formación en lengua extranjera,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4FF4D88"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14E2A5A"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EBBB7A1" w14:textId="77777777" w:rsidR="008D53CA" w:rsidRPr="003B5381" w:rsidRDefault="008D53CA" w:rsidP="008D53CA">
            <w:pPr>
              <w:jc w:val="center"/>
              <w:rPr>
                <w:szCs w:val="20"/>
                <w:lang w:val="es-PY"/>
              </w:rPr>
            </w:pPr>
          </w:p>
        </w:tc>
      </w:tr>
      <w:tr w:rsidR="008D53CA" w:rsidRPr="00064F69" w14:paraId="60C51B3E" w14:textId="77777777" w:rsidTr="008D53CA">
        <w:trPr>
          <w:cantSplit/>
          <w:trHeight w:val="49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61EDDCE"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9301635" w14:textId="73C99AB5" w:rsidR="008D53CA" w:rsidRPr="00643CF3" w:rsidRDefault="008D53CA" w:rsidP="008D53CA">
            <w:pPr>
              <w:jc w:val="both"/>
              <w:rPr>
                <w:szCs w:val="20"/>
                <w:lang w:val="es-PY"/>
              </w:rPr>
            </w:pPr>
            <w:r w:rsidRPr="00643CF3">
              <w:rPr>
                <w:color w:val="000000"/>
                <w:szCs w:val="20"/>
                <w:lang w:val="es-PY"/>
              </w:rPr>
              <w:t xml:space="preserve">e. </w:t>
            </w:r>
            <w:r w:rsidRPr="00994BE4">
              <w:rPr>
                <w:szCs w:val="20"/>
                <w:lang w:val="es-PY"/>
              </w:rPr>
              <w:t>Los resultados de las acciones de internacionalización se utilizan para mejorar el desarrollo académico y científico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D0B828"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635CC9F"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8F7AD6D" w14:textId="77777777" w:rsidR="008D53CA" w:rsidRPr="003B5381" w:rsidRDefault="008D53CA" w:rsidP="008D53CA">
            <w:pPr>
              <w:jc w:val="center"/>
              <w:rPr>
                <w:szCs w:val="20"/>
                <w:lang w:val="es-PY"/>
              </w:rPr>
            </w:pPr>
          </w:p>
        </w:tc>
      </w:tr>
      <w:tr w:rsidR="008D53CA" w:rsidRPr="00064F69" w14:paraId="18C088AF" w14:textId="77777777" w:rsidTr="008D53CA">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B301E7" w14:textId="77777777" w:rsidR="008D53CA" w:rsidRPr="00643CF3" w:rsidRDefault="008D53CA" w:rsidP="008D53CA">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5CAF5E" w14:textId="77777777" w:rsidR="008D53CA" w:rsidRPr="00643CF3" w:rsidRDefault="008D53CA" w:rsidP="008D53CA">
            <w:pPr>
              <w:jc w:val="center"/>
              <w:rPr>
                <w:szCs w:val="20"/>
                <w:lang w:val="es-PY"/>
              </w:rPr>
            </w:pPr>
          </w:p>
        </w:tc>
      </w:tr>
      <w:tr w:rsidR="008D53CA" w14:paraId="057441F5" w14:textId="77777777" w:rsidTr="008D53CA">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D486BC1" w14:textId="77777777" w:rsidR="008D53CA" w:rsidRPr="00643CF3" w:rsidRDefault="008D53CA" w:rsidP="008D53CA">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E5A9E35" w14:textId="77777777" w:rsidR="008D53CA" w:rsidRPr="00643CF3" w:rsidRDefault="008D53CA" w:rsidP="008D53CA">
            <w:pPr>
              <w:jc w:val="center"/>
              <w:rPr>
                <w:szCs w:val="20"/>
              </w:rPr>
            </w:pPr>
            <w:r w:rsidRPr="00643CF3">
              <w:rPr>
                <w:b/>
                <w:color w:val="000000"/>
                <w:szCs w:val="20"/>
              </w:rPr>
              <w:t>Medios de verificación</w:t>
            </w:r>
          </w:p>
        </w:tc>
      </w:tr>
      <w:tr w:rsidR="008D53CA" w14:paraId="51722EA6" w14:textId="77777777" w:rsidTr="00FD650D">
        <w:trPr>
          <w:cantSplit/>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812FA4B" w14:textId="77777777" w:rsidR="008D53CA" w:rsidRDefault="008D53CA" w:rsidP="008D53CA">
            <w:pPr>
              <w:jc w:val="both"/>
              <w:rPr>
                <w:szCs w:val="20"/>
              </w:rPr>
            </w:pPr>
          </w:p>
          <w:p w14:paraId="6B18E21D" w14:textId="77777777" w:rsidR="008D53CA" w:rsidRDefault="008D53CA" w:rsidP="008D53CA">
            <w:pPr>
              <w:jc w:val="both"/>
              <w:rPr>
                <w:szCs w:val="20"/>
              </w:rPr>
            </w:pPr>
          </w:p>
          <w:p w14:paraId="34A76EB1" w14:textId="77777777" w:rsidR="008D53CA" w:rsidRDefault="008D53CA" w:rsidP="008D53CA">
            <w:pPr>
              <w:jc w:val="both"/>
              <w:rPr>
                <w:szCs w:val="20"/>
              </w:rPr>
            </w:pPr>
          </w:p>
          <w:p w14:paraId="164E5565" w14:textId="77777777" w:rsidR="008D53CA" w:rsidRDefault="008D53CA" w:rsidP="008D53CA">
            <w:pPr>
              <w:jc w:val="both"/>
              <w:rPr>
                <w:szCs w:val="20"/>
              </w:rPr>
            </w:pPr>
          </w:p>
          <w:p w14:paraId="562EB60B" w14:textId="77777777" w:rsidR="008D53CA" w:rsidRDefault="008D53CA" w:rsidP="008D53CA">
            <w:pPr>
              <w:jc w:val="both"/>
              <w:rPr>
                <w:szCs w:val="20"/>
              </w:rPr>
            </w:pPr>
          </w:p>
          <w:p w14:paraId="590AA03B" w14:textId="77777777" w:rsidR="008D53CA" w:rsidRDefault="008D53CA" w:rsidP="008D53CA">
            <w:pPr>
              <w:jc w:val="both"/>
              <w:rPr>
                <w:szCs w:val="20"/>
              </w:rPr>
            </w:pPr>
          </w:p>
          <w:p w14:paraId="07B1E848" w14:textId="77777777" w:rsidR="008D53CA" w:rsidRDefault="008D53CA" w:rsidP="008D53CA">
            <w:pPr>
              <w:jc w:val="both"/>
              <w:rPr>
                <w:szCs w:val="20"/>
              </w:rPr>
            </w:pPr>
          </w:p>
          <w:p w14:paraId="6ADFA9D0" w14:textId="77777777" w:rsidR="008D53CA" w:rsidRDefault="008D53CA" w:rsidP="008D53CA">
            <w:pPr>
              <w:jc w:val="both"/>
              <w:rPr>
                <w:szCs w:val="20"/>
              </w:rPr>
            </w:pPr>
          </w:p>
          <w:p w14:paraId="1759EB08" w14:textId="77777777" w:rsidR="00FD650D" w:rsidRDefault="00FD650D" w:rsidP="008D53CA">
            <w:pPr>
              <w:jc w:val="both"/>
              <w:rPr>
                <w:szCs w:val="20"/>
              </w:rPr>
            </w:pPr>
          </w:p>
          <w:p w14:paraId="0E757A7B" w14:textId="6128470C" w:rsidR="00FD650D" w:rsidRDefault="00FD650D" w:rsidP="008D53CA">
            <w:pPr>
              <w:jc w:val="both"/>
              <w:rPr>
                <w:szCs w:val="20"/>
              </w:rPr>
            </w:pPr>
          </w:p>
          <w:p w14:paraId="613A81D5" w14:textId="1C93A67E" w:rsidR="00FD650D" w:rsidRDefault="00FD650D" w:rsidP="008D53CA">
            <w:pPr>
              <w:jc w:val="both"/>
              <w:rPr>
                <w:szCs w:val="20"/>
              </w:rPr>
            </w:pPr>
          </w:p>
          <w:p w14:paraId="6766E8A4" w14:textId="71F7D69C" w:rsidR="00FD650D" w:rsidRDefault="00FD650D" w:rsidP="008D53CA">
            <w:pPr>
              <w:jc w:val="both"/>
              <w:rPr>
                <w:szCs w:val="20"/>
              </w:rPr>
            </w:pPr>
          </w:p>
          <w:p w14:paraId="4BF10240" w14:textId="77F03A85" w:rsidR="00FD650D" w:rsidRDefault="00FD650D" w:rsidP="008D53CA">
            <w:pPr>
              <w:jc w:val="both"/>
              <w:rPr>
                <w:szCs w:val="20"/>
              </w:rPr>
            </w:pPr>
          </w:p>
          <w:p w14:paraId="56020863" w14:textId="27089269" w:rsidR="00FD650D" w:rsidRDefault="00FD650D" w:rsidP="008D53CA">
            <w:pPr>
              <w:jc w:val="both"/>
              <w:rPr>
                <w:szCs w:val="20"/>
              </w:rPr>
            </w:pPr>
          </w:p>
          <w:p w14:paraId="0EE594D3" w14:textId="188B0B7E" w:rsidR="00FD650D" w:rsidRDefault="00FD650D" w:rsidP="008D53CA">
            <w:pPr>
              <w:jc w:val="both"/>
              <w:rPr>
                <w:szCs w:val="20"/>
              </w:rPr>
            </w:pPr>
          </w:p>
          <w:p w14:paraId="29449407" w14:textId="46EF8D4F" w:rsidR="00FD650D" w:rsidRDefault="00FD650D" w:rsidP="008D53CA">
            <w:pPr>
              <w:jc w:val="both"/>
              <w:rPr>
                <w:szCs w:val="20"/>
              </w:rPr>
            </w:pPr>
          </w:p>
          <w:p w14:paraId="6F0CF573" w14:textId="5F31303E" w:rsidR="00FD650D" w:rsidRDefault="00FD650D" w:rsidP="008D53CA">
            <w:pPr>
              <w:jc w:val="both"/>
              <w:rPr>
                <w:szCs w:val="20"/>
              </w:rPr>
            </w:pPr>
          </w:p>
          <w:p w14:paraId="7D1490EA" w14:textId="19084B69" w:rsidR="00FD650D" w:rsidRDefault="00FD650D" w:rsidP="008D53CA">
            <w:pPr>
              <w:jc w:val="both"/>
              <w:rPr>
                <w:szCs w:val="20"/>
              </w:rPr>
            </w:pPr>
          </w:p>
          <w:p w14:paraId="6E41ABEC" w14:textId="686D6016" w:rsidR="00FD650D" w:rsidRDefault="00FD650D" w:rsidP="008D53CA">
            <w:pPr>
              <w:jc w:val="both"/>
              <w:rPr>
                <w:szCs w:val="20"/>
              </w:rPr>
            </w:pPr>
          </w:p>
          <w:p w14:paraId="470C26CD" w14:textId="38395526" w:rsidR="00FD650D" w:rsidRDefault="00FD650D" w:rsidP="008D53CA">
            <w:pPr>
              <w:jc w:val="both"/>
              <w:rPr>
                <w:szCs w:val="20"/>
              </w:rPr>
            </w:pPr>
          </w:p>
          <w:p w14:paraId="0A846202" w14:textId="13B099FB" w:rsidR="00FD650D" w:rsidRDefault="00FD650D" w:rsidP="008D53CA">
            <w:pPr>
              <w:jc w:val="both"/>
              <w:rPr>
                <w:szCs w:val="20"/>
              </w:rPr>
            </w:pPr>
          </w:p>
          <w:p w14:paraId="790FEEF3" w14:textId="734EC607" w:rsidR="00FD650D" w:rsidRDefault="00FD650D" w:rsidP="008D53CA">
            <w:pPr>
              <w:jc w:val="both"/>
              <w:rPr>
                <w:szCs w:val="20"/>
              </w:rPr>
            </w:pPr>
          </w:p>
          <w:p w14:paraId="300FEE29" w14:textId="6E3058DC" w:rsidR="00FD650D" w:rsidRDefault="00FD650D" w:rsidP="008D53CA">
            <w:pPr>
              <w:jc w:val="both"/>
              <w:rPr>
                <w:szCs w:val="20"/>
              </w:rPr>
            </w:pPr>
          </w:p>
          <w:p w14:paraId="4FCDD214" w14:textId="2601214F" w:rsidR="00FD650D" w:rsidRDefault="00FD650D" w:rsidP="008D53CA">
            <w:pPr>
              <w:jc w:val="both"/>
              <w:rPr>
                <w:szCs w:val="20"/>
              </w:rPr>
            </w:pPr>
          </w:p>
          <w:p w14:paraId="14679796" w14:textId="652F1EB2" w:rsidR="00FD650D" w:rsidRDefault="00FD650D" w:rsidP="008D53CA">
            <w:pPr>
              <w:jc w:val="both"/>
              <w:rPr>
                <w:szCs w:val="20"/>
              </w:rPr>
            </w:pPr>
          </w:p>
          <w:p w14:paraId="5BB97E42" w14:textId="762DA3E2" w:rsidR="00FD650D" w:rsidRDefault="00FD650D" w:rsidP="008D53CA">
            <w:pPr>
              <w:jc w:val="both"/>
              <w:rPr>
                <w:szCs w:val="20"/>
              </w:rPr>
            </w:pPr>
          </w:p>
          <w:p w14:paraId="28EAED36" w14:textId="77777777" w:rsidR="00FD650D" w:rsidRDefault="00FD650D" w:rsidP="008D53CA">
            <w:pPr>
              <w:jc w:val="both"/>
              <w:rPr>
                <w:szCs w:val="20"/>
              </w:rPr>
            </w:pPr>
          </w:p>
          <w:p w14:paraId="310A8B91" w14:textId="77777777" w:rsidR="00FD650D" w:rsidRDefault="00FD650D" w:rsidP="008D53CA">
            <w:pPr>
              <w:jc w:val="both"/>
              <w:rPr>
                <w:szCs w:val="20"/>
              </w:rPr>
            </w:pPr>
          </w:p>
          <w:p w14:paraId="7495ADD8" w14:textId="1146E1EC" w:rsidR="00FD650D" w:rsidRPr="00643CF3" w:rsidRDefault="00FD650D" w:rsidP="008D53CA">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D3B27CA" w14:textId="77777777" w:rsidR="008D53CA" w:rsidRPr="00643CF3" w:rsidRDefault="008D53CA" w:rsidP="008D53CA">
            <w:pPr>
              <w:jc w:val="both"/>
              <w:rPr>
                <w:szCs w:val="20"/>
              </w:rPr>
            </w:pPr>
          </w:p>
        </w:tc>
      </w:tr>
    </w:tbl>
    <w:p w14:paraId="65605775" w14:textId="2632A7F4" w:rsidR="0010517E" w:rsidRDefault="00643CF3">
      <w:r>
        <w:br w:type="page"/>
      </w:r>
    </w:p>
    <w:tbl>
      <w:tblPr>
        <w:tblW w:w="9787" w:type="dxa"/>
        <w:jc w:val="center"/>
        <w:tblCellMar>
          <w:left w:w="70" w:type="dxa"/>
          <w:right w:w="70" w:type="dxa"/>
        </w:tblCellMar>
        <w:tblLook w:val="04A0" w:firstRow="1" w:lastRow="0" w:firstColumn="1" w:lastColumn="0" w:noHBand="0" w:noVBand="1"/>
      </w:tblPr>
      <w:tblGrid>
        <w:gridCol w:w="4962"/>
        <w:gridCol w:w="4825"/>
      </w:tblGrid>
      <w:tr w:rsidR="009223FE" w:rsidRPr="00064F69" w14:paraId="2FD14CA9" w14:textId="77777777" w:rsidTr="00821777">
        <w:trPr>
          <w:trHeight w:val="303"/>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438A6855" w14:textId="77777777" w:rsidR="009223FE" w:rsidRPr="00F34DB9" w:rsidRDefault="009223FE"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6E145453" w14:textId="77777777" w:rsidTr="00821777">
        <w:trPr>
          <w:trHeight w:val="303"/>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0B76C9B0" w14:textId="77777777" w:rsidR="009223FE" w:rsidRPr="00840DB4" w:rsidRDefault="009223FE"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72413B1" w14:textId="77777777" w:rsidR="009223FE" w:rsidRPr="00840DB4" w:rsidRDefault="009223FE" w:rsidP="008D53CA">
            <w:pPr>
              <w:jc w:val="center"/>
              <w:rPr>
                <w:rFonts w:eastAsia="Times New Roman" w:cs="Arial"/>
                <w:b/>
                <w:bCs/>
                <w:lang w:val="es-PY" w:eastAsia="es-PY"/>
              </w:rPr>
            </w:pPr>
            <w:r w:rsidRPr="00840DB4">
              <w:rPr>
                <w:b/>
                <w:bCs/>
                <w:lang w:val="es-PY" w:eastAsia="es-PY"/>
              </w:rPr>
              <w:t>Debilidades</w:t>
            </w:r>
          </w:p>
        </w:tc>
      </w:tr>
      <w:tr w:rsidR="009223FE" w:rsidRPr="007A4CF2" w14:paraId="14DE61A3" w14:textId="77777777" w:rsidTr="00821777">
        <w:trPr>
          <w:cantSplit/>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CF3EAFE" w14:textId="77777777" w:rsidR="009223FE" w:rsidRDefault="009223FE" w:rsidP="00A83759">
            <w:pPr>
              <w:jc w:val="both"/>
              <w:rPr>
                <w:rFonts w:eastAsia="Times New Roman" w:cs="Arial"/>
                <w:szCs w:val="20"/>
                <w:lang w:val="es-PY" w:eastAsia="es-PY"/>
              </w:rPr>
            </w:pPr>
          </w:p>
          <w:p w14:paraId="548AC90C" w14:textId="77777777" w:rsidR="009223FE" w:rsidRDefault="009223FE" w:rsidP="00A83759">
            <w:pPr>
              <w:jc w:val="both"/>
              <w:rPr>
                <w:rFonts w:eastAsia="Times New Roman" w:cs="Arial"/>
                <w:szCs w:val="20"/>
                <w:lang w:val="es-PY" w:eastAsia="es-PY"/>
              </w:rPr>
            </w:pPr>
          </w:p>
          <w:p w14:paraId="6B4FA2BB" w14:textId="77777777" w:rsidR="009223FE" w:rsidRDefault="009223FE" w:rsidP="00A83759">
            <w:pPr>
              <w:jc w:val="both"/>
              <w:rPr>
                <w:rFonts w:eastAsia="Times New Roman" w:cs="Arial"/>
                <w:szCs w:val="20"/>
                <w:lang w:val="es-PY" w:eastAsia="es-PY"/>
              </w:rPr>
            </w:pPr>
          </w:p>
          <w:p w14:paraId="6922C3D0" w14:textId="77777777" w:rsidR="009223FE" w:rsidRDefault="009223FE" w:rsidP="00A83759">
            <w:pPr>
              <w:jc w:val="both"/>
              <w:rPr>
                <w:rFonts w:eastAsia="Times New Roman" w:cs="Arial"/>
                <w:szCs w:val="20"/>
                <w:lang w:val="es-PY" w:eastAsia="es-PY"/>
              </w:rPr>
            </w:pPr>
          </w:p>
          <w:p w14:paraId="75BEE158" w14:textId="77777777" w:rsidR="009223FE" w:rsidRDefault="009223FE" w:rsidP="00A83759">
            <w:pPr>
              <w:jc w:val="both"/>
              <w:rPr>
                <w:rFonts w:eastAsia="Times New Roman" w:cs="Arial"/>
                <w:szCs w:val="20"/>
                <w:lang w:val="es-PY" w:eastAsia="es-PY"/>
              </w:rPr>
            </w:pPr>
          </w:p>
          <w:p w14:paraId="36D7E48E" w14:textId="77777777" w:rsidR="009223FE" w:rsidRDefault="009223FE" w:rsidP="00A83759">
            <w:pPr>
              <w:jc w:val="both"/>
              <w:rPr>
                <w:rFonts w:eastAsia="Times New Roman" w:cs="Arial"/>
                <w:szCs w:val="20"/>
                <w:lang w:val="es-PY" w:eastAsia="es-PY"/>
              </w:rPr>
            </w:pPr>
          </w:p>
          <w:p w14:paraId="1367F188" w14:textId="77777777" w:rsidR="009223FE" w:rsidRDefault="009223FE" w:rsidP="00A83759">
            <w:pPr>
              <w:jc w:val="both"/>
              <w:rPr>
                <w:rFonts w:eastAsia="Times New Roman" w:cs="Arial"/>
                <w:szCs w:val="20"/>
                <w:lang w:val="es-PY" w:eastAsia="es-PY"/>
              </w:rPr>
            </w:pPr>
          </w:p>
          <w:p w14:paraId="15A9AEFF" w14:textId="77777777" w:rsidR="009223FE" w:rsidRDefault="009223FE" w:rsidP="00A83759">
            <w:pPr>
              <w:jc w:val="both"/>
              <w:rPr>
                <w:rFonts w:eastAsia="Times New Roman" w:cs="Arial"/>
                <w:szCs w:val="20"/>
                <w:lang w:val="es-PY" w:eastAsia="es-PY"/>
              </w:rPr>
            </w:pPr>
          </w:p>
          <w:p w14:paraId="29AB3625" w14:textId="77777777" w:rsidR="009223FE" w:rsidRDefault="009223FE" w:rsidP="00A83759">
            <w:pPr>
              <w:jc w:val="both"/>
              <w:rPr>
                <w:rFonts w:eastAsia="Times New Roman" w:cs="Arial"/>
                <w:szCs w:val="20"/>
                <w:lang w:val="es-PY" w:eastAsia="es-PY"/>
              </w:rPr>
            </w:pPr>
          </w:p>
          <w:p w14:paraId="2848E430" w14:textId="77777777" w:rsidR="009223FE" w:rsidRDefault="009223FE" w:rsidP="00A83759">
            <w:pPr>
              <w:jc w:val="both"/>
              <w:rPr>
                <w:rFonts w:eastAsia="Times New Roman" w:cs="Arial"/>
                <w:szCs w:val="20"/>
                <w:lang w:val="es-PY" w:eastAsia="es-PY"/>
              </w:rPr>
            </w:pPr>
          </w:p>
          <w:p w14:paraId="0F66C880" w14:textId="77777777" w:rsidR="009223FE" w:rsidRDefault="009223FE" w:rsidP="00A83759">
            <w:pPr>
              <w:jc w:val="both"/>
              <w:rPr>
                <w:rFonts w:eastAsia="Times New Roman" w:cs="Arial"/>
                <w:szCs w:val="20"/>
                <w:lang w:val="es-PY" w:eastAsia="es-PY"/>
              </w:rPr>
            </w:pPr>
          </w:p>
          <w:p w14:paraId="75269FC7" w14:textId="77777777" w:rsidR="009223FE" w:rsidRDefault="009223FE" w:rsidP="00A83759">
            <w:pPr>
              <w:jc w:val="both"/>
              <w:rPr>
                <w:rFonts w:eastAsia="Times New Roman" w:cs="Arial"/>
                <w:szCs w:val="20"/>
                <w:lang w:val="es-PY" w:eastAsia="es-PY"/>
              </w:rPr>
            </w:pPr>
          </w:p>
          <w:p w14:paraId="65CC87DB" w14:textId="77777777" w:rsidR="009223FE" w:rsidRDefault="009223FE" w:rsidP="00A83759">
            <w:pPr>
              <w:jc w:val="both"/>
              <w:rPr>
                <w:rFonts w:eastAsia="Times New Roman" w:cs="Arial"/>
                <w:szCs w:val="20"/>
                <w:lang w:val="es-PY" w:eastAsia="es-PY"/>
              </w:rPr>
            </w:pPr>
          </w:p>
          <w:p w14:paraId="7284D26B" w14:textId="77777777" w:rsidR="009223FE" w:rsidRDefault="009223FE" w:rsidP="00A83759">
            <w:pPr>
              <w:jc w:val="both"/>
              <w:rPr>
                <w:rFonts w:eastAsia="Times New Roman" w:cs="Arial"/>
                <w:szCs w:val="20"/>
                <w:lang w:val="es-PY" w:eastAsia="es-PY"/>
              </w:rPr>
            </w:pPr>
          </w:p>
          <w:p w14:paraId="6C89485B" w14:textId="77777777" w:rsidR="009223FE" w:rsidRDefault="009223FE" w:rsidP="00A83759">
            <w:pPr>
              <w:jc w:val="both"/>
              <w:rPr>
                <w:rFonts w:eastAsia="Times New Roman" w:cs="Arial"/>
                <w:szCs w:val="20"/>
                <w:lang w:val="es-PY" w:eastAsia="es-PY"/>
              </w:rPr>
            </w:pPr>
          </w:p>
          <w:p w14:paraId="69A9C411" w14:textId="77777777" w:rsidR="009223FE" w:rsidRDefault="009223FE" w:rsidP="00A83759">
            <w:pPr>
              <w:jc w:val="both"/>
              <w:rPr>
                <w:rFonts w:eastAsia="Times New Roman" w:cs="Arial"/>
                <w:szCs w:val="20"/>
                <w:lang w:val="es-PY" w:eastAsia="es-PY"/>
              </w:rPr>
            </w:pPr>
          </w:p>
          <w:p w14:paraId="30D3A781" w14:textId="77777777" w:rsidR="009223FE" w:rsidRDefault="009223FE" w:rsidP="00A83759">
            <w:pPr>
              <w:jc w:val="both"/>
              <w:rPr>
                <w:rFonts w:eastAsia="Times New Roman" w:cs="Arial"/>
                <w:szCs w:val="20"/>
                <w:lang w:val="es-PY" w:eastAsia="es-PY"/>
              </w:rPr>
            </w:pPr>
          </w:p>
          <w:p w14:paraId="42CDC5D9" w14:textId="77777777" w:rsidR="009223FE" w:rsidRDefault="009223FE" w:rsidP="00A83759">
            <w:pPr>
              <w:jc w:val="both"/>
              <w:rPr>
                <w:rFonts w:eastAsia="Times New Roman" w:cs="Arial"/>
                <w:szCs w:val="20"/>
                <w:lang w:val="es-PY" w:eastAsia="es-PY"/>
              </w:rPr>
            </w:pPr>
          </w:p>
          <w:p w14:paraId="6B2BE255" w14:textId="77777777" w:rsidR="009223FE" w:rsidRDefault="009223FE" w:rsidP="00A83759">
            <w:pPr>
              <w:jc w:val="both"/>
              <w:rPr>
                <w:rFonts w:eastAsia="Times New Roman" w:cs="Arial"/>
                <w:szCs w:val="20"/>
                <w:lang w:val="es-PY" w:eastAsia="es-PY"/>
              </w:rPr>
            </w:pPr>
          </w:p>
          <w:p w14:paraId="0D96C22E" w14:textId="77777777" w:rsidR="009223FE" w:rsidRDefault="009223FE" w:rsidP="00A83759">
            <w:pPr>
              <w:jc w:val="both"/>
              <w:rPr>
                <w:rFonts w:eastAsia="Times New Roman" w:cs="Arial"/>
                <w:szCs w:val="20"/>
                <w:lang w:val="es-PY" w:eastAsia="es-PY"/>
              </w:rPr>
            </w:pPr>
          </w:p>
          <w:p w14:paraId="6BA41661" w14:textId="77777777" w:rsidR="009223FE" w:rsidRDefault="009223FE" w:rsidP="00A83759">
            <w:pPr>
              <w:jc w:val="both"/>
              <w:rPr>
                <w:rFonts w:eastAsia="Times New Roman" w:cs="Arial"/>
                <w:szCs w:val="20"/>
                <w:lang w:val="es-PY" w:eastAsia="es-PY"/>
              </w:rPr>
            </w:pPr>
          </w:p>
          <w:p w14:paraId="10FB85DF"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C4B6E9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6B334E9B" w14:textId="77777777" w:rsidTr="00821777">
        <w:trPr>
          <w:trHeight w:val="303"/>
          <w:jc w:val="center"/>
        </w:trPr>
        <w:tc>
          <w:tcPr>
            <w:tcW w:w="9787"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2546855" w14:textId="77777777" w:rsidR="009223FE" w:rsidRPr="00F34DB9" w:rsidRDefault="009223FE" w:rsidP="008D53CA">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9223FE" w:rsidRPr="007A4CF2" w14:paraId="6ADB068D" w14:textId="77777777" w:rsidTr="00821777">
        <w:trPr>
          <w:trHeight w:val="6354"/>
          <w:jc w:val="center"/>
        </w:trPr>
        <w:tc>
          <w:tcPr>
            <w:tcW w:w="9787"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A5B8653" w14:textId="77777777" w:rsidR="009223FE" w:rsidRDefault="009223FE" w:rsidP="00A83759">
            <w:pPr>
              <w:contextualSpacing/>
              <w:jc w:val="both"/>
              <w:rPr>
                <w:rFonts w:eastAsia="Times New Roman" w:cs="Arial"/>
                <w:color w:val="000000"/>
                <w:lang w:val="es-PY" w:eastAsia="es-PY"/>
              </w:rPr>
            </w:pPr>
          </w:p>
          <w:p w14:paraId="143CD4EE" w14:textId="77777777" w:rsidR="009223FE" w:rsidRDefault="009223FE" w:rsidP="00A83759">
            <w:pPr>
              <w:contextualSpacing/>
              <w:jc w:val="both"/>
              <w:rPr>
                <w:rFonts w:eastAsia="Times New Roman" w:cs="Arial"/>
                <w:color w:val="000000"/>
                <w:lang w:val="es-PY" w:eastAsia="es-PY"/>
              </w:rPr>
            </w:pPr>
          </w:p>
          <w:p w14:paraId="7CC15977" w14:textId="77777777" w:rsidR="009223FE" w:rsidRDefault="009223FE" w:rsidP="00A83759">
            <w:pPr>
              <w:contextualSpacing/>
              <w:jc w:val="both"/>
              <w:rPr>
                <w:rFonts w:eastAsia="Times New Roman" w:cs="Arial"/>
                <w:color w:val="000000"/>
                <w:lang w:val="es-PY" w:eastAsia="es-PY"/>
              </w:rPr>
            </w:pPr>
          </w:p>
          <w:p w14:paraId="2092347A" w14:textId="77777777" w:rsidR="009223FE" w:rsidRDefault="009223FE" w:rsidP="00A83759">
            <w:pPr>
              <w:contextualSpacing/>
              <w:jc w:val="both"/>
              <w:rPr>
                <w:rFonts w:eastAsia="Times New Roman" w:cs="Arial"/>
                <w:color w:val="000000"/>
                <w:lang w:val="es-PY" w:eastAsia="es-PY"/>
              </w:rPr>
            </w:pPr>
          </w:p>
          <w:p w14:paraId="23F3E4BE" w14:textId="77777777" w:rsidR="009223FE" w:rsidRDefault="009223FE" w:rsidP="00A83759">
            <w:pPr>
              <w:contextualSpacing/>
              <w:jc w:val="both"/>
              <w:rPr>
                <w:rFonts w:eastAsia="Times New Roman" w:cs="Arial"/>
                <w:color w:val="000000"/>
                <w:lang w:val="es-PY" w:eastAsia="es-PY"/>
              </w:rPr>
            </w:pPr>
          </w:p>
          <w:p w14:paraId="5E9B1E3F" w14:textId="77777777" w:rsidR="009223FE" w:rsidRDefault="009223FE" w:rsidP="00A83759">
            <w:pPr>
              <w:contextualSpacing/>
              <w:jc w:val="both"/>
              <w:rPr>
                <w:rFonts w:eastAsia="Times New Roman" w:cs="Arial"/>
                <w:color w:val="000000"/>
                <w:lang w:val="es-PY" w:eastAsia="es-PY"/>
              </w:rPr>
            </w:pPr>
          </w:p>
          <w:p w14:paraId="7FE42CD3" w14:textId="77777777" w:rsidR="009223FE" w:rsidRDefault="009223FE" w:rsidP="00A83759">
            <w:pPr>
              <w:contextualSpacing/>
              <w:jc w:val="both"/>
              <w:rPr>
                <w:rFonts w:eastAsia="Times New Roman" w:cs="Arial"/>
                <w:color w:val="000000"/>
                <w:lang w:val="es-PY" w:eastAsia="es-PY"/>
              </w:rPr>
            </w:pPr>
          </w:p>
          <w:p w14:paraId="6F98A7F7" w14:textId="77777777" w:rsidR="009223FE" w:rsidRDefault="009223FE" w:rsidP="00A83759">
            <w:pPr>
              <w:contextualSpacing/>
              <w:jc w:val="both"/>
              <w:rPr>
                <w:rFonts w:eastAsia="Times New Roman" w:cs="Arial"/>
                <w:color w:val="000000"/>
                <w:lang w:val="es-PY" w:eastAsia="es-PY"/>
              </w:rPr>
            </w:pPr>
          </w:p>
          <w:p w14:paraId="4E709EBF" w14:textId="77777777" w:rsidR="009223FE" w:rsidRDefault="009223FE" w:rsidP="00A83759">
            <w:pPr>
              <w:contextualSpacing/>
              <w:jc w:val="both"/>
              <w:rPr>
                <w:rFonts w:eastAsia="Times New Roman" w:cs="Arial"/>
                <w:color w:val="000000"/>
                <w:lang w:val="es-PY" w:eastAsia="es-PY"/>
              </w:rPr>
            </w:pPr>
          </w:p>
          <w:p w14:paraId="5186F481" w14:textId="77777777" w:rsidR="009223FE" w:rsidRDefault="009223FE" w:rsidP="00A83759">
            <w:pPr>
              <w:contextualSpacing/>
              <w:jc w:val="both"/>
              <w:rPr>
                <w:rFonts w:eastAsia="Times New Roman" w:cs="Arial"/>
                <w:color w:val="000000"/>
                <w:lang w:val="es-PY" w:eastAsia="es-PY"/>
              </w:rPr>
            </w:pPr>
          </w:p>
          <w:p w14:paraId="415EE104" w14:textId="77777777" w:rsidR="009223FE" w:rsidRDefault="009223FE" w:rsidP="00A83759">
            <w:pPr>
              <w:contextualSpacing/>
              <w:jc w:val="both"/>
              <w:rPr>
                <w:rFonts w:eastAsia="Times New Roman" w:cs="Arial"/>
                <w:color w:val="000000"/>
                <w:lang w:val="es-PY" w:eastAsia="es-PY"/>
              </w:rPr>
            </w:pPr>
          </w:p>
          <w:p w14:paraId="6FEB1C5C" w14:textId="77777777" w:rsidR="009223FE" w:rsidRDefault="009223FE" w:rsidP="00A83759">
            <w:pPr>
              <w:contextualSpacing/>
              <w:jc w:val="both"/>
              <w:rPr>
                <w:rFonts w:eastAsia="Times New Roman" w:cs="Arial"/>
                <w:color w:val="000000"/>
                <w:lang w:val="es-PY" w:eastAsia="es-PY"/>
              </w:rPr>
            </w:pPr>
          </w:p>
          <w:p w14:paraId="29ABE152" w14:textId="77777777" w:rsidR="009223FE" w:rsidRDefault="009223FE" w:rsidP="00A83759">
            <w:pPr>
              <w:contextualSpacing/>
              <w:jc w:val="both"/>
              <w:rPr>
                <w:rFonts w:eastAsia="Times New Roman" w:cs="Arial"/>
                <w:color w:val="000000"/>
                <w:lang w:val="es-PY" w:eastAsia="es-PY"/>
              </w:rPr>
            </w:pPr>
          </w:p>
          <w:p w14:paraId="41EFCFD8" w14:textId="77777777" w:rsidR="009223FE" w:rsidRDefault="009223FE" w:rsidP="00A83759">
            <w:pPr>
              <w:contextualSpacing/>
              <w:jc w:val="both"/>
              <w:rPr>
                <w:rFonts w:eastAsia="Times New Roman" w:cs="Arial"/>
                <w:color w:val="000000"/>
                <w:lang w:val="es-PY" w:eastAsia="es-PY"/>
              </w:rPr>
            </w:pPr>
          </w:p>
          <w:p w14:paraId="28056F22" w14:textId="77777777" w:rsidR="009223FE" w:rsidRDefault="009223FE" w:rsidP="00A83759">
            <w:pPr>
              <w:contextualSpacing/>
              <w:jc w:val="both"/>
              <w:rPr>
                <w:rFonts w:eastAsia="Times New Roman" w:cs="Arial"/>
                <w:color w:val="000000"/>
                <w:lang w:val="es-PY" w:eastAsia="es-PY"/>
              </w:rPr>
            </w:pPr>
          </w:p>
          <w:p w14:paraId="738520C6" w14:textId="77777777" w:rsidR="009223FE" w:rsidRDefault="009223FE" w:rsidP="00A83759">
            <w:pPr>
              <w:contextualSpacing/>
              <w:jc w:val="both"/>
              <w:rPr>
                <w:rFonts w:eastAsia="Times New Roman" w:cs="Arial"/>
                <w:color w:val="000000"/>
                <w:lang w:val="es-PY" w:eastAsia="es-PY"/>
              </w:rPr>
            </w:pPr>
          </w:p>
          <w:p w14:paraId="55473953" w14:textId="77777777" w:rsidR="009223FE" w:rsidRDefault="009223FE" w:rsidP="00A83759">
            <w:pPr>
              <w:contextualSpacing/>
              <w:jc w:val="both"/>
              <w:rPr>
                <w:rFonts w:eastAsia="Times New Roman" w:cs="Arial"/>
                <w:color w:val="000000"/>
                <w:lang w:val="es-PY" w:eastAsia="es-PY"/>
              </w:rPr>
            </w:pPr>
          </w:p>
          <w:p w14:paraId="286F067C" w14:textId="77777777" w:rsidR="009223FE" w:rsidRDefault="009223FE" w:rsidP="00A83759">
            <w:pPr>
              <w:contextualSpacing/>
              <w:jc w:val="both"/>
              <w:rPr>
                <w:rFonts w:eastAsia="Times New Roman" w:cs="Arial"/>
                <w:color w:val="000000"/>
                <w:lang w:val="es-PY" w:eastAsia="es-PY"/>
              </w:rPr>
            </w:pPr>
          </w:p>
          <w:p w14:paraId="46589B03" w14:textId="77777777" w:rsidR="009223FE" w:rsidRDefault="009223FE" w:rsidP="00A83759">
            <w:pPr>
              <w:contextualSpacing/>
              <w:jc w:val="both"/>
              <w:rPr>
                <w:rFonts w:eastAsia="Times New Roman" w:cs="Arial"/>
                <w:color w:val="000000"/>
                <w:lang w:val="es-PY" w:eastAsia="es-PY"/>
              </w:rPr>
            </w:pPr>
          </w:p>
          <w:p w14:paraId="503FA55F" w14:textId="77777777" w:rsidR="009223FE" w:rsidRDefault="009223FE" w:rsidP="00A83759">
            <w:pPr>
              <w:contextualSpacing/>
              <w:jc w:val="both"/>
              <w:rPr>
                <w:rFonts w:eastAsia="Times New Roman" w:cs="Arial"/>
                <w:color w:val="000000"/>
                <w:lang w:val="es-PY" w:eastAsia="es-PY"/>
              </w:rPr>
            </w:pPr>
          </w:p>
          <w:p w14:paraId="34B7FAD7" w14:textId="77777777" w:rsidR="009223FE" w:rsidRDefault="009223FE" w:rsidP="00A83759">
            <w:pPr>
              <w:contextualSpacing/>
              <w:jc w:val="both"/>
              <w:rPr>
                <w:rFonts w:eastAsia="Times New Roman" w:cs="Arial"/>
                <w:color w:val="000000"/>
                <w:lang w:val="es-PY" w:eastAsia="es-PY"/>
              </w:rPr>
            </w:pPr>
          </w:p>
          <w:p w14:paraId="111ECEF8" w14:textId="77777777" w:rsidR="009223FE" w:rsidRDefault="009223FE" w:rsidP="00A83759">
            <w:pPr>
              <w:contextualSpacing/>
              <w:jc w:val="both"/>
              <w:rPr>
                <w:rFonts w:eastAsia="Times New Roman" w:cs="Arial"/>
                <w:color w:val="000000"/>
                <w:lang w:val="es-PY" w:eastAsia="es-PY"/>
              </w:rPr>
            </w:pPr>
          </w:p>
          <w:p w14:paraId="65F6B0CC" w14:textId="77777777" w:rsidR="009223FE" w:rsidRDefault="009223FE" w:rsidP="00A83759">
            <w:pPr>
              <w:contextualSpacing/>
              <w:jc w:val="both"/>
              <w:rPr>
                <w:rFonts w:eastAsia="Times New Roman" w:cs="Arial"/>
                <w:color w:val="000000"/>
                <w:lang w:val="es-PY" w:eastAsia="es-PY"/>
              </w:rPr>
            </w:pPr>
          </w:p>
          <w:p w14:paraId="43E95E7F" w14:textId="77777777" w:rsidR="009223FE" w:rsidRPr="00DC5782" w:rsidRDefault="009223FE" w:rsidP="00A83759">
            <w:pPr>
              <w:contextualSpacing/>
              <w:jc w:val="both"/>
              <w:rPr>
                <w:rFonts w:eastAsia="Times New Roman" w:cs="Arial"/>
                <w:color w:val="000000"/>
                <w:lang w:val="es-PY" w:eastAsia="es-PY"/>
              </w:rPr>
            </w:pPr>
          </w:p>
        </w:tc>
      </w:tr>
    </w:tbl>
    <w:p w14:paraId="7DF1FB0B" w14:textId="40CE371F" w:rsidR="0010517E" w:rsidRPr="009223FE" w:rsidRDefault="00643CF3">
      <w:r w:rsidRPr="003B5381">
        <w:rPr>
          <w:lang w:val="es-PY"/>
        </w:rPr>
        <w:br w:type="page"/>
      </w:r>
    </w:p>
    <w:tbl>
      <w:tblPr>
        <w:tblW w:w="0" w:type="auto"/>
        <w:jc w:val="center"/>
        <w:tblLayout w:type="fixed"/>
        <w:tblLook w:val="04A0" w:firstRow="1" w:lastRow="0" w:firstColumn="1" w:lastColumn="0" w:noHBand="0" w:noVBand="1"/>
      </w:tblPr>
      <w:tblGrid>
        <w:gridCol w:w="2254"/>
        <w:gridCol w:w="5330"/>
        <w:gridCol w:w="684"/>
        <w:gridCol w:w="684"/>
        <w:gridCol w:w="697"/>
      </w:tblGrid>
      <w:tr w:rsidR="0010517E" w:rsidRPr="00064F69" w14:paraId="675859BA" w14:textId="77777777" w:rsidTr="00821777">
        <w:trPr>
          <w:cantSplit/>
          <w:trHeight w:hRule="exact" w:val="446"/>
          <w:tblHeader/>
          <w:jc w:val="center"/>
        </w:trPr>
        <w:tc>
          <w:tcPr>
            <w:tcW w:w="964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4738C131" w14:textId="7146CF25" w:rsidR="0010517E" w:rsidRPr="00643CF3" w:rsidRDefault="00643CF3">
            <w:pPr>
              <w:rPr>
                <w:lang w:val="es-PY"/>
              </w:rPr>
            </w:pPr>
            <w:r w:rsidRPr="00643CF3">
              <w:rPr>
                <w:b/>
                <w:color w:val="FFFFFF"/>
                <w:lang w:val="es-PY"/>
              </w:rPr>
              <w:lastRenderedPageBreak/>
              <w:t xml:space="preserve">DIMENSIÓN 4. </w:t>
            </w:r>
            <w:r w:rsidR="007E70AA">
              <w:rPr>
                <w:b/>
                <w:color w:val="FFFFFF"/>
                <w:lang w:val="es-PY"/>
              </w:rPr>
              <w:t>RESULTADOS E IMPACTO DE LA FORMACIÓN DOCTORAL</w:t>
            </w:r>
          </w:p>
        </w:tc>
      </w:tr>
      <w:tr w:rsidR="0010517E" w14:paraId="628D0133" w14:textId="77777777" w:rsidTr="00821777">
        <w:trPr>
          <w:cantSplit/>
          <w:trHeight w:hRule="exact" w:val="691"/>
          <w:tblHeader/>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r>
              <w:rPr>
                <w:b/>
                <w:color w:val="000000"/>
                <w:szCs w:val="20"/>
              </w:rPr>
              <w:t>Criterio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Nivel de cumplimiento</w:t>
            </w:r>
          </w:p>
        </w:tc>
      </w:tr>
      <w:tr w:rsidR="0010517E" w14:paraId="2990AD03" w14:textId="77777777" w:rsidTr="00821777">
        <w:trPr>
          <w:cantSplit/>
          <w:trHeight w:hRule="exact" w:val="432"/>
          <w:tblHeader/>
          <w:jc w:val="center"/>
        </w:trPr>
        <w:tc>
          <w:tcPr>
            <w:tcW w:w="225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7E70AA" w:rsidRPr="00064F69" w14:paraId="669E0883" w14:textId="77777777" w:rsidTr="00821777">
        <w:trPr>
          <w:cantSplit/>
          <w:trHeight w:val="720"/>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4A2003" w14:textId="5257529F" w:rsidR="007E70AA" w:rsidRPr="003B5381" w:rsidRDefault="007E70AA" w:rsidP="007E70AA">
            <w:pPr>
              <w:jc w:val="center"/>
              <w:rPr>
                <w:szCs w:val="20"/>
                <w:lang w:val="es-PY"/>
              </w:rPr>
            </w:pPr>
            <w:r w:rsidRPr="00CA67AF">
              <w:rPr>
                <w:b/>
                <w:color w:val="000000"/>
                <w:lang w:val="es-PY"/>
              </w:rPr>
              <w:t>Pert</w:t>
            </w:r>
            <w:r>
              <w:rPr>
                <w:b/>
                <w:color w:val="000000"/>
                <w:lang w:val="es-PY"/>
              </w:rPr>
              <w:t>inencia de las tesis doctorales</w:t>
            </w:r>
            <w:r w:rsidRPr="00CA67AF">
              <w:rPr>
                <w:b/>
                <w:color w:val="FF0000"/>
                <w:lang w:val="es-PY"/>
              </w:rPr>
              <w:br/>
            </w:r>
            <w:r w:rsidRPr="007954AB">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3A2791EC" w:rsidR="007E70AA" w:rsidRPr="00643CF3" w:rsidRDefault="007E70AA" w:rsidP="007E70AA">
            <w:pPr>
              <w:jc w:val="both"/>
              <w:rPr>
                <w:szCs w:val="20"/>
                <w:lang w:val="es-PY"/>
              </w:rPr>
            </w:pPr>
            <w:r w:rsidRPr="00CA67AF">
              <w:rPr>
                <w:color w:val="000000"/>
                <w:szCs w:val="20"/>
                <w:lang w:val="es-PY"/>
              </w:rPr>
              <w:t>a. Las tesis evidencian aportes originales al conocimiento científico.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7E70AA" w:rsidRPr="003B5381" w:rsidRDefault="007E70AA" w:rsidP="007E70AA">
            <w:pPr>
              <w:jc w:val="center"/>
              <w:rPr>
                <w:szCs w:val="20"/>
                <w:lang w:val="es-PY"/>
              </w:rPr>
            </w:pPr>
          </w:p>
        </w:tc>
      </w:tr>
      <w:tr w:rsidR="007E70AA" w:rsidRPr="00064F69" w14:paraId="4CA1F373" w14:textId="77777777" w:rsidTr="00821777">
        <w:trPr>
          <w:cantSplit/>
          <w:trHeight w:val="431"/>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133C8209" w:rsidR="007E70AA" w:rsidRPr="00643CF3" w:rsidRDefault="007E70AA" w:rsidP="007E70AA">
            <w:pPr>
              <w:jc w:val="both"/>
              <w:rPr>
                <w:szCs w:val="20"/>
                <w:lang w:val="es-PY"/>
              </w:rPr>
            </w:pPr>
            <w:r w:rsidRPr="00643CF3">
              <w:rPr>
                <w:color w:val="000000"/>
                <w:szCs w:val="20"/>
                <w:lang w:val="es-PY"/>
              </w:rPr>
              <w:t xml:space="preserve">b. </w:t>
            </w:r>
            <w:r w:rsidRPr="00A776B5">
              <w:rPr>
                <w:color w:val="000000" w:themeColor="text1"/>
                <w:szCs w:val="20"/>
                <w:lang w:val="es-PY"/>
              </w:rPr>
              <w:t>La evaluación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7E70AA" w:rsidRPr="003B5381" w:rsidRDefault="007E70AA" w:rsidP="007E70AA">
            <w:pPr>
              <w:jc w:val="center"/>
              <w:rPr>
                <w:szCs w:val="20"/>
                <w:lang w:val="es-PY"/>
              </w:rPr>
            </w:pPr>
          </w:p>
        </w:tc>
      </w:tr>
      <w:tr w:rsidR="007E70AA" w:rsidRPr="00064F69" w14:paraId="427260BC" w14:textId="77777777" w:rsidTr="00821777">
        <w:trPr>
          <w:cantSplit/>
          <w:trHeight w:val="567"/>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E30AA78" w:rsidR="007E70AA" w:rsidRPr="00643CF3" w:rsidRDefault="007E70AA" w:rsidP="007E70AA">
            <w:pPr>
              <w:jc w:val="both"/>
              <w:rPr>
                <w:szCs w:val="20"/>
                <w:lang w:val="es-PY"/>
              </w:rPr>
            </w:pPr>
            <w:r w:rsidRPr="00643CF3">
              <w:rPr>
                <w:color w:val="000000"/>
                <w:szCs w:val="20"/>
                <w:lang w:val="es-PY"/>
              </w:rPr>
              <w:t xml:space="preserve">c. </w:t>
            </w:r>
            <w:r w:rsidRPr="000C2ED0">
              <w:rPr>
                <w:color w:val="000000" w:themeColor="text1"/>
                <w:szCs w:val="20"/>
                <w:lang w:val="es-PY"/>
              </w:rPr>
              <w:t>Las tesis son defendidas ante un jurado cuyos integrantes cuentan con formación en el área de conocimiento o experiencia en investigación acorde con 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7E70AA" w:rsidRPr="003B5381" w:rsidRDefault="007E70AA" w:rsidP="007E70AA">
            <w:pPr>
              <w:jc w:val="center"/>
              <w:rPr>
                <w:szCs w:val="20"/>
                <w:lang w:val="es-PY"/>
              </w:rPr>
            </w:pPr>
          </w:p>
        </w:tc>
      </w:tr>
      <w:tr w:rsidR="007E70AA" w:rsidRPr="00064F69" w14:paraId="6F913A23" w14:textId="77777777" w:rsidTr="00821777">
        <w:trPr>
          <w:cantSplit/>
          <w:trHeight w:val="479"/>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332542DA" w:rsidR="007E70AA" w:rsidRPr="00643CF3" w:rsidRDefault="007E70AA" w:rsidP="007E70AA">
            <w:pPr>
              <w:jc w:val="both"/>
              <w:rPr>
                <w:szCs w:val="20"/>
                <w:lang w:val="es-PY"/>
              </w:rPr>
            </w:pPr>
            <w:r w:rsidRPr="00643CF3">
              <w:rPr>
                <w:color w:val="000000"/>
                <w:szCs w:val="20"/>
                <w:lang w:val="es-PY"/>
              </w:rPr>
              <w:t xml:space="preserve">d. </w:t>
            </w:r>
            <w:r w:rsidRPr="001069CD">
              <w:rPr>
                <w:color w:val="000000" w:themeColor="text1"/>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7E70AA" w:rsidRPr="003B5381" w:rsidRDefault="007E70AA" w:rsidP="007E70AA">
            <w:pPr>
              <w:jc w:val="center"/>
              <w:rPr>
                <w:szCs w:val="20"/>
                <w:lang w:val="es-PY"/>
              </w:rPr>
            </w:pPr>
          </w:p>
        </w:tc>
      </w:tr>
      <w:tr w:rsidR="007E70AA" w:rsidRPr="00064F69" w14:paraId="610A87AA" w14:textId="77777777" w:rsidTr="00821777">
        <w:trPr>
          <w:cantSplit/>
          <w:trHeight w:val="573"/>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892DB25" w:rsidR="007E70AA" w:rsidRPr="00643CF3" w:rsidRDefault="007E70AA" w:rsidP="007E70AA">
            <w:pPr>
              <w:jc w:val="both"/>
              <w:rPr>
                <w:szCs w:val="20"/>
                <w:lang w:val="es-PY"/>
              </w:rPr>
            </w:pPr>
            <w:r w:rsidRPr="00643CF3">
              <w:rPr>
                <w:color w:val="000000"/>
                <w:szCs w:val="20"/>
                <w:lang w:val="es-PY"/>
              </w:rPr>
              <w:t xml:space="preserve">e. </w:t>
            </w:r>
            <w:r w:rsidRPr="00CA67AF">
              <w:rPr>
                <w:color w:val="000000"/>
                <w:szCs w:val="20"/>
                <w:lang w:val="es-PY"/>
              </w:rPr>
              <w:t>Se cuenta con políticas institucionales sobre acceso abierto a las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7E70AA" w:rsidRPr="003B5381" w:rsidRDefault="007E70AA" w:rsidP="007E70AA">
            <w:pPr>
              <w:jc w:val="center"/>
              <w:rPr>
                <w:szCs w:val="20"/>
                <w:lang w:val="es-PY"/>
              </w:rPr>
            </w:pPr>
          </w:p>
        </w:tc>
      </w:tr>
      <w:tr w:rsidR="007E70AA" w:rsidRPr="00064F69" w14:paraId="53687EB2" w14:textId="77777777" w:rsidTr="00821777">
        <w:trPr>
          <w:cantSplit/>
          <w:trHeight w:hRule="exact" w:val="446"/>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037419" w14:textId="77777777" w:rsidR="007E70AA" w:rsidRPr="00643CF3" w:rsidRDefault="007E70AA" w:rsidP="007E70AA">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89E023" w14:textId="77777777" w:rsidR="007E70AA" w:rsidRPr="00643CF3" w:rsidRDefault="007E70AA" w:rsidP="007E70AA">
            <w:pPr>
              <w:jc w:val="center"/>
              <w:rPr>
                <w:szCs w:val="20"/>
                <w:lang w:val="es-PY"/>
              </w:rPr>
            </w:pPr>
          </w:p>
        </w:tc>
      </w:tr>
      <w:tr w:rsidR="007E70AA" w14:paraId="28E23714" w14:textId="77777777" w:rsidTr="00821777">
        <w:trPr>
          <w:cantSplit/>
          <w:trHeight w:hRule="exact" w:val="662"/>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7E70AA" w:rsidRPr="00643CF3" w:rsidRDefault="007E70AA" w:rsidP="007E70AA">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7E70AA" w:rsidRPr="00643CF3" w:rsidRDefault="007E70AA" w:rsidP="007E70AA">
            <w:pPr>
              <w:jc w:val="center"/>
              <w:rPr>
                <w:szCs w:val="20"/>
              </w:rPr>
            </w:pPr>
            <w:r w:rsidRPr="00643CF3">
              <w:rPr>
                <w:b/>
                <w:color w:val="000000"/>
                <w:szCs w:val="20"/>
              </w:rPr>
              <w:t>Medios de verificación</w:t>
            </w:r>
          </w:p>
        </w:tc>
      </w:tr>
      <w:tr w:rsidR="007E70AA" w14:paraId="5AF874DF" w14:textId="77777777" w:rsidTr="00821777">
        <w:trPr>
          <w:cantSplit/>
          <w:trHeight w:hRule="exact" w:val="6468"/>
          <w:jc w:val="center"/>
        </w:trPr>
        <w:tc>
          <w:tcPr>
            <w:tcW w:w="758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967B8D6" w14:textId="77777777" w:rsidR="007E70AA" w:rsidRPr="00643CF3" w:rsidRDefault="007E70AA" w:rsidP="007E70AA">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B2A908E" w14:textId="77777777" w:rsidR="007E70AA" w:rsidRPr="00643CF3" w:rsidRDefault="007E70AA" w:rsidP="007E70AA">
            <w:pPr>
              <w:jc w:val="both"/>
              <w:rPr>
                <w:szCs w:val="20"/>
              </w:rPr>
            </w:pPr>
          </w:p>
        </w:tc>
      </w:tr>
    </w:tbl>
    <w:p w14:paraId="11A4099A" w14:textId="75F3246D" w:rsidR="0010517E" w:rsidRDefault="00643CF3">
      <w:r>
        <w:br w:type="page"/>
      </w:r>
    </w:p>
    <w:tbl>
      <w:tblPr>
        <w:tblW w:w="0" w:type="auto"/>
        <w:jc w:val="center"/>
        <w:tblLayout w:type="fixed"/>
        <w:tblLook w:val="04A0" w:firstRow="1" w:lastRow="0" w:firstColumn="1" w:lastColumn="0" w:noHBand="0" w:noVBand="1"/>
      </w:tblPr>
      <w:tblGrid>
        <w:gridCol w:w="2262"/>
        <w:gridCol w:w="5330"/>
        <w:gridCol w:w="684"/>
        <w:gridCol w:w="684"/>
        <w:gridCol w:w="697"/>
      </w:tblGrid>
      <w:tr w:rsidR="0010517E" w14:paraId="54AC8A69" w14:textId="77777777" w:rsidTr="00821777">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r>
              <w:rPr>
                <w:b/>
                <w:color w:val="000000"/>
                <w:szCs w:val="20"/>
              </w:rPr>
              <w:lastRenderedPageBreak/>
              <w:t>Criterio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Nivel de cumplimiento</w:t>
            </w:r>
          </w:p>
        </w:tc>
      </w:tr>
      <w:tr w:rsidR="0010517E" w14:paraId="1F3E14C1" w14:textId="77777777" w:rsidTr="0082177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064F69" w14:paraId="3A72E6A6" w14:textId="77777777" w:rsidTr="0017605E">
        <w:trPr>
          <w:cantSplit/>
          <w:trHeight w:val="537"/>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4EB193" w14:textId="77777777" w:rsidR="0010517E" w:rsidRDefault="00270493">
            <w:pPr>
              <w:jc w:val="center"/>
              <w:rPr>
                <w:b/>
                <w:color w:val="000000"/>
                <w:szCs w:val="20"/>
                <w:lang w:val="es-PY"/>
              </w:rPr>
            </w:pPr>
            <w:r w:rsidRPr="00CA67AF">
              <w:rPr>
                <w:b/>
                <w:color w:val="000000"/>
                <w:szCs w:val="20"/>
                <w:lang w:val="es-PY"/>
              </w:rPr>
              <w:t>Impacto de los egresados en los ámbitos</w:t>
            </w:r>
            <w:r>
              <w:rPr>
                <w:b/>
                <w:color w:val="000000"/>
                <w:szCs w:val="20"/>
                <w:lang w:val="es-PY"/>
              </w:rPr>
              <w:t xml:space="preserve"> académico, científico o social</w:t>
            </w:r>
          </w:p>
          <w:p w14:paraId="2BAEEDEE" w14:textId="0C5313F4" w:rsidR="0017605E" w:rsidRPr="0017605E" w:rsidRDefault="0017605E">
            <w:pPr>
              <w:jc w:val="center"/>
              <w:rPr>
                <w:b/>
                <w:szCs w:val="20"/>
                <w:lang w:val="es-PY"/>
              </w:rPr>
            </w:pPr>
            <w:r w:rsidRPr="0017605E">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08965474" w:rsidR="0010517E" w:rsidRPr="00643CF3" w:rsidRDefault="00643CF3">
            <w:pPr>
              <w:jc w:val="both"/>
              <w:rPr>
                <w:szCs w:val="20"/>
                <w:lang w:val="es-PY"/>
              </w:rPr>
            </w:pPr>
            <w:r w:rsidRPr="00643CF3">
              <w:rPr>
                <w:color w:val="000000"/>
                <w:szCs w:val="20"/>
                <w:lang w:val="es-PY"/>
              </w:rPr>
              <w:t xml:space="preserve">a. </w:t>
            </w:r>
            <w:r w:rsidR="00270493" w:rsidRPr="00CA67AF">
              <w:rPr>
                <w:color w:val="000000"/>
                <w:szCs w:val="20"/>
                <w:lang w:val="es-PY"/>
              </w:rPr>
              <w:t>Se registra y actualiza sistemáticamente la trayectoria de los egresados del programa en</w:t>
            </w:r>
            <w:r w:rsidR="00270493">
              <w:rPr>
                <w:color w:val="000000"/>
                <w:szCs w:val="20"/>
                <w:lang w:val="es-PY"/>
              </w:rPr>
              <w:t xml:space="preserve"> los</w:t>
            </w:r>
            <w:r w:rsidR="00270493" w:rsidRPr="00CA67AF">
              <w:rPr>
                <w:color w:val="000000"/>
                <w:szCs w:val="20"/>
                <w:lang w:val="es-PY"/>
              </w:rPr>
              <w:t xml:space="preserve"> </w:t>
            </w:r>
            <w:r w:rsidR="00270493">
              <w:rPr>
                <w:color w:val="000000"/>
                <w:szCs w:val="20"/>
                <w:lang w:val="es-PY"/>
              </w:rPr>
              <w:t>ámbitos</w:t>
            </w:r>
            <w:r w:rsidR="00270493" w:rsidRPr="00816744">
              <w:rPr>
                <w:color w:val="000000"/>
                <w:szCs w:val="20"/>
                <w:lang w:val="es-PY"/>
              </w:rPr>
              <w:t xml:space="preserve"> académico, científico o social</w:t>
            </w:r>
            <w:r w:rsidR="00270493">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3B5381" w:rsidRDefault="0010517E">
            <w:pPr>
              <w:jc w:val="center"/>
              <w:rPr>
                <w:szCs w:val="20"/>
                <w:lang w:val="es-PY"/>
              </w:rPr>
            </w:pPr>
          </w:p>
        </w:tc>
      </w:tr>
      <w:tr w:rsidR="0010517E" w:rsidRPr="00064F69" w14:paraId="384765AE" w14:textId="77777777" w:rsidTr="0017605E">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1848536A" w:rsidR="0010517E" w:rsidRPr="00643CF3" w:rsidRDefault="00643CF3">
            <w:pPr>
              <w:jc w:val="both"/>
              <w:rPr>
                <w:szCs w:val="20"/>
                <w:lang w:val="es-PY"/>
              </w:rPr>
            </w:pPr>
            <w:r w:rsidRPr="00643CF3">
              <w:rPr>
                <w:color w:val="000000"/>
                <w:szCs w:val="20"/>
                <w:lang w:val="es-PY"/>
              </w:rPr>
              <w:t xml:space="preserve">b. </w:t>
            </w:r>
            <w:r w:rsidR="00270493" w:rsidRPr="00CA67AF">
              <w:rPr>
                <w:color w:val="000000"/>
                <w:szCs w:val="20"/>
                <w:lang w:val="es-PY"/>
              </w:rPr>
              <w:t>Los egresados publican en medios científicos luego de su graduación.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3B5381" w:rsidRDefault="0010517E">
            <w:pPr>
              <w:jc w:val="center"/>
              <w:rPr>
                <w:szCs w:val="20"/>
                <w:lang w:val="es-PY"/>
              </w:rPr>
            </w:pPr>
          </w:p>
        </w:tc>
      </w:tr>
      <w:tr w:rsidR="0010517E" w:rsidRPr="00064F69" w14:paraId="5F7C0309" w14:textId="77777777" w:rsidTr="0017605E">
        <w:trPr>
          <w:cantSplit/>
          <w:trHeight w:val="720"/>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38A8915F" w:rsidR="0010517E" w:rsidRPr="00643CF3" w:rsidRDefault="00643CF3">
            <w:pPr>
              <w:jc w:val="both"/>
              <w:rPr>
                <w:szCs w:val="20"/>
                <w:lang w:val="es-PY"/>
              </w:rPr>
            </w:pPr>
            <w:r w:rsidRPr="00643CF3">
              <w:rPr>
                <w:color w:val="000000"/>
                <w:szCs w:val="20"/>
                <w:lang w:val="es-PY"/>
              </w:rPr>
              <w:t xml:space="preserve">c. </w:t>
            </w:r>
            <w:r w:rsidR="00270493" w:rsidRPr="00CA67AF">
              <w:rPr>
                <w:color w:val="000000"/>
                <w:szCs w:val="20"/>
                <w:lang w:val="es-PY"/>
              </w:rPr>
              <w:t>Los egresados participan como evaluadores, i</w:t>
            </w:r>
            <w:r w:rsidR="00270493">
              <w:rPr>
                <w:color w:val="000000"/>
                <w:szCs w:val="20"/>
                <w:lang w:val="es-PY"/>
              </w:rPr>
              <w:t xml:space="preserve">nvestigadores o tutores, </w:t>
            </w:r>
            <w:r w:rsidR="00270493" w:rsidRPr="00CA67AF">
              <w:rPr>
                <w:color w:val="000000"/>
                <w:szCs w:val="20"/>
                <w:lang w:val="es-PY"/>
              </w:rPr>
              <w:t>contribuyendo a la formación de nuevas generaciones de investigadores.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3B5381" w:rsidRDefault="0010517E">
            <w:pPr>
              <w:jc w:val="center"/>
              <w:rPr>
                <w:szCs w:val="20"/>
                <w:lang w:val="es-PY"/>
              </w:rPr>
            </w:pPr>
          </w:p>
        </w:tc>
      </w:tr>
      <w:tr w:rsidR="0010517E" w:rsidRPr="00064F69" w14:paraId="3C3D69C3" w14:textId="77777777" w:rsidTr="0017605E">
        <w:trPr>
          <w:cantSplit/>
          <w:trHeight w:val="499"/>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45B74B4F" w:rsidR="0010517E" w:rsidRPr="00643CF3" w:rsidRDefault="00DB7091">
            <w:pPr>
              <w:jc w:val="both"/>
              <w:rPr>
                <w:szCs w:val="20"/>
                <w:lang w:val="es-PY"/>
              </w:rPr>
            </w:pPr>
            <w:r>
              <w:rPr>
                <w:color w:val="000000"/>
                <w:szCs w:val="20"/>
                <w:lang w:val="es-PY"/>
              </w:rPr>
              <w:t xml:space="preserve">d. </w:t>
            </w:r>
            <w:r w:rsidR="00270493" w:rsidRPr="00CA67AF">
              <w:rPr>
                <w:color w:val="000000"/>
                <w:szCs w:val="20"/>
                <w:lang w:val="es-PY"/>
              </w:rPr>
              <w:t>Los egresados mantienen vínculos académicos o científicos con la institución, contribuyendo al fortalecimiento de las líneas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3B5381" w:rsidRDefault="0010517E">
            <w:pPr>
              <w:jc w:val="center"/>
              <w:rPr>
                <w:szCs w:val="20"/>
                <w:lang w:val="es-PY"/>
              </w:rPr>
            </w:pPr>
          </w:p>
        </w:tc>
      </w:tr>
      <w:tr w:rsidR="0010517E" w:rsidRPr="00064F69" w14:paraId="3326DA4C" w14:textId="77777777" w:rsidTr="0017605E">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006EDF54" w:rsidR="0010517E" w:rsidRPr="00643CF3" w:rsidRDefault="00643CF3">
            <w:pPr>
              <w:jc w:val="both"/>
              <w:rPr>
                <w:szCs w:val="20"/>
                <w:lang w:val="es-PY"/>
              </w:rPr>
            </w:pPr>
            <w:r w:rsidRPr="00643CF3">
              <w:rPr>
                <w:color w:val="000000"/>
                <w:szCs w:val="20"/>
                <w:lang w:val="es-PY"/>
              </w:rPr>
              <w:t xml:space="preserve">e. </w:t>
            </w:r>
            <w:r w:rsidR="00270493" w:rsidRPr="00FD0D34">
              <w:rPr>
                <w:color w:val="000000"/>
                <w:szCs w:val="20"/>
                <w:lang w:val="es-PY"/>
              </w:rPr>
              <w:t>El desempeño de los egresados evidencia aportes académicos, científicos o sociales, comprobables.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3B5381" w:rsidRDefault="0010517E">
            <w:pPr>
              <w:jc w:val="center"/>
              <w:rPr>
                <w:szCs w:val="20"/>
                <w:lang w:val="es-PY"/>
              </w:rPr>
            </w:pPr>
          </w:p>
        </w:tc>
      </w:tr>
      <w:tr w:rsidR="0010517E" w:rsidRPr="00064F69" w14:paraId="2931FA00" w14:textId="77777777" w:rsidTr="00821777">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821777">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r>
              <w:rPr>
                <w:b/>
                <w:color w:val="000000"/>
                <w:sz w:val="18"/>
              </w:rPr>
              <w:t>Medios de verificación</w:t>
            </w:r>
          </w:p>
        </w:tc>
      </w:tr>
      <w:tr w:rsidR="00270493" w14:paraId="77202AB3" w14:textId="77777777" w:rsidTr="00270493">
        <w:trPr>
          <w:cantSplit/>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F5BC797" w14:textId="340108B6" w:rsidR="00270493" w:rsidRDefault="00270493" w:rsidP="00270493">
            <w:pPr>
              <w:jc w:val="both"/>
              <w:rPr>
                <w:b/>
                <w:color w:val="000000"/>
                <w:sz w:val="18"/>
                <w:lang w:val="es-PY"/>
              </w:rPr>
            </w:pPr>
          </w:p>
          <w:p w14:paraId="26B7EABC" w14:textId="1135EE0D" w:rsidR="00270493" w:rsidRDefault="00270493" w:rsidP="00270493">
            <w:pPr>
              <w:jc w:val="both"/>
              <w:rPr>
                <w:b/>
                <w:color w:val="000000"/>
                <w:sz w:val="18"/>
                <w:lang w:val="es-PY"/>
              </w:rPr>
            </w:pPr>
          </w:p>
          <w:p w14:paraId="5CFA31DA" w14:textId="05575CD4" w:rsidR="00270493" w:rsidRDefault="00270493" w:rsidP="00270493">
            <w:pPr>
              <w:jc w:val="both"/>
              <w:rPr>
                <w:b/>
                <w:color w:val="000000"/>
                <w:sz w:val="18"/>
                <w:lang w:val="es-PY"/>
              </w:rPr>
            </w:pPr>
          </w:p>
          <w:p w14:paraId="0390E253" w14:textId="68472B32" w:rsidR="00270493" w:rsidRDefault="00270493" w:rsidP="00270493">
            <w:pPr>
              <w:jc w:val="both"/>
              <w:rPr>
                <w:b/>
                <w:color w:val="000000"/>
                <w:sz w:val="18"/>
                <w:lang w:val="es-PY"/>
              </w:rPr>
            </w:pPr>
          </w:p>
          <w:p w14:paraId="0D50FAFA" w14:textId="76B90C2E" w:rsidR="00270493" w:rsidRDefault="00270493" w:rsidP="00270493">
            <w:pPr>
              <w:jc w:val="both"/>
              <w:rPr>
                <w:b/>
                <w:color w:val="000000"/>
                <w:sz w:val="18"/>
                <w:lang w:val="es-PY"/>
              </w:rPr>
            </w:pPr>
          </w:p>
          <w:p w14:paraId="341525DD" w14:textId="2A5A7185" w:rsidR="00270493" w:rsidRDefault="00270493" w:rsidP="00270493">
            <w:pPr>
              <w:jc w:val="both"/>
              <w:rPr>
                <w:b/>
                <w:color w:val="000000"/>
                <w:sz w:val="18"/>
                <w:lang w:val="es-PY"/>
              </w:rPr>
            </w:pPr>
          </w:p>
          <w:p w14:paraId="6AC1B3CF" w14:textId="241C0AC1" w:rsidR="00270493" w:rsidRDefault="00270493" w:rsidP="00270493">
            <w:pPr>
              <w:jc w:val="both"/>
              <w:rPr>
                <w:b/>
                <w:color w:val="000000"/>
                <w:sz w:val="18"/>
                <w:lang w:val="es-PY"/>
              </w:rPr>
            </w:pPr>
          </w:p>
          <w:p w14:paraId="62D55FEF" w14:textId="2ECE3B27" w:rsidR="00270493" w:rsidRDefault="00270493" w:rsidP="00270493">
            <w:pPr>
              <w:jc w:val="both"/>
              <w:rPr>
                <w:b/>
                <w:color w:val="000000"/>
                <w:sz w:val="18"/>
                <w:lang w:val="es-PY"/>
              </w:rPr>
            </w:pPr>
          </w:p>
          <w:p w14:paraId="38C00D27" w14:textId="3AC55DAC" w:rsidR="00270493" w:rsidRDefault="00270493" w:rsidP="00270493">
            <w:pPr>
              <w:jc w:val="both"/>
              <w:rPr>
                <w:b/>
                <w:color w:val="000000"/>
                <w:sz w:val="18"/>
                <w:lang w:val="es-PY"/>
              </w:rPr>
            </w:pPr>
          </w:p>
          <w:p w14:paraId="40A7546B" w14:textId="6E5E6AE7" w:rsidR="00270493" w:rsidRDefault="00270493" w:rsidP="00270493">
            <w:pPr>
              <w:jc w:val="both"/>
              <w:rPr>
                <w:b/>
                <w:color w:val="000000"/>
                <w:sz w:val="18"/>
                <w:lang w:val="es-PY"/>
              </w:rPr>
            </w:pPr>
          </w:p>
          <w:p w14:paraId="37381E8C" w14:textId="7EF8B9CC" w:rsidR="00270493" w:rsidRDefault="00270493" w:rsidP="00270493">
            <w:pPr>
              <w:jc w:val="both"/>
              <w:rPr>
                <w:b/>
                <w:color w:val="000000"/>
                <w:sz w:val="18"/>
                <w:lang w:val="es-PY"/>
              </w:rPr>
            </w:pPr>
          </w:p>
          <w:p w14:paraId="26FCB841" w14:textId="483553E1" w:rsidR="00270493" w:rsidRDefault="00270493" w:rsidP="00270493">
            <w:pPr>
              <w:jc w:val="both"/>
              <w:rPr>
                <w:b/>
                <w:color w:val="000000"/>
                <w:sz w:val="18"/>
                <w:lang w:val="es-PY"/>
              </w:rPr>
            </w:pPr>
          </w:p>
          <w:p w14:paraId="40DFB668" w14:textId="61657B30" w:rsidR="00270493" w:rsidRDefault="00270493" w:rsidP="00270493">
            <w:pPr>
              <w:jc w:val="both"/>
              <w:rPr>
                <w:b/>
                <w:color w:val="000000"/>
                <w:sz w:val="18"/>
                <w:lang w:val="es-PY"/>
              </w:rPr>
            </w:pPr>
          </w:p>
          <w:p w14:paraId="0D33BE40" w14:textId="1516609D" w:rsidR="00270493" w:rsidRDefault="00270493" w:rsidP="00270493">
            <w:pPr>
              <w:jc w:val="both"/>
              <w:rPr>
                <w:b/>
                <w:color w:val="000000"/>
                <w:sz w:val="18"/>
                <w:lang w:val="es-PY"/>
              </w:rPr>
            </w:pPr>
          </w:p>
          <w:p w14:paraId="168525D4" w14:textId="0D08F1BD" w:rsidR="00270493" w:rsidRDefault="00270493" w:rsidP="00270493">
            <w:pPr>
              <w:jc w:val="both"/>
              <w:rPr>
                <w:b/>
                <w:color w:val="000000"/>
                <w:sz w:val="18"/>
                <w:lang w:val="es-PY"/>
              </w:rPr>
            </w:pPr>
          </w:p>
          <w:p w14:paraId="2B2E8A39" w14:textId="337966C7" w:rsidR="00270493" w:rsidRDefault="00270493" w:rsidP="00270493">
            <w:pPr>
              <w:jc w:val="both"/>
              <w:rPr>
                <w:b/>
                <w:color w:val="000000"/>
                <w:sz w:val="18"/>
                <w:lang w:val="es-PY"/>
              </w:rPr>
            </w:pPr>
          </w:p>
          <w:p w14:paraId="5368B15D" w14:textId="72692B27" w:rsidR="00270493" w:rsidRDefault="00270493" w:rsidP="00270493">
            <w:pPr>
              <w:jc w:val="both"/>
              <w:rPr>
                <w:b/>
                <w:color w:val="000000"/>
                <w:sz w:val="18"/>
                <w:lang w:val="es-PY"/>
              </w:rPr>
            </w:pPr>
          </w:p>
          <w:p w14:paraId="47A9665D" w14:textId="48C8C68A" w:rsidR="00270493" w:rsidRDefault="00270493" w:rsidP="00270493">
            <w:pPr>
              <w:jc w:val="both"/>
              <w:rPr>
                <w:b/>
                <w:color w:val="000000"/>
                <w:sz w:val="18"/>
                <w:lang w:val="es-PY"/>
              </w:rPr>
            </w:pPr>
          </w:p>
          <w:p w14:paraId="59758448" w14:textId="0C60AA6E" w:rsidR="00270493" w:rsidRDefault="00270493" w:rsidP="00270493">
            <w:pPr>
              <w:jc w:val="both"/>
              <w:rPr>
                <w:b/>
                <w:color w:val="000000"/>
                <w:sz w:val="18"/>
                <w:lang w:val="es-PY"/>
              </w:rPr>
            </w:pPr>
          </w:p>
          <w:p w14:paraId="7377037E" w14:textId="37CDE831" w:rsidR="00270493" w:rsidRDefault="00270493" w:rsidP="00270493">
            <w:pPr>
              <w:jc w:val="both"/>
              <w:rPr>
                <w:b/>
                <w:color w:val="000000"/>
                <w:sz w:val="18"/>
                <w:lang w:val="es-PY"/>
              </w:rPr>
            </w:pPr>
          </w:p>
          <w:p w14:paraId="71517D89" w14:textId="5E49D386" w:rsidR="00270493" w:rsidRDefault="00270493" w:rsidP="00270493">
            <w:pPr>
              <w:jc w:val="both"/>
              <w:rPr>
                <w:b/>
                <w:color w:val="000000"/>
                <w:sz w:val="18"/>
                <w:lang w:val="es-PY"/>
              </w:rPr>
            </w:pPr>
          </w:p>
          <w:p w14:paraId="5144A51A" w14:textId="77777777" w:rsidR="00270493" w:rsidRDefault="00270493" w:rsidP="00270493">
            <w:pPr>
              <w:jc w:val="both"/>
              <w:rPr>
                <w:b/>
                <w:color w:val="000000"/>
                <w:sz w:val="18"/>
                <w:lang w:val="es-PY"/>
              </w:rPr>
            </w:pPr>
          </w:p>
          <w:p w14:paraId="53B85BE1" w14:textId="62A99C61" w:rsidR="00270493" w:rsidRDefault="00270493" w:rsidP="00270493">
            <w:pPr>
              <w:jc w:val="both"/>
              <w:rPr>
                <w:b/>
                <w:color w:val="000000"/>
                <w:sz w:val="18"/>
                <w:lang w:val="es-PY"/>
              </w:rPr>
            </w:pPr>
          </w:p>
          <w:p w14:paraId="1FE126AF" w14:textId="1B95BB34" w:rsidR="00270493" w:rsidRDefault="00270493" w:rsidP="00270493">
            <w:pPr>
              <w:jc w:val="both"/>
              <w:rPr>
                <w:b/>
                <w:color w:val="000000"/>
                <w:sz w:val="18"/>
                <w:lang w:val="es-PY"/>
              </w:rPr>
            </w:pPr>
          </w:p>
          <w:p w14:paraId="5A3B7322" w14:textId="35BCD6DD" w:rsidR="00270493" w:rsidRDefault="00270493" w:rsidP="00270493">
            <w:pPr>
              <w:jc w:val="both"/>
              <w:rPr>
                <w:b/>
                <w:color w:val="000000"/>
                <w:sz w:val="18"/>
                <w:lang w:val="es-PY"/>
              </w:rPr>
            </w:pPr>
          </w:p>
          <w:p w14:paraId="288BAB43" w14:textId="77777777" w:rsidR="00270493" w:rsidRDefault="00270493" w:rsidP="00270493">
            <w:pPr>
              <w:jc w:val="both"/>
              <w:rPr>
                <w:b/>
                <w:color w:val="000000"/>
                <w:sz w:val="18"/>
                <w:lang w:val="es-PY"/>
              </w:rPr>
            </w:pPr>
          </w:p>
          <w:p w14:paraId="7B006BD8" w14:textId="77777777" w:rsidR="00270493" w:rsidRDefault="00270493" w:rsidP="00270493">
            <w:pPr>
              <w:jc w:val="both"/>
              <w:rPr>
                <w:b/>
                <w:color w:val="000000"/>
                <w:sz w:val="18"/>
                <w:lang w:val="es-PY"/>
              </w:rPr>
            </w:pPr>
          </w:p>
          <w:p w14:paraId="6EE5B5D9" w14:textId="77777777" w:rsidR="00270493" w:rsidRDefault="00270493" w:rsidP="00270493">
            <w:pPr>
              <w:jc w:val="both"/>
              <w:rPr>
                <w:b/>
                <w:color w:val="000000"/>
                <w:sz w:val="18"/>
                <w:lang w:val="es-PY"/>
              </w:rPr>
            </w:pPr>
          </w:p>
          <w:p w14:paraId="6EB0CBD7" w14:textId="77777777" w:rsidR="00270493" w:rsidRDefault="00270493" w:rsidP="00270493">
            <w:pPr>
              <w:jc w:val="both"/>
              <w:rPr>
                <w:b/>
                <w:color w:val="000000"/>
                <w:sz w:val="18"/>
                <w:lang w:val="es-PY"/>
              </w:rPr>
            </w:pPr>
          </w:p>
          <w:p w14:paraId="141CE81B" w14:textId="517EC616" w:rsidR="00270493" w:rsidRDefault="00270493" w:rsidP="00270493">
            <w:pPr>
              <w:jc w:val="both"/>
              <w:rPr>
                <w:b/>
                <w:color w:val="000000"/>
                <w:sz w:val="18"/>
                <w:lang w:val="es-PY"/>
              </w:rPr>
            </w:pPr>
          </w:p>
          <w:p w14:paraId="07822C90" w14:textId="77777777" w:rsidR="00270493" w:rsidRDefault="00270493" w:rsidP="00270493">
            <w:pPr>
              <w:jc w:val="both"/>
              <w:rPr>
                <w:b/>
                <w:color w:val="000000"/>
                <w:sz w:val="18"/>
                <w:lang w:val="es-PY"/>
              </w:rPr>
            </w:pPr>
          </w:p>
          <w:p w14:paraId="410BA21B" w14:textId="0F88F49D" w:rsidR="00270493" w:rsidRPr="00643CF3" w:rsidRDefault="00270493" w:rsidP="00270493">
            <w:pPr>
              <w:jc w:val="both"/>
              <w:rPr>
                <w:b/>
                <w:color w:val="000000"/>
                <w:sz w:val="18"/>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656B30F" w14:textId="77777777" w:rsidR="00270493" w:rsidRDefault="00270493" w:rsidP="00270493">
            <w:pPr>
              <w:jc w:val="both"/>
              <w:rPr>
                <w:b/>
                <w:color w:val="000000"/>
                <w:sz w:val="18"/>
              </w:rPr>
            </w:pPr>
          </w:p>
        </w:tc>
      </w:tr>
    </w:tbl>
    <w:p w14:paraId="0ECED333" w14:textId="48517634" w:rsidR="0010517E" w:rsidRDefault="00643CF3">
      <w:r>
        <w:br w:type="page"/>
      </w:r>
    </w:p>
    <w:tbl>
      <w:tblPr>
        <w:tblW w:w="9645" w:type="dxa"/>
        <w:jc w:val="center"/>
        <w:tblCellMar>
          <w:left w:w="70" w:type="dxa"/>
          <w:right w:w="70" w:type="dxa"/>
        </w:tblCellMar>
        <w:tblLook w:val="04A0" w:firstRow="1" w:lastRow="0" w:firstColumn="1" w:lastColumn="0" w:noHBand="0" w:noVBand="1"/>
      </w:tblPr>
      <w:tblGrid>
        <w:gridCol w:w="4820"/>
        <w:gridCol w:w="4825"/>
      </w:tblGrid>
      <w:tr w:rsidR="009223FE" w:rsidRPr="00064F69" w14:paraId="3DC29E45" w14:textId="77777777" w:rsidTr="00821777">
        <w:trPr>
          <w:trHeight w:val="303"/>
          <w:jc w:val="center"/>
        </w:trPr>
        <w:tc>
          <w:tcPr>
            <w:tcW w:w="9645"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AB3C613" w14:textId="77777777" w:rsidR="009223FE" w:rsidRPr="00F34DB9" w:rsidRDefault="009223FE"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1052789F" w14:textId="77777777" w:rsidTr="00821777">
        <w:trPr>
          <w:trHeight w:val="303"/>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E3E8EF6" w14:textId="77777777" w:rsidR="009223FE" w:rsidRPr="00840DB4" w:rsidRDefault="009223FE"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70FF61A9" w14:textId="77777777" w:rsidR="009223FE" w:rsidRPr="00840DB4" w:rsidRDefault="009223FE" w:rsidP="008D53CA">
            <w:pPr>
              <w:jc w:val="center"/>
              <w:rPr>
                <w:rFonts w:eastAsia="Times New Roman" w:cs="Arial"/>
                <w:b/>
                <w:bCs/>
                <w:lang w:val="es-PY" w:eastAsia="es-PY"/>
              </w:rPr>
            </w:pPr>
            <w:r w:rsidRPr="00840DB4">
              <w:rPr>
                <w:b/>
                <w:bCs/>
                <w:lang w:val="es-PY" w:eastAsia="es-PY"/>
              </w:rPr>
              <w:t>Debilidades</w:t>
            </w:r>
          </w:p>
        </w:tc>
      </w:tr>
      <w:tr w:rsidR="009223FE" w:rsidRPr="007A4CF2" w14:paraId="3B96DD5E" w14:textId="77777777" w:rsidTr="00821777">
        <w:trPr>
          <w:cantSplit/>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46EA38B7" w14:textId="77777777" w:rsidR="009223FE" w:rsidRDefault="009223FE" w:rsidP="00A83759">
            <w:pPr>
              <w:jc w:val="both"/>
              <w:rPr>
                <w:rFonts w:eastAsia="Times New Roman" w:cs="Arial"/>
                <w:szCs w:val="20"/>
                <w:lang w:val="es-PY" w:eastAsia="es-PY"/>
              </w:rPr>
            </w:pPr>
          </w:p>
          <w:p w14:paraId="228E8CDD" w14:textId="77777777" w:rsidR="009223FE" w:rsidRDefault="009223FE" w:rsidP="00A83759">
            <w:pPr>
              <w:jc w:val="both"/>
              <w:rPr>
                <w:rFonts w:eastAsia="Times New Roman" w:cs="Arial"/>
                <w:szCs w:val="20"/>
                <w:lang w:val="es-PY" w:eastAsia="es-PY"/>
              </w:rPr>
            </w:pPr>
          </w:p>
          <w:p w14:paraId="51BEBF98" w14:textId="77777777" w:rsidR="009223FE" w:rsidRDefault="009223FE" w:rsidP="00A83759">
            <w:pPr>
              <w:jc w:val="both"/>
              <w:rPr>
                <w:rFonts w:eastAsia="Times New Roman" w:cs="Arial"/>
                <w:szCs w:val="20"/>
                <w:lang w:val="es-PY" w:eastAsia="es-PY"/>
              </w:rPr>
            </w:pPr>
          </w:p>
          <w:p w14:paraId="1DC904BC" w14:textId="77777777" w:rsidR="009223FE" w:rsidRDefault="009223FE" w:rsidP="00A83759">
            <w:pPr>
              <w:jc w:val="both"/>
              <w:rPr>
                <w:rFonts w:eastAsia="Times New Roman" w:cs="Arial"/>
                <w:szCs w:val="20"/>
                <w:lang w:val="es-PY" w:eastAsia="es-PY"/>
              </w:rPr>
            </w:pPr>
          </w:p>
          <w:p w14:paraId="43C763F5" w14:textId="77777777" w:rsidR="009223FE" w:rsidRDefault="009223FE" w:rsidP="00A83759">
            <w:pPr>
              <w:jc w:val="both"/>
              <w:rPr>
                <w:rFonts w:eastAsia="Times New Roman" w:cs="Arial"/>
                <w:szCs w:val="20"/>
                <w:lang w:val="es-PY" w:eastAsia="es-PY"/>
              </w:rPr>
            </w:pPr>
          </w:p>
          <w:p w14:paraId="535288AB" w14:textId="77777777" w:rsidR="009223FE" w:rsidRDefault="009223FE" w:rsidP="00A83759">
            <w:pPr>
              <w:jc w:val="both"/>
              <w:rPr>
                <w:rFonts w:eastAsia="Times New Roman" w:cs="Arial"/>
                <w:szCs w:val="20"/>
                <w:lang w:val="es-PY" w:eastAsia="es-PY"/>
              </w:rPr>
            </w:pPr>
          </w:p>
          <w:p w14:paraId="2051D9B8" w14:textId="77777777" w:rsidR="009223FE" w:rsidRDefault="009223FE" w:rsidP="00A83759">
            <w:pPr>
              <w:jc w:val="both"/>
              <w:rPr>
                <w:rFonts w:eastAsia="Times New Roman" w:cs="Arial"/>
                <w:szCs w:val="20"/>
                <w:lang w:val="es-PY" w:eastAsia="es-PY"/>
              </w:rPr>
            </w:pPr>
          </w:p>
          <w:p w14:paraId="7F1A3A43" w14:textId="77777777" w:rsidR="009223FE" w:rsidRDefault="009223FE" w:rsidP="00A83759">
            <w:pPr>
              <w:jc w:val="both"/>
              <w:rPr>
                <w:rFonts w:eastAsia="Times New Roman" w:cs="Arial"/>
                <w:szCs w:val="20"/>
                <w:lang w:val="es-PY" w:eastAsia="es-PY"/>
              </w:rPr>
            </w:pPr>
          </w:p>
          <w:p w14:paraId="2C3A150D" w14:textId="77777777" w:rsidR="009223FE" w:rsidRDefault="009223FE" w:rsidP="00A83759">
            <w:pPr>
              <w:jc w:val="both"/>
              <w:rPr>
                <w:rFonts w:eastAsia="Times New Roman" w:cs="Arial"/>
                <w:szCs w:val="20"/>
                <w:lang w:val="es-PY" w:eastAsia="es-PY"/>
              </w:rPr>
            </w:pPr>
          </w:p>
          <w:p w14:paraId="4B465F2D" w14:textId="77777777" w:rsidR="009223FE" w:rsidRDefault="009223FE" w:rsidP="00A83759">
            <w:pPr>
              <w:jc w:val="both"/>
              <w:rPr>
                <w:rFonts w:eastAsia="Times New Roman" w:cs="Arial"/>
                <w:szCs w:val="20"/>
                <w:lang w:val="es-PY" w:eastAsia="es-PY"/>
              </w:rPr>
            </w:pPr>
          </w:p>
          <w:p w14:paraId="65BE17D0" w14:textId="77777777" w:rsidR="009223FE" w:rsidRDefault="009223FE" w:rsidP="00A83759">
            <w:pPr>
              <w:jc w:val="both"/>
              <w:rPr>
                <w:rFonts w:eastAsia="Times New Roman" w:cs="Arial"/>
                <w:szCs w:val="20"/>
                <w:lang w:val="es-PY" w:eastAsia="es-PY"/>
              </w:rPr>
            </w:pPr>
          </w:p>
          <w:p w14:paraId="48A477EE" w14:textId="77777777" w:rsidR="009223FE" w:rsidRDefault="009223FE" w:rsidP="00A83759">
            <w:pPr>
              <w:jc w:val="both"/>
              <w:rPr>
                <w:rFonts w:eastAsia="Times New Roman" w:cs="Arial"/>
                <w:szCs w:val="20"/>
                <w:lang w:val="es-PY" w:eastAsia="es-PY"/>
              </w:rPr>
            </w:pPr>
          </w:p>
          <w:p w14:paraId="6899B87B" w14:textId="77777777" w:rsidR="009223FE" w:rsidRDefault="009223FE" w:rsidP="00A83759">
            <w:pPr>
              <w:jc w:val="both"/>
              <w:rPr>
                <w:rFonts w:eastAsia="Times New Roman" w:cs="Arial"/>
                <w:szCs w:val="20"/>
                <w:lang w:val="es-PY" w:eastAsia="es-PY"/>
              </w:rPr>
            </w:pPr>
          </w:p>
          <w:p w14:paraId="6C472A69" w14:textId="77777777" w:rsidR="009223FE" w:rsidRDefault="009223FE" w:rsidP="00A83759">
            <w:pPr>
              <w:jc w:val="both"/>
              <w:rPr>
                <w:rFonts w:eastAsia="Times New Roman" w:cs="Arial"/>
                <w:szCs w:val="20"/>
                <w:lang w:val="es-PY" w:eastAsia="es-PY"/>
              </w:rPr>
            </w:pPr>
          </w:p>
          <w:p w14:paraId="0132F549" w14:textId="77777777" w:rsidR="009223FE" w:rsidRDefault="009223FE" w:rsidP="00A83759">
            <w:pPr>
              <w:jc w:val="both"/>
              <w:rPr>
                <w:rFonts w:eastAsia="Times New Roman" w:cs="Arial"/>
                <w:szCs w:val="20"/>
                <w:lang w:val="es-PY" w:eastAsia="es-PY"/>
              </w:rPr>
            </w:pPr>
          </w:p>
          <w:p w14:paraId="1AF89DCE" w14:textId="77777777" w:rsidR="009223FE" w:rsidRDefault="009223FE" w:rsidP="00A83759">
            <w:pPr>
              <w:jc w:val="both"/>
              <w:rPr>
                <w:rFonts w:eastAsia="Times New Roman" w:cs="Arial"/>
                <w:szCs w:val="20"/>
                <w:lang w:val="es-PY" w:eastAsia="es-PY"/>
              </w:rPr>
            </w:pPr>
          </w:p>
          <w:p w14:paraId="4ECAA8B9" w14:textId="77777777" w:rsidR="009223FE" w:rsidRDefault="009223FE" w:rsidP="00A83759">
            <w:pPr>
              <w:jc w:val="both"/>
              <w:rPr>
                <w:rFonts w:eastAsia="Times New Roman" w:cs="Arial"/>
                <w:szCs w:val="20"/>
                <w:lang w:val="es-PY" w:eastAsia="es-PY"/>
              </w:rPr>
            </w:pPr>
          </w:p>
          <w:p w14:paraId="4FB7B216" w14:textId="77777777" w:rsidR="009223FE" w:rsidRDefault="009223FE" w:rsidP="00A83759">
            <w:pPr>
              <w:jc w:val="both"/>
              <w:rPr>
                <w:rFonts w:eastAsia="Times New Roman" w:cs="Arial"/>
                <w:szCs w:val="20"/>
                <w:lang w:val="es-PY" w:eastAsia="es-PY"/>
              </w:rPr>
            </w:pPr>
          </w:p>
          <w:p w14:paraId="5537D54D" w14:textId="77777777" w:rsidR="009223FE" w:rsidRDefault="009223FE" w:rsidP="00A83759">
            <w:pPr>
              <w:jc w:val="both"/>
              <w:rPr>
                <w:rFonts w:eastAsia="Times New Roman" w:cs="Arial"/>
                <w:szCs w:val="20"/>
                <w:lang w:val="es-PY" w:eastAsia="es-PY"/>
              </w:rPr>
            </w:pPr>
          </w:p>
          <w:p w14:paraId="59FEC69C" w14:textId="77777777" w:rsidR="009223FE" w:rsidRDefault="009223FE" w:rsidP="00A83759">
            <w:pPr>
              <w:jc w:val="both"/>
              <w:rPr>
                <w:rFonts w:eastAsia="Times New Roman" w:cs="Arial"/>
                <w:szCs w:val="20"/>
                <w:lang w:val="es-PY" w:eastAsia="es-PY"/>
              </w:rPr>
            </w:pPr>
          </w:p>
          <w:p w14:paraId="1E162E22" w14:textId="77777777" w:rsidR="009223FE" w:rsidRDefault="009223FE" w:rsidP="00A83759">
            <w:pPr>
              <w:jc w:val="both"/>
              <w:rPr>
                <w:rFonts w:eastAsia="Times New Roman" w:cs="Arial"/>
                <w:szCs w:val="20"/>
                <w:lang w:val="es-PY" w:eastAsia="es-PY"/>
              </w:rPr>
            </w:pPr>
          </w:p>
          <w:p w14:paraId="53F49190"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6881188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7F9F4443" w14:textId="77777777" w:rsidTr="00821777">
        <w:trPr>
          <w:trHeight w:val="303"/>
          <w:jc w:val="center"/>
        </w:trPr>
        <w:tc>
          <w:tcPr>
            <w:tcW w:w="9645"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5B72F53" w14:textId="77777777" w:rsidR="009223FE" w:rsidRPr="00F34DB9" w:rsidRDefault="009223FE" w:rsidP="008D53CA">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9223FE" w:rsidRPr="007A4CF2" w14:paraId="3750FE65" w14:textId="77777777" w:rsidTr="004453A7">
        <w:trPr>
          <w:trHeight w:val="6213"/>
          <w:jc w:val="center"/>
        </w:trPr>
        <w:tc>
          <w:tcPr>
            <w:tcW w:w="9645"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1C0AB8A0" w14:textId="77777777" w:rsidR="009223FE" w:rsidRDefault="009223FE" w:rsidP="00A83759">
            <w:pPr>
              <w:contextualSpacing/>
              <w:jc w:val="both"/>
              <w:rPr>
                <w:rFonts w:eastAsia="Times New Roman" w:cs="Arial"/>
                <w:color w:val="000000"/>
                <w:lang w:val="es-PY" w:eastAsia="es-PY"/>
              </w:rPr>
            </w:pPr>
          </w:p>
          <w:p w14:paraId="62599662" w14:textId="77777777" w:rsidR="009223FE" w:rsidRDefault="009223FE" w:rsidP="008D53CA">
            <w:pPr>
              <w:contextualSpacing/>
              <w:rPr>
                <w:rFonts w:eastAsia="Times New Roman" w:cs="Arial"/>
                <w:color w:val="000000"/>
                <w:lang w:val="es-PY" w:eastAsia="es-PY"/>
              </w:rPr>
            </w:pPr>
          </w:p>
          <w:p w14:paraId="21EB19A6" w14:textId="77777777" w:rsidR="009223FE" w:rsidRDefault="009223FE" w:rsidP="008D53CA">
            <w:pPr>
              <w:contextualSpacing/>
              <w:rPr>
                <w:rFonts w:eastAsia="Times New Roman" w:cs="Arial"/>
                <w:color w:val="000000"/>
                <w:lang w:val="es-PY" w:eastAsia="es-PY"/>
              </w:rPr>
            </w:pPr>
          </w:p>
          <w:p w14:paraId="5343CC4C" w14:textId="77777777" w:rsidR="009223FE" w:rsidRDefault="009223FE" w:rsidP="008D53CA">
            <w:pPr>
              <w:contextualSpacing/>
              <w:rPr>
                <w:rFonts w:eastAsia="Times New Roman" w:cs="Arial"/>
                <w:color w:val="000000"/>
                <w:lang w:val="es-PY" w:eastAsia="es-PY"/>
              </w:rPr>
            </w:pPr>
          </w:p>
          <w:p w14:paraId="6B015506" w14:textId="77777777" w:rsidR="009223FE" w:rsidRDefault="009223FE" w:rsidP="008D53CA">
            <w:pPr>
              <w:contextualSpacing/>
              <w:rPr>
                <w:rFonts w:eastAsia="Times New Roman" w:cs="Arial"/>
                <w:color w:val="000000"/>
                <w:lang w:val="es-PY" w:eastAsia="es-PY"/>
              </w:rPr>
            </w:pPr>
          </w:p>
          <w:p w14:paraId="2D27CA15" w14:textId="77777777" w:rsidR="009223FE" w:rsidRDefault="009223FE" w:rsidP="008D53CA">
            <w:pPr>
              <w:contextualSpacing/>
              <w:rPr>
                <w:rFonts w:eastAsia="Times New Roman" w:cs="Arial"/>
                <w:color w:val="000000"/>
                <w:lang w:val="es-PY" w:eastAsia="es-PY"/>
              </w:rPr>
            </w:pPr>
          </w:p>
          <w:p w14:paraId="6A8047B1" w14:textId="77777777" w:rsidR="009223FE" w:rsidRDefault="009223FE" w:rsidP="008D53CA">
            <w:pPr>
              <w:contextualSpacing/>
              <w:rPr>
                <w:rFonts w:eastAsia="Times New Roman" w:cs="Arial"/>
                <w:color w:val="000000"/>
                <w:lang w:val="es-PY" w:eastAsia="es-PY"/>
              </w:rPr>
            </w:pPr>
          </w:p>
          <w:p w14:paraId="564B36C1" w14:textId="77777777" w:rsidR="009223FE" w:rsidRDefault="009223FE" w:rsidP="008D53CA">
            <w:pPr>
              <w:contextualSpacing/>
              <w:rPr>
                <w:rFonts w:eastAsia="Times New Roman" w:cs="Arial"/>
                <w:color w:val="000000"/>
                <w:lang w:val="es-PY" w:eastAsia="es-PY"/>
              </w:rPr>
            </w:pPr>
          </w:p>
          <w:p w14:paraId="1E8061B5" w14:textId="77777777" w:rsidR="009223FE" w:rsidRDefault="009223FE" w:rsidP="008D53CA">
            <w:pPr>
              <w:contextualSpacing/>
              <w:rPr>
                <w:rFonts w:eastAsia="Times New Roman" w:cs="Arial"/>
                <w:color w:val="000000"/>
                <w:lang w:val="es-PY" w:eastAsia="es-PY"/>
              </w:rPr>
            </w:pPr>
          </w:p>
          <w:p w14:paraId="3E311D31" w14:textId="77777777" w:rsidR="009223FE" w:rsidRDefault="009223FE" w:rsidP="008D53CA">
            <w:pPr>
              <w:contextualSpacing/>
              <w:rPr>
                <w:rFonts w:eastAsia="Times New Roman" w:cs="Arial"/>
                <w:color w:val="000000"/>
                <w:lang w:val="es-PY" w:eastAsia="es-PY"/>
              </w:rPr>
            </w:pPr>
          </w:p>
          <w:p w14:paraId="7D39C2BB" w14:textId="77777777" w:rsidR="009223FE" w:rsidRDefault="009223FE" w:rsidP="008D53CA">
            <w:pPr>
              <w:contextualSpacing/>
              <w:rPr>
                <w:rFonts w:eastAsia="Times New Roman" w:cs="Arial"/>
                <w:color w:val="000000"/>
                <w:lang w:val="es-PY" w:eastAsia="es-PY"/>
              </w:rPr>
            </w:pPr>
          </w:p>
          <w:p w14:paraId="2BF06949" w14:textId="77777777" w:rsidR="009223FE" w:rsidRDefault="009223FE" w:rsidP="008D53CA">
            <w:pPr>
              <w:contextualSpacing/>
              <w:rPr>
                <w:rFonts w:eastAsia="Times New Roman" w:cs="Arial"/>
                <w:color w:val="000000"/>
                <w:lang w:val="es-PY" w:eastAsia="es-PY"/>
              </w:rPr>
            </w:pPr>
          </w:p>
          <w:p w14:paraId="4103D7FB" w14:textId="77777777" w:rsidR="009223FE" w:rsidRDefault="009223FE" w:rsidP="008D53CA">
            <w:pPr>
              <w:contextualSpacing/>
              <w:rPr>
                <w:rFonts w:eastAsia="Times New Roman" w:cs="Arial"/>
                <w:color w:val="000000"/>
                <w:lang w:val="es-PY" w:eastAsia="es-PY"/>
              </w:rPr>
            </w:pPr>
          </w:p>
          <w:p w14:paraId="4B819671" w14:textId="77777777" w:rsidR="009223FE" w:rsidRDefault="009223FE" w:rsidP="008D53CA">
            <w:pPr>
              <w:contextualSpacing/>
              <w:rPr>
                <w:rFonts w:eastAsia="Times New Roman" w:cs="Arial"/>
                <w:color w:val="000000"/>
                <w:lang w:val="es-PY" w:eastAsia="es-PY"/>
              </w:rPr>
            </w:pPr>
          </w:p>
          <w:p w14:paraId="45755A39" w14:textId="77777777" w:rsidR="009223FE" w:rsidRDefault="009223FE" w:rsidP="008D53CA">
            <w:pPr>
              <w:contextualSpacing/>
              <w:rPr>
                <w:rFonts w:eastAsia="Times New Roman" w:cs="Arial"/>
                <w:color w:val="000000"/>
                <w:lang w:val="es-PY" w:eastAsia="es-PY"/>
              </w:rPr>
            </w:pPr>
          </w:p>
          <w:p w14:paraId="42130922" w14:textId="77777777" w:rsidR="009223FE" w:rsidRDefault="009223FE" w:rsidP="008D53CA">
            <w:pPr>
              <w:contextualSpacing/>
              <w:rPr>
                <w:rFonts w:eastAsia="Times New Roman" w:cs="Arial"/>
                <w:color w:val="000000"/>
                <w:lang w:val="es-PY" w:eastAsia="es-PY"/>
              </w:rPr>
            </w:pPr>
          </w:p>
          <w:p w14:paraId="6F5241AE" w14:textId="77777777" w:rsidR="009223FE" w:rsidRDefault="009223FE" w:rsidP="008D53CA">
            <w:pPr>
              <w:contextualSpacing/>
              <w:rPr>
                <w:rFonts w:eastAsia="Times New Roman" w:cs="Arial"/>
                <w:color w:val="000000"/>
                <w:lang w:val="es-PY" w:eastAsia="es-PY"/>
              </w:rPr>
            </w:pPr>
          </w:p>
          <w:p w14:paraId="41AE925E" w14:textId="77777777" w:rsidR="009223FE" w:rsidRDefault="009223FE" w:rsidP="008D53CA">
            <w:pPr>
              <w:contextualSpacing/>
              <w:rPr>
                <w:rFonts w:eastAsia="Times New Roman" w:cs="Arial"/>
                <w:color w:val="000000"/>
                <w:lang w:val="es-PY" w:eastAsia="es-PY"/>
              </w:rPr>
            </w:pPr>
          </w:p>
          <w:p w14:paraId="6131F830" w14:textId="77777777" w:rsidR="009223FE" w:rsidRDefault="009223FE" w:rsidP="008D53CA">
            <w:pPr>
              <w:contextualSpacing/>
              <w:rPr>
                <w:rFonts w:eastAsia="Times New Roman" w:cs="Arial"/>
                <w:color w:val="000000"/>
                <w:lang w:val="es-PY" w:eastAsia="es-PY"/>
              </w:rPr>
            </w:pPr>
          </w:p>
          <w:p w14:paraId="550B33AF" w14:textId="77777777" w:rsidR="009223FE" w:rsidRDefault="009223FE" w:rsidP="008D53CA">
            <w:pPr>
              <w:contextualSpacing/>
              <w:rPr>
                <w:rFonts w:eastAsia="Times New Roman" w:cs="Arial"/>
                <w:color w:val="000000"/>
                <w:lang w:val="es-PY" w:eastAsia="es-PY"/>
              </w:rPr>
            </w:pPr>
          </w:p>
          <w:p w14:paraId="29CAB025" w14:textId="77777777" w:rsidR="009223FE" w:rsidRDefault="009223FE" w:rsidP="008D53CA">
            <w:pPr>
              <w:contextualSpacing/>
              <w:rPr>
                <w:rFonts w:eastAsia="Times New Roman" w:cs="Arial"/>
                <w:color w:val="000000"/>
                <w:lang w:val="es-PY" w:eastAsia="es-PY"/>
              </w:rPr>
            </w:pPr>
          </w:p>
          <w:p w14:paraId="5FD440AC" w14:textId="77777777" w:rsidR="009223FE" w:rsidRDefault="009223FE" w:rsidP="008D53CA">
            <w:pPr>
              <w:contextualSpacing/>
              <w:rPr>
                <w:rFonts w:eastAsia="Times New Roman" w:cs="Arial"/>
                <w:color w:val="000000"/>
                <w:lang w:val="es-PY" w:eastAsia="es-PY"/>
              </w:rPr>
            </w:pPr>
          </w:p>
          <w:p w14:paraId="6CC20064" w14:textId="77777777" w:rsidR="009223FE" w:rsidRDefault="009223FE" w:rsidP="008D53CA">
            <w:pPr>
              <w:contextualSpacing/>
              <w:rPr>
                <w:rFonts w:eastAsia="Times New Roman" w:cs="Arial"/>
                <w:color w:val="000000"/>
                <w:lang w:val="es-PY" w:eastAsia="es-PY"/>
              </w:rPr>
            </w:pPr>
          </w:p>
          <w:p w14:paraId="6995EA78" w14:textId="77777777" w:rsidR="009223FE" w:rsidRPr="00DC5782" w:rsidRDefault="009223FE" w:rsidP="008D53CA">
            <w:pPr>
              <w:contextualSpacing/>
              <w:rPr>
                <w:rFonts w:eastAsia="Times New Roman" w:cs="Arial"/>
                <w:color w:val="000000"/>
                <w:lang w:val="es-PY" w:eastAsia="es-PY"/>
              </w:rPr>
            </w:pPr>
          </w:p>
        </w:tc>
      </w:tr>
    </w:tbl>
    <w:p w14:paraId="73F1D06F" w14:textId="77777777" w:rsidR="004453A7" w:rsidRDefault="004453A7">
      <w:pPr>
        <w:rPr>
          <w:lang w:val="es-PY"/>
        </w:rPr>
      </w:pPr>
    </w:p>
    <w:tbl>
      <w:tblPr>
        <w:tblW w:w="0" w:type="auto"/>
        <w:jc w:val="center"/>
        <w:tblLayout w:type="fixed"/>
        <w:tblLook w:val="04A0" w:firstRow="1" w:lastRow="0" w:firstColumn="1" w:lastColumn="0" w:noHBand="0" w:noVBand="1"/>
      </w:tblPr>
      <w:tblGrid>
        <w:gridCol w:w="2262"/>
        <w:gridCol w:w="5330"/>
        <w:gridCol w:w="684"/>
        <w:gridCol w:w="684"/>
        <w:gridCol w:w="697"/>
      </w:tblGrid>
      <w:tr w:rsidR="004453A7" w:rsidRPr="00064F69" w14:paraId="46194D9D" w14:textId="77777777" w:rsidTr="004453A7">
        <w:trPr>
          <w:cantSplit/>
          <w:trHeight w:hRule="exact" w:val="691"/>
          <w:tblHeader/>
          <w:jc w:val="center"/>
        </w:trPr>
        <w:tc>
          <w:tcPr>
            <w:tcW w:w="9657"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3076514A" w14:textId="3490E247" w:rsidR="004453A7" w:rsidRPr="004453A7" w:rsidRDefault="004453A7" w:rsidP="004453A7">
            <w:pPr>
              <w:rPr>
                <w:b/>
                <w:color w:val="FFFFFF" w:themeColor="background1"/>
                <w:szCs w:val="20"/>
                <w:lang w:val="es-PY"/>
              </w:rPr>
            </w:pPr>
            <w:r w:rsidRPr="004453A7">
              <w:rPr>
                <w:b/>
                <w:color w:val="FFFFFF" w:themeColor="background1"/>
                <w:szCs w:val="20"/>
                <w:lang w:val="es-PY"/>
              </w:rPr>
              <w:lastRenderedPageBreak/>
              <w:t>DIMENSIÓN 5: ENTORNO TECNOLÓGICO Y S</w:t>
            </w:r>
            <w:r>
              <w:rPr>
                <w:b/>
                <w:color w:val="FFFFFF" w:themeColor="background1"/>
                <w:szCs w:val="20"/>
                <w:lang w:val="es-PY"/>
              </w:rPr>
              <w:t>OPORTE VIRTUAL</w:t>
            </w:r>
          </w:p>
        </w:tc>
      </w:tr>
      <w:tr w:rsidR="004453A7" w14:paraId="7C1FD360" w14:textId="77777777" w:rsidTr="005E4CA4">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399780C" w14:textId="6039D497" w:rsidR="004453A7" w:rsidRPr="00643CF3" w:rsidRDefault="004453A7" w:rsidP="005E4CA4">
            <w:pPr>
              <w:jc w:val="center"/>
              <w:rPr>
                <w:szCs w:val="20"/>
              </w:rPr>
            </w:pPr>
            <w:r>
              <w:rPr>
                <w:b/>
                <w:color w:val="000000"/>
                <w:szCs w:val="20"/>
              </w:rPr>
              <w:t>Criterio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9F0FF8" w14:textId="77777777" w:rsidR="004453A7" w:rsidRPr="00643CF3" w:rsidRDefault="004453A7" w:rsidP="005E4CA4">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E346BFE" w14:textId="77777777" w:rsidR="004453A7" w:rsidRPr="00643CF3" w:rsidRDefault="004453A7" w:rsidP="005E4CA4">
            <w:pPr>
              <w:jc w:val="center"/>
              <w:rPr>
                <w:szCs w:val="20"/>
              </w:rPr>
            </w:pPr>
            <w:r w:rsidRPr="00643CF3">
              <w:rPr>
                <w:b/>
                <w:color w:val="000000"/>
                <w:szCs w:val="20"/>
              </w:rPr>
              <w:t>Nivel de cumplimiento</w:t>
            </w:r>
          </w:p>
        </w:tc>
      </w:tr>
      <w:tr w:rsidR="004453A7" w14:paraId="1E73F88E" w14:textId="77777777" w:rsidTr="004453A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FCFD7D" w14:textId="77777777" w:rsidR="004453A7" w:rsidRPr="00643CF3" w:rsidRDefault="004453A7" w:rsidP="005E4CA4">
            <w:pPr>
              <w:rPr>
                <w:szCs w:val="20"/>
              </w:rPr>
            </w:pPr>
          </w:p>
        </w:tc>
        <w:tc>
          <w:tcPr>
            <w:tcW w:w="5330" w:type="dxa"/>
            <w:vMerge/>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639588BD" w14:textId="77777777" w:rsidR="004453A7" w:rsidRPr="00643CF3" w:rsidRDefault="004453A7" w:rsidP="005E4CA4">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AAB9CE3" w14:textId="77777777" w:rsidR="004453A7" w:rsidRPr="00643CF3" w:rsidRDefault="004453A7" w:rsidP="005E4CA4">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4AEB5B0" w14:textId="77777777" w:rsidR="004453A7" w:rsidRPr="00643CF3" w:rsidRDefault="004453A7" w:rsidP="005E4CA4">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D7CF947" w14:textId="77777777" w:rsidR="004453A7" w:rsidRPr="00643CF3" w:rsidRDefault="004453A7" w:rsidP="005E4CA4">
            <w:pPr>
              <w:jc w:val="center"/>
              <w:rPr>
                <w:szCs w:val="20"/>
              </w:rPr>
            </w:pPr>
            <w:r w:rsidRPr="00643CF3">
              <w:rPr>
                <w:b/>
                <w:color w:val="000000"/>
                <w:szCs w:val="20"/>
              </w:rPr>
              <w:t>NC</w:t>
            </w:r>
          </w:p>
        </w:tc>
      </w:tr>
      <w:tr w:rsidR="004453A7" w:rsidRPr="00064F69" w14:paraId="0E296FA0" w14:textId="77777777" w:rsidTr="004453A7">
        <w:trPr>
          <w:cantSplit/>
          <w:trHeight w:val="537"/>
          <w:jc w:val="center"/>
        </w:trPr>
        <w:tc>
          <w:tcPr>
            <w:tcW w:w="2262" w:type="dxa"/>
            <w:vMerge w:val="restart"/>
            <w:tcBorders>
              <w:top w:val="single" w:sz="6" w:space="0" w:color="000000"/>
              <w:left w:val="single" w:sz="6" w:space="0" w:color="000000"/>
              <w:right w:val="single" w:sz="4" w:space="0" w:color="auto"/>
            </w:tcBorders>
            <w:shd w:val="clear" w:color="auto" w:fill="FFFFCC"/>
            <w:tcMar>
              <w:top w:w="55" w:type="dxa"/>
              <w:left w:w="70" w:type="dxa"/>
              <w:bottom w:w="55" w:type="dxa"/>
              <w:right w:w="70" w:type="dxa"/>
            </w:tcMar>
            <w:vAlign w:val="center"/>
          </w:tcPr>
          <w:p w14:paraId="793D71BA" w14:textId="77777777" w:rsidR="004453A7" w:rsidRPr="004453A7" w:rsidRDefault="004453A7" w:rsidP="004453A7">
            <w:pPr>
              <w:jc w:val="center"/>
              <w:rPr>
                <w:b/>
                <w:bCs/>
                <w:color w:val="000000"/>
                <w:lang w:val="es-PY"/>
              </w:rPr>
            </w:pPr>
            <w:r w:rsidRPr="004453A7">
              <w:rPr>
                <w:b/>
                <w:bCs/>
                <w:color w:val="000000"/>
                <w:lang w:val="es-PY"/>
              </w:rPr>
              <w:t>Pertinencia del entorno virtual de aprendizaje para el desarrollo académico del programa</w:t>
            </w:r>
          </w:p>
          <w:p w14:paraId="1198556F" w14:textId="4540DF10" w:rsidR="004453A7" w:rsidRPr="0017605E" w:rsidRDefault="004453A7" w:rsidP="004453A7">
            <w:pPr>
              <w:jc w:val="center"/>
              <w:rPr>
                <w:b/>
                <w:szCs w:val="20"/>
                <w:lang w:val="es-PY"/>
              </w:rPr>
            </w:pPr>
            <w:r>
              <w:rPr>
                <w:b/>
                <w:bCs/>
                <w:color w:val="FF0000"/>
              </w:rPr>
              <w:t>(Sustantivo)</w:t>
            </w: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1C1248C9" w14:textId="0BB04533" w:rsidR="004453A7" w:rsidRPr="00643CF3" w:rsidRDefault="004453A7" w:rsidP="004453A7">
            <w:pPr>
              <w:jc w:val="both"/>
              <w:rPr>
                <w:szCs w:val="20"/>
                <w:lang w:val="es-PY"/>
              </w:rPr>
            </w:pPr>
            <w:r>
              <w:rPr>
                <w:lang w:val="es-PY"/>
              </w:rPr>
              <w:t xml:space="preserve">a. </w:t>
            </w:r>
            <w:r w:rsidRPr="004453A7">
              <w:rPr>
                <w:lang w:val="es-PY"/>
              </w:rPr>
              <w:t>La plataforma virtual es accesible, segura, estable y funcional para participantes y docentes, de acuerdo con las características, los requerimientos y la modalidad del programa doctoral.</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047F091C" w14:textId="77777777" w:rsidR="004453A7" w:rsidRPr="003B5381" w:rsidRDefault="004453A7" w:rsidP="004453A7">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8D3298" w14:textId="77777777" w:rsidR="004453A7" w:rsidRPr="003B5381" w:rsidRDefault="004453A7" w:rsidP="004453A7">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DAA644" w14:textId="77777777" w:rsidR="004453A7" w:rsidRPr="003B5381" w:rsidRDefault="004453A7" w:rsidP="004453A7">
            <w:pPr>
              <w:jc w:val="center"/>
              <w:rPr>
                <w:szCs w:val="20"/>
                <w:lang w:val="es-PY"/>
              </w:rPr>
            </w:pPr>
          </w:p>
        </w:tc>
      </w:tr>
      <w:tr w:rsidR="004453A7" w:rsidRPr="00064F69" w14:paraId="35A87A31" w14:textId="77777777" w:rsidTr="004453A7">
        <w:trPr>
          <w:cantSplit/>
          <w:trHeight w:val="605"/>
          <w:jc w:val="center"/>
        </w:trPr>
        <w:tc>
          <w:tcPr>
            <w:tcW w:w="2262" w:type="dxa"/>
            <w:vMerge/>
            <w:tcBorders>
              <w:left w:val="single" w:sz="6" w:space="0" w:color="000000"/>
              <w:right w:val="single" w:sz="4" w:space="0" w:color="auto"/>
            </w:tcBorders>
            <w:shd w:val="clear" w:color="auto" w:fill="FFFFCC"/>
            <w:tcMar>
              <w:top w:w="55" w:type="dxa"/>
              <w:left w:w="70" w:type="dxa"/>
              <w:bottom w:w="55" w:type="dxa"/>
              <w:right w:w="70" w:type="dxa"/>
            </w:tcMar>
            <w:vAlign w:val="center"/>
          </w:tcPr>
          <w:p w14:paraId="66ABF669" w14:textId="77777777" w:rsidR="004453A7" w:rsidRPr="003B5381" w:rsidRDefault="004453A7" w:rsidP="004453A7">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6E18F734" w14:textId="4FEC60E1" w:rsidR="004453A7" w:rsidRPr="00643CF3" w:rsidRDefault="004453A7" w:rsidP="004453A7">
            <w:pPr>
              <w:jc w:val="both"/>
              <w:rPr>
                <w:szCs w:val="20"/>
                <w:lang w:val="es-PY"/>
              </w:rPr>
            </w:pPr>
            <w:r>
              <w:rPr>
                <w:color w:val="000000" w:themeColor="text1"/>
                <w:lang w:val="es-PY"/>
              </w:rPr>
              <w:t xml:space="preserve">b. </w:t>
            </w:r>
            <w:r w:rsidRPr="004453A7">
              <w:rPr>
                <w:color w:val="000000" w:themeColor="text1"/>
                <w:lang w:val="es-PY"/>
              </w:rPr>
              <w:t>El entorno virtual dispone de recursos y herramientas pedagógicas pertinentes que favorecen la interacción, el aprendizaje autónomo y colaborativo, y el desarrollo de capacidades investigativas propias del nivel doctoral.</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4ED076A8" w14:textId="77777777" w:rsidR="004453A7" w:rsidRPr="003B5381" w:rsidRDefault="004453A7" w:rsidP="004453A7">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64F31C" w14:textId="77777777" w:rsidR="004453A7" w:rsidRPr="003B5381" w:rsidRDefault="004453A7" w:rsidP="004453A7">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CF381C" w14:textId="77777777" w:rsidR="004453A7" w:rsidRPr="003B5381" w:rsidRDefault="004453A7" w:rsidP="004453A7">
            <w:pPr>
              <w:jc w:val="center"/>
              <w:rPr>
                <w:szCs w:val="20"/>
                <w:lang w:val="es-PY"/>
              </w:rPr>
            </w:pPr>
          </w:p>
        </w:tc>
      </w:tr>
      <w:tr w:rsidR="004453A7" w:rsidRPr="00064F69" w14:paraId="1AC1170F" w14:textId="77777777" w:rsidTr="004453A7">
        <w:trPr>
          <w:cantSplit/>
          <w:trHeight w:val="720"/>
          <w:jc w:val="center"/>
        </w:trPr>
        <w:tc>
          <w:tcPr>
            <w:tcW w:w="2262" w:type="dxa"/>
            <w:vMerge/>
            <w:tcBorders>
              <w:left w:val="single" w:sz="6" w:space="0" w:color="000000"/>
              <w:right w:val="single" w:sz="4" w:space="0" w:color="auto"/>
            </w:tcBorders>
            <w:shd w:val="clear" w:color="auto" w:fill="FFFFCC"/>
            <w:tcMar>
              <w:top w:w="55" w:type="dxa"/>
              <w:left w:w="70" w:type="dxa"/>
              <w:bottom w:w="55" w:type="dxa"/>
              <w:right w:w="70" w:type="dxa"/>
            </w:tcMar>
            <w:vAlign w:val="center"/>
          </w:tcPr>
          <w:p w14:paraId="1B64728F" w14:textId="77777777" w:rsidR="004453A7" w:rsidRPr="003B5381" w:rsidRDefault="004453A7" w:rsidP="004453A7">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778B99BC" w14:textId="2F8B1B22" w:rsidR="004453A7" w:rsidRPr="00643CF3" w:rsidRDefault="004453A7" w:rsidP="004453A7">
            <w:pPr>
              <w:jc w:val="both"/>
              <w:rPr>
                <w:szCs w:val="20"/>
                <w:lang w:val="es-PY"/>
              </w:rPr>
            </w:pPr>
            <w:r>
              <w:rPr>
                <w:color w:val="000000" w:themeColor="text1"/>
                <w:lang w:val="es-PY"/>
              </w:rPr>
              <w:t xml:space="preserve">c. </w:t>
            </w:r>
            <w:r w:rsidRPr="004453A7">
              <w:rPr>
                <w:color w:val="000000" w:themeColor="text1"/>
                <w:lang w:val="es-PY"/>
              </w:rPr>
              <w:t>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4195AD92" w14:textId="77777777" w:rsidR="004453A7" w:rsidRPr="003B5381" w:rsidRDefault="004453A7" w:rsidP="004453A7">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307FA6" w14:textId="77777777" w:rsidR="004453A7" w:rsidRPr="003B5381" w:rsidRDefault="004453A7" w:rsidP="004453A7">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9DD354" w14:textId="77777777" w:rsidR="004453A7" w:rsidRPr="003B5381" w:rsidRDefault="004453A7" w:rsidP="004453A7">
            <w:pPr>
              <w:jc w:val="center"/>
              <w:rPr>
                <w:szCs w:val="20"/>
                <w:lang w:val="es-PY"/>
              </w:rPr>
            </w:pPr>
          </w:p>
        </w:tc>
      </w:tr>
      <w:tr w:rsidR="004453A7" w:rsidRPr="00064F69" w14:paraId="68E88FB7" w14:textId="77777777" w:rsidTr="004453A7">
        <w:trPr>
          <w:cantSplit/>
          <w:trHeight w:val="499"/>
          <w:jc w:val="center"/>
        </w:trPr>
        <w:tc>
          <w:tcPr>
            <w:tcW w:w="2262" w:type="dxa"/>
            <w:vMerge/>
            <w:tcBorders>
              <w:left w:val="single" w:sz="6" w:space="0" w:color="000000"/>
              <w:right w:val="single" w:sz="4" w:space="0" w:color="auto"/>
            </w:tcBorders>
            <w:shd w:val="clear" w:color="auto" w:fill="FFFFCC"/>
            <w:tcMar>
              <w:top w:w="55" w:type="dxa"/>
              <w:left w:w="70" w:type="dxa"/>
              <w:bottom w:w="55" w:type="dxa"/>
              <w:right w:w="70" w:type="dxa"/>
            </w:tcMar>
            <w:vAlign w:val="center"/>
          </w:tcPr>
          <w:p w14:paraId="7C9E503F" w14:textId="77777777" w:rsidR="004453A7" w:rsidRPr="003B5381" w:rsidRDefault="004453A7" w:rsidP="004453A7">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60796AC2" w14:textId="52F94D85" w:rsidR="004453A7" w:rsidRPr="00643CF3" w:rsidRDefault="004453A7" w:rsidP="004453A7">
            <w:pPr>
              <w:jc w:val="both"/>
              <w:rPr>
                <w:szCs w:val="20"/>
                <w:lang w:val="es-PY"/>
              </w:rPr>
            </w:pPr>
            <w:r w:rsidRPr="004453A7">
              <w:rPr>
                <w:color w:val="000000" w:themeColor="text1"/>
                <w:lang w:val="es-PY"/>
              </w:rPr>
              <w:t xml:space="preserve"> </w:t>
            </w:r>
            <w:r>
              <w:rPr>
                <w:color w:val="000000" w:themeColor="text1"/>
                <w:lang w:val="es-PY"/>
              </w:rPr>
              <w:t xml:space="preserve">d. </w:t>
            </w:r>
            <w:r w:rsidRPr="004453A7">
              <w:rPr>
                <w:color w:val="000000" w:themeColor="text1"/>
                <w:lang w:val="es-PY"/>
              </w:rPr>
              <w:t>Se dispone de un sistema institucionalizado de soporte técnico que atiende y documenta oportunamente las consultas, los reclamos y los incidentes de participantes y docentes.</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2D0187A5" w14:textId="77777777" w:rsidR="004453A7" w:rsidRPr="003B5381" w:rsidRDefault="004453A7" w:rsidP="004453A7">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D7F63" w14:textId="77777777" w:rsidR="004453A7" w:rsidRPr="003B5381" w:rsidRDefault="004453A7" w:rsidP="004453A7">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CCC684" w14:textId="77777777" w:rsidR="004453A7" w:rsidRPr="003B5381" w:rsidRDefault="004453A7" w:rsidP="004453A7">
            <w:pPr>
              <w:jc w:val="center"/>
              <w:rPr>
                <w:szCs w:val="20"/>
                <w:lang w:val="es-PY"/>
              </w:rPr>
            </w:pPr>
          </w:p>
        </w:tc>
      </w:tr>
      <w:tr w:rsidR="004453A7" w:rsidRPr="00064F69" w14:paraId="5CC042EA" w14:textId="77777777" w:rsidTr="004453A7">
        <w:trPr>
          <w:cantSplit/>
          <w:trHeight w:val="605"/>
          <w:jc w:val="center"/>
        </w:trPr>
        <w:tc>
          <w:tcPr>
            <w:tcW w:w="2262" w:type="dxa"/>
            <w:vMerge/>
            <w:tcBorders>
              <w:left w:val="single" w:sz="6" w:space="0" w:color="000000"/>
              <w:right w:val="single" w:sz="4" w:space="0" w:color="auto"/>
            </w:tcBorders>
            <w:shd w:val="clear" w:color="auto" w:fill="FFFFCC"/>
            <w:tcMar>
              <w:top w:w="55" w:type="dxa"/>
              <w:left w:w="70" w:type="dxa"/>
              <w:bottom w:w="55" w:type="dxa"/>
              <w:right w:w="70" w:type="dxa"/>
            </w:tcMar>
            <w:vAlign w:val="center"/>
          </w:tcPr>
          <w:p w14:paraId="3CDE508C" w14:textId="77777777" w:rsidR="004453A7" w:rsidRPr="003B5381" w:rsidRDefault="004453A7" w:rsidP="004453A7">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37C4E85F" w14:textId="1947352B" w:rsidR="004453A7" w:rsidRPr="00643CF3" w:rsidRDefault="004453A7" w:rsidP="004453A7">
            <w:pPr>
              <w:jc w:val="both"/>
              <w:rPr>
                <w:szCs w:val="20"/>
                <w:lang w:val="es-PY"/>
              </w:rPr>
            </w:pPr>
            <w:r>
              <w:rPr>
                <w:lang w:val="es-PY"/>
              </w:rPr>
              <w:t xml:space="preserve">e. </w:t>
            </w:r>
            <w:r w:rsidRPr="004453A7">
              <w:rPr>
                <w:lang w:val="es-PY"/>
              </w:rPr>
              <w:t>Se ofrecen capacitaciones, guías, tutoriales y recursos de autoasistencia para orientar a los usuarios en el manejo de la plataforma y de las herramientas requeridas para las actividades académicas y de investigación.</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1813525D" w14:textId="77777777" w:rsidR="004453A7" w:rsidRPr="003B5381" w:rsidRDefault="004453A7" w:rsidP="004453A7">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4B890F" w14:textId="77777777" w:rsidR="004453A7" w:rsidRPr="003B5381" w:rsidRDefault="004453A7" w:rsidP="004453A7">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D5E508" w14:textId="77777777" w:rsidR="004453A7" w:rsidRPr="003B5381" w:rsidRDefault="004453A7" w:rsidP="004453A7">
            <w:pPr>
              <w:jc w:val="center"/>
              <w:rPr>
                <w:szCs w:val="20"/>
                <w:lang w:val="es-PY"/>
              </w:rPr>
            </w:pPr>
          </w:p>
        </w:tc>
      </w:tr>
      <w:tr w:rsidR="004453A7" w:rsidRPr="00064F69" w14:paraId="0D04F3CC" w14:textId="77777777" w:rsidTr="004453A7">
        <w:trPr>
          <w:cantSplit/>
          <w:trHeight w:val="605"/>
          <w:jc w:val="center"/>
        </w:trPr>
        <w:tc>
          <w:tcPr>
            <w:tcW w:w="2262" w:type="dxa"/>
            <w:vMerge/>
            <w:tcBorders>
              <w:left w:val="single" w:sz="6" w:space="0" w:color="000000"/>
              <w:bottom w:val="single" w:sz="6" w:space="0" w:color="000000"/>
              <w:right w:val="single" w:sz="4" w:space="0" w:color="auto"/>
            </w:tcBorders>
            <w:shd w:val="clear" w:color="auto" w:fill="FFFFCC"/>
            <w:tcMar>
              <w:top w:w="55" w:type="dxa"/>
              <w:left w:w="70" w:type="dxa"/>
              <w:bottom w:w="55" w:type="dxa"/>
              <w:right w:w="70" w:type="dxa"/>
            </w:tcMar>
            <w:vAlign w:val="center"/>
          </w:tcPr>
          <w:p w14:paraId="6A89B55A" w14:textId="77777777" w:rsidR="004453A7" w:rsidRPr="003B5381" w:rsidRDefault="004453A7" w:rsidP="004453A7">
            <w:pPr>
              <w:rPr>
                <w:szCs w:val="20"/>
                <w:lang w:val="es-PY"/>
              </w:rPr>
            </w:pPr>
          </w:p>
        </w:tc>
        <w:tc>
          <w:tcPr>
            <w:tcW w:w="5330" w:type="dxa"/>
            <w:tcBorders>
              <w:top w:val="single" w:sz="4" w:space="0" w:color="auto"/>
              <w:left w:val="single" w:sz="4" w:space="0" w:color="auto"/>
              <w:bottom w:val="single" w:sz="4" w:space="0" w:color="auto"/>
              <w:right w:val="single" w:sz="4" w:space="0" w:color="auto"/>
            </w:tcBorders>
            <w:shd w:val="clear" w:color="auto" w:fill="FFFFCC"/>
            <w:tcMar>
              <w:top w:w="55" w:type="dxa"/>
              <w:left w:w="70" w:type="dxa"/>
              <w:bottom w:w="55" w:type="dxa"/>
              <w:right w:w="70" w:type="dxa"/>
            </w:tcMar>
          </w:tcPr>
          <w:p w14:paraId="3FFF3E93" w14:textId="5C9CC9B3" w:rsidR="004453A7" w:rsidRPr="00643CF3" w:rsidRDefault="004453A7" w:rsidP="004453A7">
            <w:pPr>
              <w:jc w:val="both"/>
              <w:rPr>
                <w:color w:val="000000"/>
                <w:szCs w:val="20"/>
                <w:lang w:val="es-PY"/>
              </w:rPr>
            </w:pPr>
            <w:r>
              <w:rPr>
                <w:lang w:val="es-PY"/>
              </w:rPr>
              <w:t xml:space="preserve">f. </w:t>
            </w:r>
            <w:r w:rsidRPr="004453A7">
              <w:rPr>
                <w:lang w:val="es-PY"/>
              </w:rPr>
              <w:t>Se evalúa periódicamente la satisfacción de participantes y docentes con el entorno virtual, el soporte técnico y la orientación recibida, y los resultados se utilizan para introducir mejoras en el programa.</w:t>
            </w:r>
          </w:p>
        </w:tc>
        <w:tc>
          <w:tcPr>
            <w:tcW w:w="684" w:type="dxa"/>
            <w:tcBorders>
              <w:top w:val="single" w:sz="6" w:space="0" w:color="000000"/>
              <w:left w:val="single" w:sz="4" w:space="0" w:color="auto"/>
              <w:bottom w:val="single" w:sz="6" w:space="0" w:color="000000"/>
              <w:right w:val="single" w:sz="6" w:space="0" w:color="000000"/>
            </w:tcBorders>
            <w:shd w:val="clear" w:color="auto" w:fill="FFFFCC"/>
            <w:tcMar>
              <w:top w:w="55" w:type="dxa"/>
              <w:left w:w="70" w:type="dxa"/>
              <w:bottom w:w="55" w:type="dxa"/>
              <w:right w:w="70" w:type="dxa"/>
            </w:tcMar>
            <w:vAlign w:val="center"/>
          </w:tcPr>
          <w:p w14:paraId="3E105110" w14:textId="77777777" w:rsidR="004453A7" w:rsidRPr="003B5381" w:rsidRDefault="004453A7" w:rsidP="004453A7">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02AD7B" w14:textId="77777777" w:rsidR="004453A7" w:rsidRPr="003B5381" w:rsidRDefault="004453A7" w:rsidP="004453A7">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C5F2EA" w14:textId="77777777" w:rsidR="004453A7" w:rsidRPr="003B5381" w:rsidRDefault="004453A7" w:rsidP="004453A7">
            <w:pPr>
              <w:jc w:val="center"/>
              <w:rPr>
                <w:szCs w:val="20"/>
                <w:lang w:val="es-PY"/>
              </w:rPr>
            </w:pPr>
          </w:p>
        </w:tc>
      </w:tr>
      <w:tr w:rsidR="004453A7" w:rsidRPr="00064F69" w14:paraId="122A4653" w14:textId="77777777" w:rsidTr="005E4CA4">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D3F122" w14:textId="77777777" w:rsidR="004453A7" w:rsidRPr="00643CF3" w:rsidRDefault="004453A7" w:rsidP="004453A7">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BD6954C" w14:textId="77777777" w:rsidR="004453A7" w:rsidRPr="00643CF3" w:rsidRDefault="004453A7" w:rsidP="004453A7">
            <w:pPr>
              <w:jc w:val="center"/>
              <w:rPr>
                <w:szCs w:val="20"/>
                <w:lang w:val="es-PY"/>
              </w:rPr>
            </w:pPr>
          </w:p>
        </w:tc>
      </w:tr>
      <w:tr w:rsidR="004453A7" w:rsidRPr="00CB5C2A" w14:paraId="61970AA1" w14:textId="77777777" w:rsidTr="005E4CA4">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AD89D17" w14:textId="77777777" w:rsidR="004453A7" w:rsidRPr="00CB5C2A" w:rsidRDefault="004453A7" w:rsidP="004453A7">
            <w:pPr>
              <w:jc w:val="center"/>
              <w:rPr>
                <w:szCs w:val="20"/>
                <w:lang w:val="es-PY"/>
              </w:rPr>
            </w:pPr>
            <w:r w:rsidRPr="00CB5C2A">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F6B5F" w14:textId="77777777" w:rsidR="004453A7" w:rsidRPr="00CB5C2A" w:rsidRDefault="004453A7" w:rsidP="004453A7">
            <w:pPr>
              <w:jc w:val="center"/>
              <w:rPr>
                <w:szCs w:val="20"/>
              </w:rPr>
            </w:pPr>
            <w:r w:rsidRPr="00CB5C2A">
              <w:rPr>
                <w:b/>
                <w:color w:val="000000"/>
                <w:szCs w:val="20"/>
              </w:rPr>
              <w:t>Medios de verificación</w:t>
            </w:r>
          </w:p>
        </w:tc>
      </w:tr>
      <w:tr w:rsidR="00CB5C2A" w:rsidRPr="00CB5C2A" w14:paraId="2ABA42A7" w14:textId="77777777" w:rsidTr="00CB5C2A">
        <w:trPr>
          <w:cantSplit/>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2079AAA" w14:textId="77777777" w:rsidR="00CB5C2A" w:rsidRDefault="00CB5C2A" w:rsidP="00CB5C2A">
            <w:pPr>
              <w:jc w:val="both"/>
              <w:rPr>
                <w:b/>
                <w:color w:val="000000"/>
                <w:szCs w:val="20"/>
                <w:lang w:val="es-PY"/>
              </w:rPr>
            </w:pPr>
          </w:p>
          <w:p w14:paraId="13AFA8E3" w14:textId="77777777" w:rsidR="00CB5C2A" w:rsidRDefault="00CB5C2A" w:rsidP="00CB5C2A">
            <w:pPr>
              <w:jc w:val="both"/>
              <w:rPr>
                <w:b/>
                <w:color w:val="000000"/>
                <w:szCs w:val="20"/>
                <w:lang w:val="es-PY"/>
              </w:rPr>
            </w:pPr>
          </w:p>
          <w:p w14:paraId="657FFB25" w14:textId="01A92303" w:rsidR="00CB5C2A" w:rsidRDefault="00CB5C2A" w:rsidP="00CB5C2A">
            <w:pPr>
              <w:jc w:val="both"/>
              <w:rPr>
                <w:b/>
                <w:color w:val="000000"/>
                <w:szCs w:val="20"/>
                <w:lang w:val="es-PY"/>
              </w:rPr>
            </w:pPr>
          </w:p>
          <w:p w14:paraId="50B0D94C" w14:textId="58F123E4" w:rsidR="00CB5C2A" w:rsidRDefault="00CB5C2A" w:rsidP="00CB5C2A">
            <w:pPr>
              <w:jc w:val="both"/>
              <w:rPr>
                <w:b/>
                <w:color w:val="000000"/>
                <w:szCs w:val="20"/>
                <w:lang w:val="es-PY"/>
              </w:rPr>
            </w:pPr>
          </w:p>
          <w:p w14:paraId="35FAC4E2" w14:textId="77777777" w:rsidR="00CB5C2A" w:rsidRDefault="00CB5C2A" w:rsidP="00CB5C2A">
            <w:pPr>
              <w:jc w:val="both"/>
              <w:rPr>
                <w:b/>
                <w:color w:val="000000"/>
                <w:szCs w:val="20"/>
                <w:lang w:val="es-PY"/>
              </w:rPr>
            </w:pPr>
          </w:p>
          <w:p w14:paraId="20DCA552" w14:textId="77777777" w:rsidR="00CB5C2A" w:rsidRDefault="00CB5C2A" w:rsidP="00CB5C2A">
            <w:pPr>
              <w:jc w:val="both"/>
              <w:rPr>
                <w:b/>
                <w:color w:val="000000"/>
                <w:szCs w:val="20"/>
                <w:lang w:val="es-PY"/>
              </w:rPr>
            </w:pPr>
          </w:p>
          <w:p w14:paraId="76997A71" w14:textId="77777777" w:rsidR="00CB5C2A" w:rsidRDefault="00CB5C2A" w:rsidP="00CB5C2A">
            <w:pPr>
              <w:jc w:val="both"/>
              <w:rPr>
                <w:b/>
                <w:color w:val="000000"/>
                <w:szCs w:val="20"/>
                <w:lang w:val="es-PY"/>
              </w:rPr>
            </w:pPr>
          </w:p>
          <w:p w14:paraId="5853FFC2" w14:textId="77777777" w:rsidR="00CB5C2A" w:rsidRDefault="00CB5C2A" w:rsidP="00CB5C2A">
            <w:pPr>
              <w:jc w:val="both"/>
              <w:rPr>
                <w:b/>
                <w:color w:val="000000"/>
                <w:szCs w:val="20"/>
                <w:lang w:val="es-PY"/>
              </w:rPr>
            </w:pPr>
          </w:p>
          <w:p w14:paraId="52359537" w14:textId="77777777" w:rsidR="00CB5C2A" w:rsidRDefault="00CB5C2A" w:rsidP="00CB5C2A">
            <w:pPr>
              <w:jc w:val="both"/>
              <w:rPr>
                <w:b/>
                <w:color w:val="000000"/>
                <w:szCs w:val="20"/>
                <w:lang w:val="es-PY"/>
              </w:rPr>
            </w:pPr>
          </w:p>
          <w:p w14:paraId="5B130DC9" w14:textId="77777777" w:rsidR="00CB5C2A" w:rsidRDefault="00CB5C2A" w:rsidP="00CB5C2A">
            <w:pPr>
              <w:jc w:val="both"/>
              <w:rPr>
                <w:b/>
                <w:color w:val="000000"/>
                <w:szCs w:val="20"/>
                <w:lang w:val="es-PY"/>
              </w:rPr>
            </w:pPr>
          </w:p>
          <w:p w14:paraId="21810714" w14:textId="77777777" w:rsidR="00CB5C2A" w:rsidRDefault="00CB5C2A" w:rsidP="00CB5C2A">
            <w:pPr>
              <w:jc w:val="both"/>
              <w:rPr>
                <w:b/>
                <w:color w:val="000000"/>
                <w:szCs w:val="20"/>
                <w:lang w:val="es-PY"/>
              </w:rPr>
            </w:pPr>
          </w:p>
          <w:p w14:paraId="0E522D3B" w14:textId="77777777" w:rsidR="00CB5C2A" w:rsidRDefault="00CB5C2A" w:rsidP="00CB5C2A">
            <w:pPr>
              <w:jc w:val="both"/>
              <w:rPr>
                <w:b/>
                <w:color w:val="000000"/>
                <w:szCs w:val="20"/>
                <w:lang w:val="es-PY"/>
              </w:rPr>
            </w:pPr>
          </w:p>
          <w:p w14:paraId="24C98A74" w14:textId="77777777" w:rsidR="00CB5C2A" w:rsidRDefault="00CB5C2A" w:rsidP="00CB5C2A">
            <w:pPr>
              <w:jc w:val="both"/>
              <w:rPr>
                <w:b/>
                <w:color w:val="000000"/>
                <w:szCs w:val="20"/>
                <w:lang w:val="es-PY"/>
              </w:rPr>
            </w:pPr>
          </w:p>
          <w:p w14:paraId="0F8EC2BB" w14:textId="77777777" w:rsidR="00CB5C2A" w:rsidRDefault="00CB5C2A" w:rsidP="00CB5C2A">
            <w:pPr>
              <w:jc w:val="both"/>
              <w:rPr>
                <w:b/>
                <w:color w:val="000000"/>
                <w:szCs w:val="20"/>
                <w:lang w:val="es-PY"/>
              </w:rPr>
            </w:pPr>
          </w:p>
          <w:p w14:paraId="5EB6B46D" w14:textId="77777777" w:rsidR="00CB5C2A" w:rsidRDefault="00CB5C2A" w:rsidP="00CB5C2A">
            <w:pPr>
              <w:jc w:val="both"/>
              <w:rPr>
                <w:b/>
                <w:color w:val="000000"/>
                <w:szCs w:val="20"/>
                <w:lang w:val="es-PY"/>
              </w:rPr>
            </w:pPr>
          </w:p>
          <w:p w14:paraId="030C15B3" w14:textId="77777777" w:rsidR="00CB5C2A" w:rsidRDefault="00CB5C2A" w:rsidP="00CB5C2A">
            <w:pPr>
              <w:jc w:val="both"/>
              <w:rPr>
                <w:b/>
                <w:color w:val="000000"/>
                <w:szCs w:val="20"/>
                <w:lang w:val="es-PY"/>
              </w:rPr>
            </w:pPr>
          </w:p>
          <w:p w14:paraId="3D231A2D" w14:textId="35727555" w:rsidR="00CB5C2A" w:rsidRPr="00CB5C2A" w:rsidRDefault="00CB5C2A" w:rsidP="00CB5C2A">
            <w:pPr>
              <w:jc w:val="both"/>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06B00B9D" w14:textId="77777777" w:rsidR="00CB5C2A" w:rsidRPr="00CB5C2A" w:rsidRDefault="00CB5C2A" w:rsidP="00CB5C2A">
            <w:pPr>
              <w:jc w:val="both"/>
              <w:rPr>
                <w:b/>
                <w:color w:val="000000"/>
                <w:szCs w:val="20"/>
              </w:rPr>
            </w:pPr>
          </w:p>
        </w:tc>
      </w:tr>
    </w:tbl>
    <w:p w14:paraId="184C4E97" w14:textId="77777777" w:rsidR="004453A7" w:rsidRDefault="004453A7">
      <w:pPr>
        <w:spacing w:after="200" w:line="276" w:lineRule="auto"/>
        <w:rPr>
          <w:lang w:val="es-PY"/>
        </w:rPr>
      </w:pPr>
      <w:r>
        <w:rPr>
          <w:lang w:val="es-PY"/>
        </w:rPr>
        <w:br w:type="page"/>
      </w:r>
    </w:p>
    <w:tbl>
      <w:tblPr>
        <w:tblW w:w="9645" w:type="dxa"/>
        <w:jc w:val="center"/>
        <w:tblCellMar>
          <w:left w:w="70" w:type="dxa"/>
          <w:right w:w="70" w:type="dxa"/>
        </w:tblCellMar>
        <w:tblLook w:val="04A0" w:firstRow="1" w:lastRow="0" w:firstColumn="1" w:lastColumn="0" w:noHBand="0" w:noVBand="1"/>
      </w:tblPr>
      <w:tblGrid>
        <w:gridCol w:w="4820"/>
        <w:gridCol w:w="4825"/>
      </w:tblGrid>
      <w:tr w:rsidR="00CB5C2A" w:rsidRPr="00064F69" w14:paraId="2718FE98" w14:textId="77777777" w:rsidTr="005E4CA4">
        <w:trPr>
          <w:trHeight w:val="303"/>
          <w:jc w:val="center"/>
        </w:trPr>
        <w:tc>
          <w:tcPr>
            <w:tcW w:w="9645"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868C9F8" w14:textId="77777777" w:rsidR="00CB5C2A" w:rsidRPr="00F34DB9" w:rsidRDefault="00CB5C2A"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CB5C2A" w:rsidRPr="00DC5782" w14:paraId="727EE449" w14:textId="77777777" w:rsidTr="005E4CA4">
        <w:trPr>
          <w:trHeight w:val="303"/>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04EBDC59" w14:textId="77777777" w:rsidR="00CB5C2A" w:rsidRPr="00840DB4" w:rsidRDefault="00CB5C2A"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770EE9D" w14:textId="77777777" w:rsidR="00CB5C2A" w:rsidRPr="00840DB4" w:rsidRDefault="00CB5C2A" w:rsidP="005E4CA4">
            <w:pPr>
              <w:jc w:val="center"/>
              <w:rPr>
                <w:rFonts w:eastAsia="Times New Roman" w:cs="Arial"/>
                <w:b/>
                <w:bCs/>
                <w:lang w:val="es-PY" w:eastAsia="es-PY"/>
              </w:rPr>
            </w:pPr>
            <w:r w:rsidRPr="00840DB4">
              <w:rPr>
                <w:b/>
                <w:bCs/>
                <w:lang w:val="es-PY" w:eastAsia="es-PY"/>
              </w:rPr>
              <w:t>Debilidades</w:t>
            </w:r>
          </w:p>
        </w:tc>
      </w:tr>
      <w:tr w:rsidR="00CB5C2A" w:rsidRPr="007A4CF2" w14:paraId="50D1796A" w14:textId="77777777" w:rsidTr="005E4CA4">
        <w:trPr>
          <w:cantSplit/>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0908A9E7" w14:textId="77777777" w:rsidR="00CB5C2A" w:rsidRDefault="00CB5C2A" w:rsidP="005E4CA4">
            <w:pPr>
              <w:jc w:val="both"/>
              <w:rPr>
                <w:rFonts w:eastAsia="Times New Roman" w:cs="Arial"/>
                <w:szCs w:val="20"/>
                <w:lang w:val="es-PY" w:eastAsia="es-PY"/>
              </w:rPr>
            </w:pPr>
          </w:p>
          <w:p w14:paraId="2C6AAD41" w14:textId="77777777" w:rsidR="00CB5C2A" w:rsidRDefault="00CB5C2A" w:rsidP="005E4CA4">
            <w:pPr>
              <w:jc w:val="both"/>
              <w:rPr>
                <w:rFonts w:eastAsia="Times New Roman" w:cs="Arial"/>
                <w:szCs w:val="20"/>
                <w:lang w:val="es-PY" w:eastAsia="es-PY"/>
              </w:rPr>
            </w:pPr>
          </w:p>
          <w:p w14:paraId="13856225" w14:textId="77777777" w:rsidR="00CB5C2A" w:rsidRDefault="00CB5C2A" w:rsidP="005E4CA4">
            <w:pPr>
              <w:jc w:val="both"/>
              <w:rPr>
                <w:rFonts w:eastAsia="Times New Roman" w:cs="Arial"/>
                <w:szCs w:val="20"/>
                <w:lang w:val="es-PY" w:eastAsia="es-PY"/>
              </w:rPr>
            </w:pPr>
          </w:p>
          <w:p w14:paraId="7F12DC83" w14:textId="77777777" w:rsidR="00CB5C2A" w:rsidRDefault="00CB5C2A" w:rsidP="005E4CA4">
            <w:pPr>
              <w:jc w:val="both"/>
              <w:rPr>
                <w:rFonts w:eastAsia="Times New Roman" w:cs="Arial"/>
                <w:szCs w:val="20"/>
                <w:lang w:val="es-PY" w:eastAsia="es-PY"/>
              </w:rPr>
            </w:pPr>
          </w:p>
          <w:p w14:paraId="11A27AD7" w14:textId="77777777" w:rsidR="00CB5C2A" w:rsidRDefault="00CB5C2A" w:rsidP="005E4CA4">
            <w:pPr>
              <w:jc w:val="both"/>
              <w:rPr>
                <w:rFonts w:eastAsia="Times New Roman" w:cs="Arial"/>
                <w:szCs w:val="20"/>
                <w:lang w:val="es-PY" w:eastAsia="es-PY"/>
              </w:rPr>
            </w:pPr>
          </w:p>
          <w:p w14:paraId="214F374A" w14:textId="77777777" w:rsidR="00CB5C2A" w:rsidRDefault="00CB5C2A" w:rsidP="005E4CA4">
            <w:pPr>
              <w:jc w:val="both"/>
              <w:rPr>
                <w:rFonts w:eastAsia="Times New Roman" w:cs="Arial"/>
                <w:szCs w:val="20"/>
                <w:lang w:val="es-PY" w:eastAsia="es-PY"/>
              </w:rPr>
            </w:pPr>
          </w:p>
          <w:p w14:paraId="7708D9A9" w14:textId="77777777" w:rsidR="00CB5C2A" w:rsidRDefault="00CB5C2A" w:rsidP="005E4CA4">
            <w:pPr>
              <w:jc w:val="both"/>
              <w:rPr>
                <w:rFonts w:eastAsia="Times New Roman" w:cs="Arial"/>
                <w:szCs w:val="20"/>
                <w:lang w:val="es-PY" w:eastAsia="es-PY"/>
              </w:rPr>
            </w:pPr>
          </w:p>
          <w:p w14:paraId="2993290C" w14:textId="77777777" w:rsidR="00CB5C2A" w:rsidRDefault="00CB5C2A" w:rsidP="005E4CA4">
            <w:pPr>
              <w:jc w:val="both"/>
              <w:rPr>
                <w:rFonts w:eastAsia="Times New Roman" w:cs="Arial"/>
                <w:szCs w:val="20"/>
                <w:lang w:val="es-PY" w:eastAsia="es-PY"/>
              </w:rPr>
            </w:pPr>
          </w:p>
          <w:p w14:paraId="0D9A868E" w14:textId="77777777" w:rsidR="00CB5C2A" w:rsidRDefault="00CB5C2A" w:rsidP="005E4CA4">
            <w:pPr>
              <w:jc w:val="both"/>
              <w:rPr>
                <w:rFonts w:eastAsia="Times New Roman" w:cs="Arial"/>
                <w:szCs w:val="20"/>
                <w:lang w:val="es-PY" w:eastAsia="es-PY"/>
              </w:rPr>
            </w:pPr>
          </w:p>
          <w:p w14:paraId="7C28BD37" w14:textId="77777777" w:rsidR="00CB5C2A" w:rsidRDefault="00CB5C2A" w:rsidP="005E4CA4">
            <w:pPr>
              <w:jc w:val="both"/>
              <w:rPr>
                <w:rFonts w:eastAsia="Times New Roman" w:cs="Arial"/>
                <w:szCs w:val="20"/>
                <w:lang w:val="es-PY" w:eastAsia="es-PY"/>
              </w:rPr>
            </w:pPr>
          </w:p>
          <w:p w14:paraId="41EFD9B2" w14:textId="77777777" w:rsidR="00CB5C2A" w:rsidRDefault="00CB5C2A" w:rsidP="005E4CA4">
            <w:pPr>
              <w:jc w:val="both"/>
              <w:rPr>
                <w:rFonts w:eastAsia="Times New Roman" w:cs="Arial"/>
                <w:szCs w:val="20"/>
                <w:lang w:val="es-PY" w:eastAsia="es-PY"/>
              </w:rPr>
            </w:pPr>
          </w:p>
          <w:p w14:paraId="297F5F1A" w14:textId="77777777" w:rsidR="00CB5C2A" w:rsidRDefault="00CB5C2A" w:rsidP="005E4CA4">
            <w:pPr>
              <w:jc w:val="both"/>
              <w:rPr>
                <w:rFonts w:eastAsia="Times New Roman" w:cs="Arial"/>
                <w:szCs w:val="20"/>
                <w:lang w:val="es-PY" w:eastAsia="es-PY"/>
              </w:rPr>
            </w:pPr>
          </w:p>
          <w:p w14:paraId="16702F55" w14:textId="77777777" w:rsidR="00CB5C2A" w:rsidRDefault="00CB5C2A" w:rsidP="005E4CA4">
            <w:pPr>
              <w:jc w:val="both"/>
              <w:rPr>
                <w:rFonts w:eastAsia="Times New Roman" w:cs="Arial"/>
                <w:szCs w:val="20"/>
                <w:lang w:val="es-PY" w:eastAsia="es-PY"/>
              </w:rPr>
            </w:pPr>
          </w:p>
          <w:p w14:paraId="68D47CE9" w14:textId="77777777" w:rsidR="00CB5C2A" w:rsidRDefault="00CB5C2A" w:rsidP="005E4CA4">
            <w:pPr>
              <w:jc w:val="both"/>
              <w:rPr>
                <w:rFonts w:eastAsia="Times New Roman" w:cs="Arial"/>
                <w:szCs w:val="20"/>
                <w:lang w:val="es-PY" w:eastAsia="es-PY"/>
              </w:rPr>
            </w:pPr>
          </w:p>
          <w:p w14:paraId="3AC8D6DA" w14:textId="77777777" w:rsidR="00CB5C2A" w:rsidRDefault="00CB5C2A" w:rsidP="005E4CA4">
            <w:pPr>
              <w:jc w:val="both"/>
              <w:rPr>
                <w:rFonts w:eastAsia="Times New Roman" w:cs="Arial"/>
                <w:szCs w:val="20"/>
                <w:lang w:val="es-PY" w:eastAsia="es-PY"/>
              </w:rPr>
            </w:pPr>
          </w:p>
          <w:p w14:paraId="45E74BBA" w14:textId="77777777" w:rsidR="00CB5C2A" w:rsidRDefault="00CB5C2A" w:rsidP="005E4CA4">
            <w:pPr>
              <w:jc w:val="both"/>
              <w:rPr>
                <w:rFonts w:eastAsia="Times New Roman" w:cs="Arial"/>
                <w:szCs w:val="20"/>
                <w:lang w:val="es-PY" w:eastAsia="es-PY"/>
              </w:rPr>
            </w:pPr>
          </w:p>
          <w:p w14:paraId="5550F2F0" w14:textId="77777777" w:rsidR="00CB5C2A" w:rsidRDefault="00CB5C2A" w:rsidP="005E4CA4">
            <w:pPr>
              <w:jc w:val="both"/>
              <w:rPr>
                <w:rFonts w:eastAsia="Times New Roman" w:cs="Arial"/>
                <w:szCs w:val="20"/>
                <w:lang w:val="es-PY" w:eastAsia="es-PY"/>
              </w:rPr>
            </w:pPr>
          </w:p>
          <w:p w14:paraId="1D84CF42" w14:textId="77777777" w:rsidR="00CB5C2A" w:rsidRDefault="00CB5C2A" w:rsidP="005E4CA4">
            <w:pPr>
              <w:jc w:val="both"/>
              <w:rPr>
                <w:rFonts w:eastAsia="Times New Roman" w:cs="Arial"/>
                <w:szCs w:val="20"/>
                <w:lang w:val="es-PY" w:eastAsia="es-PY"/>
              </w:rPr>
            </w:pPr>
          </w:p>
          <w:p w14:paraId="0B0FEA4D" w14:textId="77777777" w:rsidR="00CB5C2A" w:rsidRDefault="00CB5C2A" w:rsidP="005E4CA4">
            <w:pPr>
              <w:jc w:val="both"/>
              <w:rPr>
                <w:rFonts w:eastAsia="Times New Roman" w:cs="Arial"/>
                <w:szCs w:val="20"/>
                <w:lang w:val="es-PY" w:eastAsia="es-PY"/>
              </w:rPr>
            </w:pPr>
          </w:p>
          <w:p w14:paraId="7C9C3ED8" w14:textId="77777777" w:rsidR="00CB5C2A" w:rsidRDefault="00CB5C2A" w:rsidP="005E4CA4">
            <w:pPr>
              <w:jc w:val="both"/>
              <w:rPr>
                <w:rFonts w:eastAsia="Times New Roman" w:cs="Arial"/>
                <w:szCs w:val="20"/>
                <w:lang w:val="es-PY" w:eastAsia="es-PY"/>
              </w:rPr>
            </w:pPr>
          </w:p>
          <w:p w14:paraId="1123F17D" w14:textId="77777777" w:rsidR="00CB5C2A" w:rsidRDefault="00CB5C2A" w:rsidP="005E4CA4">
            <w:pPr>
              <w:jc w:val="both"/>
              <w:rPr>
                <w:rFonts w:eastAsia="Times New Roman" w:cs="Arial"/>
                <w:szCs w:val="20"/>
                <w:lang w:val="es-PY" w:eastAsia="es-PY"/>
              </w:rPr>
            </w:pPr>
          </w:p>
          <w:p w14:paraId="2AF3F631" w14:textId="77777777" w:rsidR="00CB5C2A" w:rsidRPr="00F2657F" w:rsidRDefault="00CB5C2A" w:rsidP="005E4CA4">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6C388EF7" w14:textId="77777777" w:rsidR="00CB5C2A" w:rsidRPr="00F2657F" w:rsidRDefault="00CB5C2A" w:rsidP="005E4CA4">
            <w:pPr>
              <w:contextualSpacing/>
              <w:jc w:val="both"/>
              <w:rPr>
                <w:rFonts w:eastAsia="Times New Roman" w:cs="Arial"/>
                <w:szCs w:val="20"/>
                <w:lang w:val="es-PY" w:eastAsia="es-PY"/>
              </w:rPr>
            </w:pPr>
          </w:p>
        </w:tc>
      </w:tr>
      <w:tr w:rsidR="00CB5C2A" w:rsidRPr="00DC5782" w14:paraId="1A0037DA" w14:textId="77777777" w:rsidTr="005E4CA4">
        <w:trPr>
          <w:trHeight w:val="303"/>
          <w:jc w:val="center"/>
        </w:trPr>
        <w:tc>
          <w:tcPr>
            <w:tcW w:w="9645"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0F2BAFB4" w14:textId="77777777" w:rsidR="00CB5C2A" w:rsidRPr="00F34DB9" w:rsidRDefault="00CB5C2A"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CB5C2A" w:rsidRPr="007A4CF2" w14:paraId="5A20D5AC" w14:textId="77777777" w:rsidTr="005E4CA4">
        <w:trPr>
          <w:trHeight w:val="6213"/>
          <w:jc w:val="center"/>
        </w:trPr>
        <w:tc>
          <w:tcPr>
            <w:tcW w:w="9645"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156B6729" w14:textId="77777777" w:rsidR="00CB5C2A" w:rsidRDefault="00CB5C2A" w:rsidP="005E4CA4">
            <w:pPr>
              <w:contextualSpacing/>
              <w:jc w:val="both"/>
              <w:rPr>
                <w:rFonts w:eastAsia="Times New Roman" w:cs="Arial"/>
                <w:color w:val="000000"/>
                <w:lang w:val="es-PY" w:eastAsia="es-PY"/>
              </w:rPr>
            </w:pPr>
          </w:p>
          <w:p w14:paraId="546155E0" w14:textId="77777777" w:rsidR="00CB5C2A" w:rsidRDefault="00CB5C2A" w:rsidP="005E4CA4">
            <w:pPr>
              <w:contextualSpacing/>
              <w:rPr>
                <w:rFonts w:eastAsia="Times New Roman" w:cs="Arial"/>
                <w:color w:val="000000"/>
                <w:lang w:val="es-PY" w:eastAsia="es-PY"/>
              </w:rPr>
            </w:pPr>
          </w:p>
          <w:p w14:paraId="3528653E" w14:textId="77777777" w:rsidR="00CB5C2A" w:rsidRDefault="00CB5C2A" w:rsidP="005E4CA4">
            <w:pPr>
              <w:contextualSpacing/>
              <w:rPr>
                <w:rFonts w:eastAsia="Times New Roman" w:cs="Arial"/>
                <w:color w:val="000000"/>
                <w:lang w:val="es-PY" w:eastAsia="es-PY"/>
              </w:rPr>
            </w:pPr>
          </w:p>
          <w:p w14:paraId="69C0C075" w14:textId="77777777" w:rsidR="00CB5C2A" w:rsidRDefault="00CB5C2A" w:rsidP="005E4CA4">
            <w:pPr>
              <w:contextualSpacing/>
              <w:rPr>
                <w:rFonts w:eastAsia="Times New Roman" w:cs="Arial"/>
                <w:color w:val="000000"/>
                <w:lang w:val="es-PY" w:eastAsia="es-PY"/>
              </w:rPr>
            </w:pPr>
          </w:p>
          <w:p w14:paraId="22A4268B" w14:textId="77777777" w:rsidR="00CB5C2A" w:rsidRDefault="00CB5C2A" w:rsidP="005E4CA4">
            <w:pPr>
              <w:contextualSpacing/>
              <w:rPr>
                <w:rFonts w:eastAsia="Times New Roman" w:cs="Arial"/>
                <w:color w:val="000000"/>
                <w:lang w:val="es-PY" w:eastAsia="es-PY"/>
              </w:rPr>
            </w:pPr>
          </w:p>
          <w:p w14:paraId="0E675467" w14:textId="77777777" w:rsidR="00CB5C2A" w:rsidRDefault="00CB5C2A" w:rsidP="005E4CA4">
            <w:pPr>
              <w:contextualSpacing/>
              <w:rPr>
                <w:rFonts w:eastAsia="Times New Roman" w:cs="Arial"/>
                <w:color w:val="000000"/>
                <w:lang w:val="es-PY" w:eastAsia="es-PY"/>
              </w:rPr>
            </w:pPr>
          </w:p>
          <w:p w14:paraId="2D1DA5D9" w14:textId="77777777" w:rsidR="00CB5C2A" w:rsidRDefault="00CB5C2A" w:rsidP="005E4CA4">
            <w:pPr>
              <w:contextualSpacing/>
              <w:rPr>
                <w:rFonts w:eastAsia="Times New Roman" w:cs="Arial"/>
                <w:color w:val="000000"/>
                <w:lang w:val="es-PY" w:eastAsia="es-PY"/>
              </w:rPr>
            </w:pPr>
          </w:p>
          <w:p w14:paraId="657032AC" w14:textId="77777777" w:rsidR="00CB5C2A" w:rsidRDefault="00CB5C2A" w:rsidP="005E4CA4">
            <w:pPr>
              <w:contextualSpacing/>
              <w:rPr>
                <w:rFonts w:eastAsia="Times New Roman" w:cs="Arial"/>
                <w:color w:val="000000"/>
                <w:lang w:val="es-PY" w:eastAsia="es-PY"/>
              </w:rPr>
            </w:pPr>
          </w:p>
          <w:p w14:paraId="1C54DD35" w14:textId="77777777" w:rsidR="00CB5C2A" w:rsidRDefault="00CB5C2A" w:rsidP="005E4CA4">
            <w:pPr>
              <w:contextualSpacing/>
              <w:rPr>
                <w:rFonts w:eastAsia="Times New Roman" w:cs="Arial"/>
                <w:color w:val="000000"/>
                <w:lang w:val="es-PY" w:eastAsia="es-PY"/>
              </w:rPr>
            </w:pPr>
          </w:p>
          <w:p w14:paraId="7EB7033B" w14:textId="77777777" w:rsidR="00CB5C2A" w:rsidRDefault="00CB5C2A" w:rsidP="005E4CA4">
            <w:pPr>
              <w:contextualSpacing/>
              <w:rPr>
                <w:rFonts w:eastAsia="Times New Roman" w:cs="Arial"/>
                <w:color w:val="000000"/>
                <w:lang w:val="es-PY" w:eastAsia="es-PY"/>
              </w:rPr>
            </w:pPr>
          </w:p>
          <w:p w14:paraId="4E03EB7D" w14:textId="77777777" w:rsidR="00CB5C2A" w:rsidRDefault="00CB5C2A" w:rsidP="005E4CA4">
            <w:pPr>
              <w:contextualSpacing/>
              <w:rPr>
                <w:rFonts w:eastAsia="Times New Roman" w:cs="Arial"/>
                <w:color w:val="000000"/>
                <w:lang w:val="es-PY" w:eastAsia="es-PY"/>
              </w:rPr>
            </w:pPr>
          </w:p>
          <w:p w14:paraId="076DFA66" w14:textId="77777777" w:rsidR="00CB5C2A" w:rsidRDefault="00CB5C2A" w:rsidP="005E4CA4">
            <w:pPr>
              <w:contextualSpacing/>
              <w:rPr>
                <w:rFonts w:eastAsia="Times New Roman" w:cs="Arial"/>
                <w:color w:val="000000"/>
                <w:lang w:val="es-PY" w:eastAsia="es-PY"/>
              </w:rPr>
            </w:pPr>
          </w:p>
          <w:p w14:paraId="212BC252" w14:textId="77777777" w:rsidR="00CB5C2A" w:rsidRDefault="00CB5C2A" w:rsidP="005E4CA4">
            <w:pPr>
              <w:contextualSpacing/>
              <w:rPr>
                <w:rFonts w:eastAsia="Times New Roman" w:cs="Arial"/>
                <w:color w:val="000000"/>
                <w:lang w:val="es-PY" w:eastAsia="es-PY"/>
              </w:rPr>
            </w:pPr>
          </w:p>
          <w:p w14:paraId="26CA7E29" w14:textId="77777777" w:rsidR="00CB5C2A" w:rsidRDefault="00CB5C2A" w:rsidP="005E4CA4">
            <w:pPr>
              <w:contextualSpacing/>
              <w:rPr>
                <w:rFonts w:eastAsia="Times New Roman" w:cs="Arial"/>
                <w:color w:val="000000"/>
                <w:lang w:val="es-PY" w:eastAsia="es-PY"/>
              </w:rPr>
            </w:pPr>
          </w:p>
          <w:p w14:paraId="4156B17A" w14:textId="77777777" w:rsidR="00CB5C2A" w:rsidRDefault="00CB5C2A" w:rsidP="005E4CA4">
            <w:pPr>
              <w:contextualSpacing/>
              <w:rPr>
                <w:rFonts w:eastAsia="Times New Roman" w:cs="Arial"/>
                <w:color w:val="000000"/>
                <w:lang w:val="es-PY" w:eastAsia="es-PY"/>
              </w:rPr>
            </w:pPr>
          </w:p>
          <w:p w14:paraId="35E37335" w14:textId="77777777" w:rsidR="00CB5C2A" w:rsidRDefault="00CB5C2A" w:rsidP="005E4CA4">
            <w:pPr>
              <w:contextualSpacing/>
              <w:rPr>
                <w:rFonts w:eastAsia="Times New Roman" w:cs="Arial"/>
                <w:color w:val="000000"/>
                <w:lang w:val="es-PY" w:eastAsia="es-PY"/>
              </w:rPr>
            </w:pPr>
          </w:p>
          <w:p w14:paraId="71C78294" w14:textId="77777777" w:rsidR="00CB5C2A" w:rsidRDefault="00CB5C2A" w:rsidP="005E4CA4">
            <w:pPr>
              <w:contextualSpacing/>
              <w:rPr>
                <w:rFonts w:eastAsia="Times New Roman" w:cs="Arial"/>
                <w:color w:val="000000"/>
                <w:lang w:val="es-PY" w:eastAsia="es-PY"/>
              </w:rPr>
            </w:pPr>
          </w:p>
          <w:p w14:paraId="0DE96F2A" w14:textId="77777777" w:rsidR="00CB5C2A" w:rsidRDefault="00CB5C2A" w:rsidP="005E4CA4">
            <w:pPr>
              <w:contextualSpacing/>
              <w:rPr>
                <w:rFonts w:eastAsia="Times New Roman" w:cs="Arial"/>
                <w:color w:val="000000"/>
                <w:lang w:val="es-PY" w:eastAsia="es-PY"/>
              </w:rPr>
            </w:pPr>
          </w:p>
          <w:p w14:paraId="4F5A5A6D" w14:textId="77777777" w:rsidR="00CB5C2A" w:rsidRDefault="00CB5C2A" w:rsidP="005E4CA4">
            <w:pPr>
              <w:contextualSpacing/>
              <w:rPr>
                <w:rFonts w:eastAsia="Times New Roman" w:cs="Arial"/>
                <w:color w:val="000000"/>
                <w:lang w:val="es-PY" w:eastAsia="es-PY"/>
              </w:rPr>
            </w:pPr>
          </w:p>
          <w:p w14:paraId="584BDBF7" w14:textId="77777777" w:rsidR="00CB5C2A" w:rsidRDefault="00CB5C2A" w:rsidP="005E4CA4">
            <w:pPr>
              <w:contextualSpacing/>
              <w:rPr>
                <w:rFonts w:eastAsia="Times New Roman" w:cs="Arial"/>
                <w:color w:val="000000"/>
                <w:lang w:val="es-PY" w:eastAsia="es-PY"/>
              </w:rPr>
            </w:pPr>
          </w:p>
          <w:p w14:paraId="714280CC" w14:textId="77777777" w:rsidR="00CB5C2A" w:rsidRDefault="00CB5C2A" w:rsidP="005E4CA4">
            <w:pPr>
              <w:contextualSpacing/>
              <w:rPr>
                <w:rFonts w:eastAsia="Times New Roman" w:cs="Arial"/>
                <w:color w:val="000000"/>
                <w:lang w:val="es-PY" w:eastAsia="es-PY"/>
              </w:rPr>
            </w:pPr>
          </w:p>
          <w:p w14:paraId="1F540BCC" w14:textId="77777777" w:rsidR="00CB5C2A" w:rsidRDefault="00CB5C2A" w:rsidP="005E4CA4">
            <w:pPr>
              <w:contextualSpacing/>
              <w:rPr>
                <w:rFonts w:eastAsia="Times New Roman" w:cs="Arial"/>
                <w:color w:val="000000"/>
                <w:lang w:val="es-PY" w:eastAsia="es-PY"/>
              </w:rPr>
            </w:pPr>
          </w:p>
          <w:p w14:paraId="765543FC" w14:textId="77777777" w:rsidR="00CB5C2A" w:rsidRDefault="00CB5C2A" w:rsidP="005E4CA4">
            <w:pPr>
              <w:contextualSpacing/>
              <w:rPr>
                <w:rFonts w:eastAsia="Times New Roman" w:cs="Arial"/>
                <w:color w:val="000000"/>
                <w:lang w:val="es-PY" w:eastAsia="es-PY"/>
              </w:rPr>
            </w:pPr>
          </w:p>
          <w:p w14:paraId="401E0133" w14:textId="77777777" w:rsidR="00CB5C2A" w:rsidRPr="00DC5782" w:rsidRDefault="00CB5C2A" w:rsidP="005E4CA4">
            <w:pPr>
              <w:contextualSpacing/>
              <w:rPr>
                <w:rFonts w:eastAsia="Times New Roman" w:cs="Arial"/>
                <w:color w:val="000000"/>
                <w:lang w:val="es-PY" w:eastAsia="es-PY"/>
              </w:rPr>
            </w:pPr>
          </w:p>
        </w:tc>
      </w:tr>
    </w:tbl>
    <w:p w14:paraId="4FF58D57" w14:textId="1ED624BE" w:rsidR="0010517E" w:rsidRPr="00270493"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058"/>
        <w:gridCol w:w="1420"/>
        <w:gridCol w:w="968"/>
        <w:gridCol w:w="1355"/>
        <w:gridCol w:w="1161"/>
        <w:gridCol w:w="1097"/>
        <w:gridCol w:w="1605"/>
      </w:tblGrid>
      <w:tr w:rsidR="00012BB9" w14:paraId="4DB6907A" w14:textId="77777777" w:rsidTr="00270493">
        <w:trPr>
          <w:cantSplit/>
          <w:trHeight w:val="381"/>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1254436" w14:textId="0E31113A" w:rsidR="00012BB9" w:rsidRDefault="00012BB9" w:rsidP="00012BB9">
            <w:pPr>
              <w:ind w:right="-68"/>
              <w:rPr>
                <w:b/>
                <w:color w:val="000000"/>
                <w:sz w:val="19"/>
              </w:rPr>
            </w:pPr>
            <w:r>
              <w:rPr>
                <w:b/>
                <w:color w:val="FFFFFF"/>
              </w:rPr>
              <w:lastRenderedPageBreak/>
              <w:t>6. SÍNTESIS EVALUATIVA</w:t>
            </w:r>
          </w:p>
        </w:tc>
      </w:tr>
      <w:tr w:rsidR="00270493" w:rsidRPr="00064F69" w14:paraId="500F2A3F" w14:textId="77777777" w:rsidTr="00270493">
        <w:trPr>
          <w:cantSplit/>
          <w:trHeight w:val="381"/>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F4BF551" w14:textId="4BB20DE2" w:rsidR="00270493" w:rsidRPr="00270493" w:rsidRDefault="00270493" w:rsidP="00012BB9">
            <w:pPr>
              <w:ind w:right="-68"/>
              <w:rPr>
                <w:b/>
                <w:color w:val="FFFFFF"/>
                <w:lang w:val="es-PY"/>
              </w:rPr>
            </w:pPr>
            <w:r w:rsidRPr="00CA67AF">
              <w:rPr>
                <w:szCs w:val="20"/>
                <w:lang w:val="es-PY"/>
              </w:rPr>
              <w:t>Tabla 2. Síntesis evaluativa según el tipo de criterio y nivel de cumplimiento</w:t>
            </w:r>
          </w:p>
        </w:tc>
      </w:tr>
      <w:tr w:rsidR="0010517E" w14:paraId="6F8662DD" w14:textId="77777777" w:rsidTr="00AF43FA">
        <w:trPr>
          <w:cantSplit/>
          <w:trHeight w:val="691"/>
          <w:jc w:val="center"/>
        </w:trPr>
        <w:tc>
          <w:tcPr>
            <w:tcW w:w="205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Tipo de criterio</w:t>
            </w:r>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r>
              <w:rPr>
                <w:b/>
                <w:color w:val="000000"/>
                <w:sz w:val="19"/>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r>
              <w:rPr>
                <w:b/>
                <w:color w:val="000000"/>
                <w:sz w:val="19"/>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r>
              <w:rPr>
                <w:b/>
                <w:color w:val="000000"/>
                <w:sz w:val="19"/>
              </w:rPr>
              <w:t>Escaso</w:t>
            </w:r>
          </w:p>
        </w:tc>
        <w:tc>
          <w:tcPr>
            <w:tcW w:w="160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No cumple</w:t>
            </w:r>
          </w:p>
        </w:tc>
      </w:tr>
      <w:tr w:rsidR="0010517E" w14:paraId="6C9FC2F4"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r>
              <w:rPr>
                <w:b/>
                <w:color w:val="000000"/>
              </w:rPr>
              <w:t>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1FCFBFFE" w:rsidR="0010517E" w:rsidRDefault="00CB5C2A">
            <w:pPr>
              <w:jc w:val="center"/>
            </w:pPr>
            <w:r>
              <w:rPr>
                <w:b/>
                <w:color w:val="000000"/>
              </w:rPr>
              <w:t>7</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No 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606A4865" w:rsidR="0010517E" w:rsidRDefault="00A76730">
            <w:pPr>
              <w:jc w:val="center"/>
            </w:pPr>
            <w:r>
              <w:rPr>
                <w:b/>
                <w:color w:val="000000"/>
              </w:rPr>
              <w:t>1</w:t>
            </w:r>
            <w:r w:rsidR="00CB5C2A">
              <w:rPr>
                <w:b/>
                <w:color w:val="000000"/>
              </w:rPr>
              <w:t>2</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631"/>
      </w:tblGrid>
      <w:tr w:rsidR="003F6C89" w:rsidRPr="00064F69" w14:paraId="79BAC018" w14:textId="77777777" w:rsidTr="00571B00">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tcPr>
          <w:p w14:paraId="6FC528CA" w14:textId="3EB354CB" w:rsidR="003F6C89" w:rsidRPr="003B5381" w:rsidRDefault="003F6C89" w:rsidP="003F6C89">
            <w:pPr>
              <w:jc w:val="both"/>
              <w:rPr>
                <w:rFonts w:eastAsiaTheme="minorEastAsia" w:cs="Times New Roman"/>
                <w:color w:val="A6A6A6"/>
                <w:lang w:val="es-PY" w:eastAsia="es-PY"/>
              </w:rPr>
            </w:pPr>
            <w:r w:rsidRPr="00643CF3">
              <w:rPr>
                <w:b/>
                <w:color w:val="FFFFFF"/>
                <w:lang w:val="es-PY"/>
              </w:rPr>
              <w:t xml:space="preserve">7. </w:t>
            </w:r>
            <w:r w:rsidRPr="003F6C89">
              <w:rPr>
                <w:b/>
                <w:color w:val="FFFFFF"/>
                <w:shd w:val="clear" w:color="auto" w:fill="48664D"/>
                <w:lang w:val="es-PY"/>
              </w:rPr>
              <w:t>CONCLUSIONES GENERALES Y VALORACIÓN GLOBAL</w:t>
            </w:r>
          </w:p>
        </w:tc>
      </w:tr>
      <w:tr w:rsidR="009C6227" w:rsidRPr="00064F69" w14:paraId="4A8175BA" w14:textId="77777777" w:rsidTr="00CB5C2A">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0D88E6B" w14:textId="77777777" w:rsidR="00CB5C2A" w:rsidRPr="003476DA" w:rsidRDefault="00CB5C2A" w:rsidP="00CB5C2A">
            <w:pPr>
              <w:widowControl w:val="0"/>
              <w:autoSpaceDE w:val="0"/>
              <w:autoSpaceDN w:val="0"/>
              <w:rPr>
                <w:color w:val="A6A6A6"/>
                <w:lang w:val="es-ES"/>
              </w:rPr>
            </w:pPr>
            <w:r w:rsidRPr="003476DA">
              <w:rPr>
                <w:color w:val="A6A6A6"/>
                <w:lang w:val="es-ES"/>
              </w:rPr>
              <w:t>Este apartado presenta la valoración global del estado de calidad de la oferta académica o institución, construida a partir de los resultados y hallazgos obtenidos durante el proceso de evaluación.</w:t>
            </w:r>
          </w:p>
          <w:p w14:paraId="1EDC8167" w14:textId="77777777" w:rsidR="00CB5C2A" w:rsidRPr="003476DA" w:rsidRDefault="00CB5C2A" w:rsidP="00CB5C2A">
            <w:pPr>
              <w:widowControl w:val="0"/>
              <w:autoSpaceDE w:val="0"/>
              <w:autoSpaceDN w:val="0"/>
              <w:rPr>
                <w:color w:val="A6A6A6"/>
                <w:lang w:val="es-ES"/>
              </w:rPr>
            </w:pPr>
            <w:r w:rsidRPr="003476DA">
              <w:rPr>
                <w:color w:val="A6A6A6"/>
                <w:lang w:val="es-ES"/>
              </w:rPr>
              <w:t>La conclusión debe integrar los resultados de las dimensiones y criterios evaluados, destacando los principales logros y fortalezas, así como los aspectos que requieren mejora o fortalecimiento, de acuerdo con su relevancia para la calidad.</w:t>
            </w:r>
          </w:p>
          <w:p w14:paraId="0C5D20CA" w14:textId="77777777" w:rsidR="00CB5C2A" w:rsidRPr="003476DA" w:rsidRDefault="00CB5C2A" w:rsidP="00CB5C2A">
            <w:pPr>
              <w:widowControl w:val="0"/>
              <w:autoSpaceDE w:val="0"/>
              <w:autoSpaceDN w:val="0"/>
              <w:rPr>
                <w:color w:val="A6A6A6"/>
                <w:lang w:val="es-ES"/>
              </w:rPr>
            </w:pPr>
            <w:r w:rsidRPr="003476DA">
              <w:rPr>
                <w:color w:val="A6A6A6"/>
                <w:lang w:val="es-ES"/>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32408D49" w14:textId="6BBFAD16" w:rsidR="003F6C89" w:rsidRDefault="00CB5C2A" w:rsidP="00CB5C2A">
            <w:pPr>
              <w:ind w:left="37"/>
              <w:rPr>
                <w:rFonts w:eastAsiaTheme="minorEastAsia" w:cs="Times New Roman"/>
                <w:color w:val="A6A6A6"/>
                <w:lang w:val="es-PY" w:eastAsia="es-PY"/>
              </w:rPr>
            </w:pPr>
            <w:r w:rsidRPr="003476DA">
              <w:rPr>
                <w:color w:val="A6A6A6"/>
                <w:lang w:val="es-ES"/>
              </w:rPr>
              <w:t>El juicio integrador debe sintetizar el nivel de desarrollo y calidad alcanzado, identificando los principales aspectos que sustentan la valoración obtenida y aquellos que requieren atención para orientar los procesos de mejora continua.</w:t>
            </w:r>
          </w:p>
          <w:p w14:paraId="4929CD1D" w14:textId="211307DA" w:rsidR="003F6C89" w:rsidRDefault="003F6C89" w:rsidP="00CB5C2A">
            <w:pPr>
              <w:ind w:left="37"/>
              <w:rPr>
                <w:rFonts w:eastAsiaTheme="minorEastAsia" w:cs="Times New Roman"/>
                <w:color w:val="A6A6A6"/>
                <w:lang w:val="es-PY" w:eastAsia="es-PY"/>
              </w:rPr>
            </w:pPr>
          </w:p>
          <w:p w14:paraId="7221082A" w14:textId="78432884" w:rsidR="003F6C89" w:rsidRDefault="003F6C89" w:rsidP="00CB5C2A">
            <w:pPr>
              <w:ind w:left="37"/>
              <w:rPr>
                <w:rFonts w:eastAsiaTheme="minorEastAsia" w:cs="Times New Roman"/>
                <w:color w:val="A6A6A6"/>
                <w:lang w:val="es-PY" w:eastAsia="es-PY"/>
              </w:rPr>
            </w:pPr>
          </w:p>
          <w:p w14:paraId="43765A7F" w14:textId="2E7A8E6F" w:rsidR="003F6C89" w:rsidRDefault="003F6C89" w:rsidP="00CB5C2A">
            <w:pPr>
              <w:ind w:left="37"/>
              <w:rPr>
                <w:rFonts w:eastAsiaTheme="minorEastAsia" w:cs="Times New Roman"/>
                <w:color w:val="A6A6A6"/>
                <w:lang w:val="es-PY" w:eastAsia="es-PY"/>
              </w:rPr>
            </w:pPr>
          </w:p>
          <w:p w14:paraId="2EB6F910" w14:textId="3C7DB241" w:rsidR="003F6C89" w:rsidRDefault="003F6C89" w:rsidP="00CB5C2A">
            <w:pPr>
              <w:ind w:left="37"/>
              <w:rPr>
                <w:rFonts w:eastAsiaTheme="minorEastAsia" w:cs="Times New Roman"/>
                <w:color w:val="A6A6A6"/>
                <w:lang w:val="es-PY" w:eastAsia="es-PY"/>
              </w:rPr>
            </w:pPr>
          </w:p>
          <w:p w14:paraId="3D2C407B" w14:textId="65B2727E" w:rsidR="003F6C89" w:rsidRDefault="003F6C89" w:rsidP="00CB5C2A">
            <w:pPr>
              <w:ind w:left="37"/>
              <w:rPr>
                <w:rFonts w:eastAsiaTheme="minorEastAsia" w:cs="Times New Roman"/>
                <w:color w:val="A6A6A6"/>
                <w:lang w:val="es-PY" w:eastAsia="es-PY"/>
              </w:rPr>
            </w:pPr>
          </w:p>
          <w:p w14:paraId="09DF3461" w14:textId="52E9103B" w:rsidR="003F6C89" w:rsidRDefault="003F6C89" w:rsidP="00CB5C2A">
            <w:pPr>
              <w:ind w:left="37"/>
              <w:rPr>
                <w:rFonts w:eastAsiaTheme="minorEastAsia" w:cs="Times New Roman"/>
                <w:color w:val="A6A6A6"/>
                <w:lang w:val="es-PY" w:eastAsia="es-PY"/>
              </w:rPr>
            </w:pPr>
          </w:p>
          <w:p w14:paraId="52207A9A" w14:textId="77777777" w:rsidR="003F6C89" w:rsidRDefault="003F6C89" w:rsidP="00CB5C2A">
            <w:pPr>
              <w:ind w:left="37"/>
              <w:rPr>
                <w:rFonts w:eastAsiaTheme="minorEastAsia" w:cs="Times New Roman"/>
                <w:color w:val="A6A6A6"/>
                <w:lang w:val="es-PY" w:eastAsia="es-PY"/>
              </w:rPr>
            </w:pPr>
          </w:p>
          <w:p w14:paraId="40728238" w14:textId="03FA689A" w:rsidR="003F6C89" w:rsidRDefault="003F6C89" w:rsidP="00CB5C2A">
            <w:pPr>
              <w:ind w:left="37"/>
              <w:rPr>
                <w:rFonts w:eastAsiaTheme="minorEastAsia" w:cs="Times New Roman"/>
                <w:color w:val="A6A6A6"/>
                <w:lang w:val="es-PY" w:eastAsia="es-PY"/>
              </w:rPr>
            </w:pPr>
          </w:p>
          <w:p w14:paraId="388B8FA6" w14:textId="5D129384" w:rsidR="003F6C89" w:rsidRDefault="003F6C89" w:rsidP="00CB5C2A">
            <w:pPr>
              <w:ind w:left="37"/>
              <w:rPr>
                <w:rFonts w:eastAsiaTheme="minorEastAsia" w:cs="Times New Roman"/>
                <w:color w:val="A6A6A6"/>
                <w:lang w:val="es-PY" w:eastAsia="es-PY"/>
              </w:rPr>
            </w:pPr>
          </w:p>
          <w:p w14:paraId="2CB22258" w14:textId="6B104091" w:rsidR="003F6C89" w:rsidRDefault="003F6C89" w:rsidP="00CB5C2A">
            <w:pPr>
              <w:ind w:left="37"/>
              <w:rPr>
                <w:rFonts w:eastAsiaTheme="minorEastAsia" w:cs="Times New Roman"/>
                <w:color w:val="A6A6A6"/>
                <w:lang w:val="es-PY" w:eastAsia="es-PY"/>
              </w:rPr>
            </w:pPr>
          </w:p>
          <w:p w14:paraId="6989FCE6" w14:textId="6DB7F811" w:rsidR="00012BB9" w:rsidRDefault="00012BB9" w:rsidP="00CB5C2A">
            <w:pPr>
              <w:ind w:left="37"/>
              <w:rPr>
                <w:rFonts w:eastAsiaTheme="minorEastAsia" w:cs="Times New Roman"/>
                <w:color w:val="A6A6A6"/>
                <w:lang w:val="es-PY" w:eastAsia="es-PY"/>
              </w:rPr>
            </w:pPr>
          </w:p>
          <w:p w14:paraId="45B48F53" w14:textId="3AEB3367" w:rsidR="00012BB9" w:rsidRDefault="00012BB9" w:rsidP="00CB5C2A">
            <w:pPr>
              <w:ind w:left="37"/>
              <w:rPr>
                <w:rFonts w:eastAsiaTheme="minorEastAsia" w:cs="Times New Roman"/>
                <w:color w:val="A6A6A6"/>
                <w:lang w:val="es-PY" w:eastAsia="es-PY"/>
              </w:rPr>
            </w:pPr>
          </w:p>
          <w:p w14:paraId="6C1FBE7F" w14:textId="18DC044D" w:rsidR="00012BB9" w:rsidRDefault="00012BB9" w:rsidP="00CB5C2A">
            <w:pPr>
              <w:ind w:left="37"/>
              <w:rPr>
                <w:rFonts w:eastAsiaTheme="minorEastAsia" w:cs="Times New Roman"/>
                <w:color w:val="A6A6A6"/>
                <w:lang w:val="es-PY" w:eastAsia="es-PY"/>
              </w:rPr>
            </w:pPr>
          </w:p>
          <w:p w14:paraId="4B9DC2AE" w14:textId="7E427CB3" w:rsidR="00012BB9" w:rsidRDefault="00012BB9" w:rsidP="00CB5C2A">
            <w:pPr>
              <w:ind w:left="37"/>
              <w:rPr>
                <w:rFonts w:eastAsiaTheme="minorEastAsia" w:cs="Times New Roman"/>
                <w:color w:val="A6A6A6"/>
                <w:lang w:val="es-PY" w:eastAsia="es-PY"/>
              </w:rPr>
            </w:pPr>
          </w:p>
          <w:p w14:paraId="57B6EA05" w14:textId="1F3C998F" w:rsidR="00012BB9" w:rsidRDefault="00012BB9" w:rsidP="00CB5C2A">
            <w:pPr>
              <w:ind w:left="37"/>
              <w:rPr>
                <w:rFonts w:eastAsiaTheme="minorEastAsia" w:cs="Times New Roman"/>
                <w:color w:val="A6A6A6"/>
                <w:lang w:val="es-PY" w:eastAsia="es-PY"/>
              </w:rPr>
            </w:pPr>
          </w:p>
          <w:p w14:paraId="72DBD152" w14:textId="75FA36D7" w:rsidR="00012BB9" w:rsidRDefault="00012BB9" w:rsidP="00CB5C2A">
            <w:pPr>
              <w:ind w:left="37"/>
              <w:rPr>
                <w:rFonts w:eastAsiaTheme="minorEastAsia" w:cs="Times New Roman"/>
                <w:color w:val="A6A6A6"/>
                <w:lang w:val="es-PY" w:eastAsia="es-PY"/>
              </w:rPr>
            </w:pPr>
          </w:p>
          <w:p w14:paraId="1B16C048" w14:textId="52DB4C78" w:rsidR="00012BB9" w:rsidRDefault="00012BB9" w:rsidP="00CB5C2A">
            <w:pPr>
              <w:ind w:left="37"/>
              <w:rPr>
                <w:rFonts w:eastAsiaTheme="minorEastAsia" w:cs="Times New Roman"/>
                <w:color w:val="A6A6A6"/>
                <w:lang w:val="es-PY" w:eastAsia="es-PY"/>
              </w:rPr>
            </w:pPr>
          </w:p>
          <w:p w14:paraId="421167EB" w14:textId="30CC716C" w:rsidR="00012BB9" w:rsidRDefault="00012BB9" w:rsidP="00CB5C2A">
            <w:pPr>
              <w:ind w:left="37"/>
              <w:rPr>
                <w:rFonts w:eastAsiaTheme="minorEastAsia" w:cs="Times New Roman"/>
                <w:color w:val="A6A6A6"/>
                <w:lang w:val="es-PY" w:eastAsia="es-PY"/>
              </w:rPr>
            </w:pPr>
          </w:p>
          <w:p w14:paraId="2E2807EA" w14:textId="50C46104" w:rsidR="00012BB9" w:rsidRDefault="00012BB9" w:rsidP="00CB5C2A">
            <w:pPr>
              <w:ind w:left="37"/>
              <w:rPr>
                <w:rFonts w:eastAsiaTheme="minorEastAsia" w:cs="Times New Roman"/>
                <w:color w:val="A6A6A6"/>
                <w:lang w:val="es-PY" w:eastAsia="es-PY"/>
              </w:rPr>
            </w:pPr>
          </w:p>
          <w:p w14:paraId="18CABB76" w14:textId="77777777" w:rsidR="00012BB9" w:rsidRDefault="00012BB9" w:rsidP="00CB5C2A">
            <w:pPr>
              <w:ind w:left="37"/>
              <w:rPr>
                <w:rFonts w:eastAsiaTheme="minorEastAsia" w:cs="Times New Roman"/>
                <w:color w:val="A6A6A6"/>
                <w:lang w:val="es-PY" w:eastAsia="es-PY"/>
              </w:rPr>
            </w:pPr>
          </w:p>
          <w:p w14:paraId="485B5FFA" w14:textId="747DD4B5" w:rsidR="003F6C89" w:rsidRDefault="003F6C89" w:rsidP="00CB5C2A">
            <w:pPr>
              <w:ind w:left="37"/>
              <w:rPr>
                <w:rFonts w:eastAsiaTheme="minorEastAsia" w:cs="Times New Roman"/>
                <w:color w:val="A6A6A6"/>
                <w:lang w:val="es-PY" w:eastAsia="es-PY"/>
              </w:rPr>
            </w:pPr>
          </w:p>
          <w:p w14:paraId="1A560A42" w14:textId="34864BA6" w:rsidR="003F6C89" w:rsidRDefault="003F6C89" w:rsidP="00CB5C2A">
            <w:pPr>
              <w:ind w:left="37"/>
              <w:rPr>
                <w:rFonts w:eastAsiaTheme="minorEastAsia" w:cs="Times New Roman"/>
                <w:color w:val="A6A6A6"/>
                <w:lang w:val="es-PY" w:eastAsia="es-PY"/>
              </w:rPr>
            </w:pPr>
          </w:p>
          <w:p w14:paraId="1F10F879" w14:textId="2BF72F80" w:rsidR="00012BB9" w:rsidRDefault="00012BB9" w:rsidP="00CB5C2A">
            <w:pPr>
              <w:ind w:left="37"/>
              <w:rPr>
                <w:rFonts w:eastAsiaTheme="minorEastAsia" w:cs="Times New Roman"/>
                <w:color w:val="A6A6A6"/>
                <w:lang w:val="es-PY" w:eastAsia="es-PY"/>
              </w:rPr>
            </w:pPr>
          </w:p>
          <w:p w14:paraId="44E606A9" w14:textId="479A4DF9" w:rsidR="00012BB9" w:rsidRDefault="00012BB9" w:rsidP="00CB5C2A">
            <w:pPr>
              <w:ind w:left="37"/>
              <w:rPr>
                <w:rFonts w:eastAsiaTheme="minorEastAsia" w:cs="Times New Roman"/>
                <w:color w:val="A6A6A6"/>
                <w:lang w:val="es-PY" w:eastAsia="es-PY"/>
              </w:rPr>
            </w:pPr>
          </w:p>
          <w:p w14:paraId="05AE155D" w14:textId="02764457" w:rsidR="00012BB9" w:rsidRDefault="00012BB9" w:rsidP="00CB5C2A">
            <w:pPr>
              <w:ind w:left="37"/>
              <w:rPr>
                <w:rFonts w:eastAsiaTheme="minorEastAsia" w:cs="Times New Roman"/>
                <w:color w:val="A6A6A6"/>
                <w:lang w:val="es-PY" w:eastAsia="es-PY"/>
              </w:rPr>
            </w:pPr>
          </w:p>
          <w:p w14:paraId="024FCD3E" w14:textId="77777777" w:rsidR="009C6227" w:rsidRPr="00643CF3" w:rsidRDefault="009C6227" w:rsidP="00CB5C2A">
            <w:pPr>
              <w:rPr>
                <w:lang w:val="es-PY"/>
              </w:rPr>
            </w:pPr>
          </w:p>
        </w:tc>
      </w:tr>
      <w:tr w:rsidR="0018706C" w:rsidRPr="003B5381" w14:paraId="7AC08585" w14:textId="77777777" w:rsidTr="00AF43FA">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5032FB" w14:textId="1ADA38A8" w:rsidR="0018706C" w:rsidRPr="003F6C89" w:rsidRDefault="003F6C89" w:rsidP="0018706C">
            <w:pPr>
              <w:jc w:val="both"/>
              <w:rPr>
                <w:rFonts w:eastAsiaTheme="minorEastAsia" w:cs="Times New Roman"/>
                <w:b/>
                <w:color w:val="A6A6A6"/>
                <w:lang w:val="es-PY" w:eastAsia="es-PY"/>
              </w:rPr>
            </w:pPr>
            <w:r w:rsidRPr="003F6C89">
              <w:rPr>
                <w:rFonts w:eastAsiaTheme="minorEastAsia" w:cs="Times New Roman"/>
                <w:b/>
                <w:lang w:val="es-PY" w:eastAsia="es-PY"/>
              </w:rPr>
              <w:t>Fecha del informe:</w:t>
            </w:r>
          </w:p>
        </w:tc>
      </w:tr>
    </w:tbl>
    <w:p w14:paraId="3CA92AE7" w14:textId="2588775B" w:rsidR="00270493" w:rsidRDefault="00270493">
      <w:pPr>
        <w:rPr>
          <w:lang w:val="es-PY"/>
        </w:rPr>
      </w:pPr>
    </w:p>
    <w:p w14:paraId="7F5795E0" w14:textId="5E1DBEF0" w:rsidR="00270493" w:rsidRDefault="00270493" w:rsidP="00270493">
      <w:pPr>
        <w:rPr>
          <w:lang w:val="es-PY"/>
        </w:rPr>
      </w:pPr>
    </w:p>
    <w:p w14:paraId="3632F41A" w14:textId="207109F3" w:rsidR="00643CF3" w:rsidRPr="00270493" w:rsidRDefault="00643CF3" w:rsidP="00270493">
      <w:pPr>
        <w:tabs>
          <w:tab w:val="left" w:pos="1224"/>
        </w:tabs>
        <w:rPr>
          <w:lang w:val="es-PY"/>
        </w:rPr>
      </w:pPr>
    </w:p>
    <w:sectPr w:rsidR="00643CF3" w:rsidRPr="00270493" w:rsidSect="00224D58">
      <w:headerReference w:type="default" r:id="rId11"/>
      <w:pgSz w:w="12240" w:h="15840"/>
      <w:pgMar w:top="1138" w:right="616"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759E5" w14:textId="77777777" w:rsidR="00473FAB" w:rsidRDefault="00473FAB" w:rsidP="003B5381">
      <w:r>
        <w:separator/>
      </w:r>
    </w:p>
  </w:endnote>
  <w:endnote w:type="continuationSeparator" w:id="0">
    <w:p w14:paraId="345C37F6" w14:textId="77777777" w:rsidR="00473FAB" w:rsidRDefault="00473FAB" w:rsidP="003B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44BB" w14:textId="77777777" w:rsidR="00473FAB" w:rsidRDefault="00473FAB" w:rsidP="003B5381">
      <w:r>
        <w:separator/>
      </w:r>
    </w:p>
  </w:footnote>
  <w:footnote w:type="continuationSeparator" w:id="0">
    <w:p w14:paraId="6C3BDD5B" w14:textId="77777777" w:rsidR="00473FAB" w:rsidRDefault="00473FAB" w:rsidP="003B5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4100" w14:textId="77777777" w:rsidR="00DB4F91" w:rsidRDefault="00DB4F91" w:rsidP="003B5381">
    <w:pPr>
      <w:spacing w:after="60"/>
      <w:rPr>
        <w:b/>
        <w:color w:val="D9D9D9" w:themeColor="background1" w:themeShade="D9"/>
        <w:sz w:val="28"/>
        <w:lang w:val="es-PY"/>
      </w:rPr>
    </w:pPr>
  </w:p>
  <w:p w14:paraId="7A23AD37" w14:textId="45B8FF48" w:rsidR="00DB4F91" w:rsidRPr="00EC15B4" w:rsidRDefault="00DB4F91" w:rsidP="003B5381">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0C3F08D2" w14:textId="77777777" w:rsidR="00DB4F91" w:rsidRDefault="00DB4F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7"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731230217">
    <w:abstractNumId w:val="8"/>
  </w:num>
  <w:num w:numId="2" w16cid:durableId="1386953634">
    <w:abstractNumId w:val="6"/>
  </w:num>
  <w:num w:numId="3" w16cid:durableId="1626306641">
    <w:abstractNumId w:val="5"/>
  </w:num>
  <w:num w:numId="4" w16cid:durableId="1995644677">
    <w:abstractNumId w:val="4"/>
  </w:num>
  <w:num w:numId="5" w16cid:durableId="1590000957">
    <w:abstractNumId w:val="7"/>
  </w:num>
  <w:num w:numId="6" w16cid:durableId="745808818">
    <w:abstractNumId w:val="3"/>
  </w:num>
  <w:num w:numId="7" w16cid:durableId="1928422098">
    <w:abstractNumId w:val="2"/>
  </w:num>
  <w:num w:numId="8" w16cid:durableId="1099446901">
    <w:abstractNumId w:val="1"/>
  </w:num>
  <w:num w:numId="9" w16cid:durableId="1408842127">
    <w:abstractNumId w:val="0"/>
  </w:num>
  <w:num w:numId="10" w16cid:durableId="2059814655">
    <w:abstractNumId w:val="16"/>
  </w:num>
  <w:num w:numId="11" w16cid:durableId="1593053998">
    <w:abstractNumId w:val="17"/>
  </w:num>
  <w:num w:numId="12" w16cid:durableId="1264679559">
    <w:abstractNumId w:val="14"/>
  </w:num>
  <w:num w:numId="13" w16cid:durableId="816727369">
    <w:abstractNumId w:val="13"/>
  </w:num>
  <w:num w:numId="14" w16cid:durableId="1268007459">
    <w:abstractNumId w:val="10"/>
  </w:num>
  <w:num w:numId="15" w16cid:durableId="1092354923">
    <w:abstractNumId w:val="11"/>
  </w:num>
  <w:num w:numId="16" w16cid:durableId="1407532348">
    <w:abstractNumId w:val="12"/>
  </w:num>
  <w:num w:numId="17" w16cid:durableId="1838230871">
    <w:abstractNumId w:val="15"/>
  </w:num>
  <w:num w:numId="18" w16cid:durableId="2050835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12BB9"/>
    <w:rsid w:val="00034616"/>
    <w:rsid w:val="0006063C"/>
    <w:rsid w:val="00064F69"/>
    <w:rsid w:val="000B1B8E"/>
    <w:rsid w:val="0010517E"/>
    <w:rsid w:val="0013514B"/>
    <w:rsid w:val="0015074B"/>
    <w:rsid w:val="0017605E"/>
    <w:rsid w:val="0018706C"/>
    <w:rsid w:val="0019499D"/>
    <w:rsid w:val="001C6824"/>
    <w:rsid w:val="001D21CD"/>
    <w:rsid w:val="00224D58"/>
    <w:rsid w:val="00233B1E"/>
    <w:rsid w:val="00260CB0"/>
    <w:rsid w:val="00267D20"/>
    <w:rsid w:val="00270493"/>
    <w:rsid w:val="00291F93"/>
    <w:rsid w:val="0029639D"/>
    <w:rsid w:val="002D1767"/>
    <w:rsid w:val="002E3378"/>
    <w:rsid w:val="00326F90"/>
    <w:rsid w:val="00343997"/>
    <w:rsid w:val="00356F7A"/>
    <w:rsid w:val="003779D2"/>
    <w:rsid w:val="003B4108"/>
    <w:rsid w:val="003B5381"/>
    <w:rsid w:val="003E0841"/>
    <w:rsid w:val="003F6C89"/>
    <w:rsid w:val="004453A7"/>
    <w:rsid w:val="00473656"/>
    <w:rsid w:val="00473FAB"/>
    <w:rsid w:val="00487FC6"/>
    <w:rsid w:val="004B1763"/>
    <w:rsid w:val="00547EA2"/>
    <w:rsid w:val="00571B00"/>
    <w:rsid w:val="005A1596"/>
    <w:rsid w:val="005D0BEC"/>
    <w:rsid w:val="005D7BDD"/>
    <w:rsid w:val="005F53A1"/>
    <w:rsid w:val="00614861"/>
    <w:rsid w:val="0062539B"/>
    <w:rsid w:val="00643CF3"/>
    <w:rsid w:val="006705A8"/>
    <w:rsid w:val="00690280"/>
    <w:rsid w:val="0069756D"/>
    <w:rsid w:val="00697865"/>
    <w:rsid w:val="006A537F"/>
    <w:rsid w:val="006C4037"/>
    <w:rsid w:val="006C77F8"/>
    <w:rsid w:val="006D4935"/>
    <w:rsid w:val="00712457"/>
    <w:rsid w:val="0073559B"/>
    <w:rsid w:val="007544DA"/>
    <w:rsid w:val="00797ECA"/>
    <w:rsid w:val="007A4CF2"/>
    <w:rsid w:val="007E24BB"/>
    <w:rsid w:val="007E70AA"/>
    <w:rsid w:val="00821777"/>
    <w:rsid w:val="00834447"/>
    <w:rsid w:val="00847D3E"/>
    <w:rsid w:val="0085189E"/>
    <w:rsid w:val="0086773D"/>
    <w:rsid w:val="008C566F"/>
    <w:rsid w:val="008D53CA"/>
    <w:rsid w:val="008E68A3"/>
    <w:rsid w:val="009223FE"/>
    <w:rsid w:val="0094394F"/>
    <w:rsid w:val="0096288B"/>
    <w:rsid w:val="0099799E"/>
    <w:rsid w:val="009C6227"/>
    <w:rsid w:val="00A37FA3"/>
    <w:rsid w:val="00A5563D"/>
    <w:rsid w:val="00A76730"/>
    <w:rsid w:val="00A83759"/>
    <w:rsid w:val="00A90BC9"/>
    <w:rsid w:val="00AA1D8D"/>
    <w:rsid w:val="00AF43FA"/>
    <w:rsid w:val="00B04F7C"/>
    <w:rsid w:val="00B14B75"/>
    <w:rsid w:val="00B317C6"/>
    <w:rsid w:val="00B45660"/>
    <w:rsid w:val="00B47730"/>
    <w:rsid w:val="00B912B1"/>
    <w:rsid w:val="00BD095C"/>
    <w:rsid w:val="00BE4D39"/>
    <w:rsid w:val="00BF5401"/>
    <w:rsid w:val="00BF5F98"/>
    <w:rsid w:val="00C10B01"/>
    <w:rsid w:val="00C95B48"/>
    <w:rsid w:val="00C96488"/>
    <w:rsid w:val="00CB0664"/>
    <w:rsid w:val="00CB5C2A"/>
    <w:rsid w:val="00CC0341"/>
    <w:rsid w:val="00CC3056"/>
    <w:rsid w:val="00D56C8E"/>
    <w:rsid w:val="00DB431B"/>
    <w:rsid w:val="00DB4F91"/>
    <w:rsid w:val="00DB7091"/>
    <w:rsid w:val="00DE5E3A"/>
    <w:rsid w:val="00E9029A"/>
    <w:rsid w:val="00E94435"/>
    <w:rsid w:val="00F62782"/>
    <w:rsid w:val="00F720EB"/>
    <w:rsid w:val="00FC693F"/>
    <w:rsid w:val="00FD0B68"/>
    <w:rsid w:val="00FD559F"/>
    <w:rsid w:val="00FD650D"/>
    <w:rsid w:val="00FD6964"/>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1"/>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97865"/>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9DB4B-940F-4071-A887-C123307D2AB8}">
  <ds:schemaRefs>
    <ds:schemaRef ds:uri="http://schemas.microsoft.com/sharepoint/v3/contenttype/forms"/>
  </ds:schemaRefs>
</ds:datastoreItem>
</file>

<file path=customXml/itemProps3.xml><?xml version="1.0" encoding="utf-8"?>
<ds:datastoreItem xmlns:ds="http://schemas.openxmlformats.org/officeDocument/2006/customXml" ds:itemID="{1453E777-5C97-476F-BF62-ED3A733156F6}">
  <ds:schemaRefs>
    <ds:schemaRef ds:uri="http://schemas.openxmlformats.org/officeDocument/2006/bibliography"/>
  </ds:schemaRefs>
</ds:datastoreItem>
</file>

<file path=customXml/itemProps4.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e4f75650-8e21-49ba-b91c-b81547c800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3293</Words>
  <Characters>18114</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21365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2026-09-03T12:45:00Z</dcterms:created>
  <dcterms:modified xsi:type="dcterms:W3CDTF">2026-09-03T12:45:00Z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