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26DEE" w14:textId="77777777" w:rsidR="00224D58" w:rsidRPr="00E87B4D" w:rsidRDefault="00224D58" w:rsidP="00224D58">
      <w:pPr>
        <w:jc w:val="center"/>
        <w:rPr>
          <w:b/>
          <w:color w:val="000000"/>
          <w:sz w:val="24"/>
          <w:szCs w:val="24"/>
          <w:lang w:val="es-PY"/>
        </w:rPr>
      </w:pPr>
      <w:r w:rsidRPr="00E87B4D">
        <w:rPr>
          <w:b/>
          <w:color w:val="000000"/>
          <w:sz w:val="24"/>
          <w:szCs w:val="24"/>
          <w:lang w:val="es-PY"/>
        </w:rPr>
        <w:t>MODELO NACIONAL DE EVALUACIÓN Y ACREDITACIÓN DE LA</w:t>
      </w:r>
    </w:p>
    <w:p w14:paraId="45A0289D" w14:textId="77777777" w:rsidR="00224D58" w:rsidRPr="00E87B4D" w:rsidRDefault="00224D58" w:rsidP="00224D58">
      <w:pPr>
        <w:jc w:val="center"/>
        <w:rPr>
          <w:b/>
          <w:color w:val="000000"/>
          <w:sz w:val="24"/>
          <w:szCs w:val="24"/>
          <w:lang w:val="es-PY"/>
        </w:rPr>
      </w:pPr>
      <w:r w:rsidRPr="00E87B4D">
        <w:rPr>
          <w:b/>
          <w:color w:val="000000"/>
          <w:sz w:val="24"/>
          <w:szCs w:val="24"/>
          <w:lang w:val="es-PY"/>
        </w:rPr>
        <w:t>EDUCACIÓN SUPERIOR</w:t>
      </w:r>
    </w:p>
    <w:p w14:paraId="2C42F145" w14:textId="77777777" w:rsidR="00224D58" w:rsidRPr="00E87B4D" w:rsidRDefault="00224D58" w:rsidP="00224D58">
      <w:pPr>
        <w:jc w:val="center"/>
        <w:rPr>
          <w:b/>
          <w:color w:val="000000"/>
          <w:sz w:val="24"/>
          <w:szCs w:val="24"/>
          <w:lang w:val="es-PY"/>
        </w:rPr>
      </w:pPr>
    </w:p>
    <w:p w14:paraId="1F2E9C91" w14:textId="77777777" w:rsidR="00224D58" w:rsidRPr="00E87B4D" w:rsidRDefault="00224D58" w:rsidP="00224D58">
      <w:pPr>
        <w:jc w:val="center"/>
        <w:rPr>
          <w:b/>
          <w:color w:val="000000"/>
          <w:sz w:val="24"/>
          <w:szCs w:val="24"/>
          <w:lang w:val="es-PY"/>
        </w:rPr>
      </w:pPr>
      <w:r w:rsidRPr="00E87B4D">
        <w:rPr>
          <w:b/>
          <w:color w:val="000000"/>
          <w:sz w:val="24"/>
          <w:szCs w:val="24"/>
          <w:lang w:val="es-PY"/>
        </w:rPr>
        <w:t xml:space="preserve">SISTEMA DE EVALUACIÓN DE LA CALIDAD DE LA </w:t>
      </w:r>
    </w:p>
    <w:p w14:paraId="5A391880" w14:textId="77777777" w:rsidR="00224D58" w:rsidRPr="00E87B4D" w:rsidRDefault="00224D58" w:rsidP="00224D58">
      <w:pPr>
        <w:jc w:val="center"/>
        <w:rPr>
          <w:b/>
          <w:color w:val="000000"/>
          <w:sz w:val="24"/>
          <w:szCs w:val="24"/>
          <w:lang w:val="es-PY"/>
        </w:rPr>
      </w:pPr>
      <w:r w:rsidRPr="00E87B4D">
        <w:rPr>
          <w:b/>
          <w:color w:val="000000"/>
          <w:sz w:val="24"/>
          <w:szCs w:val="24"/>
          <w:lang w:val="es-PY"/>
        </w:rPr>
        <w:t>EDUCACIÓN SUPERIOR POR FASES</w:t>
      </w:r>
    </w:p>
    <w:p w14:paraId="5B6DDEAF" w14:textId="77777777" w:rsidR="00224D58" w:rsidRPr="00E87B4D" w:rsidRDefault="00224D58" w:rsidP="00224D58">
      <w:pPr>
        <w:jc w:val="center"/>
        <w:rPr>
          <w:b/>
          <w:color w:val="000000"/>
          <w:sz w:val="24"/>
          <w:szCs w:val="24"/>
          <w:lang w:val="es-PY"/>
        </w:rPr>
      </w:pPr>
      <w:r w:rsidRPr="00E87B4D">
        <w:rPr>
          <w:b/>
          <w:color w:val="000000"/>
          <w:sz w:val="24"/>
          <w:szCs w:val="24"/>
          <w:lang w:val="es-PY"/>
        </w:rPr>
        <w:t xml:space="preserve">Resolución ANEAES </w:t>
      </w:r>
      <w:proofErr w:type="spellStart"/>
      <w:r w:rsidRPr="00E87B4D">
        <w:rPr>
          <w:b/>
          <w:color w:val="000000"/>
          <w:sz w:val="24"/>
          <w:szCs w:val="24"/>
          <w:lang w:val="es-PY"/>
        </w:rPr>
        <w:t>N°</w:t>
      </w:r>
      <w:proofErr w:type="spellEnd"/>
      <w:r w:rsidRPr="00E87B4D">
        <w:rPr>
          <w:b/>
          <w:color w:val="000000"/>
          <w:sz w:val="24"/>
          <w:szCs w:val="24"/>
          <w:lang w:val="es-PY"/>
        </w:rPr>
        <w:t xml:space="preserve"> 309/2025</w:t>
      </w:r>
    </w:p>
    <w:p w14:paraId="2104C6E7" w14:textId="77777777" w:rsidR="00224D58" w:rsidRPr="00E87B4D" w:rsidRDefault="00224D58" w:rsidP="00224D58">
      <w:pPr>
        <w:jc w:val="center"/>
        <w:rPr>
          <w:b/>
          <w:color w:val="000000"/>
          <w:sz w:val="24"/>
          <w:szCs w:val="24"/>
          <w:lang w:val="es-PY"/>
        </w:rPr>
      </w:pPr>
    </w:p>
    <w:p w14:paraId="4F4F51E6" w14:textId="7C9F5FE8" w:rsidR="00224D58" w:rsidRPr="00E87B4D" w:rsidRDefault="00224D58" w:rsidP="00224D58">
      <w:pPr>
        <w:jc w:val="center"/>
        <w:rPr>
          <w:b/>
          <w:color w:val="000000"/>
          <w:sz w:val="24"/>
          <w:szCs w:val="24"/>
          <w:lang w:val="es-PY"/>
        </w:rPr>
      </w:pPr>
      <w:r w:rsidRPr="00E87B4D">
        <w:rPr>
          <w:b/>
          <w:color w:val="000000"/>
          <w:sz w:val="24"/>
          <w:szCs w:val="24"/>
          <w:lang w:val="es-PY"/>
        </w:rPr>
        <w:t xml:space="preserve">INFORME DE AUTOEVALUACIÓN </w:t>
      </w:r>
      <w:r w:rsidR="00697865" w:rsidRPr="00E87B4D">
        <w:rPr>
          <w:b/>
          <w:color w:val="000000"/>
          <w:sz w:val="24"/>
          <w:szCs w:val="24"/>
          <w:lang w:val="es-PY"/>
        </w:rPr>
        <w:t>–</w:t>
      </w:r>
      <w:r w:rsidRPr="00E87B4D">
        <w:rPr>
          <w:b/>
          <w:color w:val="000000"/>
          <w:sz w:val="24"/>
          <w:szCs w:val="24"/>
          <w:lang w:val="es-PY"/>
        </w:rPr>
        <w:t xml:space="preserve"> </w:t>
      </w:r>
      <w:r w:rsidR="00697865" w:rsidRPr="00E87B4D">
        <w:rPr>
          <w:b/>
          <w:color w:val="000000"/>
          <w:sz w:val="24"/>
          <w:szCs w:val="24"/>
          <w:lang w:val="es-PY"/>
        </w:rPr>
        <w:t>DOCTORADO INVESTIGATIVO</w:t>
      </w:r>
    </w:p>
    <w:p w14:paraId="58B1323E" w14:textId="5CDCD621" w:rsidR="0010517E" w:rsidRPr="00E87B4D" w:rsidRDefault="00224D58" w:rsidP="00224D58">
      <w:pPr>
        <w:jc w:val="center"/>
        <w:rPr>
          <w:sz w:val="24"/>
          <w:szCs w:val="24"/>
          <w:lang w:val="es-PY"/>
        </w:rPr>
      </w:pPr>
      <w:r w:rsidRPr="00E87B4D">
        <w:rPr>
          <w:b/>
          <w:color w:val="000000"/>
          <w:sz w:val="24"/>
          <w:szCs w:val="24"/>
          <w:lang w:val="es-PY"/>
        </w:rPr>
        <w:t xml:space="preserve">MODALIDAD </w:t>
      </w:r>
      <w:r w:rsidR="00697865" w:rsidRPr="00E87B4D">
        <w:rPr>
          <w:b/>
          <w:color w:val="000000"/>
          <w:sz w:val="24"/>
          <w:szCs w:val="24"/>
          <w:lang w:val="es-PY"/>
        </w:rPr>
        <w:t>PRESENCIAL</w:t>
      </w:r>
      <w:r w:rsidRPr="00E87B4D">
        <w:rPr>
          <w:b/>
          <w:color w:val="000000"/>
          <w:sz w:val="24"/>
          <w:szCs w:val="24"/>
          <w:lang w:val="es-PY"/>
        </w:rPr>
        <w:t xml:space="preserve"> - INDIVIDUAL</w:t>
      </w:r>
    </w:p>
    <w:tbl>
      <w:tblPr>
        <w:tblW w:w="9648" w:type="dxa"/>
        <w:jc w:val="center"/>
        <w:tblLayout w:type="fixed"/>
        <w:tblLook w:val="04A0" w:firstRow="1" w:lastRow="0" w:firstColumn="1" w:lastColumn="0" w:noHBand="0" w:noVBand="1"/>
      </w:tblPr>
      <w:tblGrid>
        <w:gridCol w:w="3475"/>
        <w:gridCol w:w="6173"/>
      </w:tblGrid>
      <w:tr w:rsidR="0010517E" w14:paraId="0308C39A" w14:textId="77777777" w:rsidTr="00AF43FA">
        <w:trPr>
          <w:cantSplit/>
          <w:trHeight w:hRule="exact" w:val="403"/>
          <w:jc w:val="center"/>
        </w:trPr>
        <w:tc>
          <w:tcPr>
            <w:tcW w:w="9648"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20E16C69" w14:textId="77777777" w:rsidR="0010517E" w:rsidRDefault="00643CF3">
            <w:r>
              <w:rPr>
                <w:b/>
                <w:color w:val="FFFFFF"/>
              </w:rPr>
              <w:t>1. DATOS DE IDENTIFICACIÓN</w:t>
            </w:r>
          </w:p>
        </w:tc>
      </w:tr>
      <w:tr w:rsidR="0010517E" w14:paraId="1CFD0CBB"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2449B0E" w14:textId="77777777" w:rsidR="0010517E" w:rsidRDefault="00643CF3">
            <w:r>
              <w:rPr>
                <w:b/>
                <w:color w:val="FFFFFF"/>
              </w:rPr>
              <w:t>DATOS DE LA INSTITUCIÓN</w:t>
            </w:r>
          </w:p>
        </w:tc>
      </w:tr>
      <w:tr w:rsidR="0010517E" w14:paraId="46DD491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DE2597" w14:textId="77777777" w:rsidR="0010517E" w:rsidRDefault="00643CF3">
            <w:proofErr w:type="spellStart"/>
            <w:r>
              <w:rPr>
                <w:b/>
                <w:color w:val="000000"/>
              </w:rPr>
              <w:t>Institución</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54E4E1" w14:textId="77777777" w:rsidR="0010517E" w:rsidRDefault="0010517E"/>
        </w:tc>
      </w:tr>
      <w:tr w:rsidR="0010517E" w14:paraId="7390CA70"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4A6195" w14:textId="77777777" w:rsidR="0010517E" w:rsidRDefault="00643CF3">
            <w:r>
              <w:rPr>
                <w:b/>
                <w:color w:val="000000"/>
              </w:rPr>
              <w:t xml:space="preserve">Máxima </w:t>
            </w:r>
            <w:proofErr w:type="spellStart"/>
            <w:r>
              <w:rPr>
                <w:b/>
                <w:color w:val="000000"/>
              </w:rPr>
              <w:t>autoridad</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8E639F" w14:textId="77777777" w:rsidR="0010517E" w:rsidRDefault="0010517E"/>
        </w:tc>
      </w:tr>
      <w:tr w:rsidR="0010517E" w14:paraId="7D13D8DF"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4B31850" w14:textId="77777777" w:rsidR="0010517E" w:rsidRDefault="00643CF3">
            <w:proofErr w:type="spellStart"/>
            <w:r>
              <w:rPr>
                <w:b/>
                <w:color w:val="000000"/>
              </w:rPr>
              <w:t>Dirección</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B85EA6" w14:textId="77777777" w:rsidR="0010517E" w:rsidRDefault="0010517E"/>
        </w:tc>
      </w:tr>
      <w:tr w:rsidR="0010517E" w14:paraId="0945009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73E9A8" w14:textId="77777777" w:rsidR="0010517E" w:rsidRDefault="00643CF3">
            <w:r>
              <w:rPr>
                <w:b/>
                <w:color w:val="000000"/>
              </w:rPr>
              <w:t>Departamento: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D7BB9A" w14:textId="77777777" w:rsidR="0010517E" w:rsidRDefault="0010517E"/>
        </w:tc>
      </w:tr>
      <w:tr w:rsidR="0010517E" w14:paraId="5F2B5472"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734DEE0" w14:textId="77777777" w:rsidR="0010517E" w:rsidRDefault="00643CF3">
            <w:r>
              <w:rPr>
                <w:b/>
                <w:color w:val="000000"/>
              </w:rPr>
              <w:t>Ciudad:</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57036E" w14:textId="77777777" w:rsidR="0010517E" w:rsidRDefault="0010517E"/>
        </w:tc>
      </w:tr>
      <w:tr w:rsidR="0010517E" w14:paraId="3B8E2A01"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C53902E" w14:textId="77777777" w:rsidR="0010517E" w:rsidRDefault="00643CF3">
            <w:proofErr w:type="spellStart"/>
            <w:r>
              <w:rPr>
                <w:b/>
                <w:color w:val="000000"/>
              </w:rPr>
              <w:t>Teléfono</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CEFB5E" w14:textId="77777777" w:rsidR="0010517E" w:rsidRDefault="0010517E"/>
        </w:tc>
      </w:tr>
      <w:tr w:rsidR="0010517E" w14:paraId="53828C59"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EE2E92" w14:textId="77777777" w:rsidR="0010517E" w:rsidRDefault="00643CF3">
            <w:r>
              <w:rPr>
                <w:b/>
                <w:color w:val="000000"/>
              </w:rPr>
              <w:t xml:space="preserve">Correo </w:t>
            </w:r>
            <w:proofErr w:type="spellStart"/>
            <w:r>
              <w:rPr>
                <w:b/>
                <w:color w:val="000000"/>
              </w:rPr>
              <w:t>electrónico</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7D7872" w14:textId="77777777" w:rsidR="0010517E" w:rsidRDefault="0010517E"/>
        </w:tc>
      </w:tr>
      <w:tr w:rsidR="0010517E" w14:paraId="3E5EDC79"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24F117D" w14:textId="77777777" w:rsidR="0010517E" w:rsidRDefault="00643CF3">
            <w:r>
              <w:rPr>
                <w:b/>
                <w:color w:val="FFFFFF"/>
              </w:rPr>
              <w:t>DATOS ESPECÍFICOS DEL PROGRAMA</w:t>
            </w:r>
          </w:p>
        </w:tc>
      </w:tr>
      <w:tr w:rsidR="0010517E" w14:paraId="32DEADD2"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3CF5A8" w14:textId="77777777" w:rsidR="0010517E" w:rsidRDefault="00643CF3">
            <w:r>
              <w:rPr>
                <w:b/>
                <w:color w:val="000000"/>
              </w:rPr>
              <w:t xml:space="preserve">Nombre del </w:t>
            </w:r>
            <w:proofErr w:type="spellStart"/>
            <w:r>
              <w:rPr>
                <w:b/>
                <w:color w:val="000000"/>
              </w:rPr>
              <w:t>programa</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A916DB" w14:textId="77777777" w:rsidR="0010517E" w:rsidRDefault="0010517E"/>
        </w:tc>
      </w:tr>
      <w:tr w:rsidR="0010517E" w14:paraId="7286B68E"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BF1819" w14:textId="77777777" w:rsidR="0010517E" w:rsidRDefault="00643CF3">
            <w:proofErr w:type="spellStart"/>
            <w:r>
              <w:rPr>
                <w:b/>
                <w:color w:val="000000"/>
              </w:rPr>
              <w:t>Facultad</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50C4382" w14:textId="77777777" w:rsidR="0010517E" w:rsidRDefault="0010517E"/>
        </w:tc>
      </w:tr>
      <w:tr w:rsidR="0010517E" w:rsidRPr="00637056" w14:paraId="23440615" w14:textId="77777777" w:rsidTr="00AF43FA">
        <w:trPr>
          <w:cantSplit/>
          <w:trHeight w:hRule="exact" w:val="605"/>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1647D1" w14:textId="77777777" w:rsidR="0010517E" w:rsidRPr="00643CF3" w:rsidRDefault="00643CF3">
            <w:pPr>
              <w:rPr>
                <w:lang w:val="es-PY"/>
              </w:rPr>
            </w:pPr>
            <w:r w:rsidRPr="00643CF3">
              <w:rPr>
                <w:b/>
                <w:color w:val="000000"/>
                <w:lang w:val="es-PY"/>
              </w:rPr>
              <w:t>Sede o filial donde se desarrolla:</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CDFBDC" w14:textId="77777777" w:rsidR="0010517E" w:rsidRPr="00643CF3" w:rsidRDefault="0010517E">
            <w:pPr>
              <w:rPr>
                <w:lang w:val="es-PY"/>
              </w:rPr>
            </w:pPr>
          </w:p>
        </w:tc>
      </w:tr>
      <w:tr w:rsidR="0010517E" w14:paraId="55FCD5CE"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AA2155" w14:textId="77777777" w:rsidR="0010517E" w:rsidRDefault="00643CF3">
            <w:proofErr w:type="spellStart"/>
            <w:r>
              <w:rPr>
                <w:b/>
                <w:color w:val="000000"/>
              </w:rPr>
              <w:t>Dirección</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0CD7B38" w14:textId="77777777" w:rsidR="0010517E" w:rsidRDefault="0010517E"/>
        </w:tc>
      </w:tr>
      <w:tr w:rsidR="0010517E" w:rsidRPr="00637056" w14:paraId="0FC66BE4"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FA31E18" w14:textId="77777777" w:rsidR="0010517E" w:rsidRPr="00643CF3" w:rsidRDefault="00643CF3">
            <w:pPr>
              <w:rPr>
                <w:lang w:val="es-PY"/>
              </w:rPr>
            </w:pPr>
            <w:r w:rsidRPr="00643CF3">
              <w:rPr>
                <w:b/>
                <w:color w:val="FFFFFF"/>
                <w:lang w:val="es-PY"/>
              </w:rPr>
              <w:t>DATOS DE LOS RESPONSABLES DEL PROGRAMA</w:t>
            </w:r>
          </w:p>
        </w:tc>
      </w:tr>
      <w:tr w:rsidR="0010517E" w14:paraId="1F0282B6"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A25D641" w14:textId="77777777" w:rsidR="0010517E" w:rsidRDefault="00643CF3">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995FF2" w14:textId="77777777" w:rsidR="0010517E" w:rsidRDefault="0010517E"/>
        </w:tc>
      </w:tr>
      <w:tr w:rsidR="0010517E" w14:paraId="5F5A860F"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E5D31A5" w14:textId="77777777" w:rsidR="0010517E" w:rsidRDefault="00643CF3">
            <w:r>
              <w:rPr>
                <w:b/>
                <w:color w:val="000000"/>
              </w:rPr>
              <w:t xml:space="preserve">Máxima </w:t>
            </w:r>
            <w:proofErr w:type="spellStart"/>
            <w:r>
              <w:rPr>
                <w:b/>
                <w:color w:val="000000"/>
              </w:rPr>
              <w:t>titulación</w:t>
            </w:r>
            <w:proofErr w:type="spellEnd"/>
            <w:r>
              <w:rPr>
                <w:b/>
                <w:color w:val="000000"/>
              </w:rPr>
              <w:t xml:space="preserve"> </w:t>
            </w:r>
            <w:proofErr w:type="spellStart"/>
            <w:r>
              <w:rPr>
                <w:b/>
                <w:color w:val="000000"/>
              </w:rPr>
              <w:t>académica</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466341" w14:textId="77777777" w:rsidR="0010517E" w:rsidRDefault="0010517E"/>
        </w:tc>
      </w:tr>
      <w:tr w:rsidR="0010517E" w14:paraId="5A758D28"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ED5D84C" w14:textId="77777777" w:rsidR="0010517E" w:rsidRDefault="00643CF3">
            <w:proofErr w:type="spellStart"/>
            <w:r>
              <w:rPr>
                <w:b/>
                <w:color w:val="000000"/>
              </w:rPr>
              <w:t>Resolución</w:t>
            </w:r>
            <w:proofErr w:type="spellEnd"/>
            <w:r>
              <w:rPr>
                <w:b/>
                <w:color w:val="000000"/>
              </w:rPr>
              <w:t xml:space="preserve"> de </w:t>
            </w:r>
            <w:proofErr w:type="spellStart"/>
            <w:r>
              <w:rPr>
                <w:b/>
                <w:color w:val="000000"/>
              </w:rPr>
              <w:t>nombramiento</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D7B632" w14:textId="77777777" w:rsidR="0010517E" w:rsidRDefault="0010517E"/>
        </w:tc>
      </w:tr>
      <w:tr w:rsidR="0010517E" w:rsidRPr="00637056" w14:paraId="37DFB205"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5780189" w14:textId="77777777" w:rsidR="0010517E" w:rsidRPr="00643CF3" w:rsidRDefault="00643CF3">
            <w:pPr>
              <w:rPr>
                <w:lang w:val="es-PY"/>
              </w:rPr>
            </w:pPr>
            <w:r w:rsidRPr="00643CF3">
              <w:rPr>
                <w:b/>
                <w:color w:val="FFFFFF"/>
                <w:lang w:val="es-PY"/>
              </w:rPr>
              <w:t>DATOS DEL TÉCNICO DE ENLACE</w:t>
            </w:r>
          </w:p>
        </w:tc>
      </w:tr>
      <w:tr w:rsidR="0010517E" w14:paraId="7AF53294"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BD4E13" w14:textId="77777777" w:rsidR="0010517E" w:rsidRDefault="00643CF3">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68E3BA" w14:textId="77777777" w:rsidR="0010517E" w:rsidRDefault="0010517E"/>
        </w:tc>
      </w:tr>
      <w:tr w:rsidR="0010517E" w14:paraId="7CFC2B66"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A25A11" w14:textId="77777777" w:rsidR="0010517E" w:rsidRDefault="00643CF3">
            <w:r>
              <w:rPr>
                <w:b/>
                <w:color w:val="000000"/>
              </w:rPr>
              <w:t xml:space="preserve">Correo </w:t>
            </w:r>
            <w:proofErr w:type="spellStart"/>
            <w:r>
              <w:rPr>
                <w:b/>
                <w:color w:val="000000"/>
              </w:rPr>
              <w:t>electrónico</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61339" w14:textId="77777777" w:rsidR="0010517E" w:rsidRDefault="0010517E"/>
        </w:tc>
      </w:tr>
      <w:tr w:rsidR="0010517E" w14:paraId="2FA48E4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119E302" w14:textId="77777777" w:rsidR="0010517E" w:rsidRDefault="00643CF3">
            <w:proofErr w:type="spellStart"/>
            <w:r>
              <w:rPr>
                <w:b/>
                <w:color w:val="000000"/>
              </w:rPr>
              <w:t>Teléfono</w:t>
            </w:r>
            <w:proofErr w:type="spellEnd"/>
            <w:r>
              <w:rPr>
                <w:b/>
                <w:color w:val="000000"/>
              </w:rPr>
              <w:t xml:space="preserve"> de </w:t>
            </w:r>
            <w:proofErr w:type="spellStart"/>
            <w:r>
              <w:rPr>
                <w:b/>
                <w:color w:val="000000"/>
              </w:rPr>
              <w:t>contacto</w:t>
            </w:r>
            <w:proofErr w:type="spellEnd"/>
            <w:r>
              <w:rPr>
                <w:b/>
                <w:color w:val="000000"/>
              </w:rPr>
              <w:t>:</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926C6C8" w14:textId="77777777" w:rsidR="0010517E" w:rsidRDefault="0010517E"/>
        </w:tc>
      </w:tr>
    </w:tbl>
    <w:p w14:paraId="56F3B075" w14:textId="77777777" w:rsidR="0010517E" w:rsidRDefault="00643CF3">
      <w:r>
        <w:br w:type="page"/>
      </w:r>
    </w:p>
    <w:tbl>
      <w:tblPr>
        <w:tblW w:w="0" w:type="auto"/>
        <w:jc w:val="center"/>
        <w:tblLayout w:type="fixed"/>
        <w:tblLook w:val="04A0" w:firstRow="1" w:lastRow="0" w:firstColumn="1" w:lastColumn="0" w:noHBand="0" w:noVBand="1"/>
      </w:tblPr>
      <w:tblGrid>
        <w:gridCol w:w="9773"/>
      </w:tblGrid>
      <w:tr w:rsidR="0010517E" w14:paraId="75BB4E39" w14:textId="77777777" w:rsidTr="00AF43FA">
        <w:trPr>
          <w:cantSplit/>
          <w:trHeight w:hRule="exact" w:val="432"/>
          <w:jc w:val="center"/>
        </w:trPr>
        <w:tc>
          <w:tcPr>
            <w:tcW w:w="9773"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DC550D8" w14:textId="77777777" w:rsidR="0010517E" w:rsidRDefault="00643CF3">
            <w:r>
              <w:rPr>
                <w:b/>
                <w:color w:val="FFFFFF"/>
              </w:rPr>
              <w:lastRenderedPageBreak/>
              <w:t>2. PRESENTACIÓN DE LA INSTITUCIÓN</w:t>
            </w:r>
          </w:p>
        </w:tc>
      </w:tr>
      <w:tr w:rsidR="0010517E" w:rsidRPr="00637056" w14:paraId="0FEE5357" w14:textId="77777777" w:rsidTr="00AF43FA">
        <w:trPr>
          <w:cantSplit/>
          <w:trHeight w:hRule="exact" w:val="12400"/>
          <w:jc w:val="center"/>
        </w:trPr>
        <w:tc>
          <w:tcPr>
            <w:tcW w:w="977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89D6B18" w14:textId="77777777" w:rsidR="00224D58" w:rsidRPr="003B5381" w:rsidRDefault="00224D58" w:rsidP="00224D58">
            <w:pPr>
              <w:jc w:val="both"/>
              <w:rPr>
                <w:color w:val="A6A6A6"/>
                <w:lang w:val="es-PY"/>
              </w:rPr>
            </w:pPr>
            <w:r w:rsidRPr="003B5381">
              <w:rPr>
                <w:color w:val="A6A6A6"/>
                <w:lang w:val="es-PY"/>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5A224F62" w14:textId="77777777" w:rsidR="00224D58" w:rsidRPr="003B5381" w:rsidRDefault="00224D58" w:rsidP="00224D58">
            <w:pPr>
              <w:jc w:val="both"/>
              <w:rPr>
                <w:color w:val="A6A6A6"/>
                <w:lang w:val="es-PY"/>
              </w:rPr>
            </w:pPr>
            <w:r w:rsidRPr="003B5381">
              <w:rPr>
                <w:color w:val="A6A6A6"/>
                <w:lang w:val="es-PY"/>
              </w:rPr>
              <w:t>La descripción debe incluir, al menos, los siguientes aspectos:</w:t>
            </w:r>
          </w:p>
          <w:p w14:paraId="714C505E" w14:textId="77777777" w:rsidR="00224D58" w:rsidRPr="003B5381" w:rsidRDefault="00224D58" w:rsidP="00224D58">
            <w:pPr>
              <w:jc w:val="both"/>
              <w:rPr>
                <w:color w:val="A6A6A6"/>
                <w:lang w:val="es-PY"/>
              </w:rPr>
            </w:pPr>
            <w:r w:rsidRPr="003B5381">
              <w:rPr>
                <w:color w:val="A6A6A6"/>
                <w:lang w:val="es-PY"/>
              </w:rPr>
              <w:t>1.</w:t>
            </w:r>
            <w:r w:rsidRPr="003B5381">
              <w:rPr>
                <w:color w:val="A6A6A6"/>
                <w:lang w:val="es-PY"/>
              </w:rPr>
              <w:tab/>
              <w:t>Identificación institucional:</w:t>
            </w:r>
          </w:p>
          <w:p w14:paraId="17B42A53"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Nombre completo de la institución de educación superior.</w:t>
            </w:r>
          </w:p>
          <w:p w14:paraId="75C87583"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Naturaleza jurídica (pública, privada, comunitaria).</w:t>
            </w:r>
          </w:p>
          <w:p w14:paraId="265107BF"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Año de creación y antecedentes relevantes de su desarrollo histórico.</w:t>
            </w:r>
          </w:p>
          <w:p w14:paraId="0DA2E642" w14:textId="77777777" w:rsidR="00224D58" w:rsidRPr="003B5381" w:rsidRDefault="00224D58" w:rsidP="00224D58">
            <w:pPr>
              <w:jc w:val="both"/>
              <w:rPr>
                <w:color w:val="A6A6A6"/>
                <w:lang w:val="es-PY"/>
              </w:rPr>
            </w:pPr>
          </w:p>
          <w:p w14:paraId="3D682A79" w14:textId="77777777" w:rsidR="00224D58" w:rsidRPr="003B5381" w:rsidRDefault="00224D58" w:rsidP="00224D58">
            <w:pPr>
              <w:jc w:val="both"/>
              <w:rPr>
                <w:color w:val="A6A6A6"/>
                <w:lang w:val="es-PY"/>
              </w:rPr>
            </w:pPr>
            <w:r w:rsidRPr="003B5381">
              <w:rPr>
                <w:color w:val="A6A6A6"/>
                <w:lang w:val="es-PY"/>
              </w:rPr>
              <w:t>2.</w:t>
            </w:r>
            <w:r w:rsidRPr="003B5381">
              <w:rPr>
                <w:color w:val="A6A6A6"/>
                <w:lang w:val="es-PY"/>
              </w:rPr>
              <w:tab/>
              <w:t>Misión, visión y valores institucionales:</w:t>
            </w:r>
          </w:p>
          <w:p w14:paraId="60323C25"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Declaración oficial vigente.</w:t>
            </w:r>
          </w:p>
          <w:p w14:paraId="023A4FA1"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Relación con las funciones sustantivas: docencia, investigación y extensión.</w:t>
            </w:r>
          </w:p>
          <w:p w14:paraId="120D9474"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Vinculación de la misión institucional con la formación de posgrado.</w:t>
            </w:r>
          </w:p>
          <w:p w14:paraId="2E04EC21" w14:textId="77777777" w:rsidR="00224D58" w:rsidRPr="003B5381" w:rsidRDefault="00224D58" w:rsidP="00224D58">
            <w:pPr>
              <w:jc w:val="both"/>
              <w:rPr>
                <w:color w:val="A6A6A6"/>
                <w:lang w:val="es-PY"/>
              </w:rPr>
            </w:pPr>
          </w:p>
          <w:p w14:paraId="0DE36B22" w14:textId="77777777" w:rsidR="00224D58" w:rsidRPr="003B5381" w:rsidRDefault="00224D58" w:rsidP="00224D58">
            <w:pPr>
              <w:jc w:val="both"/>
              <w:rPr>
                <w:color w:val="A6A6A6"/>
                <w:lang w:val="es-PY"/>
              </w:rPr>
            </w:pPr>
            <w:r w:rsidRPr="003B5381">
              <w:rPr>
                <w:color w:val="A6A6A6"/>
                <w:lang w:val="es-PY"/>
              </w:rPr>
              <w:t>3.</w:t>
            </w:r>
            <w:r w:rsidRPr="003B5381">
              <w:rPr>
                <w:color w:val="A6A6A6"/>
                <w:lang w:val="es-PY"/>
              </w:rPr>
              <w:tab/>
              <w:t>Estructura organizacional:</w:t>
            </w:r>
          </w:p>
          <w:p w14:paraId="6891B338"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Descripción de la estructura general de gobierno y gestión institucional.</w:t>
            </w:r>
          </w:p>
          <w:p w14:paraId="38954A34"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Identificación de las dependencias de la que depende el programa (por ejemplo, Vicerrectorado Académico, Dirección de Posgrado o equivalente).</w:t>
            </w:r>
          </w:p>
          <w:p w14:paraId="524C8515"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Principales instancias de apoyo a la calidad, investigación y vinculación académica.</w:t>
            </w:r>
          </w:p>
          <w:p w14:paraId="5C9A4873" w14:textId="77777777" w:rsidR="00224D58" w:rsidRPr="003B5381" w:rsidRDefault="00224D58" w:rsidP="00224D58">
            <w:pPr>
              <w:jc w:val="both"/>
              <w:rPr>
                <w:color w:val="A6A6A6"/>
                <w:lang w:val="es-PY"/>
              </w:rPr>
            </w:pPr>
          </w:p>
          <w:p w14:paraId="25DA4B1B" w14:textId="77777777" w:rsidR="00224D58" w:rsidRPr="003B5381" w:rsidRDefault="00224D58" w:rsidP="00224D58">
            <w:pPr>
              <w:jc w:val="both"/>
              <w:rPr>
                <w:color w:val="A6A6A6"/>
                <w:lang w:val="es-PY"/>
              </w:rPr>
            </w:pPr>
            <w:r w:rsidRPr="003B5381">
              <w:rPr>
                <w:color w:val="A6A6A6"/>
                <w:lang w:val="es-PY"/>
              </w:rPr>
              <w:t>4.</w:t>
            </w:r>
            <w:r w:rsidRPr="003B5381">
              <w:rPr>
                <w:color w:val="A6A6A6"/>
                <w:lang w:val="es-PY"/>
              </w:rPr>
              <w:tab/>
              <w:t>Políticas institucionales vinculadas al posgrado:</w:t>
            </w:r>
          </w:p>
          <w:p w14:paraId="428010CB"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Políticas y estrategias para el desarrollo de programas.</w:t>
            </w:r>
          </w:p>
          <w:p w14:paraId="4611083F"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Normativas internas que regulan la creación, evaluación y mejora de los programas.</w:t>
            </w:r>
          </w:p>
          <w:p w14:paraId="16764430"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Mecanismos institucionales de aseguramiento de la calidad y mejora continua.</w:t>
            </w:r>
          </w:p>
          <w:p w14:paraId="52229D1C" w14:textId="77777777" w:rsidR="00224D58" w:rsidRPr="003B5381" w:rsidRDefault="00224D58" w:rsidP="00224D58">
            <w:pPr>
              <w:jc w:val="both"/>
              <w:rPr>
                <w:color w:val="A6A6A6"/>
                <w:lang w:val="es-PY"/>
              </w:rPr>
            </w:pPr>
          </w:p>
          <w:p w14:paraId="14F21371" w14:textId="77777777" w:rsidR="00224D58" w:rsidRPr="003B5381" w:rsidRDefault="00224D58" w:rsidP="00224D58">
            <w:pPr>
              <w:jc w:val="both"/>
              <w:rPr>
                <w:color w:val="A6A6A6"/>
                <w:lang w:val="es-PY"/>
              </w:rPr>
            </w:pPr>
            <w:r w:rsidRPr="003B5381">
              <w:rPr>
                <w:color w:val="A6A6A6"/>
                <w:lang w:val="es-PY"/>
              </w:rPr>
              <w:t>5.</w:t>
            </w:r>
            <w:r w:rsidRPr="003B5381">
              <w:rPr>
                <w:color w:val="A6A6A6"/>
                <w:lang w:val="es-PY"/>
              </w:rPr>
              <w:tab/>
              <w:t>Infraestructura y recursos institucionales:</w:t>
            </w:r>
          </w:p>
          <w:p w14:paraId="25E0887B"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Principales recursos físicos, tecnológicos y académicos disponibles para el posgrado (bibliotecas, laboratorios, bases de datos, aulas, plataformas virtuales, etc.).</w:t>
            </w:r>
          </w:p>
          <w:p w14:paraId="31E09387"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Acciones institucionales para la equidad de acceso, sostenibilidad y apoyo a la investigación.</w:t>
            </w:r>
          </w:p>
          <w:p w14:paraId="0F886867" w14:textId="77777777" w:rsidR="00224D58" w:rsidRPr="003B5381" w:rsidRDefault="00224D58" w:rsidP="00224D58">
            <w:pPr>
              <w:jc w:val="both"/>
              <w:rPr>
                <w:color w:val="A6A6A6"/>
                <w:lang w:val="es-PY"/>
              </w:rPr>
            </w:pPr>
          </w:p>
          <w:p w14:paraId="7F1A0065" w14:textId="77777777" w:rsidR="00224D58" w:rsidRPr="003B5381" w:rsidRDefault="00224D58" w:rsidP="00224D58">
            <w:pPr>
              <w:jc w:val="both"/>
              <w:rPr>
                <w:color w:val="A6A6A6"/>
                <w:lang w:val="es-PY"/>
              </w:rPr>
            </w:pPr>
            <w:r w:rsidRPr="003B5381">
              <w:rPr>
                <w:color w:val="A6A6A6"/>
                <w:lang w:val="es-PY"/>
              </w:rPr>
              <w:t>6.</w:t>
            </w:r>
            <w:r w:rsidRPr="003B5381">
              <w:rPr>
                <w:color w:val="A6A6A6"/>
                <w:lang w:val="es-PY"/>
              </w:rPr>
              <w:tab/>
              <w:t>Trayectoria y posicionamiento académico:</w:t>
            </w:r>
          </w:p>
          <w:p w14:paraId="238E1FC0"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Experiencia institucional en la gestión de programas de posgrado.</w:t>
            </w:r>
          </w:p>
          <w:p w14:paraId="1E64C25F"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Logros, reconocimientos o resultados relevantes en materia de investigación o formación avanzada.</w:t>
            </w:r>
          </w:p>
          <w:p w14:paraId="1A818424"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Participación en redes académicas, consorcios o convenios interinstitucionales.</w:t>
            </w:r>
          </w:p>
          <w:p w14:paraId="75B71372" w14:textId="77777777" w:rsidR="00224D58" w:rsidRPr="003B5381" w:rsidRDefault="00224D58" w:rsidP="00224D58">
            <w:pPr>
              <w:jc w:val="both"/>
              <w:rPr>
                <w:color w:val="A6A6A6"/>
                <w:lang w:val="es-PY"/>
              </w:rPr>
            </w:pPr>
          </w:p>
          <w:p w14:paraId="0B71E95D" w14:textId="77777777" w:rsidR="00224D58" w:rsidRPr="003B5381" w:rsidRDefault="00224D58" w:rsidP="00224D58">
            <w:pPr>
              <w:jc w:val="both"/>
              <w:rPr>
                <w:b/>
                <w:bCs/>
                <w:lang w:val="es-PY"/>
              </w:rPr>
            </w:pPr>
            <w:r w:rsidRPr="003B5381">
              <w:rPr>
                <w:color w:val="A6A6A6"/>
                <w:lang w:val="es-PY"/>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r w:rsidRPr="003B5381">
              <w:rPr>
                <w:b/>
                <w:bCs/>
                <w:color w:val="A6A6A6"/>
                <w:lang w:val="es-PY"/>
              </w:rPr>
              <w:t xml:space="preserve"> </w:t>
            </w:r>
          </w:p>
          <w:p w14:paraId="2DB4E628" w14:textId="77777777" w:rsidR="0010517E" w:rsidRPr="003B5381" w:rsidRDefault="0010517E" w:rsidP="006D4935">
            <w:pPr>
              <w:ind w:hanging="226"/>
              <w:rPr>
                <w:lang w:val="es-PY"/>
              </w:rPr>
            </w:pPr>
          </w:p>
        </w:tc>
      </w:tr>
    </w:tbl>
    <w:p w14:paraId="44FFFD08" w14:textId="77777777" w:rsidR="0010517E" w:rsidRPr="003B5381"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9790"/>
      </w:tblGrid>
      <w:tr w:rsidR="0010517E" w14:paraId="7464DFF3" w14:textId="77777777" w:rsidTr="006D4935">
        <w:trPr>
          <w:cantSplit/>
          <w:trHeight w:hRule="exact" w:val="432"/>
          <w:jc w:val="center"/>
        </w:trPr>
        <w:tc>
          <w:tcPr>
            <w:tcW w:w="9790"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B9B003D" w14:textId="77777777" w:rsidR="0010517E" w:rsidRDefault="00643CF3">
            <w:r>
              <w:rPr>
                <w:b/>
                <w:color w:val="FFFFFF"/>
              </w:rPr>
              <w:lastRenderedPageBreak/>
              <w:t>3. PRESENTACIÓN DEL PROGRAMA</w:t>
            </w:r>
          </w:p>
        </w:tc>
      </w:tr>
      <w:tr w:rsidR="0010517E" w:rsidRPr="00637056" w14:paraId="0E5A1CCC" w14:textId="77777777" w:rsidTr="006D4935">
        <w:trPr>
          <w:cantSplit/>
          <w:trHeight w:hRule="exact" w:val="12400"/>
          <w:jc w:val="center"/>
        </w:trPr>
        <w:tc>
          <w:tcPr>
            <w:tcW w:w="979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CA316ED" w14:textId="77777777" w:rsidR="003B5381" w:rsidRDefault="00224D58" w:rsidP="006A537F">
            <w:pPr>
              <w:spacing w:line="276" w:lineRule="auto"/>
              <w:jc w:val="both"/>
              <w:rPr>
                <w:rFonts w:eastAsia="Times New Roman"/>
                <w:color w:val="A6A6A6"/>
                <w:szCs w:val="20"/>
                <w:lang w:val="es-PY"/>
              </w:rPr>
            </w:pPr>
            <w:r w:rsidRPr="003B5381">
              <w:rPr>
                <w:rFonts w:eastAsia="Times New Roman"/>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B6143E4" w14:textId="77777777" w:rsidR="003B5381" w:rsidRDefault="003B5381" w:rsidP="006A537F">
            <w:pPr>
              <w:spacing w:line="276" w:lineRule="auto"/>
              <w:jc w:val="both"/>
              <w:rPr>
                <w:rFonts w:eastAsia="Times New Roman"/>
                <w:color w:val="A6A6A6"/>
                <w:szCs w:val="20"/>
                <w:lang w:val="es-PY"/>
              </w:rPr>
            </w:pPr>
          </w:p>
          <w:p w14:paraId="19C2045B" w14:textId="77777777" w:rsidR="003B5381" w:rsidRDefault="00224D58" w:rsidP="006A537F">
            <w:pPr>
              <w:spacing w:line="276" w:lineRule="auto"/>
              <w:jc w:val="both"/>
              <w:rPr>
                <w:rFonts w:eastAsia="Times New Roman"/>
                <w:color w:val="A6A6A6"/>
                <w:szCs w:val="20"/>
                <w:lang w:val="es-PY"/>
              </w:rPr>
            </w:pPr>
            <w:r w:rsidRPr="003B5381">
              <w:rPr>
                <w:rFonts w:eastAsia="Times New Roman"/>
                <w:color w:val="A6A6A6"/>
                <w:szCs w:val="20"/>
                <w:lang w:val="es-PY"/>
              </w:rPr>
              <w:t>Asimismo, se deberá consignar el título de grado requerido para el ingreso, el número actual de participantes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 El texto deberá redactarse en forma sintética y cohesionada, reflejando la identidad, los propósitos y la relevancia del programa dentro de la oferta</w:t>
            </w:r>
            <w:r w:rsidR="003B5381">
              <w:rPr>
                <w:rFonts w:eastAsia="Times New Roman"/>
                <w:color w:val="A6A6A6"/>
                <w:szCs w:val="20"/>
                <w:lang w:val="es-PY"/>
              </w:rPr>
              <w:t xml:space="preserve"> institucional de posgrado.</w:t>
            </w:r>
          </w:p>
          <w:p w14:paraId="674489D7" w14:textId="672BE376" w:rsidR="00224D58" w:rsidRPr="003B5381" w:rsidRDefault="00224D58" w:rsidP="003B5381">
            <w:pPr>
              <w:jc w:val="both"/>
              <w:rPr>
                <w:rFonts w:eastAsia="Times New Roman"/>
                <w:color w:val="A6A6A6"/>
                <w:szCs w:val="20"/>
                <w:lang w:val="es-PY"/>
              </w:rPr>
            </w:pPr>
            <w:r w:rsidRPr="003B5381">
              <w:rPr>
                <w:rFonts w:eastAsia="Times New Roman"/>
                <w:color w:val="A6A6A6"/>
                <w:szCs w:val="20"/>
                <w:lang w:val="es-PY"/>
              </w:rPr>
              <w:br/>
            </w:r>
          </w:p>
          <w:p w14:paraId="5CF06B88" w14:textId="77777777" w:rsidR="0010517E" w:rsidRPr="003B5381" w:rsidRDefault="0010517E" w:rsidP="006D4935">
            <w:pPr>
              <w:ind w:left="-226" w:firstLine="156"/>
              <w:rPr>
                <w:lang w:val="es-PY"/>
              </w:rPr>
            </w:pPr>
          </w:p>
        </w:tc>
      </w:tr>
    </w:tbl>
    <w:p w14:paraId="7CC7F103" w14:textId="77777777" w:rsidR="003B5381" w:rsidRDefault="003B5381" w:rsidP="00224D58">
      <w:pPr>
        <w:rPr>
          <w:lang w:val="es-PY"/>
        </w:rPr>
      </w:pPr>
    </w:p>
    <w:p w14:paraId="50BCE899" w14:textId="77777777" w:rsidR="003B5381" w:rsidRPr="00697865" w:rsidRDefault="003B5381" w:rsidP="00224D58">
      <w:pPr>
        <w:rPr>
          <w:rFonts w:eastAsia="Times New Roman" w:cs="Times New Roman"/>
          <w:b/>
          <w:bCs/>
          <w:lang w:val="es-PY" w:eastAsia="es-PY"/>
        </w:rPr>
      </w:pPr>
    </w:p>
    <w:p w14:paraId="55E0F4D3" w14:textId="4CEF6F6B" w:rsidR="00224D58" w:rsidRPr="003B5381" w:rsidRDefault="00224D58" w:rsidP="003B5381">
      <w:pPr>
        <w:rPr>
          <w:lang w:val="es-PY"/>
        </w:rPr>
      </w:pPr>
      <w:r w:rsidRPr="006B6544">
        <w:rPr>
          <w:rFonts w:eastAsia="Times New Roman" w:cs="Times New Roman"/>
          <w:b/>
          <w:bCs/>
          <w:lang w:eastAsia="es-PY"/>
        </w:rPr>
        <w:lastRenderedPageBreak/>
        <w:t>TABLA 1. OFERTA ACADÉMICA EVALUADA</w:t>
      </w:r>
    </w:p>
    <w:p w14:paraId="321D154D" w14:textId="77777777" w:rsidR="00224D58" w:rsidRPr="006B6544" w:rsidRDefault="00224D58" w:rsidP="00224D58">
      <w:pPr>
        <w:rPr>
          <w:rFonts w:eastAsia="Times New Roman" w:cs="Times New Roman"/>
          <w:b/>
          <w:bCs/>
          <w:lang w:eastAsia="es-PY"/>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547"/>
        <w:gridCol w:w="1417"/>
        <w:gridCol w:w="1276"/>
        <w:gridCol w:w="1559"/>
        <w:gridCol w:w="1276"/>
        <w:gridCol w:w="1838"/>
      </w:tblGrid>
      <w:tr w:rsidR="0096288B" w:rsidRPr="00637056" w14:paraId="22BD6090" w14:textId="77777777" w:rsidTr="008B3F9B">
        <w:trPr>
          <w:trHeight w:val="782"/>
          <w:tblHeader/>
          <w:jc w:val="center"/>
        </w:trPr>
        <w:tc>
          <w:tcPr>
            <w:tcW w:w="2547" w:type="dxa"/>
            <w:shd w:val="clear" w:color="auto" w:fill="808080"/>
            <w:vAlign w:val="center"/>
          </w:tcPr>
          <w:p w14:paraId="20C6EBDD" w14:textId="77777777" w:rsidR="00224D58" w:rsidRPr="006B6544" w:rsidRDefault="00224D58" w:rsidP="00224D58">
            <w:pPr>
              <w:jc w:val="center"/>
              <w:rPr>
                <w:rFonts w:eastAsia="Times New Roman" w:cs="Times New Roman"/>
                <w:b/>
                <w:bCs/>
                <w:color w:val="FFFFFF"/>
                <w:szCs w:val="20"/>
                <w:lang w:eastAsia="es-PY"/>
              </w:rPr>
            </w:pPr>
            <w:proofErr w:type="spellStart"/>
            <w:r w:rsidRPr="006B6544">
              <w:rPr>
                <w:rFonts w:eastAsia="Times New Roman" w:cs="Times New Roman"/>
                <w:b/>
                <w:bCs/>
                <w:color w:val="FFFFFF"/>
                <w:szCs w:val="20"/>
                <w:lang w:eastAsia="es-PY"/>
              </w:rPr>
              <w:t>Oferta</w:t>
            </w:r>
            <w:proofErr w:type="spellEnd"/>
            <w:r w:rsidRPr="006B6544">
              <w:rPr>
                <w:rFonts w:eastAsia="Times New Roman" w:cs="Times New Roman"/>
                <w:b/>
                <w:bCs/>
                <w:color w:val="FFFFFF"/>
                <w:szCs w:val="20"/>
                <w:lang w:eastAsia="es-PY"/>
              </w:rPr>
              <w:t xml:space="preserve"> </w:t>
            </w:r>
            <w:proofErr w:type="spellStart"/>
            <w:r w:rsidRPr="006B6544">
              <w:rPr>
                <w:rFonts w:eastAsia="Times New Roman" w:cs="Times New Roman"/>
                <w:b/>
                <w:bCs/>
                <w:color w:val="FFFFFF"/>
                <w:szCs w:val="20"/>
                <w:lang w:eastAsia="es-PY"/>
              </w:rPr>
              <w:t>académica</w:t>
            </w:r>
            <w:proofErr w:type="spellEnd"/>
          </w:p>
        </w:tc>
        <w:tc>
          <w:tcPr>
            <w:tcW w:w="1417" w:type="dxa"/>
            <w:shd w:val="clear" w:color="auto" w:fill="808080"/>
            <w:vAlign w:val="center"/>
          </w:tcPr>
          <w:p w14:paraId="0A533C4E" w14:textId="77777777" w:rsidR="00224D58" w:rsidRPr="006B6544" w:rsidRDefault="00224D58" w:rsidP="00224D58">
            <w:pPr>
              <w:jc w:val="center"/>
              <w:rPr>
                <w:rFonts w:eastAsia="Times New Roman" w:cs="Times New Roman"/>
                <w:b/>
                <w:bCs/>
                <w:color w:val="FFFFFF"/>
                <w:szCs w:val="20"/>
                <w:lang w:eastAsia="es-PY"/>
              </w:rPr>
            </w:pPr>
          </w:p>
          <w:p w14:paraId="363D2699"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 xml:space="preserve">Res. de </w:t>
            </w:r>
            <w:proofErr w:type="spellStart"/>
            <w:r w:rsidRPr="006B6544">
              <w:rPr>
                <w:rFonts w:eastAsia="Times New Roman" w:cs="Times New Roman"/>
                <w:b/>
                <w:bCs/>
                <w:color w:val="FFFFFF"/>
                <w:szCs w:val="20"/>
                <w:lang w:eastAsia="es-PY"/>
              </w:rPr>
              <w:t>Habilitación</w:t>
            </w:r>
            <w:proofErr w:type="spellEnd"/>
          </w:p>
          <w:p w14:paraId="62FE8024" w14:textId="77777777" w:rsidR="00224D58" w:rsidRPr="006B6544" w:rsidRDefault="00224D58" w:rsidP="00224D58">
            <w:pPr>
              <w:jc w:val="center"/>
              <w:rPr>
                <w:rFonts w:eastAsia="Times New Roman" w:cs="Times New Roman"/>
                <w:b/>
                <w:bCs/>
                <w:color w:val="FFFFFF"/>
                <w:szCs w:val="20"/>
                <w:lang w:eastAsia="es-PY"/>
              </w:rPr>
            </w:pPr>
          </w:p>
        </w:tc>
        <w:tc>
          <w:tcPr>
            <w:tcW w:w="1276" w:type="dxa"/>
            <w:shd w:val="clear" w:color="auto" w:fill="808080"/>
            <w:vAlign w:val="center"/>
          </w:tcPr>
          <w:p w14:paraId="5886C6A2"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 xml:space="preserve">Año de </w:t>
            </w:r>
            <w:proofErr w:type="spellStart"/>
            <w:r w:rsidRPr="006B6544">
              <w:rPr>
                <w:rFonts w:eastAsia="Times New Roman" w:cs="Times New Roman"/>
                <w:b/>
                <w:bCs/>
                <w:color w:val="FFFFFF"/>
                <w:szCs w:val="20"/>
                <w:lang w:eastAsia="es-PY"/>
              </w:rPr>
              <w:t>inicio</w:t>
            </w:r>
            <w:proofErr w:type="spellEnd"/>
          </w:p>
        </w:tc>
        <w:tc>
          <w:tcPr>
            <w:tcW w:w="1559" w:type="dxa"/>
            <w:shd w:val="clear" w:color="auto" w:fill="808080"/>
            <w:vAlign w:val="center"/>
          </w:tcPr>
          <w:p w14:paraId="457F21B9" w14:textId="7C2EF883" w:rsidR="00224D58" w:rsidRPr="006B6544" w:rsidRDefault="00224D58" w:rsidP="00224D58">
            <w:pPr>
              <w:jc w:val="center"/>
              <w:rPr>
                <w:rFonts w:eastAsia="Times New Roman" w:cs="Times New Roman"/>
                <w:b/>
                <w:bCs/>
                <w:color w:val="FFFFFF"/>
                <w:szCs w:val="20"/>
                <w:lang w:eastAsia="es-PY"/>
              </w:rPr>
            </w:pPr>
            <w:proofErr w:type="spellStart"/>
            <w:r w:rsidRPr="006B6544">
              <w:rPr>
                <w:rFonts w:eastAsia="Times New Roman" w:cs="Times New Roman"/>
                <w:b/>
                <w:bCs/>
                <w:color w:val="FFFFFF"/>
                <w:szCs w:val="20"/>
                <w:lang w:eastAsia="es-PY"/>
              </w:rPr>
              <w:t>Cantidad</w:t>
            </w:r>
            <w:proofErr w:type="spellEnd"/>
            <w:r w:rsidRPr="006B6544">
              <w:rPr>
                <w:rFonts w:eastAsia="Times New Roman" w:cs="Times New Roman"/>
                <w:b/>
                <w:bCs/>
                <w:color w:val="FFFFFF"/>
                <w:szCs w:val="20"/>
                <w:lang w:eastAsia="es-PY"/>
              </w:rPr>
              <w:t xml:space="preserve"> de </w:t>
            </w:r>
            <w:proofErr w:type="spellStart"/>
            <w:r w:rsidR="0096288B">
              <w:rPr>
                <w:rFonts w:eastAsia="Times New Roman" w:cs="Times New Roman"/>
                <w:b/>
                <w:bCs/>
                <w:color w:val="FFFFFF"/>
                <w:szCs w:val="20"/>
                <w:lang w:eastAsia="es-PY"/>
              </w:rPr>
              <w:t>participantes</w:t>
            </w:r>
            <w:proofErr w:type="spellEnd"/>
          </w:p>
        </w:tc>
        <w:tc>
          <w:tcPr>
            <w:tcW w:w="1276" w:type="dxa"/>
            <w:shd w:val="clear" w:color="auto" w:fill="808080"/>
            <w:vAlign w:val="center"/>
          </w:tcPr>
          <w:p w14:paraId="393D8D20" w14:textId="77777777" w:rsidR="00224D58" w:rsidRPr="006B6544" w:rsidRDefault="00224D58" w:rsidP="00224D58">
            <w:pPr>
              <w:jc w:val="center"/>
              <w:rPr>
                <w:rFonts w:eastAsia="Times New Roman" w:cs="Times New Roman"/>
                <w:b/>
                <w:bCs/>
                <w:color w:val="FFFFFF"/>
                <w:szCs w:val="20"/>
                <w:lang w:eastAsia="es-PY"/>
              </w:rPr>
            </w:pPr>
            <w:proofErr w:type="spellStart"/>
            <w:r w:rsidRPr="006B6544">
              <w:rPr>
                <w:rFonts w:eastAsia="Times New Roman" w:cs="Times New Roman"/>
                <w:b/>
                <w:bCs/>
                <w:color w:val="FFFFFF"/>
                <w:szCs w:val="20"/>
                <w:lang w:eastAsia="es-PY"/>
              </w:rPr>
              <w:t>Cantidad</w:t>
            </w:r>
            <w:proofErr w:type="spellEnd"/>
            <w:r w:rsidRPr="006B6544">
              <w:rPr>
                <w:rFonts w:eastAsia="Times New Roman" w:cs="Times New Roman"/>
                <w:b/>
                <w:bCs/>
                <w:color w:val="FFFFFF"/>
                <w:szCs w:val="20"/>
                <w:lang w:eastAsia="es-PY"/>
              </w:rPr>
              <w:t xml:space="preserve"> de </w:t>
            </w:r>
            <w:proofErr w:type="spellStart"/>
            <w:r w:rsidRPr="006B6544">
              <w:rPr>
                <w:rFonts w:eastAsia="Times New Roman" w:cs="Times New Roman"/>
                <w:b/>
                <w:bCs/>
                <w:color w:val="FFFFFF"/>
                <w:szCs w:val="20"/>
                <w:lang w:eastAsia="es-PY"/>
              </w:rPr>
              <w:t>docentes</w:t>
            </w:r>
            <w:proofErr w:type="spellEnd"/>
          </w:p>
        </w:tc>
        <w:tc>
          <w:tcPr>
            <w:tcW w:w="1838" w:type="dxa"/>
            <w:shd w:val="clear" w:color="auto" w:fill="808080"/>
            <w:vAlign w:val="center"/>
          </w:tcPr>
          <w:p w14:paraId="095BD314" w14:textId="77777777" w:rsidR="00224D58" w:rsidRPr="003B5381" w:rsidRDefault="00224D58" w:rsidP="00224D58">
            <w:pPr>
              <w:jc w:val="center"/>
              <w:rPr>
                <w:rFonts w:eastAsia="Times New Roman" w:cs="Times New Roman"/>
                <w:b/>
                <w:bCs/>
                <w:color w:val="FFFFFF"/>
                <w:szCs w:val="20"/>
                <w:lang w:val="es-PY" w:eastAsia="es-PY"/>
              </w:rPr>
            </w:pPr>
            <w:r w:rsidRPr="003B5381">
              <w:rPr>
                <w:rFonts w:eastAsia="Times New Roman" w:cs="Times New Roman"/>
                <w:b/>
                <w:bCs/>
                <w:color w:val="FFFFFF"/>
                <w:szCs w:val="20"/>
                <w:lang w:val="es-PY" w:eastAsia="es-PY"/>
              </w:rPr>
              <w:t>Año de egreso de la primera promoción de egresados</w:t>
            </w:r>
          </w:p>
        </w:tc>
      </w:tr>
      <w:tr w:rsidR="0096288B" w:rsidRPr="00637056" w14:paraId="7A4C57A5" w14:textId="77777777" w:rsidTr="008B3F9B">
        <w:trPr>
          <w:trHeight w:val="822"/>
          <w:jc w:val="center"/>
        </w:trPr>
        <w:tc>
          <w:tcPr>
            <w:tcW w:w="2547" w:type="dxa"/>
          </w:tcPr>
          <w:p w14:paraId="562E33ED"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417" w:type="dxa"/>
          </w:tcPr>
          <w:p w14:paraId="458AED1B"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276" w:type="dxa"/>
          </w:tcPr>
          <w:p w14:paraId="7DB6EEC2"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559" w:type="dxa"/>
          </w:tcPr>
          <w:p w14:paraId="6DF29364"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276" w:type="dxa"/>
          </w:tcPr>
          <w:p w14:paraId="0E0D5A8B"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838" w:type="dxa"/>
          </w:tcPr>
          <w:p w14:paraId="315739AC"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r>
    </w:tbl>
    <w:p w14:paraId="5DCB3ED0" w14:textId="77777777" w:rsidR="00224D58" w:rsidRPr="003B5381" w:rsidRDefault="00224D58" w:rsidP="00224D58">
      <w:pPr>
        <w:pBdr>
          <w:top w:val="nil"/>
          <w:left w:val="nil"/>
          <w:bottom w:val="nil"/>
          <w:right w:val="nil"/>
          <w:between w:val="nil"/>
        </w:pBdr>
        <w:rPr>
          <w:b/>
          <w:bCs/>
          <w:color w:val="FFFFFF"/>
          <w:lang w:val="es-PY"/>
        </w:rPr>
      </w:pPr>
    </w:p>
    <w:p w14:paraId="60F2426F" w14:textId="187F5440" w:rsidR="006D4935" w:rsidRPr="003B5381" w:rsidRDefault="006D4935" w:rsidP="006D4935">
      <w:pPr>
        <w:pBdr>
          <w:top w:val="nil"/>
          <w:left w:val="nil"/>
          <w:bottom w:val="nil"/>
          <w:right w:val="nil"/>
          <w:between w:val="nil"/>
        </w:pBdr>
        <w:shd w:val="clear" w:color="auto" w:fill="386F53"/>
        <w:tabs>
          <w:tab w:val="left" w:pos="8364"/>
        </w:tabs>
        <w:spacing w:after="160" w:line="259" w:lineRule="auto"/>
        <w:rPr>
          <w:b/>
          <w:bCs/>
          <w:color w:val="FFFFFF"/>
          <w:lang w:val="es-PY"/>
        </w:rPr>
      </w:pPr>
      <w:r>
        <w:rPr>
          <w:b/>
          <w:bCs/>
          <w:color w:val="FFFFFF"/>
          <w:lang w:val="es-PY"/>
        </w:rPr>
        <w:t>4. CONFORMACIÓN DEL COMITÉ DE AUTOEVALUACIÓN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224D58" w:rsidRPr="00637056" w14:paraId="623FF58C" w14:textId="77777777" w:rsidTr="006D4935">
        <w:tc>
          <w:tcPr>
            <w:tcW w:w="9918" w:type="dxa"/>
          </w:tcPr>
          <w:p w14:paraId="79FD5460" w14:textId="77777777" w:rsidR="00224D58" w:rsidRPr="003B5381" w:rsidRDefault="00224D58" w:rsidP="006A537F">
            <w:pPr>
              <w:spacing w:line="276" w:lineRule="auto"/>
              <w:jc w:val="both"/>
              <w:rPr>
                <w:rFonts w:eastAsia="Times New Roman" w:cs="Times New Roman"/>
                <w:color w:val="A6A6A6"/>
                <w:szCs w:val="20"/>
                <w:lang w:val="es-PY" w:eastAsia="es-PY"/>
              </w:rPr>
            </w:pPr>
            <w:r w:rsidRPr="003B5381">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069ADACB" w14:textId="77777777" w:rsidR="00224D58" w:rsidRPr="003B5381" w:rsidRDefault="00224D58" w:rsidP="006A537F">
            <w:pPr>
              <w:spacing w:before="240" w:after="240" w:line="276" w:lineRule="auto"/>
              <w:jc w:val="both"/>
              <w:rPr>
                <w:b/>
                <w:bCs/>
                <w:lang w:val="es-PY"/>
              </w:rPr>
            </w:pPr>
          </w:p>
          <w:p w14:paraId="7DC85138" w14:textId="77777777" w:rsidR="00224D58" w:rsidRPr="003B5381" w:rsidRDefault="00224D58" w:rsidP="006D4935">
            <w:pPr>
              <w:spacing w:before="240" w:after="240" w:line="278" w:lineRule="auto"/>
              <w:jc w:val="both"/>
              <w:rPr>
                <w:b/>
                <w:bCs/>
                <w:lang w:val="es-PY"/>
              </w:rPr>
            </w:pPr>
          </w:p>
          <w:p w14:paraId="08E0C962" w14:textId="77777777" w:rsidR="00224D58" w:rsidRPr="003B5381" w:rsidRDefault="00224D58" w:rsidP="006D4935">
            <w:pPr>
              <w:spacing w:before="240" w:after="240" w:line="278" w:lineRule="auto"/>
              <w:jc w:val="both"/>
              <w:rPr>
                <w:b/>
                <w:bCs/>
                <w:lang w:val="es-PY"/>
              </w:rPr>
            </w:pPr>
          </w:p>
          <w:p w14:paraId="329A67C7" w14:textId="77777777" w:rsidR="00224D58" w:rsidRPr="003B5381" w:rsidRDefault="00224D58" w:rsidP="006D4935">
            <w:pPr>
              <w:spacing w:before="240" w:after="240" w:line="278" w:lineRule="auto"/>
              <w:jc w:val="both"/>
              <w:rPr>
                <w:b/>
                <w:bCs/>
                <w:lang w:val="es-PY"/>
              </w:rPr>
            </w:pPr>
          </w:p>
          <w:p w14:paraId="688C1974" w14:textId="4F589042" w:rsidR="00224D58" w:rsidRDefault="00224D58" w:rsidP="006D4935">
            <w:pPr>
              <w:spacing w:before="240" w:after="240" w:line="278" w:lineRule="auto"/>
              <w:jc w:val="both"/>
              <w:rPr>
                <w:b/>
                <w:bCs/>
                <w:lang w:val="es-PY"/>
              </w:rPr>
            </w:pPr>
          </w:p>
          <w:p w14:paraId="13A30E1E" w14:textId="71615C14" w:rsidR="00C95B48" w:rsidRDefault="00C95B48" w:rsidP="006D4935">
            <w:pPr>
              <w:spacing w:before="240" w:after="240" w:line="278" w:lineRule="auto"/>
              <w:jc w:val="both"/>
              <w:rPr>
                <w:b/>
                <w:bCs/>
                <w:lang w:val="es-PY"/>
              </w:rPr>
            </w:pPr>
          </w:p>
          <w:p w14:paraId="3F165A89" w14:textId="579C0991" w:rsidR="00C95B48" w:rsidRDefault="00C95B48" w:rsidP="006D4935">
            <w:pPr>
              <w:spacing w:before="240" w:after="240" w:line="278" w:lineRule="auto"/>
              <w:jc w:val="both"/>
              <w:rPr>
                <w:b/>
                <w:bCs/>
                <w:lang w:val="es-PY"/>
              </w:rPr>
            </w:pPr>
          </w:p>
          <w:p w14:paraId="1827EAAD" w14:textId="4E62B102" w:rsidR="00C95B48" w:rsidRDefault="00C95B48" w:rsidP="006D4935">
            <w:pPr>
              <w:spacing w:before="240" w:after="240" w:line="278" w:lineRule="auto"/>
              <w:jc w:val="both"/>
              <w:rPr>
                <w:b/>
                <w:bCs/>
                <w:lang w:val="es-PY"/>
              </w:rPr>
            </w:pPr>
          </w:p>
          <w:p w14:paraId="3B2D827A" w14:textId="77777777" w:rsidR="00C95B48" w:rsidRPr="003B5381" w:rsidRDefault="00C95B48" w:rsidP="006D4935">
            <w:pPr>
              <w:spacing w:before="240" w:after="240" w:line="278" w:lineRule="auto"/>
              <w:jc w:val="both"/>
              <w:rPr>
                <w:b/>
                <w:bCs/>
                <w:lang w:val="es-PY"/>
              </w:rPr>
            </w:pPr>
          </w:p>
          <w:p w14:paraId="61B96103" w14:textId="77777777" w:rsidR="00224D58" w:rsidRPr="003B5381" w:rsidRDefault="00224D58" w:rsidP="006D4935">
            <w:pPr>
              <w:spacing w:before="240" w:after="240" w:line="278" w:lineRule="auto"/>
              <w:jc w:val="both"/>
              <w:rPr>
                <w:b/>
                <w:bCs/>
                <w:lang w:val="es-PY"/>
              </w:rPr>
            </w:pPr>
          </w:p>
          <w:p w14:paraId="1FCBA32F" w14:textId="77777777" w:rsidR="00224D58" w:rsidRPr="003B5381" w:rsidRDefault="00224D58" w:rsidP="006D4935">
            <w:pPr>
              <w:spacing w:before="240" w:after="240" w:line="278" w:lineRule="auto"/>
              <w:jc w:val="both"/>
              <w:rPr>
                <w:b/>
                <w:bCs/>
                <w:lang w:val="es-PY"/>
              </w:rPr>
            </w:pPr>
          </w:p>
        </w:tc>
      </w:tr>
      <w:tr w:rsidR="006D4935" w:rsidRPr="003B5381" w14:paraId="1F2DF170" w14:textId="77777777" w:rsidTr="006D4935">
        <w:tc>
          <w:tcPr>
            <w:tcW w:w="9918" w:type="dxa"/>
            <w:shd w:val="clear" w:color="auto" w:fill="386F53"/>
          </w:tcPr>
          <w:p w14:paraId="4F80E715" w14:textId="69543B64" w:rsidR="006D4935" w:rsidRPr="006D4935" w:rsidRDefault="006D4935" w:rsidP="006D4935">
            <w:pPr>
              <w:jc w:val="both"/>
              <w:rPr>
                <w:rFonts w:eastAsia="Times New Roman" w:cs="Times New Roman"/>
                <w:b/>
                <w:color w:val="FFFFFF" w:themeColor="background1"/>
                <w:szCs w:val="20"/>
                <w:lang w:val="es-PY" w:eastAsia="es-PY"/>
              </w:rPr>
            </w:pPr>
            <w:r>
              <w:rPr>
                <w:rFonts w:eastAsia="Times New Roman" w:cs="Times New Roman"/>
                <w:b/>
                <w:color w:val="FFFFFF" w:themeColor="background1"/>
                <w:szCs w:val="20"/>
                <w:lang w:val="es-PY" w:eastAsia="es-PY"/>
              </w:rPr>
              <w:t>5. METODOLOGÍA UTILIZADA</w:t>
            </w:r>
          </w:p>
        </w:tc>
      </w:tr>
      <w:tr w:rsidR="006D4935" w:rsidRPr="00637056" w14:paraId="6DD48CA3" w14:textId="77777777" w:rsidTr="006D4935">
        <w:tc>
          <w:tcPr>
            <w:tcW w:w="9918" w:type="dxa"/>
            <w:shd w:val="clear" w:color="auto" w:fill="FFFFFF" w:themeFill="background1"/>
          </w:tcPr>
          <w:p w14:paraId="3B82AAF3" w14:textId="77777777" w:rsidR="006D4935" w:rsidRPr="003B5381" w:rsidRDefault="006D4935" w:rsidP="006A537F">
            <w:pPr>
              <w:spacing w:line="276" w:lineRule="auto"/>
              <w:jc w:val="both"/>
              <w:rPr>
                <w:rFonts w:ascii="Times New Roman" w:eastAsia="Times New Roman" w:hAnsi="Times New Roman"/>
                <w:szCs w:val="20"/>
                <w:lang w:val="es-PY" w:eastAsia="es-PY"/>
              </w:rPr>
            </w:pPr>
            <w:r w:rsidRPr="003B5381">
              <w:rPr>
                <w:rFonts w:eastAsia="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8D68CDD" w14:textId="77777777" w:rsidR="006D4935" w:rsidRDefault="006D4935" w:rsidP="006D4935">
            <w:pPr>
              <w:jc w:val="both"/>
              <w:rPr>
                <w:rFonts w:eastAsia="Times New Roman" w:cs="Times New Roman"/>
                <w:b/>
                <w:color w:val="FFFFFF" w:themeColor="background1"/>
                <w:szCs w:val="20"/>
                <w:lang w:val="es-PY" w:eastAsia="es-PY"/>
              </w:rPr>
            </w:pPr>
          </w:p>
          <w:p w14:paraId="698F6856" w14:textId="77777777" w:rsidR="006D4935" w:rsidRDefault="006D4935" w:rsidP="006D4935">
            <w:pPr>
              <w:jc w:val="both"/>
              <w:rPr>
                <w:rFonts w:eastAsia="Times New Roman" w:cs="Times New Roman"/>
                <w:b/>
                <w:color w:val="FFFFFF" w:themeColor="background1"/>
                <w:szCs w:val="20"/>
                <w:lang w:val="es-PY" w:eastAsia="es-PY"/>
              </w:rPr>
            </w:pPr>
          </w:p>
          <w:p w14:paraId="2050D75C" w14:textId="77777777" w:rsidR="006D4935" w:rsidRDefault="006D4935" w:rsidP="006D4935">
            <w:pPr>
              <w:jc w:val="both"/>
              <w:rPr>
                <w:rFonts w:eastAsia="Times New Roman" w:cs="Times New Roman"/>
                <w:b/>
                <w:color w:val="FFFFFF" w:themeColor="background1"/>
                <w:szCs w:val="20"/>
                <w:lang w:val="es-PY" w:eastAsia="es-PY"/>
              </w:rPr>
            </w:pPr>
          </w:p>
          <w:p w14:paraId="5EAE4792" w14:textId="77777777" w:rsidR="006D4935" w:rsidRDefault="006D4935" w:rsidP="006D4935">
            <w:pPr>
              <w:jc w:val="both"/>
              <w:rPr>
                <w:rFonts w:eastAsia="Times New Roman" w:cs="Times New Roman"/>
                <w:b/>
                <w:color w:val="FFFFFF" w:themeColor="background1"/>
                <w:szCs w:val="20"/>
                <w:lang w:val="es-PY" w:eastAsia="es-PY"/>
              </w:rPr>
            </w:pPr>
          </w:p>
          <w:p w14:paraId="1C26D231" w14:textId="77777777" w:rsidR="006D4935" w:rsidRDefault="006D4935" w:rsidP="006D4935">
            <w:pPr>
              <w:jc w:val="both"/>
              <w:rPr>
                <w:rFonts w:eastAsia="Times New Roman" w:cs="Times New Roman"/>
                <w:b/>
                <w:color w:val="FFFFFF" w:themeColor="background1"/>
                <w:szCs w:val="20"/>
                <w:lang w:val="es-PY" w:eastAsia="es-PY"/>
              </w:rPr>
            </w:pPr>
          </w:p>
          <w:p w14:paraId="5FDC100E" w14:textId="5BF3599C" w:rsidR="006D4935" w:rsidRDefault="006D4935" w:rsidP="006D4935">
            <w:pPr>
              <w:jc w:val="both"/>
              <w:rPr>
                <w:rFonts w:eastAsia="Times New Roman" w:cs="Times New Roman"/>
                <w:b/>
                <w:color w:val="FFFFFF" w:themeColor="background1"/>
                <w:szCs w:val="20"/>
                <w:lang w:val="es-PY" w:eastAsia="es-PY"/>
              </w:rPr>
            </w:pPr>
          </w:p>
          <w:p w14:paraId="21C1A6F7" w14:textId="1D2F1DC9" w:rsidR="00C95B48" w:rsidRDefault="00C95B48" w:rsidP="006D4935">
            <w:pPr>
              <w:jc w:val="both"/>
              <w:rPr>
                <w:rFonts w:eastAsia="Times New Roman" w:cs="Times New Roman"/>
                <w:b/>
                <w:color w:val="FFFFFF" w:themeColor="background1"/>
                <w:szCs w:val="20"/>
                <w:lang w:val="es-PY" w:eastAsia="es-PY"/>
              </w:rPr>
            </w:pPr>
          </w:p>
          <w:p w14:paraId="33966982" w14:textId="2C5A70A0" w:rsidR="00C95B48" w:rsidRDefault="00C95B48" w:rsidP="006D4935">
            <w:pPr>
              <w:jc w:val="both"/>
              <w:rPr>
                <w:rFonts w:eastAsia="Times New Roman" w:cs="Times New Roman"/>
                <w:b/>
                <w:color w:val="FFFFFF" w:themeColor="background1"/>
                <w:szCs w:val="20"/>
                <w:lang w:val="es-PY" w:eastAsia="es-PY"/>
              </w:rPr>
            </w:pPr>
          </w:p>
          <w:p w14:paraId="249F8025" w14:textId="1603D300" w:rsidR="00C95B48" w:rsidRDefault="00C95B48" w:rsidP="006D4935">
            <w:pPr>
              <w:jc w:val="both"/>
              <w:rPr>
                <w:rFonts w:eastAsia="Times New Roman" w:cs="Times New Roman"/>
                <w:b/>
                <w:color w:val="FFFFFF" w:themeColor="background1"/>
                <w:szCs w:val="20"/>
                <w:lang w:val="es-PY" w:eastAsia="es-PY"/>
              </w:rPr>
            </w:pPr>
          </w:p>
          <w:p w14:paraId="2BC26C63" w14:textId="5CC4CD15" w:rsidR="00C95B48" w:rsidRDefault="00C95B48" w:rsidP="006D4935">
            <w:pPr>
              <w:jc w:val="both"/>
              <w:rPr>
                <w:rFonts w:eastAsia="Times New Roman" w:cs="Times New Roman"/>
                <w:b/>
                <w:color w:val="FFFFFF" w:themeColor="background1"/>
                <w:szCs w:val="20"/>
                <w:lang w:val="es-PY" w:eastAsia="es-PY"/>
              </w:rPr>
            </w:pPr>
          </w:p>
          <w:p w14:paraId="04FC8489" w14:textId="66753071" w:rsidR="00C95B48" w:rsidRDefault="00C95B48" w:rsidP="006D4935">
            <w:pPr>
              <w:jc w:val="both"/>
              <w:rPr>
                <w:rFonts w:eastAsia="Times New Roman" w:cs="Times New Roman"/>
                <w:b/>
                <w:color w:val="FFFFFF" w:themeColor="background1"/>
                <w:szCs w:val="20"/>
                <w:lang w:val="es-PY" w:eastAsia="es-PY"/>
              </w:rPr>
            </w:pPr>
          </w:p>
          <w:p w14:paraId="38D0537D" w14:textId="2B1FC697" w:rsidR="00C95B48" w:rsidRDefault="00C95B48" w:rsidP="006D4935">
            <w:pPr>
              <w:jc w:val="both"/>
              <w:rPr>
                <w:rFonts w:eastAsia="Times New Roman" w:cs="Times New Roman"/>
                <w:b/>
                <w:color w:val="FFFFFF" w:themeColor="background1"/>
                <w:szCs w:val="20"/>
                <w:lang w:val="es-PY" w:eastAsia="es-PY"/>
              </w:rPr>
            </w:pPr>
          </w:p>
          <w:p w14:paraId="7D126312" w14:textId="456FB009" w:rsidR="00C95B48" w:rsidRDefault="00C95B48" w:rsidP="006D4935">
            <w:pPr>
              <w:jc w:val="both"/>
              <w:rPr>
                <w:rFonts w:eastAsia="Times New Roman" w:cs="Times New Roman"/>
                <w:b/>
                <w:color w:val="FFFFFF" w:themeColor="background1"/>
                <w:szCs w:val="20"/>
                <w:lang w:val="es-PY" w:eastAsia="es-PY"/>
              </w:rPr>
            </w:pPr>
          </w:p>
          <w:p w14:paraId="68C124E8" w14:textId="77777777" w:rsidR="00C95B48" w:rsidRDefault="00C95B48" w:rsidP="006D4935">
            <w:pPr>
              <w:jc w:val="both"/>
              <w:rPr>
                <w:rFonts w:eastAsia="Times New Roman" w:cs="Times New Roman"/>
                <w:b/>
                <w:color w:val="FFFFFF" w:themeColor="background1"/>
                <w:szCs w:val="20"/>
                <w:lang w:val="es-PY" w:eastAsia="es-PY"/>
              </w:rPr>
            </w:pPr>
          </w:p>
          <w:p w14:paraId="7F1543BC" w14:textId="1860C626" w:rsidR="006D4935" w:rsidRDefault="006D4935" w:rsidP="006D4935">
            <w:pPr>
              <w:jc w:val="both"/>
              <w:rPr>
                <w:rFonts w:eastAsia="Times New Roman" w:cs="Times New Roman"/>
                <w:b/>
                <w:color w:val="FFFFFF" w:themeColor="background1"/>
                <w:szCs w:val="20"/>
                <w:lang w:val="es-PY" w:eastAsia="es-PY"/>
              </w:rPr>
            </w:pPr>
          </w:p>
        </w:tc>
      </w:tr>
      <w:tr w:rsidR="006D4935" w:rsidRPr="00637056" w14:paraId="18312F43" w14:textId="77777777" w:rsidTr="00C95B48">
        <w:tc>
          <w:tcPr>
            <w:tcW w:w="9918" w:type="dxa"/>
            <w:shd w:val="clear" w:color="auto" w:fill="386F53"/>
          </w:tcPr>
          <w:p w14:paraId="0F96686F" w14:textId="4323778F" w:rsidR="006D4935" w:rsidRPr="00C95B48" w:rsidRDefault="00C95B48" w:rsidP="00C95B48">
            <w:pPr>
              <w:jc w:val="both"/>
              <w:rPr>
                <w:rFonts w:eastAsia="Times New Roman"/>
                <w:b/>
                <w:color w:val="FFFFFF" w:themeColor="background1"/>
                <w:szCs w:val="20"/>
                <w:lang w:val="es-PY" w:eastAsia="es-PY"/>
              </w:rPr>
            </w:pPr>
            <w:r>
              <w:rPr>
                <w:rFonts w:eastAsia="Times New Roman"/>
                <w:b/>
                <w:color w:val="FFFFFF" w:themeColor="background1"/>
                <w:szCs w:val="20"/>
                <w:lang w:val="es-PY" w:eastAsia="es-PY"/>
              </w:rPr>
              <w:lastRenderedPageBreak/>
              <w:t>6. PRINCIPALES DESAFÍOS PRESENTADOS EN EL PROCESO DE AUTOEVALUACIÓN</w:t>
            </w:r>
          </w:p>
        </w:tc>
      </w:tr>
      <w:tr w:rsidR="00C95B48" w:rsidRPr="00637056" w14:paraId="272E81CD" w14:textId="77777777" w:rsidTr="00C95B48">
        <w:tc>
          <w:tcPr>
            <w:tcW w:w="9918" w:type="dxa"/>
            <w:shd w:val="clear" w:color="auto" w:fill="FFFFFF" w:themeFill="background1"/>
          </w:tcPr>
          <w:p w14:paraId="3997C78F" w14:textId="0ECF93D7" w:rsidR="00C95B48" w:rsidRDefault="00C95B48" w:rsidP="006A537F">
            <w:pPr>
              <w:spacing w:line="276" w:lineRule="auto"/>
              <w:jc w:val="both"/>
              <w:rPr>
                <w:rFonts w:cs="Times New Roman"/>
                <w:color w:val="A6A6A6"/>
                <w:szCs w:val="20"/>
                <w:lang w:val="es-PY" w:eastAsia="es-PY"/>
              </w:rPr>
            </w:pPr>
            <w:r w:rsidRPr="00C95B48">
              <w:rPr>
                <w:rFonts w:cs="Times New Roman"/>
                <w:color w:val="A6A6A6"/>
                <w:szCs w:val="20"/>
                <w:lang w:val="es-PY" w:eastAsia="es-PY"/>
              </w:rPr>
              <w:t>Se identifican las dificultades encontradas durante el proceso de autoevaluación, junto con las estrategias implementadas para superarlas.</w:t>
            </w:r>
          </w:p>
          <w:p w14:paraId="4C675F3E" w14:textId="34BDB9F2" w:rsidR="00C95B48" w:rsidRDefault="00C95B48" w:rsidP="00C95B48">
            <w:pPr>
              <w:jc w:val="both"/>
              <w:rPr>
                <w:rFonts w:cs="Times New Roman"/>
                <w:color w:val="A6A6A6"/>
                <w:szCs w:val="20"/>
                <w:lang w:val="es-PY" w:eastAsia="es-PY"/>
              </w:rPr>
            </w:pPr>
          </w:p>
          <w:p w14:paraId="6D934C62" w14:textId="46E632C7" w:rsidR="00C95B48" w:rsidRDefault="00C95B48" w:rsidP="00C95B48">
            <w:pPr>
              <w:jc w:val="both"/>
              <w:rPr>
                <w:rFonts w:cs="Times New Roman"/>
                <w:color w:val="A6A6A6"/>
                <w:szCs w:val="20"/>
                <w:lang w:val="es-PY" w:eastAsia="es-PY"/>
              </w:rPr>
            </w:pPr>
          </w:p>
          <w:p w14:paraId="0836DAC8" w14:textId="3B73E001" w:rsidR="00C95B48" w:rsidRDefault="00C95B48" w:rsidP="00C95B48">
            <w:pPr>
              <w:jc w:val="both"/>
              <w:rPr>
                <w:rFonts w:cs="Times New Roman"/>
                <w:color w:val="A6A6A6"/>
                <w:szCs w:val="20"/>
                <w:lang w:val="es-PY" w:eastAsia="es-PY"/>
              </w:rPr>
            </w:pPr>
          </w:p>
          <w:p w14:paraId="67656CCA" w14:textId="390B66D6" w:rsidR="00C95B48" w:rsidRDefault="00C95B48" w:rsidP="00C95B48">
            <w:pPr>
              <w:jc w:val="both"/>
              <w:rPr>
                <w:rFonts w:cs="Times New Roman"/>
                <w:color w:val="A6A6A6"/>
                <w:szCs w:val="20"/>
                <w:lang w:val="es-PY" w:eastAsia="es-PY"/>
              </w:rPr>
            </w:pPr>
          </w:p>
          <w:p w14:paraId="0574F756" w14:textId="77777777" w:rsidR="00C95B48" w:rsidRPr="00C95B48" w:rsidRDefault="00C95B48" w:rsidP="00C95B48">
            <w:pPr>
              <w:jc w:val="both"/>
              <w:rPr>
                <w:rFonts w:cs="Times New Roman"/>
                <w:color w:val="A6A6A6"/>
                <w:szCs w:val="20"/>
                <w:lang w:val="es-PY" w:eastAsia="es-PY"/>
              </w:rPr>
            </w:pPr>
          </w:p>
          <w:p w14:paraId="4930E38B"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4F78552"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24DD91E"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247E2A87" w14:textId="54B1B7BD"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40E2B73C" w14:textId="549C5003"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0BB66D6B" w14:textId="70904BAE"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AB439AF" w14:textId="1F15E8EF"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2695E40E" w14:textId="5F5AAEA6"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34EAEDAC" w14:textId="33ACB162"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031DC489"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E47EFC8"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EE918D5" w14:textId="3F4CABA6"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B61D492" w14:textId="7324DA00"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7CC20AB"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4D1942D" w14:textId="28C6D514" w:rsidR="00C95B48" w:rsidRDefault="00C95B48" w:rsidP="00C95B48">
            <w:pPr>
              <w:shd w:val="clear" w:color="auto" w:fill="FFFFFF" w:themeFill="background1"/>
              <w:jc w:val="both"/>
              <w:rPr>
                <w:rFonts w:eastAsia="Times New Roman"/>
                <w:b/>
                <w:color w:val="FFFFFF" w:themeColor="background1"/>
                <w:szCs w:val="20"/>
                <w:lang w:val="es-PY" w:eastAsia="es-PY"/>
              </w:rPr>
            </w:pPr>
          </w:p>
        </w:tc>
      </w:tr>
    </w:tbl>
    <w:p w14:paraId="425AACC3" w14:textId="054AE4BA" w:rsidR="00224D58" w:rsidRDefault="00224D58" w:rsidP="00C95B48">
      <w:pPr>
        <w:widowControl w:val="0"/>
        <w:shd w:val="clear" w:color="auto" w:fill="FFFFFF" w:themeFill="background1"/>
        <w:tabs>
          <w:tab w:val="left" w:pos="1001"/>
        </w:tabs>
        <w:autoSpaceDE w:val="0"/>
        <w:autoSpaceDN w:val="0"/>
        <w:spacing w:before="180" w:after="40"/>
        <w:ind w:right="-2"/>
        <w:contextualSpacing/>
        <w:rPr>
          <w:rFonts w:eastAsia="Times New Roman"/>
          <w:b/>
          <w:color w:val="FFFFFF"/>
          <w:shd w:val="clear" w:color="auto" w:fill="008080"/>
          <w:lang w:val="es-ES"/>
        </w:rPr>
      </w:pPr>
      <w:bookmarkStart w:id="0" w:name="_heading=h.qfmi06q37jsk" w:colFirst="0" w:colLast="0"/>
      <w:bookmarkEnd w:id="0"/>
    </w:p>
    <w:p w14:paraId="2BA2908E" w14:textId="77777777" w:rsidR="00224D58" w:rsidRPr="006B6544" w:rsidRDefault="00224D58" w:rsidP="00C95B48">
      <w:pPr>
        <w:widowControl w:val="0"/>
        <w:shd w:val="clear" w:color="auto" w:fill="FFFFFF" w:themeFill="background1"/>
        <w:autoSpaceDE w:val="0"/>
        <w:autoSpaceDN w:val="0"/>
        <w:spacing w:before="180" w:after="40"/>
        <w:ind w:right="-143"/>
        <w:contextualSpacing/>
        <w:rPr>
          <w:rFonts w:eastAsia="Times New Roman"/>
          <w:b/>
          <w:color w:val="FFFFFF"/>
          <w:szCs w:val="20"/>
          <w:lang w:val="es-ES"/>
        </w:rPr>
      </w:pPr>
    </w:p>
    <w:p w14:paraId="7FF5D3A6" w14:textId="77777777" w:rsidR="00224D58" w:rsidRPr="00C95B48" w:rsidRDefault="00224D58" w:rsidP="00224D58">
      <w:pPr>
        <w:widowControl w:val="0"/>
        <w:autoSpaceDE w:val="0"/>
        <w:autoSpaceDN w:val="0"/>
        <w:ind w:right="-143"/>
        <w:rPr>
          <w:rFonts w:eastAsia="Times New Roman" w:cs="Times New Roman"/>
          <w:b/>
          <w:bCs/>
          <w:color w:val="FFFFFF"/>
          <w:lang w:val="es-PY" w:eastAsia="es-PY"/>
        </w:rPr>
      </w:pPr>
    </w:p>
    <w:tbl>
      <w:tblPr>
        <w:tblStyle w:val="Tablaconcuadrcula11"/>
        <w:tblW w:w="9923" w:type="dxa"/>
        <w:tblInd w:w="-5" w:type="dxa"/>
        <w:tblLook w:val="04A0" w:firstRow="1" w:lastRow="0" w:firstColumn="1" w:lastColumn="0" w:noHBand="0" w:noVBand="1"/>
      </w:tblPr>
      <w:tblGrid>
        <w:gridCol w:w="9923"/>
      </w:tblGrid>
      <w:tr w:rsidR="00C95B48" w:rsidRPr="00637056" w14:paraId="62E3E4C0" w14:textId="77777777" w:rsidTr="00C95B48">
        <w:tc>
          <w:tcPr>
            <w:tcW w:w="9923" w:type="dxa"/>
            <w:shd w:val="clear" w:color="auto" w:fill="386F53"/>
          </w:tcPr>
          <w:p w14:paraId="4B56FAE4" w14:textId="774DEF99" w:rsidR="00C95B48" w:rsidRPr="00C95B48" w:rsidRDefault="00C95B48" w:rsidP="00224D58">
            <w:pPr>
              <w:widowControl w:val="0"/>
              <w:autoSpaceDE w:val="0"/>
              <w:autoSpaceDN w:val="0"/>
              <w:spacing w:before="180" w:after="40"/>
              <w:ind w:right="-143"/>
              <w:contextualSpacing/>
              <w:rPr>
                <w:rFonts w:eastAsia="Times New Roman"/>
                <w:b/>
                <w:bCs/>
                <w:color w:val="FFFFFF"/>
                <w:lang w:val="es-PY" w:eastAsia="es-PY"/>
              </w:rPr>
            </w:pPr>
            <w:r>
              <w:rPr>
                <w:rFonts w:eastAsia="Times New Roman"/>
                <w:b/>
                <w:bCs/>
                <w:color w:val="FFFFFF"/>
                <w:lang w:val="es-PY" w:eastAsia="es-PY"/>
              </w:rPr>
              <w:t>7. PARTICIPACIÓN DE LOS ACTORES INSTITUCIONALES</w:t>
            </w:r>
          </w:p>
        </w:tc>
      </w:tr>
      <w:tr w:rsidR="00224D58" w:rsidRPr="00637056" w14:paraId="7C2C06DD" w14:textId="77777777" w:rsidTr="00C95B48">
        <w:tc>
          <w:tcPr>
            <w:tcW w:w="9923" w:type="dxa"/>
          </w:tcPr>
          <w:p w14:paraId="77CFC4B3" w14:textId="77777777" w:rsidR="00224D58" w:rsidRPr="003B5381" w:rsidRDefault="00224D58" w:rsidP="006A537F">
            <w:pPr>
              <w:spacing w:line="276" w:lineRule="auto"/>
              <w:jc w:val="both"/>
              <w:rPr>
                <w:rFonts w:eastAsia="Times New Roman"/>
                <w:color w:val="A6A6A6"/>
                <w:szCs w:val="20"/>
                <w:lang w:val="es-PY" w:eastAsia="es-PY"/>
              </w:rPr>
            </w:pPr>
            <w:r w:rsidRPr="003B5381">
              <w:rPr>
                <w:rFonts w:eastAsia="Times New Roman"/>
                <w:color w:val="A6A6A6"/>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78B9F8C4"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1896D38"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02FB41D"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11DB446"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B999EF3"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F7388A0"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E4D2C61"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1AC5F4D"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CD0F38D"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71C353F"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4033A799"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8B18023"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C8D733D" w14:textId="464F832A" w:rsidR="00224D58"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7367CB4E" w14:textId="6FEF6280"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4DA2A962" w14:textId="7448E931"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C26FFC7" w14:textId="77777777" w:rsidR="00C95B48" w:rsidRPr="003B5381"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98AD1AA" w14:textId="03EDB22D" w:rsidR="00224D58"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50D929E9" w14:textId="3629A703"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76F8EFFC" w14:textId="28097DA2"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F257CBC" w14:textId="2C2EEA5A"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EE13F10" w14:textId="423CFD6A"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38D2929E" w14:textId="014F7957"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0EEAC16" w14:textId="77777777"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5C41456" w14:textId="4E4CCDC1"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EB62166"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tc>
      </w:tr>
    </w:tbl>
    <w:p w14:paraId="4010510F" w14:textId="77777777" w:rsidR="00224D58" w:rsidRPr="003B5381" w:rsidRDefault="00224D58" w:rsidP="00224D58">
      <w:pPr>
        <w:pBdr>
          <w:top w:val="nil"/>
          <w:left w:val="nil"/>
          <w:bottom w:val="nil"/>
          <w:right w:val="nil"/>
          <w:between w:val="nil"/>
        </w:pBdr>
        <w:tabs>
          <w:tab w:val="left" w:pos="9214"/>
        </w:tabs>
        <w:ind w:right="142"/>
        <w:rPr>
          <w:b/>
          <w:bCs/>
          <w:color w:val="FFFFFF"/>
          <w:lang w:val="es-PY"/>
        </w:rPr>
      </w:pPr>
    </w:p>
    <w:tbl>
      <w:tblPr>
        <w:tblW w:w="0" w:type="auto"/>
        <w:jc w:val="center"/>
        <w:tblLayout w:type="fixed"/>
        <w:tblLook w:val="04A0" w:firstRow="1" w:lastRow="0" w:firstColumn="1" w:lastColumn="0" w:noHBand="0" w:noVBand="1"/>
      </w:tblPr>
      <w:tblGrid>
        <w:gridCol w:w="2404"/>
        <w:gridCol w:w="5330"/>
        <w:gridCol w:w="684"/>
        <w:gridCol w:w="684"/>
        <w:gridCol w:w="697"/>
      </w:tblGrid>
      <w:tr w:rsidR="0069756D" w:rsidRPr="00637056" w14:paraId="3D133ADF" w14:textId="77777777" w:rsidTr="006A537F">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3B0800CB" w14:textId="6A5468B6" w:rsidR="0069756D" w:rsidRPr="00643CF3" w:rsidRDefault="00C95B48" w:rsidP="00834447">
            <w:pPr>
              <w:rPr>
                <w:b/>
                <w:color w:val="FFFFFF"/>
                <w:szCs w:val="20"/>
                <w:lang w:val="es-PY"/>
              </w:rPr>
            </w:pPr>
            <w:r w:rsidRPr="0069756D">
              <w:rPr>
                <w:b/>
                <w:bCs/>
                <w:color w:val="FFFFFF"/>
                <w:lang w:val="es-PY"/>
              </w:rPr>
              <w:lastRenderedPageBreak/>
              <w:t>8</w:t>
            </w:r>
            <w:r w:rsidR="0069756D">
              <w:rPr>
                <w:b/>
                <w:color w:val="FFFFFF"/>
                <w:szCs w:val="20"/>
                <w:lang w:val="es-PY"/>
              </w:rPr>
              <w:t>. RESULTADOS DEL PROCESO DE AUTOEVALUACIÓN</w:t>
            </w:r>
          </w:p>
        </w:tc>
      </w:tr>
      <w:tr w:rsidR="0010517E" w:rsidRPr="00637056" w14:paraId="62E6D10D" w14:textId="77777777" w:rsidTr="006A537F">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2DB3B9AC" w14:textId="1AA03003" w:rsidR="0010517E" w:rsidRPr="00643CF3" w:rsidRDefault="00643CF3">
            <w:pPr>
              <w:rPr>
                <w:szCs w:val="20"/>
                <w:lang w:val="es-PY"/>
              </w:rPr>
            </w:pPr>
            <w:r w:rsidRPr="00643CF3">
              <w:rPr>
                <w:b/>
                <w:color w:val="FFFFFF"/>
                <w:szCs w:val="20"/>
                <w:lang w:val="es-PY"/>
              </w:rPr>
              <w:t xml:space="preserve">DIMENSIÓN 1. </w:t>
            </w:r>
            <w:r w:rsidR="00FD0B68">
              <w:rPr>
                <w:b/>
                <w:color w:val="FFFFFF"/>
                <w:szCs w:val="20"/>
                <w:lang w:val="es-PY"/>
              </w:rPr>
              <w:t xml:space="preserve">GOBERNANZA Y GESTIÓN </w:t>
            </w:r>
            <w:r w:rsidR="00697865">
              <w:rPr>
                <w:b/>
                <w:color w:val="FFFFFF"/>
                <w:szCs w:val="20"/>
                <w:lang w:val="es-PY"/>
              </w:rPr>
              <w:t>INSTITUCIONAL DEL PROGRAMA</w:t>
            </w:r>
          </w:p>
        </w:tc>
      </w:tr>
      <w:tr w:rsidR="0010517E" w:rsidRPr="00643CF3" w14:paraId="60ACE86D" w14:textId="77777777" w:rsidTr="006A537F">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BEECA32" w14:textId="2BD656CD" w:rsidR="0010517E" w:rsidRPr="00E94435" w:rsidRDefault="00F62782">
            <w:pPr>
              <w:jc w:val="center"/>
              <w:rPr>
                <w:szCs w:val="20"/>
              </w:rPr>
            </w:pPr>
            <w:proofErr w:type="spellStart"/>
            <w:r w:rsidRPr="00E94435">
              <w:rPr>
                <w:b/>
                <w:color w:val="000000"/>
                <w:szCs w:val="20"/>
              </w:rPr>
              <w:t>Criterio</w:t>
            </w:r>
            <w:proofErr w:type="spellEnd"/>
            <w:r w:rsidRPr="00E94435">
              <w:rPr>
                <w:b/>
                <w:color w:val="000000"/>
                <w:szCs w:val="20"/>
              </w:rPr>
              <w:t xml:space="preserve"> 1.1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2CFBE47" w14:textId="77777777" w:rsidR="0010517E" w:rsidRPr="00E94435" w:rsidRDefault="00643CF3">
            <w:pPr>
              <w:jc w:val="center"/>
              <w:rPr>
                <w:szCs w:val="20"/>
              </w:rPr>
            </w:pPr>
            <w:proofErr w:type="spellStart"/>
            <w:r w:rsidRPr="00E94435">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6C362AB" w14:textId="77777777" w:rsidR="0010517E" w:rsidRPr="00E94435" w:rsidRDefault="00643CF3">
            <w:pPr>
              <w:jc w:val="center"/>
              <w:rPr>
                <w:szCs w:val="20"/>
              </w:rPr>
            </w:pPr>
            <w:r w:rsidRPr="00E94435">
              <w:rPr>
                <w:b/>
                <w:color w:val="000000"/>
                <w:szCs w:val="20"/>
              </w:rPr>
              <w:t xml:space="preserve">Nivel de </w:t>
            </w:r>
            <w:proofErr w:type="spellStart"/>
            <w:r w:rsidRPr="00E94435">
              <w:rPr>
                <w:b/>
                <w:color w:val="000000"/>
                <w:szCs w:val="20"/>
              </w:rPr>
              <w:t>cumplimiento</w:t>
            </w:r>
            <w:proofErr w:type="spellEnd"/>
          </w:p>
        </w:tc>
      </w:tr>
      <w:tr w:rsidR="0010517E" w:rsidRPr="00643CF3" w14:paraId="3BF10B4B" w14:textId="77777777" w:rsidTr="006A537F">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5D812D" w14:textId="77777777" w:rsidR="0010517E" w:rsidRPr="00E94435"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31848B" w14:textId="77777777" w:rsidR="0010517E" w:rsidRPr="00E94435"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0B6C998" w14:textId="77777777" w:rsidR="0010517E" w:rsidRPr="00E94435" w:rsidRDefault="00643CF3">
            <w:pPr>
              <w:jc w:val="center"/>
              <w:rPr>
                <w:szCs w:val="20"/>
              </w:rPr>
            </w:pPr>
            <w:r w:rsidRPr="00E94435">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F60CB39" w14:textId="77777777" w:rsidR="0010517E" w:rsidRPr="00E94435" w:rsidRDefault="00643CF3">
            <w:pPr>
              <w:jc w:val="center"/>
              <w:rPr>
                <w:szCs w:val="20"/>
              </w:rPr>
            </w:pPr>
            <w:r w:rsidRPr="00E94435">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F611F0D" w14:textId="77777777" w:rsidR="0010517E" w:rsidRPr="00E94435" w:rsidRDefault="00643CF3">
            <w:pPr>
              <w:jc w:val="center"/>
              <w:rPr>
                <w:szCs w:val="20"/>
              </w:rPr>
            </w:pPr>
            <w:r w:rsidRPr="00E94435">
              <w:rPr>
                <w:b/>
                <w:color w:val="000000"/>
                <w:szCs w:val="20"/>
              </w:rPr>
              <w:t>NC</w:t>
            </w:r>
          </w:p>
        </w:tc>
      </w:tr>
      <w:tr w:rsidR="0010517E" w:rsidRPr="00637056" w14:paraId="5133C481" w14:textId="77777777" w:rsidTr="006A537F">
        <w:trPr>
          <w:cantSplit/>
          <w:trHeight w:val="720"/>
          <w:jc w:val="center"/>
        </w:trPr>
        <w:tc>
          <w:tcPr>
            <w:tcW w:w="2404" w:type="dxa"/>
            <w:vMerge w:val="restar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36D8AAF" w14:textId="77777777" w:rsidR="00697865" w:rsidRDefault="00697865" w:rsidP="00697865">
            <w:pPr>
              <w:jc w:val="center"/>
              <w:rPr>
                <w:b/>
                <w:color w:val="000000"/>
                <w:lang w:val="es-PY"/>
              </w:rPr>
            </w:pPr>
            <w:r w:rsidRPr="00CA67AF">
              <w:rPr>
                <w:b/>
                <w:color w:val="000000"/>
                <w:lang w:val="es-PY"/>
              </w:rPr>
              <w:t>Pertinencia de la estru</w:t>
            </w:r>
            <w:r>
              <w:rPr>
                <w:b/>
                <w:color w:val="000000"/>
                <w:lang w:val="es-PY"/>
              </w:rPr>
              <w:t xml:space="preserve">ctura organizativa del programa </w:t>
            </w:r>
          </w:p>
          <w:p w14:paraId="294B005C" w14:textId="60554CBB" w:rsidR="0010517E" w:rsidRPr="00E94435" w:rsidRDefault="00643CF3" w:rsidP="0062539B">
            <w:pPr>
              <w:jc w:val="center"/>
              <w:rPr>
                <w:szCs w:val="20"/>
                <w:lang w:val="es-PY"/>
              </w:rPr>
            </w:pPr>
            <w:r w:rsidRPr="00E94435">
              <w:rPr>
                <w:b/>
                <w:color w:val="FF0000"/>
                <w:szCs w:val="20"/>
                <w:lang w:val="es-PY"/>
              </w:rPr>
              <w:br/>
            </w: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D59812B" w14:textId="0C87AED2" w:rsidR="0010517E" w:rsidRPr="00E94435" w:rsidRDefault="00643CF3">
            <w:pPr>
              <w:jc w:val="both"/>
              <w:rPr>
                <w:szCs w:val="20"/>
                <w:lang w:val="es-PY"/>
              </w:rPr>
            </w:pPr>
            <w:r w:rsidRPr="00E94435">
              <w:rPr>
                <w:color w:val="000000"/>
                <w:szCs w:val="20"/>
                <w:lang w:val="es-PY"/>
              </w:rPr>
              <w:t xml:space="preserve">a. </w:t>
            </w:r>
            <w:r w:rsidR="00697865" w:rsidRPr="00CA67AF">
              <w:rPr>
                <w:color w:val="000000"/>
                <w:lang w:val="es-PY"/>
              </w:rPr>
              <w:t>El programa cuenta con una estructura organizativa definida, alineada con el nivel doctoral.</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DBD2DDB"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94FF3A"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81037A6" w14:textId="77777777" w:rsidR="0010517E" w:rsidRPr="00E94435" w:rsidRDefault="0010517E">
            <w:pPr>
              <w:jc w:val="center"/>
              <w:rPr>
                <w:szCs w:val="20"/>
                <w:lang w:val="es-PY"/>
              </w:rPr>
            </w:pPr>
          </w:p>
        </w:tc>
      </w:tr>
      <w:tr w:rsidR="0010517E" w:rsidRPr="00637056" w14:paraId="332DF249" w14:textId="77777777" w:rsidTr="006A537F">
        <w:trPr>
          <w:cantSplit/>
          <w:trHeight w:val="60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A06639A"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27E382" w14:textId="1D4CDA59" w:rsidR="0010517E" w:rsidRPr="00E94435" w:rsidRDefault="00643CF3">
            <w:pPr>
              <w:jc w:val="both"/>
              <w:rPr>
                <w:szCs w:val="20"/>
                <w:lang w:val="es-PY"/>
              </w:rPr>
            </w:pPr>
            <w:r w:rsidRPr="00E94435">
              <w:rPr>
                <w:color w:val="000000"/>
                <w:szCs w:val="20"/>
                <w:lang w:val="es-PY"/>
              </w:rPr>
              <w:t xml:space="preserve">b. </w:t>
            </w:r>
            <w:r w:rsidR="00697865" w:rsidRPr="00CA67AF">
              <w:rPr>
                <w:color w:val="000000"/>
                <w:lang w:val="es-PY"/>
              </w:rPr>
              <w:t>Las funciones y responsabilidades de los órganos</w:t>
            </w:r>
            <w:r w:rsidR="00697865">
              <w:rPr>
                <w:color w:val="000000"/>
                <w:lang w:val="es-PY"/>
              </w:rPr>
              <w:t xml:space="preserve"> que integran la estructura</w:t>
            </w:r>
            <w:r w:rsidR="00697865" w:rsidRPr="00CA67AF">
              <w:rPr>
                <w:color w:val="000000"/>
                <w:lang w:val="es-PY"/>
              </w:rPr>
              <w:t xml:space="preserve"> del programa están formalmente establecidas.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F4FE6E3"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598BA0"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4E4807" w14:textId="77777777" w:rsidR="0010517E" w:rsidRPr="00E94435" w:rsidRDefault="0010517E">
            <w:pPr>
              <w:jc w:val="center"/>
              <w:rPr>
                <w:szCs w:val="20"/>
                <w:lang w:val="es-PY"/>
              </w:rPr>
            </w:pPr>
          </w:p>
        </w:tc>
      </w:tr>
      <w:tr w:rsidR="0010517E" w:rsidRPr="00637056" w14:paraId="55F928F8" w14:textId="77777777" w:rsidTr="006A537F">
        <w:trPr>
          <w:cantSplit/>
          <w:trHeight w:val="439"/>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B4A7C7"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952053" w14:textId="2DF54F4F" w:rsidR="0010517E" w:rsidRPr="00E94435" w:rsidRDefault="00643CF3">
            <w:pPr>
              <w:jc w:val="both"/>
              <w:rPr>
                <w:szCs w:val="20"/>
                <w:lang w:val="es-PY"/>
              </w:rPr>
            </w:pPr>
            <w:r w:rsidRPr="00E94435">
              <w:rPr>
                <w:color w:val="000000"/>
                <w:szCs w:val="20"/>
                <w:lang w:val="es-PY"/>
              </w:rPr>
              <w:t xml:space="preserve">c. </w:t>
            </w:r>
            <w:r w:rsidR="00697865" w:rsidRPr="00CA67AF">
              <w:rPr>
                <w:color w:val="000000"/>
                <w:lang w:val="es-PY"/>
              </w:rPr>
              <w:t>Los cargos académicos y administrativos que intervienen en la gestión están ocupados por personas con el perfil requerido.</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105D39F"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947D8E"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6A152FA" w14:textId="77777777" w:rsidR="0010517E" w:rsidRPr="00E94435" w:rsidRDefault="0010517E">
            <w:pPr>
              <w:jc w:val="center"/>
              <w:rPr>
                <w:szCs w:val="20"/>
                <w:lang w:val="es-PY"/>
              </w:rPr>
            </w:pPr>
          </w:p>
        </w:tc>
      </w:tr>
      <w:tr w:rsidR="0010517E" w:rsidRPr="00637056" w14:paraId="511E1011" w14:textId="77777777" w:rsidTr="006A537F">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A59E5D"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B941AF" w14:textId="3628AF75" w:rsidR="0010517E" w:rsidRPr="00E94435" w:rsidRDefault="00643CF3">
            <w:pPr>
              <w:jc w:val="both"/>
              <w:rPr>
                <w:szCs w:val="20"/>
                <w:lang w:val="es-PY"/>
              </w:rPr>
            </w:pPr>
            <w:r w:rsidRPr="00E94435">
              <w:rPr>
                <w:color w:val="000000"/>
                <w:szCs w:val="20"/>
                <w:lang w:val="es-PY"/>
              </w:rPr>
              <w:t xml:space="preserve">d. </w:t>
            </w:r>
            <w:r w:rsidR="00697865" w:rsidRPr="00CA67AF">
              <w:rPr>
                <w:color w:val="000000"/>
                <w:lang w:val="es-PY"/>
              </w:rPr>
              <w:t>Existe coordinación entre las instancias académicas y administrativas del programa y las demás dependencias institucionales</w:t>
            </w:r>
            <w:r w:rsidRPr="00E94435">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199FA0"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0DC125"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0B7AABD" w14:textId="77777777" w:rsidR="0010517E" w:rsidRPr="00E94435" w:rsidRDefault="0010517E">
            <w:pPr>
              <w:jc w:val="center"/>
              <w:rPr>
                <w:szCs w:val="20"/>
                <w:lang w:val="es-PY"/>
              </w:rPr>
            </w:pPr>
          </w:p>
        </w:tc>
      </w:tr>
      <w:tr w:rsidR="0010517E" w:rsidRPr="00637056" w14:paraId="7EBDDAD8" w14:textId="77777777" w:rsidTr="00697865">
        <w:trPr>
          <w:cantSplit/>
          <w:trHeight w:val="581"/>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5B3C50"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257E44" w14:textId="72C80792" w:rsidR="0010517E" w:rsidRPr="00E94435" w:rsidRDefault="00643CF3">
            <w:pPr>
              <w:jc w:val="both"/>
              <w:rPr>
                <w:szCs w:val="20"/>
                <w:lang w:val="es-PY"/>
              </w:rPr>
            </w:pPr>
            <w:r w:rsidRPr="00E94435">
              <w:rPr>
                <w:color w:val="000000"/>
                <w:szCs w:val="20"/>
                <w:lang w:val="es-PY"/>
              </w:rPr>
              <w:t xml:space="preserve">e. </w:t>
            </w:r>
            <w:r w:rsidR="00697865" w:rsidRPr="00CA67AF">
              <w:rPr>
                <w:color w:val="000000"/>
                <w:lang w:val="es-PY"/>
              </w:rPr>
              <w:t>Se documentan y aplican procesos formales de toma de decisiones en el programa.</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569A8D5"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7EBAB7"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5CDAEF6" w14:textId="77777777" w:rsidR="0010517E" w:rsidRPr="00E94435" w:rsidRDefault="0010517E">
            <w:pPr>
              <w:jc w:val="center"/>
              <w:rPr>
                <w:szCs w:val="20"/>
                <w:lang w:val="es-PY"/>
              </w:rPr>
            </w:pPr>
          </w:p>
        </w:tc>
      </w:tr>
      <w:tr w:rsidR="0010517E" w:rsidRPr="00637056" w14:paraId="07DD63D5" w14:textId="77777777" w:rsidTr="006A537F">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4819B9C" w14:textId="77777777" w:rsidR="0010517E" w:rsidRPr="00E94435" w:rsidRDefault="00643CF3">
            <w:pPr>
              <w:jc w:val="center"/>
              <w:rPr>
                <w:szCs w:val="20"/>
                <w:lang w:val="es-PY"/>
              </w:rPr>
            </w:pPr>
            <w:r w:rsidRPr="00E94435">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3B955A" w14:textId="77777777" w:rsidR="0010517E" w:rsidRPr="00E94435" w:rsidRDefault="0010517E">
            <w:pPr>
              <w:jc w:val="center"/>
              <w:rPr>
                <w:szCs w:val="20"/>
                <w:lang w:val="es-PY"/>
              </w:rPr>
            </w:pPr>
          </w:p>
        </w:tc>
      </w:tr>
      <w:tr w:rsidR="0010517E" w:rsidRPr="00643CF3" w14:paraId="116833F4" w14:textId="77777777" w:rsidTr="006A537F">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34B9674" w14:textId="77777777" w:rsidR="0010517E" w:rsidRPr="00E94435" w:rsidRDefault="00643CF3">
            <w:pPr>
              <w:jc w:val="center"/>
              <w:rPr>
                <w:szCs w:val="20"/>
                <w:lang w:val="es-PY"/>
              </w:rPr>
            </w:pPr>
            <w:r w:rsidRPr="00E94435">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5D7C333" w14:textId="77777777" w:rsidR="0010517E" w:rsidRPr="00E94435" w:rsidRDefault="00643CF3">
            <w:pPr>
              <w:jc w:val="center"/>
              <w:rPr>
                <w:szCs w:val="20"/>
              </w:rPr>
            </w:pPr>
            <w:proofErr w:type="spellStart"/>
            <w:r w:rsidRPr="00E94435">
              <w:rPr>
                <w:b/>
                <w:color w:val="000000"/>
                <w:szCs w:val="20"/>
              </w:rPr>
              <w:t>Medios</w:t>
            </w:r>
            <w:proofErr w:type="spellEnd"/>
            <w:r w:rsidRPr="00E94435">
              <w:rPr>
                <w:b/>
                <w:color w:val="000000"/>
                <w:szCs w:val="20"/>
              </w:rPr>
              <w:t xml:space="preserve"> de </w:t>
            </w:r>
            <w:proofErr w:type="spellStart"/>
            <w:r w:rsidRPr="00E94435">
              <w:rPr>
                <w:b/>
                <w:color w:val="000000"/>
                <w:szCs w:val="20"/>
              </w:rPr>
              <w:t>verificación</w:t>
            </w:r>
            <w:proofErr w:type="spellEnd"/>
          </w:p>
        </w:tc>
      </w:tr>
      <w:tr w:rsidR="0010517E" w:rsidRPr="00637056" w14:paraId="356E9C01" w14:textId="77777777" w:rsidTr="00697865">
        <w:trPr>
          <w:cantSplit/>
          <w:trHeight w:hRule="exact" w:val="5880"/>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B78C856" w14:textId="77777777" w:rsidR="00697865" w:rsidRPr="00C931C6" w:rsidRDefault="00697865" w:rsidP="00697865">
            <w:pPr>
              <w:widowControl w:val="0"/>
              <w:autoSpaceDE w:val="0"/>
              <w:autoSpaceDN w:val="0"/>
              <w:spacing w:line="276" w:lineRule="auto"/>
              <w:jc w:val="both"/>
              <w:rPr>
                <w:color w:val="A6A6A6"/>
                <w:lang w:val="es-PY"/>
              </w:rPr>
            </w:pPr>
            <w:r w:rsidRPr="00C931C6">
              <w:rPr>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03AA56B3" w14:textId="77777777" w:rsidR="00697865" w:rsidRPr="00C931C6" w:rsidRDefault="00697865" w:rsidP="00697865">
            <w:pPr>
              <w:widowControl w:val="0"/>
              <w:autoSpaceDE w:val="0"/>
              <w:autoSpaceDN w:val="0"/>
              <w:spacing w:line="276" w:lineRule="auto"/>
              <w:jc w:val="both"/>
              <w:rPr>
                <w:lang w:val="es-PY"/>
              </w:rPr>
            </w:pPr>
            <w:r w:rsidRPr="00C931C6">
              <w:rPr>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0B2C1A18" w14:textId="77777777" w:rsidR="0010517E" w:rsidRPr="00697865" w:rsidRDefault="0010517E" w:rsidP="00697865">
            <w:pPr>
              <w:spacing w:line="276" w:lineRule="auto"/>
              <w:rPr>
                <w:szCs w:val="20"/>
                <w:lang w:val="es-PY"/>
              </w:rPr>
            </w:pPr>
          </w:p>
          <w:p w14:paraId="17CF422E" w14:textId="77777777" w:rsidR="00A37FA3" w:rsidRPr="00697865" w:rsidRDefault="00A37FA3" w:rsidP="00697865">
            <w:pPr>
              <w:spacing w:line="276" w:lineRule="auto"/>
              <w:rPr>
                <w:szCs w:val="20"/>
                <w:lang w:val="es-PY"/>
              </w:rPr>
            </w:pPr>
          </w:p>
          <w:p w14:paraId="5102A165" w14:textId="77777777" w:rsidR="00A37FA3" w:rsidRPr="00697865" w:rsidRDefault="00A37FA3" w:rsidP="00697865">
            <w:pPr>
              <w:spacing w:line="276" w:lineRule="auto"/>
              <w:rPr>
                <w:szCs w:val="20"/>
                <w:lang w:val="es-PY"/>
              </w:rPr>
            </w:pPr>
          </w:p>
          <w:p w14:paraId="4A897B13" w14:textId="77777777" w:rsidR="00A37FA3" w:rsidRPr="00697865" w:rsidRDefault="00A37FA3" w:rsidP="00697865">
            <w:pPr>
              <w:spacing w:line="276" w:lineRule="auto"/>
              <w:rPr>
                <w:szCs w:val="20"/>
                <w:lang w:val="es-PY"/>
              </w:rPr>
            </w:pPr>
          </w:p>
          <w:p w14:paraId="0CCAA190" w14:textId="77777777" w:rsidR="00A37FA3" w:rsidRPr="00697865" w:rsidRDefault="00A37FA3" w:rsidP="00697865">
            <w:pPr>
              <w:rPr>
                <w:szCs w:val="20"/>
                <w:lang w:val="es-PY"/>
              </w:rPr>
            </w:pPr>
          </w:p>
          <w:p w14:paraId="52D5EBC2" w14:textId="77777777" w:rsidR="00A37FA3" w:rsidRPr="00697865" w:rsidRDefault="00A37FA3" w:rsidP="00697865">
            <w:pPr>
              <w:rPr>
                <w:szCs w:val="20"/>
                <w:lang w:val="es-PY"/>
              </w:rPr>
            </w:pPr>
          </w:p>
          <w:p w14:paraId="7FC4B49D" w14:textId="77777777" w:rsidR="00A37FA3" w:rsidRPr="00697865" w:rsidRDefault="00A37FA3" w:rsidP="00697865">
            <w:pPr>
              <w:rPr>
                <w:szCs w:val="20"/>
                <w:lang w:val="es-PY"/>
              </w:rPr>
            </w:pPr>
          </w:p>
          <w:p w14:paraId="36677B30" w14:textId="77777777" w:rsidR="00A37FA3" w:rsidRPr="00697865" w:rsidRDefault="00A37FA3" w:rsidP="00697865">
            <w:pPr>
              <w:rPr>
                <w:szCs w:val="20"/>
                <w:lang w:val="es-PY"/>
              </w:rPr>
            </w:pPr>
          </w:p>
          <w:p w14:paraId="4CDF29AA" w14:textId="77777777" w:rsidR="00A37FA3" w:rsidRPr="00697865" w:rsidRDefault="00A37FA3" w:rsidP="00697865">
            <w:pPr>
              <w:rPr>
                <w:szCs w:val="20"/>
                <w:lang w:val="es-PY"/>
              </w:rPr>
            </w:pPr>
          </w:p>
          <w:p w14:paraId="659DC27F" w14:textId="3AEDB901" w:rsidR="00A37FA3" w:rsidRPr="00697865" w:rsidRDefault="00A37FA3" w:rsidP="00697865">
            <w:pPr>
              <w:rPr>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7DA41E4" w14:textId="77777777" w:rsidR="00697865" w:rsidRPr="00F04053" w:rsidRDefault="00697865" w:rsidP="00697865">
            <w:pPr>
              <w:pStyle w:val="TableParagraph"/>
              <w:spacing w:line="276" w:lineRule="auto"/>
              <w:rPr>
                <w:color w:val="A6A6A6" w:themeColor="background1" w:themeShade="A6"/>
                <w:sz w:val="20"/>
                <w:lang w:val="es-PY"/>
              </w:rPr>
            </w:pPr>
            <w:r w:rsidRPr="00F04053">
              <w:rPr>
                <w:color w:val="A6A6A6" w:themeColor="background1" w:themeShade="A6"/>
                <w:sz w:val="20"/>
                <w:lang w:val="es-PY"/>
              </w:rPr>
              <w:t>Enumerar los Medios de Verificación, ejemplo:</w:t>
            </w:r>
          </w:p>
          <w:p w14:paraId="6B1EB572" w14:textId="77777777" w:rsidR="00697865" w:rsidRPr="00F04053" w:rsidRDefault="00697865" w:rsidP="00697865">
            <w:pPr>
              <w:pStyle w:val="TableParagraph"/>
              <w:spacing w:line="276" w:lineRule="auto"/>
              <w:rPr>
                <w:color w:val="A6A6A6" w:themeColor="background1" w:themeShade="A6"/>
                <w:sz w:val="20"/>
                <w:lang w:val="es-PY"/>
              </w:rPr>
            </w:pPr>
          </w:p>
          <w:p w14:paraId="1423CCA7" w14:textId="77777777" w:rsidR="00697865" w:rsidRPr="00F04053" w:rsidRDefault="00697865" w:rsidP="00697865">
            <w:pPr>
              <w:pStyle w:val="TableParagraph"/>
              <w:spacing w:line="276" w:lineRule="auto"/>
              <w:rPr>
                <w:color w:val="A6A6A6" w:themeColor="background1" w:themeShade="A6"/>
                <w:sz w:val="20"/>
                <w:lang w:val="es-PY"/>
              </w:rPr>
            </w:pPr>
            <w:r w:rsidRPr="00F04053">
              <w:rPr>
                <w:color w:val="A6A6A6" w:themeColor="background1" w:themeShade="A6"/>
                <w:sz w:val="20"/>
                <w:lang w:val="es-PY"/>
              </w:rPr>
              <w:t>Anexo 1. Estatuto</w:t>
            </w:r>
          </w:p>
          <w:p w14:paraId="3C6EEE6C" w14:textId="77777777" w:rsidR="00697865" w:rsidRPr="00F04053" w:rsidRDefault="00697865" w:rsidP="00697865">
            <w:pPr>
              <w:pStyle w:val="TableParagraph"/>
              <w:spacing w:line="276" w:lineRule="auto"/>
              <w:rPr>
                <w:color w:val="A6A6A6" w:themeColor="background1" w:themeShade="A6"/>
                <w:sz w:val="20"/>
                <w:lang w:val="es-PY"/>
              </w:rPr>
            </w:pPr>
            <w:r w:rsidRPr="00F04053">
              <w:rPr>
                <w:color w:val="A6A6A6" w:themeColor="background1" w:themeShade="A6"/>
                <w:sz w:val="20"/>
                <w:lang w:val="es-PY"/>
              </w:rPr>
              <w:t>Anexo 2. Manual de Funciones</w:t>
            </w:r>
          </w:p>
          <w:p w14:paraId="703B7E71" w14:textId="77777777" w:rsidR="0010517E" w:rsidRPr="00697865" w:rsidRDefault="0010517E" w:rsidP="00697865">
            <w:pPr>
              <w:spacing w:line="276" w:lineRule="auto"/>
              <w:rPr>
                <w:szCs w:val="20"/>
                <w:lang w:val="es-PY"/>
              </w:rPr>
            </w:pPr>
          </w:p>
        </w:tc>
      </w:tr>
    </w:tbl>
    <w:p w14:paraId="571D41DB" w14:textId="448917C9" w:rsidR="0010517E" w:rsidRPr="00697865" w:rsidRDefault="00643CF3">
      <w:pPr>
        <w:rPr>
          <w:szCs w:val="20"/>
          <w:lang w:val="es-PY"/>
        </w:rPr>
      </w:pPr>
      <w:r w:rsidRPr="00697865">
        <w:rPr>
          <w:szCs w:val="20"/>
          <w:lang w:val="es-PY"/>
        </w:rP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rsidRPr="00643CF3" w14:paraId="684F5259"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744734" w14:textId="2F8DFFFD" w:rsidR="0010517E" w:rsidRPr="00BD095C" w:rsidRDefault="00C96488" w:rsidP="00821777">
            <w:pPr>
              <w:ind w:left="-226" w:hanging="226"/>
              <w:jc w:val="center"/>
              <w:rPr>
                <w:szCs w:val="20"/>
              </w:rPr>
            </w:pPr>
            <w:proofErr w:type="spellStart"/>
            <w:r w:rsidRPr="00BD095C">
              <w:rPr>
                <w:b/>
                <w:color w:val="000000"/>
                <w:szCs w:val="20"/>
              </w:rPr>
              <w:lastRenderedPageBreak/>
              <w:t>Criterio</w:t>
            </w:r>
            <w:proofErr w:type="spellEnd"/>
            <w:r w:rsidRPr="00BD095C">
              <w:rPr>
                <w:b/>
                <w:color w:val="000000"/>
                <w:szCs w:val="20"/>
              </w:rPr>
              <w:t xml:space="preserve"> 1.2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FDC44CC" w14:textId="77777777" w:rsidR="0010517E" w:rsidRPr="00BD095C" w:rsidRDefault="00643CF3">
            <w:pPr>
              <w:jc w:val="center"/>
              <w:rPr>
                <w:szCs w:val="20"/>
              </w:rPr>
            </w:pPr>
            <w:proofErr w:type="spellStart"/>
            <w:r w:rsidRPr="00BD095C">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04814B7" w14:textId="77777777" w:rsidR="0010517E" w:rsidRPr="00BD095C" w:rsidRDefault="00643CF3">
            <w:pPr>
              <w:jc w:val="center"/>
              <w:rPr>
                <w:szCs w:val="20"/>
              </w:rPr>
            </w:pPr>
            <w:r w:rsidRPr="00BD095C">
              <w:rPr>
                <w:b/>
                <w:color w:val="000000"/>
                <w:szCs w:val="20"/>
              </w:rPr>
              <w:t xml:space="preserve">Nivel de </w:t>
            </w:r>
            <w:proofErr w:type="spellStart"/>
            <w:r w:rsidRPr="00BD095C">
              <w:rPr>
                <w:b/>
                <w:color w:val="000000"/>
                <w:szCs w:val="20"/>
              </w:rPr>
              <w:t>cumplimiento</w:t>
            </w:r>
            <w:proofErr w:type="spellEnd"/>
          </w:p>
        </w:tc>
      </w:tr>
      <w:tr w:rsidR="0010517E" w:rsidRPr="00643CF3" w14:paraId="71EF679C"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16FE12" w14:textId="77777777" w:rsidR="0010517E" w:rsidRPr="00BD095C"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B1DC350" w14:textId="77777777" w:rsidR="0010517E" w:rsidRPr="00BD095C"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FDADEE8" w14:textId="77777777" w:rsidR="0010517E" w:rsidRPr="00BD095C" w:rsidRDefault="00643CF3">
            <w:pPr>
              <w:jc w:val="center"/>
              <w:rPr>
                <w:szCs w:val="20"/>
              </w:rPr>
            </w:pPr>
            <w:r w:rsidRPr="00BD095C">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AA63416" w14:textId="77777777" w:rsidR="0010517E" w:rsidRPr="00BD095C" w:rsidRDefault="00643CF3">
            <w:pPr>
              <w:jc w:val="center"/>
              <w:rPr>
                <w:szCs w:val="20"/>
              </w:rPr>
            </w:pPr>
            <w:r w:rsidRPr="00BD095C">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529069B" w14:textId="77777777" w:rsidR="0010517E" w:rsidRPr="00BD095C" w:rsidRDefault="00643CF3">
            <w:pPr>
              <w:jc w:val="center"/>
              <w:rPr>
                <w:szCs w:val="20"/>
              </w:rPr>
            </w:pPr>
            <w:r w:rsidRPr="00BD095C">
              <w:rPr>
                <w:b/>
                <w:color w:val="000000"/>
                <w:szCs w:val="20"/>
              </w:rPr>
              <w:t>NC</w:t>
            </w:r>
          </w:p>
        </w:tc>
      </w:tr>
      <w:tr w:rsidR="0010517E" w:rsidRPr="00637056" w14:paraId="497659EC" w14:textId="77777777" w:rsidTr="00821777">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866BCD1" w14:textId="52D2F254" w:rsidR="0010517E" w:rsidRPr="00BD095C" w:rsidRDefault="00643CF3">
            <w:pPr>
              <w:jc w:val="center"/>
              <w:rPr>
                <w:szCs w:val="20"/>
                <w:lang w:val="es-PY"/>
              </w:rPr>
            </w:pPr>
            <w:r w:rsidRPr="00BD095C">
              <w:rPr>
                <w:b/>
                <w:color w:val="000000"/>
                <w:szCs w:val="20"/>
                <w:lang w:val="es-PY"/>
              </w:rPr>
              <w:t>Efic</w:t>
            </w:r>
            <w:r w:rsidR="001C6824">
              <w:rPr>
                <w:b/>
                <w:color w:val="000000"/>
                <w:szCs w:val="20"/>
                <w:lang w:val="es-PY"/>
              </w:rPr>
              <w:t>acia</w:t>
            </w:r>
            <w:r w:rsidRPr="00BD095C">
              <w:rPr>
                <w:b/>
                <w:color w:val="000000"/>
                <w:szCs w:val="20"/>
                <w:lang w:val="es-PY"/>
              </w:rPr>
              <w:t xml:space="preserve"> de la planifi</w:t>
            </w:r>
            <w:r w:rsidR="00C96488" w:rsidRPr="00BD095C">
              <w:rPr>
                <w:b/>
                <w:color w:val="000000"/>
                <w:szCs w:val="20"/>
                <w:lang w:val="es-PY"/>
              </w:rPr>
              <w:t>cación estratégica del programa</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665C30" w14:textId="614DD9EF" w:rsidR="0010517E" w:rsidRPr="00BD095C" w:rsidRDefault="00643CF3">
            <w:pPr>
              <w:jc w:val="both"/>
              <w:rPr>
                <w:szCs w:val="20"/>
                <w:lang w:val="es-PY"/>
              </w:rPr>
            </w:pPr>
            <w:r w:rsidRPr="00BD095C">
              <w:rPr>
                <w:color w:val="000000"/>
                <w:szCs w:val="20"/>
                <w:lang w:val="es-PY"/>
              </w:rPr>
              <w:t xml:space="preserve">a. </w:t>
            </w:r>
            <w:r w:rsidR="00697865" w:rsidRPr="00CA67AF">
              <w:rPr>
                <w:color w:val="000000"/>
                <w:szCs w:val="20"/>
                <w:lang w:val="es-PY"/>
              </w:rPr>
              <w:t>El pr</w:t>
            </w:r>
            <w:r w:rsidR="00697865">
              <w:rPr>
                <w:color w:val="000000"/>
                <w:szCs w:val="20"/>
                <w:lang w:val="es-PY"/>
              </w:rPr>
              <w:t xml:space="preserve">ograma posee una planificación alineada </w:t>
            </w:r>
            <w:r w:rsidR="00697865" w:rsidRPr="00CA67AF">
              <w:rPr>
                <w:color w:val="000000"/>
                <w:szCs w:val="20"/>
                <w:lang w:val="es-PY"/>
              </w:rPr>
              <w:t>con el PEI y con las políticas nacionales de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9EB9B78"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EB81201"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69767D0" w14:textId="77777777" w:rsidR="0010517E" w:rsidRPr="00BD095C" w:rsidRDefault="0010517E">
            <w:pPr>
              <w:jc w:val="center"/>
              <w:rPr>
                <w:szCs w:val="20"/>
                <w:lang w:val="es-PY"/>
              </w:rPr>
            </w:pPr>
          </w:p>
        </w:tc>
      </w:tr>
      <w:tr w:rsidR="0010517E" w:rsidRPr="00637056" w14:paraId="50E983F7" w14:textId="77777777" w:rsidTr="00821777">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C6497E3"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23C18C" w14:textId="234A15C5" w:rsidR="0010517E" w:rsidRPr="00BD095C" w:rsidRDefault="00643CF3">
            <w:pPr>
              <w:jc w:val="both"/>
              <w:rPr>
                <w:szCs w:val="20"/>
                <w:lang w:val="es-PY"/>
              </w:rPr>
            </w:pPr>
            <w:r w:rsidRPr="00BD095C">
              <w:rPr>
                <w:color w:val="000000"/>
                <w:szCs w:val="20"/>
                <w:lang w:val="es-PY"/>
              </w:rPr>
              <w:t xml:space="preserve">b. </w:t>
            </w:r>
            <w:r w:rsidR="00697865" w:rsidRPr="00CA67AF">
              <w:rPr>
                <w:color w:val="000000"/>
                <w:szCs w:val="20"/>
                <w:lang w:val="es-PY"/>
              </w:rPr>
              <w:t>El plan contempla objetivos, metas e indicadores de seguimiento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C4E8C8"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5232116"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FB9406E" w14:textId="77777777" w:rsidR="0010517E" w:rsidRPr="00BD095C" w:rsidRDefault="0010517E">
            <w:pPr>
              <w:jc w:val="center"/>
              <w:rPr>
                <w:szCs w:val="20"/>
                <w:lang w:val="es-PY"/>
              </w:rPr>
            </w:pPr>
          </w:p>
        </w:tc>
      </w:tr>
      <w:tr w:rsidR="0010517E" w:rsidRPr="00637056" w14:paraId="1E927461" w14:textId="77777777" w:rsidTr="00821777">
        <w:trPr>
          <w:cantSplit/>
          <w:trHeight w:val="441"/>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97889ED"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05011DB" w14:textId="5A1F21ED" w:rsidR="0010517E" w:rsidRPr="00BD095C" w:rsidRDefault="00643CF3">
            <w:pPr>
              <w:jc w:val="both"/>
              <w:rPr>
                <w:szCs w:val="20"/>
                <w:lang w:val="es-PY"/>
              </w:rPr>
            </w:pPr>
            <w:r w:rsidRPr="00BD095C">
              <w:rPr>
                <w:color w:val="000000"/>
                <w:szCs w:val="20"/>
                <w:lang w:val="es-PY"/>
              </w:rPr>
              <w:t xml:space="preserve">c. </w:t>
            </w:r>
            <w:r w:rsidR="00697865" w:rsidRPr="00CA67AF">
              <w:rPr>
                <w:color w:val="000000"/>
                <w:szCs w:val="20"/>
                <w:lang w:val="es-PY"/>
              </w:rPr>
              <w:t>Existen mecanismos de evaluación periódica del plan, aplicados de manera sistemática y documentada.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AC9C058"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8E4DC3D"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EE1FC21" w14:textId="77777777" w:rsidR="0010517E" w:rsidRPr="00BD095C" w:rsidRDefault="0010517E">
            <w:pPr>
              <w:jc w:val="center"/>
              <w:rPr>
                <w:szCs w:val="20"/>
                <w:lang w:val="es-PY"/>
              </w:rPr>
            </w:pPr>
          </w:p>
        </w:tc>
      </w:tr>
      <w:tr w:rsidR="0010517E" w:rsidRPr="00637056" w14:paraId="551E36F1" w14:textId="77777777" w:rsidTr="00821777">
        <w:trPr>
          <w:cantSplit/>
          <w:trHeight w:val="43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876069"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B8A9EAC" w14:textId="52996052" w:rsidR="0010517E" w:rsidRPr="00BD095C" w:rsidRDefault="00643CF3">
            <w:pPr>
              <w:jc w:val="both"/>
              <w:rPr>
                <w:szCs w:val="20"/>
                <w:lang w:val="es-PY"/>
              </w:rPr>
            </w:pPr>
            <w:r w:rsidRPr="00BD095C">
              <w:rPr>
                <w:color w:val="000000"/>
                <w:szCs w:val="20"/>
                <w:lang w:val="es-PY"/>
              </w:rPr>
              <w:t>d.</w:t>
            </w:r>
            <w:r w:rsidR="00697865">
              <w:rPr>
                <w:color w:val="000000"/>
                <w:szCs w:val="20"/>
                <w:lang w:val="es-PY"/>
              </w:rPr>
              <w:t xml:space="preserve"> </w:t>
            </w:r>
            <w:r w:rsidR="00697865" w:rsidRPr="00CA67AF">
              <w:rPr>
                <w:color w:val="000000"/>
                <w:szCs w:val="20"/>
                <w:lang w:val="es-PY"/>
              </w:rPr>
              <w:t>El programa incorpora acciones de mejora derivadas del seguimiento y evalua</w:t>
            </w:r>
            <w:r w:rsidR="00697865">
              <w:rPr>
                <w:color w:val="000000"/>
                <w:szCs w:val="20"/>
                <w:lang w:val="es-PY"/>
              </w:rPr>
              <w:t>ción de los resultados del plan.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FF5F024"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90A961B"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62D5B8E" w14:textId="77777777" w:rsidR="0010517E" w:rsidRPr="00BD095C" w:rsidRDefault="0010517E">
            <w:pPr>
              <w:jc w:val="center"/>
              <w:rPr>
                <w:szCs w:val="20"/>
                <w:lang w:val="es-PY"/>
              </w:rPr>
            </w:pPr>
          </w:p>
        </w:tc>
      </w:tr>
      <w:tr w:rsidR="0010517E" w:rsidRPr="00637056" w14:paraId="1A3D9CC4" w14:textId="77777777" w:rsidTr="00821777">
        <w:trPr>
          <w:cantSplit/>
          <w:trHeight w:val="41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2EAC06"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08A07F2" w14:textId="53C18E27" w:rsidR="0010517E" w:rsidRPr="00BD095C" w:rsidRDefault="00643CF3">
            <w:pPr>
              <w:jc w:val="both"/>
              <w:rPr>
                <w:szCs w:val="20"/>
                <w:lang w:val="es-PY"/>
              </w:rPr>
            </w:pPr>
            <w:r w:rsidRPr="00BD095C">
              <w:rPr>
                <w:color w:val="000000"/>
                <w:szCs w:val="20"/>
                <w:lang w:val="es-PY"/>
              </w:rPr>
              <w:t>e.</w:t>
            </w:r>
            <w:r w:rsidR="00697865">
              <w:rPr>
                <w:color w:val="000000"/>
                <w:szCs w:val="20"/>
                <w:lang w:val="es-PY"/>
              </w:rPr>
              <w:t xml:space="preserve"> </w:t>
            </w:r>
            <w:r w:rsidR="00697865" w:rsidRPr="00CA67AF">
              <w:rPr>
                <w:color w:val="000000"/>
                <w:szCs w:val="20"/>
                <w:lang w:val="es-PY"/>
              </w:rPr>
              <w:t>La planificación considera metas de internacionalización, coherentes con las políticas institucionales y con la naturaleza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A5F975F"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3EFACC"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B280B13" w14:textId="77777777" w:rsidR="0010517E" w:rsidRPr="00BD095C" w:rsidRDefault="0010517E">
            <w:pPr>
              <w:jc w:val="center"/>
              <w:rPr>
                <w:szCs w:val="20"/>
                <w:lang w:val="es-PY"/>
              </w:rPr>
            </w:pPr>
          </w:p>
        </w:tc>
      </w:tr>
      <w:tr w:rsidR="0010517E" w:rsidRPr="00637056" w14:paraId="7F676540"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B3CA48" w14:textId="77777777" w:rsidR="0010517E" w:rsidRPr="00BD095C" w:rsidRDefault="00643CF3">
            <w:pPr>
              <w:jc w:val="center"/>
              <w:rPr>
                <w:szCs w:val="20"/>
                <w:lang w:val="es-PY"/>
              </w:rPr>
            </w:pPr>
            <w:r w:rsidRPr="00BD095C">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641ADD" w14:textId="77777777" w:rsidR="0010517E" w:rsidRPr="00BD095C" w:rsidRDefault="0010517E">
            <w:pPr>
              <w:jc w:val="center"/>
              <w:rPr>
                <w:szCs w:val="20"/>
                <w:lang w:val="es-PY"/>
              </w:rPr>
            </w:pPr>
          </w:p>
        </w:tc>
      </w:tr>
      <w:tr w:rsidR="0010517E" w:rsidRPr="00643CF3" w14:paraId="401DD0EB"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CA447B4" w14:textId="77777777" w:rsidR="0010517E" w:rsidRPr="00BD095C" w:rsidRDefault="00643CF3">
            <w:pPr>
              <w:jc w:val="center"/>
              <w:rPr>
                <w:szCs w:val="20"/>
                <w:lang w:val="es-PY"/>
              </w:rPr>
            </w:pPr>
            <w:r w:rsidRPr="00BD095C">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55F9D2F" w14:textId="77777777" w:rsidR="0010517E" w:rsidRPr="00BD095C" w:rsidRDefault="00643CF3">
            <w:pPr>
              <w:jc w:val="center"/>
              <w:rPr>
                <w:szCs w:val="20"/>
              </w:rPr>
            </w:pPr>
            <w:proofErr w:type="spellStart"/>
            <w:r w:rsidRPr="00BD095C">
              <w:rPr>
                <w:b/>
                <w:color w:val="000000"/>
                <w:szCs w:val="20"/>
              </w:rPr>
              <w:t>Medios</w:t>
            </w:r>
            <w:proofErr w:type="spellEnd"/>
            <w:r w:rsidRPr="00BD095C">
              <w:rPr>
                <w:b/>
                <w:color w:val="000000"/>
                <w:szCs w:val="20"/>
              </w:rPr>
              <w:t xml:space="preserve"> de </w:t>
            </w:r>
            <w:proofErr w:type="spellStart"/>
            <w:r w:rsidRPr="00BD095C">
              <w:rPr>
                <w:b/>
                <w:color w:val="000000"/>
                <w:szCs w:val="20"/>
              </w:rPr>
              <w:t>verificación</w:t>
            </w:r>
            <w:proofErr w:type="spellEnd"/>
          </w:p>
        </w:tc>
      </w:tr>
      <w:tr w:rsidR="0010517E" w:rsidRPr="00643CF3" w14:paraId="0C2272B4" w14:textId="77777777" w:rsidTr="00697865">
        <w:trPr>
          <w:cantSplit/>
          <w:trHeight w:hRule="exact" w:val="7489"/>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2E48DBA" w14:textId="77777777" w:rsidR="0010517E" w:rsidRPr="00E94435" w:rsidRDefault="0010517E" w:rsidP="00697865">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51E07EA" w14:textId="77777777" w:rsidR="0010517E" w:rsidRPr="00E94435" w:rsidRDefault="0010517E" w:rsidP="00697865">
            <w:pPr>
              <w:jc w:val="both"/>
              <w:rPr>
                <w:szCs w:val="20"/>
              </w:rPr>
            </w:pPr>
          </w:p>
        </w:tc>
      </w:tr>
    </w:tbl>
    <w:p w14:paraId="20971CF0" w14:textId="77777777" w:rsidR="0010517E" w:rsidRPr="00643CF3" w:rsidRDefault="00643CF3">
      <w:pPr>
        <w:rPr>
          <w:szCs w:val="20"/>
        </w:rPr>
      </w:pPr>
      <w:r w:rsidRPr="00643CF3">
        <w:rPr>
          <w:szCs w:val="20"/>
        </w:rPr>
        <w:br w:type="page"/>
      </w:r>
    </w:p>
    <w:tbl>
      <w:tblPr>
        <w:tblW w:w="0" w:type="auto"/>
        <w:jc w:val="center"/>
        <w:tblLayout w:type="fixed"/>
        <w:tblLook w:val="04A0" w:firstRow="1" w:lastRow="0" w:firstColumn="1" w:lastColumn="0" w:noHBand="0" w:noVBand="1"/>
      </w:tblPr>
      <w:tblGrid>
        <w:gridCol w:w="2404"/>
        <w:gridCol w:w="5260"/>
        <w:gridCol w:w="754"/>
        <w:gridCol w:w="684"/>
        <w:gridCol w:w="697"/>
      </w:tblGrid>
      <w:tr w:rsidR="0010517E" w14:paraId="370F9602"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2EE2BAA" w14:textId="480751FC" w:rsidR="0010517E" w:rsidRPr="00BD095C" w:rsidRDefault="00C96488">
            <w:pPr>
              <w:jc w:val="center"/>
              <w:rPr>
                <w:szCs w:val="20"/>
              </w:rPr>
            </w:pPr>
            <w:proofErr w:type="spellStart"/>
            <w:r w:rsidRPr="00BD095C">
              <w:rPr>
                <w:b/>
                <w:color w:val="000000"/>
                <w:szCs w:val="20"/>
              </w:rPr>
              <w:lastRenderedPageBreak/>
              <w:t>Criterio</w:t>
            </w:r>
            <w:proofErr w:type="spellEnd"/>
            <w:r w:rsidRPr="00BD095C">
              <w:rPr>
                <w:b/>
                <w:color w:val="000000"/>
                <w:szCs w:val="20"/>
              </w:rPr>
              <w:t xml:space="preserve"> 1.3</w:t>
            </w:r>
          </w:p>
        </w:tc>
        <w:tc>
          <w:tcPr>
            <w:tcW w:w="526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0E0195" w14:textId="77777777" w:rsidR="0010517E" w:rsidRPr="00BD095C" w:rsidRDefault="00643CF3">
            <w:pPr>
              <w:jc w:val="center"/>
              <w:rPr>
                <w:szCs w:val="20"/>
              </w:rPr>
            </w:pPr>
            <w:proofErr w:type="spellStart"/>
            <w:r w:rsidRPr="00BD095C">
              <w:rPr>
                <w:b/>
                <w:color w:val="000000"/>
                <w:szCs w:val="20"/>
              </w:rPr>
              <w:t>Indicadores</w:t>
            </w:r>
            <w:proofErr w:type="spellEnd"/>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5F8F76" w14:textId="77777777" w:rsidR="0010517E" w:rsidRPr="00BD095C" w:rsidRDefault="00643CF3">
            <w:pPr>
              <w:jc w:val="center"/>
              <w:rPr>
                <w:szCs w:val="20"/>
              </w:rPr>
            </w:pPr>
            <w:r w:rsidRPr="00BD095C">
              <w:rPr>
                <w:b/>
                <w:color w:val="000000"/>
                <w:szCs w:val="20"/>
              </w:rPr>
              <w:t xml:space="preserve">Nivel de </w:t>
            </w:r>
            <w:proofErr w:type="spellStart"/>
            <w:r w:rsidRPr="00BD095C">
              <w:rPr>
                <w:b/>
                <w:color w:val="000000"/>
                <w:szCs w:val="20"/>
              </w:rPr>
              <w:t>cumplimiento</w:t>
            </w:r>
            <w:proofErr w:type="spellEnd"/>
          </w:p>
        </w:tc>
      </w:tr>
      <w:tr w:rsidR="0010517E" w14:paraId="635B62E0"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FA9308" w14:textId="77777777" w:rsidR="0010517E" w:rsidRPr="00BD095C" w:rsidRDefault="0010517E">
            <w:pPr>
              <w:rPr>
                <w:szCs w:val="20"/>
              </w:rPr>
            </w:pPr>
          </w:p>
        </w:tc>
        <w:tc>
          <w:tcPr>
            <w:tcW w:w="526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6E77E9D" w14:textId="77777777" w:rsidR="0010517E" w:rsidRPr="00BD095C" w:rsidRDefault="0010517E">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9F1054E" w14:textId="77777777" w:rsidR="0010517E" w:rsidRPr="00BD095C" w:rsidRDefault="00643CF3">
            <w:pPr>
              <w:jc w:val="center"/>
              <w:rPr>
                <w:szCs w:val="20"/>
              </w:rPr>
            </w:pPr>
            <w:r w:rsidRPr="00BD095C">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656AFC" w14:textId="77777777" w:rsidR="0010517E" w:rsidRPr="00BD095C" w:rsidRDefault="00643CF3">
            <w:pPr>
              <w:jc w:val="center"/>
              <w:rPr>
                <w:szCs w:val="20"/>
              </w:rPr>
            </w:pPr>
            <w:r w:rsidRPr="00BD095C">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3C623E3" w14:textId="77777777" w:rsidR="0010517E" w:rsidRPr="00BD095C" w:rsidRDefault="00643CF3">
            <w:pPr>
              <w:jc w:val="center"/>
              <w:rPr>
                <w:szCs w:val="20"/>
              </w:rPr>
            </w:pPr>
            <w:r w:rsidRPr="00BD095C">
              <w:rPr>
                <w:b/>
                <w:color w:val="000000"/>
                <w:szCs w:val="20"/>
              </w:rPr>
              <w:t>NC</w:t>
            </w:r>
          </w:p>
        </w:tc>
      </w:tr>
      <w:tr w:rsidR="0010517E" w:rsidRPr="00637056" w14:paraId="5F533ECD" w14:textId="77777777" w:rsidTr="00821777">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ED1A0B" w14:textId="3B9B0DDE" w:rsidR="0010517E" w:rsidRPr="00BD095C" w:rsidRDefault="00643CF3">
            <w:pPr>
              <w:jc w:val="center"/>
              <w:rPr>
                <w:szCs w:val="20"/>
                <w:lang w:val="es-PY"/>
              </w:rPr>
            </w:pPr>
            <w:r w:rsidRPr="00BD095C">
              <w:rPr>
                <w:b/>
                <w:color w:val="000000"/>
                <w:szCs w:val="20"/>
                <w:lang w:val="es-PY"/>
              </w:rPr>
              <w:t xml:space="preserve">Eficiencia en la gestión </w:t>
            </w:r>
            <w:r w:rsidR="00C96488" w:rsidRPr="00BD095C">
              <w:rPr>
                <w:b/>
                <w:color w:val="000000"/>
                <w:szCs w:val="20"/>
                <w:lang w:val="es-PY"/>
              </w:rPr>
              <w:t>del financiamiento del programa</w:t>
            </w: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A0CFCB2" w14:textId="4CD272F5" w:rsidR="0010517E" w:rsidRPr="00BD095C" w:rsidRDefault="00643CF3">
            <w:pPr>
              <w:jc w:val="both"/>
              <w:rPr>
                <w:szCs w:val="20"/>
                <w:lang w:val="es-PY"/>
              </w:rPr>
            </w:pPr>
            <w:r w:rsidRPr="00BD095C">
              <w:rPr>
                <w:color w:val="000000"/>
                <w:szCs w:val="20"/>
                <w:lang w:val="es-PY"/>
              </w:rPr>
              <w:t xml:space="preserve">a. </w:t>
            </w:r>
            <w:r w:rsidR="00697865" w:rsidRPr="00CA67AF">
              <w:rPr>
                <w:color w:val="000000"/>
                <w:szCs w:val="20"/>
                <w:lang w:val="es-PY"/>
              </w:rPr>
              <w:t>El presupuesto asignado al programa es suficiente para su operación.</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F473DA9"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15661E"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EFB720E" w14:textId="77777777" w:rsidR="0010517E" w:rsidRPr="00BD095C" w:rsidRDefault="0010517E">
            <w:pPr>
              <w:jc w:val="center"/>
              <w:rPr>
                <w:szCs w:val="20"/>
                <w:lang w:val="es-PY"/>
              </w:rPr>
            </w:pPr>
          </w:p>
        </w:tc>
      </w:tr>
      <w:tr w:rsidR="0010517E" w:rsidRPr="00637056" w14:paraId="1302ED4D" w14:textId="77777777" w:rsidTr="00821777">
        <w:trPr>
          <w:cantSplit/>
          <w:trHeight w:val="589"/>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79D35C3"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52433EA" w14:textId="24A31283" w:rsidR="0010517E" w:rsidRPr="00BD095C" w:rsidRDefault="00643CF3">
            <w:pPr>
              <w:jc w:val="both"/>
              <w:rPr>
                <w:szCs w:val="20"/>
                <w:lang w:val="es-PY"/>
              </w:rPr>
            </w:pPr>
            <w:r w:rsidRPr="00BD095C">
              <w:rPr>
                <w:color w:val="000000"/>
                <w:szCs w:val="20"/>
                <w:lang w:val="es-PY"/>
              </w:rPr>
              <w:t xml:space="preserve">b. </w:t>
            </w:r>
            <w:r w:rsidR="00697865" w:rsidRPr="00CA67AF">
              <w:rPr>
                <w:color w:val="000000"/>
                <w:szCs w:val="20"/>
                <w:lang w:val="es-PY"/>
              </w:rPr>
              <w:t>Existen fuentes complementarias de financiamiento (proyectos, convenios, cooperación) que apoyan las actividades del programa.</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8E842B7"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15454D9"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B47F806" w14:textId="77777777" w:rsidR="0010517E" w:rsidRPr="00BD095C" w:rsidRDefault="0010517E">
            <w:pPr>
              <w:jc w:val="center"/>
              <w:rPr>
                <w:szCs w:val="20"/>
                <w:lang w:val="es-PY"/>
              </w:rPr>
            </w:pPr>
          </w:p>
        </w:tc>
      </w:tr>
      <w:tr w:rsidR="0010517E" w:rsidRPr="00637056" w14:paraId="5581A9CD" w14:textId="77777777" w:rsidTr="00821777">
        <w:trPr>
          <w:cantSplit/>
          <w:trHeight w:val="443"/>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5664D5"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67329E" w14:textId="59E4411E" w:rsidR="0010517E" w:rsidRPr="00BD095C" w:rsidRDefault="00643CF3">
            <w:pPr>
              <w:jc w:val="both"/>
              <w:rPr>
                <w:szCs w:val="20"/>
                <w:lang w:val="es-PY"/>
              </w:rPr>
            </w:pPr>
            <w:r w:rsidRPr="00BD095C">
              <w:rPr>
                <w:color w:val="000000"/>
                <w:szCs w:val="20"/>
                <w:lang w:val="es-PY"/>
              </w:rPr>
              <w:t xml:space="preserve">c. </w:t>
            </w:r>
            <w:r w:rsidR="00697865" w:rsidRPr="00CA67AF">
              <w:rPr>
                <w:color w:val="000000"/>
                <w:szCs w:val="20"/>
                <w:lang w:val="es-PY"/>
              </w:rPr>
              <w:t>Se destinan recursos para investigación y apoyo al doctorando.</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D0DBF53"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371AA99"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AAA6215" w14:textId="77777777" w:rsidR="0010517E" w:rsidRPr="00BD095C" w:rsidRDefault="0010517E">
            <w:pPr>
              <w:jc w:val="center"/>
              <w:rPr>
                <w:szCs w:val="20"/>
                <w:lang w:val="es-PY"/>
              </w:rPr>
            </w:pPr>
          </w:p>
        </w:tc>
      </w:tr>
      <w:tr w:rsidR="0010517E" w:rsidRPr="00637056" w14:paraId="7D3026A2" w14:textId="77777777" w:rsidTr="00821777">
        <w:trPr>
          <w:cantSplit/>
          <w:trHeight w:val="43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5C0612"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761D041" w14:textId="0F2A4086" w:rsidR="0010517E" w:rsidRPr="00BD095C" w:rsidRDefault="00643CF3">
            <w:pPr>
              <w:jc w:val="both"/>
              <w:rPr>
                <w:szCs w:val="20"/>
                <w:lang w:val="es-PY"/>
              </w:rPr>
            </w:pPr>
            <w:r w:rsidRPr="00BD095C">
              <w:rPr>
                <w:color w:val="000000"/>
                <w:szCs w:val="20"/>
                <w:lang w:val="es-PY"/>
              </w:rPr>
              <w:t xml:space="preserve">d. </w:t>
            </w:r>
            <w:r w:rsidR="00697865" w:rsidRPr="00CA67AF">
              <w:rPr>
                <w:color w:val="000000"/>
                <w:szCs w:val="20"/>
                <w:lang w:val="es-PY"/>
              </w:rPr>
              <w:t>La gestión financiera vinculada al programa es conocida por la comunidad académica</w:t>
            </w:r>
            <w:r w:rsidR="006705A8" w:rsidRPr="00BD095C">
              <w:rPr>
                <w:color w:val="000000"/>
                <w:szCs w:val="20"/>
                <w:lang w:val="es-PY"/>
              </w:rPr>
              <w:t>.</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7F4726"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3D9481B"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B022B4" w14:textId="77777777" w:rsidR="0010517E" w:rsidRPr="00BD095C" w:rsidRDefault="0010517E">
            <w:pPr>
              <w:jc w:val="center"/>
              <w:rPr>
                <w:szCs w:val="20"/>
                <w:lang w:val="es-PY"/>
              </w:rPr>
            </w:pPr>
          </w:p>
        </w:tc>
      </w:tr>
      <w:tr w:rsidR="0010517E" w:rsidRPr="00637056" w14:paraId="4C0E0427" w14:textId="77777777" w:rsidTr="00821777">
        <w:trPr>
          <w:cantSplit/>
          <w:trHeight w:val="44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470D7D"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FDD38F9" w14:textId="54EC7AA7" w:rsidR="0010517E" w:rsidRPr="00BD095C" w:rsidRDefault="00643CF3">
            <w:pPr>
              <w:jc w:val="both"/>
              <w:rPr>
                <w:szCs w:val="20"/>
                <w:lang w:val="es-PY"/>
              </w:rPr>
            </w:pPr>
            <w:r w:rsidRPr="00BD095C">
              <w:rPr>
                <w:color w:val="000000"/>
                <w:szCs w:val="20"/>
                <w:lang w:val="es-PY"/>
              </w:rPr>
              <w:t xml:space="preserve">e. </w:t>
            </w:r>
            <w:r w:rsidR="00697865" w:rsidRPr="00CA67AF">
              <w:rPr>
                <w:color w:val="000000"/>
                <w:lang w:val="es-PY"/>
              </w:rPr>
              <w:t>Se asegura la continuidad operativa del programa a mediano plazo, a través de una planificación financiera institucional.</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DF63A6"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FEC42E"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B8C945" w14:textId="77777777" w:rsidR="0010517E" w:rsidRPr="00BD095C" w:rsidRDefault="0010517E">
            <w:pPr>
              <w:jc w:val="center"/>
              <w:rPr>
                <w:szCs w:val="20"/>
                <w:lang w:val="es-PY"/>
              </w:rPr>
            </w:pPr>
          </w:p>
        </w:tc>
      </w:tr>
      <w:tr w:rsidR="0010517E" w:rsidRPr="00637056" w14:paraId="2E914EB6" w14:textId="77777777" w:rsidTr="00821777">
        <w:trPr>
          <w:cantSplit/>
          <w:trHeight w:hRule="exact" w:val="446"/>
          <w:jc w:val="center"/>
        </w:trPr>
        <w:tc>
          <w:tcPr>
            <w:tcW w:w="766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0C22CD3" w14:textId="77777777" w:rsidR="0010517E" w:rsidRPr="00BD095C" w:rsidRDefault="00643CF3">
            <w:pPr>
              <w:jc w:val="center"/>
              <w:rPr>
                <w:szCs w:val="20"/>
                <w:lang w:val="es-PY"/>
              </w:rPr>
            </w:pPr>
            <w:r w:rsidRPr="00BD095C">
              <w:rPr>
                <w:b/>
                <w:color w:val="000000"/>
                <w:szCs w:val="20"/>
                <w:lang w:val="es-PY"/>
              </w:rPr>
              <w:t>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43E8C18" w14:textId="77777777" w:rsidR="0010517E" w:rsidRPr="00BD095C" w:rsidRDefault="0010517E">
            <w:pPr>
              <w:jc w:val="center"/>
              <w:rPr>
                <w:szCs w:val="20"/>
                <w:lang w:val="es-PY"/>
              </w:rPr>
            </w:pPr>
          </w:p>
        </w:tc>
      </w:tr>
      <w:tr w:rsidR="0010517E" w14:paraId="3ED91CCD" w14:textId="77777777" w:rsidTr="00821777">
        <w:trPr>
          <w:cantSplit/>
          <w:trHeight w:hRule="exact" w:val="662"/>
          <w:jc w:val="center"/>
        </w:trPr>
        <w:tc>
          <w:tcPr>
            <w:tcW w:w="766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85555D" w14:textId="77777777" w:rsidR="0010517E" w:rsidRPr="00BD095C" w:rsidRDefault="00643CF3">
            <w:pPr>
              <w:jc w:val="center"/>
              <w:rPr>
                <w:szCs w:val="20"/>
                <w:lang w:val="es-PY"/>
              </w:rPr>
            </w:pPr>
            <w:r w:rsidRPr="00BD095C">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128A1EE" w14:textId="77777777" w:rsidR="0010517E" w:rsidRPr="00BD095C" w:rsidRDefault="00643CF3">
            <w:pPr>
              <w:jc w:val="center"/>
              <w:rPr>
                <w:szCs w:val="20"/>
              </w:rPr>
            </w:pPr>
            <w:proofErr w:type="spellStart"/>
            <w:r w:rsidRPr="00BD095C">
              <w:rPr>
                <w:b/>
                <w:color w:val="000000"/>
                <w:szCs w:val="20"/>
              </w:rPr>
              <w:t>Medios</w:t>
            </w:r>
            <w:proofErr w:type="spellEnd"/>
            <w:r w:rsidRPr="00BD095C">
              <w:rPr>
                <w:b/>
                <w:color w:val="000000"/>
                <w:szCs w:val="20"/>
              </w:rPr>
              <w:t xml:space="preserve"> de </w:t>
            </w:r>
            <w:proofErr w:type="spellStart"/>
            <w:r w:rsidRPr="00BD095C">
              <w:rPr>
                <w:b/>
                <w:color w:val="000000"/>
                <w:szCs w:val="20"/>
              </w:rPr>
              <w:t>verificación</w:t>
            </w:r>
            <w:proofErr w:type="spellEnd"/>
          </w:p>
        </w:tc>
      </w:tr>
      <w:tr w:rsidR="00834447" w:rsidRPr="00FD6964" w14:paraId="174A9535" w14:textId="77777777" w:rsidTr="00821777">
        <w:trPr>
          <w:trHeight w:val="7269"/>
          <w:jc w:val="center"/>
        </w:trPr>
        <w:tc>
          <w:tcPr>
            <w:tcW w:w="766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58FEA759" w14:textId="7A57DE58" w:rsidR="00834447" w:rsidRDefault="00834447" w:rsidP="00834447">
            <w:pPr>
              <w:jc w:val="both"/>
              <w:rPr>
                <w:b/>
                <w:color w:val="000000"/>
                <w:szCs w:val="20"/>
                <w:lang w:val="es-PY"/>
              </w:rPr>
            </w:pPr>
          </w:p>
          <w:p w14:paraId="17F9D3C7" w14:textId="663E2BDE" w:rsidR="00834447" w:rsidRDefault="00834447" w:rsidP="00834447">
            <w:pPr>
              <w:jc w:val="both"/>
              <w:rPr>
                <w:b/>
                <w:color w:val="000000"/>
                <w:szCs w:val="20"/>
                <w:lang w:val="es-PY"/>
              </w:rPr>
            </w:pPr>
          </w:p>
          <w:p w14:paraId="7A25D4C9" w14:textId="18612DDD" w:rsidR="00834447" w:rsidRDefault="00834447" w:rsidP="00834447">
            <w:pPr>
              <w:jc w:val="both"/>
              <w:rPr>
                <w:b/>
                <w:color w:val="000000"/>
                <w:szCs w:val="20"/>
                <w:lang w:val="es-PY"/>
              </w:rPr>
            </w:pPr>
          </w:p>
          <w:p w14:paraId="63294116" w14:textId="40B2E5F9" w:rsidR="00834447" w:rsidRDefault="00834447" w:rsidP="00834447">
            <w:pPr>
              <w:jc w:val="both"/>
              <w:rPr>
                <w:b/>
                <w:color w:val="000000"/>
                <w:szCs w:val="20"/>
                <w:lang w:val="es-PY"/>
              </w:rPr>
            </w:pPr>
          </w:p>
          <w:p w14:paraId="2A2D5A66" w14:textId="28F1C5D6" w:rsidR="00834447" w:rsidRDefault="00834447" w:rsidP="00834447">
            <w:pPr>
              <w:jc w:val="both"/>
              <w:rPr>
                <w:b/>
                <w:color w:val="000000"/>
                <w:szCs w:val="20"/>
                <w:lang w:val="es-PY"/>
              </w:rPr>
            </w:pPr>
          </w:p>
          <w:p w14:paraId="5E3F60DB" w14:textId="4073A1A7" w:rsidR="00834447" w:rsidRDefault="00834447" w:rsidP="00834447">
            <w:pPr>
              <w:jc w:val="both"/>
              <w:rPr>
                <w:b/>
                <w:color w:val="000000"/>
                <w:szCs w:val="20"/>
                <w:lang w:val="es-PY"/>
              </w:rPr>
            </w:pPr>
          </w:p>
          <w:p w14:paraId="2F0D5351" w14:textId="2D42277D" w:rsidR="00834447" w:rsidRDefault="00834447" w:rsidP="00834447">
            <w:pPr>
              <w:jc w:val="both"/>
              <w:rPr>
                <w:b/>
                <w:color w:val="000000"/>
                <w:szCs w:val="20"/>
                <w:lang w:val="es-PY"/>
              </w:rPr>
            </w:pPr>
          </w:p>
          <w:p w14:paraId="5DF1B0D0" w14:textId="1C190391" w:rsidR="00834447" w:rsidRDefault="00834447" w:rsidP="00834447">
            <w:pPr>
              <w:jc w:val="both"/>
              <w:rPr>
                <w:b/>
                <w:color w:val="000000"/>
                <w:szCs w:val="20"/>
                <w:lang w:val="es-PY"/>
              </w:rPr>
            </w:pPr>
          </w:p>
          <w:p w14:paraId="06AA89A7" w14:textId="576F7314" w:rsidR="00834447" w:rsidRDefault="00834447" w:rsidP="00834447">
            <w:pPr>
              <w:jc w:val="both"/>
              <w:rPr>
                <w:b/>
                <w:color w:val="000000"/>
                <w:szCs w:val="20"/>
                <w:lang w:val="es-PY"/>
              </w:rPr>
            </w:pPr>
          </w:p>
          <w:p w14:paraId="699EB4EF" w14:textId="08901988" w:rsidR="00834447" w:rsidRDefault="00834447" w:rsidP="00834447">
            <w:pPr>
              <w:jc w:val="both"/>
              <w:rPr>
                <w:b/>
                <w:color w:val="000000"/>
                <w:szCs w:val="20"/>
                <w:lang w:val="es-PY"/>
              </w:rPr>
            </w:pPr>
          </w:p>
          <w:p w14:paraId="1B302EAE" w14:textId="227B8C80" w:rsidR="00834447" w:rsidRDefault="00834447" w:rsidP="00834447">
            <w:pPr>
              <w:jc w:val="both"/>
              <w:rPr>
                <w:b/>
                <w:color w:val="000000"/>
                <w:szCs w:val="20"/>
                <w:lang w:val="es-PY"/>
              </w:rPr>
            </w:pPr>
          </w:p>
          <w:p w14:paraId="78C9C252" w14:textId="6F30A9FD" w:rsidR="00834447" w:rsidRDefault="00834447" w:rsidP="00834447">
            <w:pPr>
              <w:jc w:val="both"/>
              <w:rPr>
                <w:b/>
                <w:color w:val="000000"/>
                <w:szCs w:val="20"/>
                <w:lang w:val="es-PY"/>
              </w:rPr>
            </w:pPr>
          </w:p>
          <w:p w14:paraId="38F645D2" w14:textId="77777777" w:rsidR="00834447" w:rsidRDefault="00834447" w:rsidP="00834447">
            <w:pPr>
              <w:jc w:val="both"/>
              <w:rPr>
                <w:b/>
                <w:color w:val="000000"/>
                <w:szCs w:val="20"/>
                <w:lang w:val="es-PY"/>
              </w:rPr>
            </w:pPr>
          </w:p>
          <w:p w14:paraId="5303E0DC" w14:textId="77777777" w:rsidR="00834447" w:rsidRDefault="00834447" w:rsidP="00834447">
            <w:pPr>
              <w:jc w:val="both"/>
              <w:rPr>
                <w:b/>
                <w:color w:val="000000"/>
                <w:szCs w:val="20"/>
                <w:lang w:val="es-PY"/>
              </w:rPr>
            </w:pPr>
          </w:p>
          <w:p w14:paraId="738788C4" w14:textId="77777777" w:rsidR="00834447" w:rsidRDefault="00834447" w:rsidP="00834447">
            <w:pPr>
              <w:jc w:val="both"/>
              <w:rPr>
                <w:b/>
                <w:color w:val="000000"/>
                <w:szCs w:val="20"/>
                <w:lang w:val="es-PY"/>
              </w:rPr>
            </w:pPr>
          </w:p>
          <w:p w14:paraId="7EF14398" w14:textId="77777777" w:rsidR="00834447" w:rsidRDefault="00834447" w:rsidP="00834447">
            <w:pPr>
              <w:jc w:val="both"/>
              <w:rPr>
                <w:b/>
                <w:color w:val="000000"/>
                <w:szCs w:val="20"/>
                <w:lang w:val="es-PY"/>
              </w:rPr>
            </w:pPr>
          </w:p>
          <w:p w14:paraId="0F8D6FE9" w14:textId="77777777" w:rsidR="00834447" w:rsidRDefault="00834447" w:rsidP="00834447">
            <w:pPr>
              <w:jc w:val="both"/>
              <w:rPr>
                <w:b/>
                <w:color w:val="000000"/>
                <w:szCs w:val="20"/>
                <w:lang w:val="es-PY"/>
              </w:rPr>
            </w:pPr>
          </w:p>
          <w:p w14:paraId="7F861BC8" w14:textId="77777777" w:rsidR="00834447" w:rsidRDefault="00834447" w:rsidP="00834447">
            <w:pPr>
              <w:jc w:val="both"/>
              <w:rPr>
                <w:b/>
                <w:color w:val="000000"/>
                <w:szCs w:val="20"/>
                <w:lang w:val="es-PY"/>
              </w:rPr>
            </w:pPr>
          </w:p>
          <w:p w14:paraId="2318E5FB" w14:textId="77777777" w:rsidR="00834447" w:rsidRDefault="00834447" w:rsidP="00834447">
            <w:pPr>
              <w:jc w:val="both"/>
              <w:rPr>
                <w:b/>
                <w:color w:val="000000"/>
                <w:szCs w:val="20"/>
                <w:lang w:val="es-PY"/>
              </w:rPr>
            </w:pPr>
          </w:p>
          <w:p w14:paraId="43CC69CF" w14:textId="77777777" w:rsidR="00834447" w:rsidRDefault="00834447" w:rsidP="00834447">
            <w:pPr>
              <w:jc w:val="both"/>
              <w:rPr>
                <w:b/>
                <w:color w:val="000000"/>
                <w:szCs w:val="20"/>
                <w:lang w:val="es-PY"/>
              </w:rPr>
            </w:pPr>
          </w:p>
          <w:p w14:paraId="7A9A141A" w14:textId="77777777" w:rsidR="00834447" w:rsidRDefault="00834447" w:rsidP="00834447">
            <w:pPr>
              <w:jc w:val="both"/>
              <w:rPr>
                <w:b/>
                <w:color w:val="000000"/>
                <w:szCs w:val="20"/>
                <w:lang w:val="es-PY"/>
              </w:rPr>
            </w:pPr>
          </w:p>
          <w:p w14:paraId="604CCAE9" w14:textId="77777777" w:rsidR="00834447" w:rsidRDefault="00834447" w:rsidP="00834447">
            <w:pPr>
              <w:jc w:val="both"/>
              <w:rPr>
                <w:b/>
                <w:color w:val="000000"/>
                <w:szCs w:val="20"/>
                <w:lang w:val="es-PY"/>
              </w:rPr>
            </w:pPr>
          </w:p>
          <w:p w14:paraId="1A84A09A" w14:textId="77777777" w:rsidR="00834447" w:rsidRDefault="00834447" w:rsidP="00834447">
            <w:pPr>
              <w:jc w:val="both"/>
              <w:rPr>
                <w:b/>
                <w:color w:val="000000"/>
                <w:szCs w:val="20"/>
                <w:lang w:val="es-PY"/>
              </w:rPr>
            </w:pPr>
          </w:p>
          <w:p w14:paraId="66ECFD9B" w14:textId="77777777" w:rsidR="00834447" w:rsidRDefault="00834447" w:rsidP="00834447">
            <w:pPr>
              <w:jc w:val="both"/>
              <w:rPr>
                <w:b/>
                <w:color w:val="000000"/>
                <w:szCs w:val="20"/>
                <w:lang w:val="es-PY"/>
              </w:rPr>
            </w:pPr>
          </w:p>
          <w:p w14:paraId="5F0F494C" w14:textId="77777777" w:rsidR="00834447" w:rsidRDefault="00834447" w:rsidP="00834447">
            <w:pPr>
              <w:jc w:val="both"/>
              <w:rPr>
                <w:b/>
                <w:color w:val="000000"/>
                <w:szCs w:val="20"/>
                <w:lang w:val="es-PY"/>
              </w:rPr>
            </w:pPr>
          </w:p>
          <w:p w14:paraId="4E7ABB52" w14:textId="5E4C05FF" w:rsidR="00834447" w:rsidRPr="00FD6964" w:rsidRDefault="00834447" w:rsidP="00834447">
            <w:pPr>
              <w:jc w:val="both"/>
              <w:rPr>
                <w:b/>
                <w:color w:val="000000"/>
                <w:szCs w:val="20"/>
                <w:lang w:val="es-PY"/>
              </w:rPr>
            </w:pP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5E0F9817" w14:textId="43D14617" w:rsidR="00834447" w:rsidRPr="00FD6964" w:rsidRDefault="00834447" w:rsidP="00834447">
            <w:pPr>
              <w:jc w:val="both"/>
              <w:rPr>
                <w:b/>
                <w:color w:val="000000"/>
                <w:szCs w:val="20"/>
                <w:lang w:val="es-PY"/>
              </w:rPr>
            </w:pPr>
          </w:p>
        </w:tc>
      </w:tr>
    </w:tbl>
    <w:p w14:paraId="6ADB9F45" w14:textId="067A0FC8" w:rsidR="007A4CF2" w:rsidRDefault="007A4CF2">
      <w:pPr>
        <w:rPr>
          <w:lang w:val="es-PY"/>
        </w:rPr>
      </w:pPr>
    </w:p>
    <w:p w14:paraId="13BC2CEC" w14:textId="3514153A" w:rsidR="007A4CF2" w:rsidRDefault="007A4CF2">
      <w:pPr>
        <w:rPr>
          <w:lang w:val="es-PY"/>
        </w:rPr>
      </w:pPr>
    </w:p>
    <w:tbl>
      <w:tblPr>
        <w:tblW w:w="9792" w:type="dxa"/>
        <w:jc w:val="center"/>
        <w:tblCellMar>
          <w:left w:w="70" w:type="dxa"/>
          <w:right w:w="70" w:type="dxa"/>
        </w:tblCellMar>
        <w:tblLook w:val="04A0" w:firstRow="1" w:lastRow="0" w:firstColumn="1" w:lastColumn="0" w:noHBand="0" w:noVBand="1"/>
      </w:tblPr>
      <w:tblGrid>
        <w:gridCol w:w="4967"/>
        <w:gridCol w:w="4825"/>
      </w:tblGrid>
      <w:tr w:rsidR="007A4CF2" w:rsidRPr="00637056" w14:paraId="7808358D" w14:textId="77777777" w:rsidTr="00821777">
        <w:trPr>
          <w:trHeight w:val="303"/>
          <w:jc w:val="center"/>
        </w:trPr>
        <w:tc>
          <w:tcPr>
            <w:tcW w:w="9792"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BA9B16B" w14:textId="77777777" w:rsidR="007A4CF2" w:rsidRPr="00F34DB9" w:rsidRDefault="007A4CF2" w:rsidP="008D53CA">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7A4CF2" w:rsidRPr="00DC5782" w14:paraId="6FDECA0B" w14:textId="77777777" w:rsidTr="00821777">
        <w:trPr>
          <w:trHeight w:val="303"/>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6DFB60B3" w14:textId="77777777" w:rsidR="007A4CF2" w:rsidRPr="00840DB4" w:rsidRDefault="007A4CF2" w:rsidP="008D53CA">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5FB9A43E" w14:textId="77777777" w:rsidR="007A4CF2" w:rsidRPr="00840DB4" w:rsidRDefault="007A4CF2" w:rsidP="008D53CA">
            <w:pPr>
              <w:jc w:val="center"/>
              <w:rPr>
                <w:rFonts w:eastAsia="Times New Roman" w:cs="Arial"/>
                <w:b/>
                <w:bCs/>
                <w:lang w:val="es-PY" w:eastAsia="es-PY"/>
              </w:rPr>
            </w:pPr>
            <w:r w:rsidRPr="00840DB4">
              <w:rPr>
                <w:b/>
                <w:bCs/>
                <w:lang w:val="es-PY" w:eastAsia="es-PY"/>
              </w:rPr>
              <w:t>Debilidades</w:t>
            </w:r>
          </w:p>
        </w:tc>
      </w:tr>
      <w:tr w:rsidR="007A4CF2" w:rsidRPr="00637056" w14:paraId="60962D02" w14:textId="77777777" w:rsidTr="00697865">
        <w:trPr>
          <w:cantSplit/>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00588875" w14:textId="5E23F6B0" w:rsidR="007A4CF2" w:rsidRDefault="007A4CF2" w:rsidP="00697865">
            <w:pPr>
              <w:spacing w:line="276" w:lineRule="auto"/>
              <w:jc w:val="both"/>
              <w:rPr>
                <w:rFonts w:eastAsia="Times New Roman" w:cs="Arial"/>
                <w:color w:val="A6A6A6" w:themeColor="background1" w:themeShade="A6"/>
                <w:szCs w:val="20"/>
                <w:lang w:val="es-PY" w:eastAsia="es-PY"/>
              </w:rPr>
            </w:pPr>
            <w:r w:rsidRPr="00F2657F">
              <w:rPr>
                <w:rFonts w:eastAsia="Times New Roman" w:cs="Arial"/>
                <w:color w:val="A6A6A6" w:themeColor="background1" w:themeShade="A6"/>
                <w:szCs w:val="20"/>
                <w:lang w:val="es-PY" w:eastAsia="es-PY"/>
              </w:rPr>
              <w:t xml:space="preserve">Describen los aspectos en los que </w:t>
            </w:r>
            <w:r w:rsidR="00343997">
              <w:rPr>
                <w:rFonts w:eastAsia="Times New Roman" w:cs="Arial"/>
                <w:color w:val="A6A6A6" w:themeColor="background1" w:themeShade="A6"/>
                <w:szCs w:val="20"/>
                <w:lang w:val="es-PY" w:eastAsia="es-PY"/>
              </w:rPr>
              <w:t>el programa</w:t>
            </w:r>
            <w:r w:rsidRPr="00F2657F">
              <w:rPr>
                <w:rFonts w:eastAsia="Times New Roman" w:cs="Arial"/>
                <w:color w:val="A6A6A6" w:themeColor="background1" w:themeShade="A6"/>
                <w:szCs w:val="20"/>
                <w:lang w:val="es-PY" w:eastAsia="es-PY"/>
              </w:rPr>
              <w:t xml:space="preserve"> demuestra un nivel superior al esperado, innovaciones, buenas prácticas o resultados sobresalientes que contribuyen significativamente al logro del criterio de calidad. No constituyen mero cumplimiento de los indicadores.</w:t>
            </w:r>
          </w:p>
          <w:p w14:paraId="0D86F297" w14:textId="77777777" w:rsidR="007544DA" w:rsidRDefault="007544DA" w:rsidP="00697865">
            <w:pPr>
              <w:spacing w:line="276" w:lineRule="auto"/>
              <w:jc w:val="both"/>
              <w:rPr>
                <w:rFonts w:eastAsia="Times New Roman" w:cs="Arial"/>
                <w:szCs w:val="20"/>
                <w:lang w:val="es-PY" w:eastAsia="es-PY"/>
              </w:rPr>
            </w:pPr>
          </w:p>
          <w:p w14:paraId="05131CE3" w14:textId="77777777" w:rsidR="007544DA" w:rsidRDefault="007544DA" w:rsidP="00697865">
            <w:pPr>
              <w:spacing w:line="276" w:lineRule="auto"/>
              <w:jc w:val="both"/>
              <w:rPr>
                <w:rFonts w:eastAsia="Times New Roman" w:cs="Arial"/>
                <w:szCs w:val="20"/>
                <w:lang w:val="es-PY" w:eastAsia="es-PY"/>
              </w:rPr>
            </w:pPr>
          </w:p>
          <w:p w14:paraId="67E6305D" w14:textId="77777777" w:rsidR="007544DA" w:rsidRDefault="007544DA" w:rsidP="00697865">
            <w:pPr>
              <w:spacing w:line="276" w:lineRule="auto"/>
              <w:jc w:val="both"/>
              <w:rPr>
                <w:rFonts w:eastAsia="Times New Roman" w:cs="Arial"/>
                <w:szCs w:val="20"/>
                <w:lang w:val="es-PY" w:eastAsia="es-PY"/>
              </w:rPr>
            </w:pPr>
          </w:p>
          <w:p w14:paraId="47ACE993" w14:textId="77777777" w:rsidR="007544DA" w:rsidRDefault="007544DA" w:rsidP="00697865">
            <w:pPr>
              <w:spacing w:line="276" w:lineRule="auto"/>
              <w:jc w:val="both"/>
              <w:rPr>
                <w:rFonts w:eastAsia="Times New Roman" w:cs="Arial"/>
                <w:szCs w:val="20"/>
                <w:lang w:val="es-PY" w:eastAsia="es-PY"/>
              </w:rPr>
            </w:pPr>
          </w:p>
          <w:p w14:paraId="6A9F224E" w14:textId="77777777" w:rsidR="007544DA" w:rsidRDefault="007544DA" w:rsidP="00697865">
            <w:pPr>
              <w:spacing w:line="276" w:lineRule="auto"/>
              <w:jc w:val="both"/>
              <w:rPr>
                <w:rFonts w:eastAsia="Times New Roman" w:cs="Arial"/>
                <w:szCs w:val="20"/>
                <w:lang w:val="es-PY" w:eastAsia="es-PY"/>
              </w:rPr>
            </w:pPr>
          </w:p>
          <w:p w14:paraId="2B06672E" w14:textId="77777777" w:rsidR="007544DA" w:rsidRDefault="007544DA" w:rsidP="00697865">
            <w:pPr>
              <w:spacing w:line="276" w:lineRule="auto"/>
              <w:jc w:val="both"/>
              <w:rPr>
                <w:rFonts w:eastAsia="Times New Roman" w:cs="Arial"/>
                <w:szCs w:val="20"/>
                <w:lang w:val="es-PY" w:eastAsia="es-PY"/>
              </w:rPr>
            </w:pPr>
          </w:p>
          <w:p w14:paraId="3AC79591" w14:textId="77777777" w:rsidR="007544DA" w:rsidRDefault="007544DA" w:rsidP="00697865">
            <w:pPr>
              <w:spacing w:line="276" w:lineRule="auto"/>
              <w:jc w:val="both"/>
              <w:rPr>
                <w:rFonts w:eastAsia="Times New Roman" w:cs="Arial"/>
                <w:szCs w:val="20"/>
                <w:lang w:val="es-PY" w:eastAsia="es-PY"/>
              </w:rPr>
            </w:pPr>
          </w:p>
          <w:p w14:paraId="43ADD701" w14:textId="77777777" w:rsidR="007544DA" w:rsidRDefault="007544DA" w:rsidP="00697865">
            <w:pPr>
              <w:spacing w:line="276" w:lineRule="auto"/>
              <w:jc w:val="both"/>
              <w:rPr>
                <w:rFonts w:eastAsia="Times New Roman" w:cs="Arial"/>
                <w:szCs w:val="20"/>
                <w:lang w:val="es-PY" w:eastAsia="es-PY"/>
              </w:rPr>
            </w:pPr>
          </w:p>
          <w:p w14:paraId="40E9ACDB" w14:textId="77777777" w:rsidR="007544DA" w:rsidRDefault="007544DA" w:rsidP="00697865">
            <w:pPr>
              <w:spacing w:line="276" w:lineRule="auto"/>
              <w:jc w:val="both"/>
              <w:rPr>
                <w:rFonts w:eastAsia="Times New Roman" w:cs="Arial"/>
                <w:szCs w:val="20"/>
                <w:lang w:val="es-PY" w:eastAsia="es-PY"/>
              </w:rPr>
            </w:pPr>
          </w:p>
          <w:p w14:paraId="11E54197" w14:textId="77777777" w:rsidR="007544DA" w:rsidRDefault="007544DA" w:rsidP="00697865">
            <w:pPr>
              <w:spacing w:line="276" w:lineRule="auto"/>
              <w:jc w:val="both"/>
              <w:rPr>
                <w:rFonts w:eastAsia="Times New Roman" w:cs="Arial"/>
                <w:szCs w:val="20"/>
                <w:lang w:val="es-PY" w:eastAsia="es-PY"/>
              </w:rPr>
            </w:pPr>
          </w:p>
          <w:p w14:paraId="058EB716" w14:textId="77777777" w:rsidR="007544DA" w:rsidRDefault="007544DA" w:rsidP="00697865">
            <w:pPr>
              <w:spacing w:line="276" w:lineRule="auto"/>
              <w:jc w:val="both"/>
              <w:rPr>
                <w:rFonts w:eastAsia="Times New Roman" w:cs="Arial"/>
                <w:szCs w:val="20"/>
                <w:lang w:val="es-PY" w:eastAsia="es-PY"/>
              </w:rPr>
            </w:pPr>
          </w:p>
          <w:p w14:paraId="1130B372" w14:textId="77777777" w:rsidR="007544DA" w:rsidRDefault="007544DA" w:rsidP="00697865">
            <w:pPr>
              <w:spacing w:line="276" w:lineRule="auto"/>
              <w:jc w:val="both"/>
              <w:rPr>
                <w:rFonts w:eastAsia="Times New Roman" w:cs="Arial"/>
                <w:szCs w:val="20"/>
                <w:lang w:val="es-PY" w:eastAsia="es-PY"/>
              </w:rPr>
            </w:pPr>
          </w:p>
          <w:p w14:paraId="5F9E8050" w14:textId="77777777" w:rsidR="007544DA" w:rsidRDefault="007544DA" w:rsidP="00697865">
            <w:pPr>
              <w:spacing w:line="276" w:lineRule="auto"/>
              <w:jc w:val="both"/>
              <w:rPr>
                <w:rFonts w:eastAsia="Times New Roman" w:cs="Arial"/>
                <w:szCs w:val="20"/>
                <w:lang w:val="es-PY" w:eastAsia="es-PY"/>
              </w:rPr>
            </w:pPr>
          </w:p>
          <w:p w14:paraId="3AA6B0B2" w14:textId="77777777" w:rsidR="007544DA" w:rsidRDefault="007544DA" w:rsidP="00697865">
            <w:pPr>
              <w:spacing w:line="276" w:lineRule="auto"/>
              <w:jc w:val="both"/>
              <w:rPr>
                <w:rFonts w:eastAsia="Times New Roman" w:cs="Arial"/>
                <w:szCs w:val="20"/>
                <w:lang w:val="es-PY" w:eastAsia="es-PY"/>
              </w:rPr>
            </w:pPr>
          </w:p>
          <w:p w14:paraId="40B1E13F" w14:textId="77777777" w:rsidR="007544DA" w:rsidRDefault="007544DA" w:rsidP="00697865">
            <w:pPr>
              <w:spacing w:line="276" w:lineRule="auto"/>
              <w:jc w:val="both"/>
              <w:rPr>
                <w:rFonts w:eastAsia="Times New Roman" w:cs="Arial"/>
                <w:szCs w:val="20"/>
                <w:lang w:val="es-PY" w:eastAsia="es-PY"/>
              </w:rPr>
            </w:pPr>
          </w:p>
          <w:p w14:paraId="3E12C71B" w14:textId="77777777" w:rsidR="007544DA" w:rsidRDefault="007544DA" w:rsidP="00697865">
            <w:pPr>
              <w:spacing w:line="276" w:lineRule="auto"/>
              <w:jc w:val="both"/>
              <w:rPr>
                <w:rFonts w:eastAsia="Times New Roman" w:cs="Arial"/>
                <w:szCs w:val="20"/>
                <w:lang w:val="es-PY" w:eastAsia="es-PY"/>
              </w:rPr>
            </w:pPr>
          </w:p>
          <w:p w14:paraId="05017835" w14:textId="77777777" w:rsidR="007544DA" w:rsidRDefault="007544DA" w:rsidP="00697865">
            <w:pPr>
              <w:spacing w:line="276" w:lineRule="auto"/>
              <w:jc w:val="both"/>
              <w:rPr>
                <w:rFonts w:eastAsia="Times New Roman" w:cs="Arial"/>
                <w:szCs w:val="20"/>
                <w:lang w:val="es-PY" w:eastAsia="es-PY"/>
              </w:rPr>
            </w:pPr>
          </w:p>
          <w:p w14:paraId="0E609C5E" w14:textId="77777777" w:rsidR="007544DA" w:rsidRDefault="007544DA" w:rsidP="00697865">
            <w:pPr>
              <w:spacing w:line="276" w:lineRule="auto"/>
              <w:jc w:val="both"/>
              <w:rPr>
                <w:rFonts w:eastAsia="Times New Roman" w:cs="Arial"/>
                <w:szCs w:val="20"/>
                <w:lang w:val="es-PY" w:eastAsia="es-PY"/>
              </w:rPr>
            </w:pPr>
          </w:p>
          <w:p w14:paraId="6E940E9B" w14:textId="77777777" w:rsidR="007544DA" w:rsidRDefault="007544DA" w:rsidP="00697865">
            <w:pPr>
              <w:spacing w:line="276" w:lineRule="auto"/>
              <w:jc w:val="both"/>
              <w:rPr>
                <w:rFonts w:eastAsia="Times New Roman" w:cs="Arial"/>
                <w:szCs w:val="20"/>
                <w:lang w:val="es-PY" w:eastAsia="es-PY"/>
              </w:rPr>
            </w:pPr>
          </w:p>
          <w:p w14:paraId="678F24F6" w14:textId="77777777" w:rsidR="007544DA" w:rsidRDefault="007544DA" w:rsidP="00697865">
            <w:pPr>
              <w:spacing w:line="276" w:lineRule="auto"/>
              <w:jc w:val="both"/>
              <w:rPr>
                <w:rFonts w:eastAsia="Times New Roman" w:cs="Arial"/>
                <w:szCs w:val="20"/>
                <w:lang w:val="es-PY" w:eastAsia="es-PY"/>
              </w:rPr>
            </w:pPr>
          </w:p>
          <w:p w14:paraId="36D81B55" w14:textId="77777777" w:rsidR="007544DA" w:rsidRDefault="007544DA" w:rsidP="00697865">
            <w:pPr>
              <w:spacing w:line="276" w:lineRule="auto"/>
              <w:jc w:val="both"/>
              <w:rPr>
                <w:rFonts w:eastAsia="Times New Roman" w:cs="Arial"/>
                <w:szCs w:val="20"/>
                <w:lang w:val="es-PY" w:eastAsia="es-PY"/>
              </w:rPr>
            </w:pPr>
          </w:p>
          <w:p w14:paraId="50F9FAEF" w14:textId="7989CF06" w:rsidR="007544DA" w:rsidRPr="00F2657F" w:rsidRDefault="007544DA" w:rsidP="00697865">
            <w:pPr>
              <w:spacing w:line="276" w:lineRule="auto"/>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11C953E" w14:textId="77777777" w:rsidR="007A4CF2" w:rsidRPr="00F2657F" w:rsidRDefault="007A4CF2" w:rsidP="00697865">
            <w:pPr>
              <w:spacing w:line="276" w:lineRule="auto"/>
              <w:contextualSpacing/>
              <w:jc w:val="both"/>
              <w:rPr>
                <w:rFonts w:eastAsia="Times New Roman" w:cs="Arial"/>
                <w:szCs w:val="20"/>
                <w:lang w:val="es-PY" w:eastAsia="es-PY"/>
              </w:rPr>
            </w:pPr>
            <w:r w:rsidRPr="007A4CF2">
              <w:rPr>
                <w:rFonts w:eastAsia="Times New Roman" w:cs="Arial"/>
                <w:color w:val="A6A6A6" w:themeColor="background1" w:themeShade="A6"/>
                <w:szCs w:val="20"/>
                <w:lang w:val="es-PY"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7A4CF2" w:rsidRPr="00DC5782" w14:paraId="2F053D6E" w14:textId="77777777" w:rsidTr="00697865">
        <w:trPr>
          <w:trHeight w:val="303"/>
          <w:jc w:val="center"/>
        </w:trPr>
        <w:tc>
          <w:tcPr>
            <w:tcW w:w="9792"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tcPr>
          <w:p w14:paraId="7C499C7C" w14:textId="77777777" w:rsidR="007A4CF2" w:rsidRPr="00F34DB9" w:rsidRDefault="007A4CF2" w:rsidP="00343997">
            <w:pPr>
              <w:spacing w:line="276" w:lineRule="auto"/>
              <w:contextualSpacing/>
              <w:jc w:val="center"/>
              <w:rPr>
                <w:rFonts w:eastAsia="Times New Roman" w:cs="Arial"/>
                <w:color w:val="FFFFFF" w:themeColor="background1"/>
                <w:lang w:val="es-PY" w:eastAsia="es-PY"/>
              </w:rPr>
            </w:pPr>
            <w:proofErr w:type="spellStart"/>
            <w:r w:rsidRPr="00F34DB9">
              <w:rPr>
                <w:b/>
                <w:color w:val="FFFFFF" w:themeColor="background1"/>
              </w:rPr>
              <w:t>Oportunidades</w:t>
            </w:r>
            <w:proofErr w:type="spellEnd"/>
            <w:r w:rsidRPr="00F34DB9">
              <w:rPr>
                <w:b/>
                <w:color w:val="FFFFFF" w:themeColor="background1"/>
              </w:rPr>
              <w:t xml:space="preserve"> de </w:t>
            </w:r>
            <w:proofErr w:type="spellStart"/>
            <w:r w:rsidRPr="00F34DB9">
              <w:rPr>
                <w:b/>
                <w:color w:val="FFFFFF" w:themeColor="background1"/>
              </w:rPr>
              <w:t>mejora</w:t>
            </w:r>
            <w:proofErr w:type="spellEnd"/>
          </w:p>
        </w:tc>
      </w:tr>
      <w:tr w:rsidR="007A4CF2" w:rsidRPr="00637056" w14:paraId="638CAA87" w14:textId="77777777" w:rsidTr="00697865">
        <w:trPr>
          <w:trHeight w:val="2381"/>
          <w:jc w:val="center"/>
        </w:trPr>
        <w:tc>
          <w:tcPr>
            <w:tcW w:w="9792"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7126C84" w14:textId="77777777" w:rsidR="007A4CF2" w:rsidRPr="007062D3" w:rsidRDefault="007A4CF2" w:rsidP="00697865">
            <w:p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Las oportunidades de mejoras deben:</w:t>
            </w:r>
          </w:p>
          <w:p w14:paraId="18D9EFB4" w14:textId="77777777" w:rsidR="007A4CF2" w:rsidRPr="007062D3" w:rsidRDefault="007A4CF2" w:rsidP="0069786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Estar directamente vinculadas con las debilidades o hallazgos identificados.</w:t>
            </w:r>
          </w:p>
          <w:p w14:paraId="7BCD87A8" w14:textId="77777777" w:rsidR="007A4CF2" w:rsidRPr="007062D3" w:rsidRDefault="007A4CF2" w:rsidP="0069786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Ser viables y pertinentes en el marco del contexto institucional.</w:t>
            </w:r>
          </w:p>
          <w:p w14:paraId="16DA2BE0" w14:textId="77777777" w:rsidR="007A4CF2" w:rsidRPr="007062D3" w:rsidRDefault="007A4CF2" w:rsidP="0069786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Orientar hacia la consolidación de procesos de mejora continua.</w:t>
            </w:r>
          </w:p>
          <w:p w14:paraId="4AD1DCF5" w14:textId="77777777" w:rsidR="007A4CF2" w:rsidRPr="007062D3" w:rsidRDefault="007A4CF2" w:rsidP="00697865">
            <w:pPr>
              <w:numPr>
                <w:ilvl w:val="0"/>
                <w:numId w:val="18"/>
              </w:num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Evitar generalidades o apreciaciones vagas, ofreciendo lineamientos claros para la planificación estratégica.</w:t>
            </w:r>
          </w:p>
          <w:p w14:paraId="70167FC3" w14:textId="77777777" w:rsidR="007A4CF2" w:rsidRPr="007062D3" w:rsidRDefault="007A4CF2" w:rsidP="00697865">
            <w:pPr>
              <w:spacing w:line="276"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calidad.</w:t>
            </w:r>
          </w:p>
          <w:p w14:paraId="2A305719" w14:textId="77777777" w:rsidR="007A4CF2" w:rsidRDefault="007A4CF2" w:rsidP="00697865">
            <w:pPr>
              <w:spacing w:line="276" w:lineRule="auto"/>
              <w:contextualSpacing/>
              <w:jc w:val="both"/>
              <w:rPr>
                <w:rFonts w:eastAsia="Times New Roman" w:cs="Arial"/>
                <w:color w:val="000000"/>
                <w:lang w:val="es-PY" w:eastAsia="es-PY"/>
              </w:rPr>
            </w:pPr>
          </w:p>
          <w:p w14:paraId="1B8A2C48" w14:textId="77777777" w:rsidR="007A4CF2" w:rsidRDefault="007A4CF2" w:rsidP="00697865">
            <w:pPr>
              <w:spacing w:line="276" w:lineRule="auto"/>
              <w:contextualSpacing/>
              <w:jc w:val="both"/>
              <w:rPr>
                <w:rFonts w:eastAsia="Times New Roman" w:cs="Arial"/>
                <w:color w:val="000000"/>
                <w:lang w:val="es-PY" w:eastAsia="es-PY"/>
              </w:rPr>
            </w:pPr>
          </w:p>
          <w:p w14:paraId="1ED1839A" w14:textId="77777777" w:rsidR="007A4CF2" w:rsidRDefault="007A4CF2" w:rsidP="00697865">
            <w:pPr>
              <w:spacing w:line="276" w:lineRule="auto"/>
              <w:contextualSpacing/>
              <w:jc w:val="both"/>
              <w:rPr>
                <w:rFonts w:eastAsia="Times New Roman" w:cs="Arial"/>
                <w:color w:val="000000"/>
                <w:lang w:val="es-PY" w:eastAsia="es-PY"/>
              </w:rPr>
            </w:pPr>
          </w:p>
          <w:p w14:paraId="7D8575D8" w14:textId="77777777" w:rsidR="007A4CF2" w:rsidRDefault="007A4CF2" w:rsidP="00697865">
            <w:pPr>
              <w:spacing w:line="276" w:lineRule="auto"/>
              <w:contextualSpacing/>
              <w:jc w:val="both"/>
              <w:rPr>
                <w:rFonts w:eastAsia="Times New Roman" w:cs="Arial"/>
                <w:color w:val="000000"/>
                <w:lang w:val="es-PY" w:eastAsia="es-PY"/>
              </w:rPr>
            </w:pPr>
          </w:p>
          <w:p w14:paraId="15D9A595" w14:textId="77777777" w:rsidR="007544DA" w:rsidRDefault="007544DA" w:rsidP="00697865">
            <w:pPr>
              <w:spacing w:line="276" w:lineRule="auto"/>
              <w:contextualSpacing/>
              <w:jc w:val="both"/>
              <w:rPr>
                <w:rFonts w:eastAsia="Times New Roman" w:cs="Arial"/>
                <w:color w:val="000000"/>
                <w:lang w:val="es-PY" w:eastAsia="es-PY"/>
              </w:rPr>
            </w:pPr>
          </w:p>
          <w:p w14:paraId="1A3F53A2" w14:textId="77777777" w:rsidR="007544DA" w:rsidRDefault="007544DA" w:rsidP="00697865">
            <w:pPr>
              <w:spacing w:line="276" w:lineRule="auto"/>
              <w:contextualSpacing/>
              <w:jc w:val="both"/>
              <w:rPr>
                <w:rFonts w:eastAsia="Times New Roman" w:cs="Arial"/>
                <w:color w:val="000000"/>
                <w:lang w:val="es-PY" w:eastAsia="es-PY"/>
              </w:rPr>
            </w:pPr>
          </w:p>
          <w:p w14:paraId="66B25C52" w14:textId="3DF390E2" w:rsidR="006A537F" w:rsidRPr="00DC5782" w:rsidRDefault="006A537F" w:rsidP="00697865">
            <w:pPr>
              <w:spacing w:line="276" w:lineRule="auto"/>
              <w:contextualSpacing/>
              <w:jc w:val="both"/>
              <w:rPr>
                <w:rFonts w:eastAsia="Times New Roman" w:cs="Arial"/>
                <w:color w:val="000000"/>
                <w:lang w:val="es-PY" w:eastAsia="es-PY"/>
              </w:rPr>
            </w:pPr>
          </w:p>
        </w:tc>
      </w:tr>
    </w:tbl>
    <w:p w14:paraId="14C78BCB" w14:textId="5F0C778A" w:rsidR="0010517E" w:rsidRPr="00FD6964" w:rsidRDefault="0010517E">
      <w:pPr>
        <w:rPr>
          <w:lang w:val="es-PY"/>
        </w:rPr>
      </w:pPr>
    </w:p>
    <w:tbl>
      <w:tblPr>
        <w:tblW w:w="0" w:type="auto"/>
        <w:jc w:val="center"/>
        <w:tblLayout w:type="fixed"/>
        <w:tblLook w:val="04A0" w:firstRow="1" w:lastRow="0" w:firstColumn="1" w:lastColumn="0" w:noHBand="0" w:noVBand="1"/>
      </w:tblPr>
      <w:tblGrid>
        <w:gridCol w:w="2277"/>
        <w:gridCol w:w="5334"/>
        <w:gridCol w:w="684"/>
        <w:gridCol w:w="684"/>
        <w:gridCol w:w="794"/>
      </w:tblGrid>
      <w:tr w:rsidR="0010517E" w:rsidRPr="00637056" w14:paraId="389BF742" w14:textId="77777777" w:rsidTr="00821777">
        <w:trPr>
          <w:cantSplit/>
          <w:trHeight w:hRule="exact" w:val="446"/>
          <w:tblHeader/>
          <w:jc w:val="center"/>
        </w:trPr>
        <w:tc>
          <w:tcPr>
            <w:tcW w:w="9773" w:type="dxa"/>
            <w:gridSpan w:val="5"/>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464AA4AA" w14:textId="595F5AAD" w:rsidR="0010517E" w:rsidRPr="00643CF3" w:rsidRDefault="00643CF3">
            <w:pPr>
              <w:rPr>
                <w:szCs w:val="20"/>
                <w:lang w:val="es-PY"/>
              </w:rPr>
            </w:pPr>
            <w:r w:rsidRPr="00643CF3">
              <w:rPr>
                <w:b/>
                <w:color w:val="FFFFFF"/>
                <w:szCs w:val="20"/>
                <w:lang w:val="es-PY"/>
              </w:rPr>
              <w:lastRenderedPageBreak/>
              <w:t xml:space="preserve">DIMENSIÓN 2. PROYECTO ACADÉMICO Y </w:t>
            </w:r>
            <w:r w:rsidR="00697865">
              <w:rPr>
                <w:b/>
                <w:color w:val="FFFFFF"/>
                <w:szCs w:val="20"/>
                <w:lang w:val="es-PY"/>
              </w:rPr>
              <w:t>PROCESO FORMATIVO</w:t>
            </w:r>
          </w:p>
        </w:tc>
      </w:tr>
      <w:tr w:rsidR="0010517E" w14:paraId="12BAC5BB" w14:textId="77777777" w:rsidTr="00821777">
        <w:trPr>
          <w:cantSplit/>
          <w:trHeight w:hRule="exact" w:val="691"/>
          <w:tblHeader/>
          <w:jc w:val="center"/>
        </w:trPr>
        <w:tc>
          <w:tcPr>
            <w:tcW w:w="2277"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696F39" w14:textId="00C6AFDD" w:rsidR="0010517E" w:rsidRPr="0094394F" w:rsidRDefault="00010B74">
            <w:pPr>
              <w:jc w:val="center"/>
              <w:rPr>
                <w:szCs w:val="20"/>
              </w:rPr>
            </w:pPr>
            <w:proofErr w:type="spellStart"/>
            <w:r w:rsidRPr="0094394F">
              <w:rPr>
                <w:b/>
                <w:color w:val="000000"/>
                <w:szCs w:val="20"/>
              </w:rPr>
              <w:t>Criterio</w:t>
            </w:r>
            <w:proofErr w:type="spellEnd"/>
            <w:r w:rsidRPr="0094394F">
              <w:rPr>
                <w:b/>
                <w:color w:val="000000"/>
                <w:szCs w:val="20"/>
              </w:rPr>
              <w:t xml:space="preserve"> 2.1</w:t>
            </w:r>
          </w:p>
        </w:tc>
        <w:tc>
          <w:tcPr>
            <w:tcW w:w="533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DCCC27" w14:textId="77777777" w:rsidR="0010517E" w:rsidRPr="0094394F" w:rsidRDefault="00643CF3">
            <w:pPr>
              <w:jc w:val="center"/>
              <w:rPr>
                <w:szCs w:val="20"/>
              </w:rPr>
            </w:pPr>
            <w:proofErr w:type="spellStart"/>
            <w:r w:rsidRPr="0094394F">
              <w:rPr>
                <w:b/>
                <w:color w:val="000000"/>
                <w:szCs w:val="20"/>
              </w:rPr>
              <w:t>Indicadores</w:t>
            </w:r>
            <w:proofErr w:type="spellEnd"/>
          </w:p>
        </w:tc>
        <w:tc>
          <w:tcPr>
            <w:tcW w:w="2162"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E90C3F7" w14:textId="77777777" w:rsidR="0010517E" w:rsidRPr="0094394F" w:rsidRDefault="00643CF3">
            <w:pPr>
              <w:jc w:val="center"/>
              <w:rPr>
                <w:szCs w:val="20"/>
              </w:rPr>
            </w:pPr>
            <w:r w:rsidRPr="0094394F">
              <w:rPr>
                <w:b/>
                <w:color w:val="000000"/>
                <w:szCs w:val="20"/>
              </w:rPr>
              <w:t xml:space="preserve">Nivel de </w:t>
            </w:r>
            <w:proofErr w:type="spellStart"/>
            <w:r w:rsidRPr="0094394F">
              <w:rPr>
                <w:b/>
                <w:color w:val="000000"/>
                <w:szCs w:val="20"/>
              </w:rPr>
              <w:t>cumplimiento</w:t>
            </w:r>
            <w:proofErr w:type="spellEnd"/>
          </w:p>
        </w:tc>
      </w:tr>
      <w:tr w:rsidR="0010517E" w14:paraId="742F2DE0" w14:textId="77777777" w:rsidTr="00821777">
        <w:trPr>
          <w:cantSplit/>
          <w:trHeight w:hRule="exact" w:val="432"/>
          <w:tblHeader/>
          <w:jc w:val="center"/>
        </w:trPr>
        <w:tc>
          <w:tcPr>
            <w:tcW w:w="2277"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2405919" w14:textId="77777777" w:rsidR="0010517E" w:rsidRPr="0094394F" w:rsidRDefault="0010517E">
            <w:pPr>
              <w:rPr>
                <w:szCs w:val="20"/>
              </w:rPr>
            </w:pPr>
          </w:p>
        </w:tc>
        <w:tc>
          <w:tcPr>
            <w:tcW w:w="533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9A6D679" w14:textId="77777777" w:rsidR="0010517E" w:rsidRPr="0094394F"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07E90E3" w14:textId="77777777" w:rsidR="0010517E" w:rsidRPr="0094394F" w:rsidRDefault="00643CF3">
            <w:pPr>
              <w:jc w:val="center"/>
              <w:rPr>
                <w:szCs w:val="20"/>
              </w:rPr>
            </w:pPr>
            <w:r w:rsidRPr="0094394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2891F66" w14:textId="77777777" w:rsidR="0010517E" w:rsidRPr="0094394F" w:rsidRDefault="00643CF3">
            <w:pPr>
              <w:jc w:val="center"/>
              <w:rPr>
                <w:szCs w:val="20"/>
              </w:rPr>
            </w:pPr>
            <w:r w:rsidRPr="0094394F">
              <w:rPr>
                <w:b/>
                <w:color w:val="000000"/>
                <w:szCs w:val="20"/>
              </w:rPr>
              <w:t>CP</w:t>
            </w:r>
          </w:p>
        </w:tc>
        <w:tc>
          <w:tcPr>
            <w:tcW w:w="79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18631BE" w14:textId="77777777" w:rsidR="0010517E" w:rsidRPr="0094394F" w:rsidRDefault="00643CF3">
            <w:pPr>
              <w:jc w:val="center"/>
              <w:rPr>
                <w:szCs w:val="20"/>
              </w:rPr>
            </w:pPr>
            <w:r w:rsidRPr="0094394F">
              <w:rPr>
                <w:b/>
                <w:color w:val="000000"/>
                <w:szCs w:val="20"/>
              </w:rPr>
              <w:t>NC</w:t>
            </w:r>
          </w:p>
        </w:tc>
      </w:tr>
      <w:tr w:rsidR="0010517E" w:rsidRPr="00637056" w14:paraId="34A58A1A" w14:textId="77777777" w:rsidTr="00821777">
        <w:trPr>
          <w:cantSplit/>
          <w:trHeight w:val="459"/>
          <w:jc w:val="center"/>
        </w:trPr>
        <w:tc>
          <w:tcPr>
            <w:tcW w:w="2277"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FFD1C6" w14:textId="5BCBAB2F" w:rsidR="00CC0341" w:rsidRPr="0094394F" w:rsidRDefault="00697865">
            <w:pPr>
              <w:jc w:val="center"/>
              <w:rPr>
                <w:szCs w:val="20"/>
                <w:lang w:val="es-PY"/>
              </w:rPr>
            </w:pPr>
            <w:r w:rsidRPr="00CA67AF">
              <w:rPr>
                <w:b/>
                <w:color w:val="000000"/>
                <w:lang w:val="es-PY"/>
              </w:rPr>
              <w:t xml:space="preserve">Pertinencia del diseño curricular para la </w:t>
            </w:r>
            <w:r>
              <w:rPr>
                <w:b/>
                <w:color w:val="000000"/>
                <w:lang w:val="es-PY"/>
              </w:rPr>
              <w:t>formación doctoral</w:t>
            </w:r>
            <w:r w:rsidRPr="00CA67AF">
              <w:rPr>
                <w:b/>
                <w:color w:val="FF0000"/>
                <w:lang w:val="es-PY"/>
              </w:rPr>
              <w:br/>
            </w:r>
            <w:r w:rsidRPr="007954AB">
              <w:rPr>
                <w:b/>
                <w:color w:val="FF0000"/>
                <w:lang w:val="es-PY"/>
              </w:rPr>
              <w:t>(Sustantivo)</w:t>
            </w: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1F8C40" w14:textId="331F4CAB" w:rsidR="0010517E" w:rsidRPr="0094394F" w:rsidRDefault="00643CF3">
            <w:pPr>
              <w:jc w:val="both"/>
              <w:rPr>
                <w:szCs w:val="20"/>
                <w:lang w:val="es-PY"/>
              </w:rPr>
            </w:pPr>
            <w:r w:rsidRPr="0094394F">
              <w:rPr>
                <w:szCs w:val="20"/>
                <w:lang w:val="es-PY"/>
              </w:rPr>
              <w:t xml:space="preserve">a. </w:t>
            </w:r>
            <w:r w:rsidR="00697865" w:rsidRPr="00CA67AF">
              <w:rPr>
                <w:color w:val="000000"/>
                <w:lang w:val="es-PY"/>
              </w:rPr>
              <w:t>El currículo se fundamenta en un perfil de egreso orientado a la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541545"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C0BD60"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2DF1E4" w14:textId="77777777" w:rsidR="0010517E" w:rsidRPr="0094394F" w:rsidRDefault="0010517E">
            <w:pPr>
              <w:jc w:val="center"/>
              <w:rPr>
                <w:szCs w:val="20"/>
                <w:lang w:val="es-PY"/>
              </w:rPr>
            </w:pPr>
          </w:p>
        </w:tc>
      </w:tr>
      <w:tr w:rsidR="0010517E" w:rsidRPr="00637056" w14:paraId="2749AC1C" w14:textId="77777777" w:rsidTr="00821777">
        <w:trPr>
          <w:cantSplit/>
          <w:trHeight w:val="605"/>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AFCBDB"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2C642D" w14:textId="63392BF2" w:rsidR="0010517E" w:rsidRPr="0094394F" w:rsidRDefault="00643CF3">
            <w:pPr>
              <w:jc w:val="both"/>
              <w:rPr>
                <w:szCs w:val="20"/>
                <w:lang w:val="es-PY"/>
              </w:rPr>
            </w:pPr>
            <w:r w:rsidRPr="0094394F">
              <w:rPr>
                <w:szCs w:val="20"/>
                <w:lang w:val="es-PY"/>
              </w:rPr>
              <w:t xml:space="preserve">b. </w:t>
            </w:r>
            <w:r w:rsidR="00697865" w:rsidRPr="00CA67AF">
              <w:rPr>
                <w:color w:val="000000"/>
                <w:lang w:val="es-PY"/>
              </w:rPr>
              <w:t>El plan de estudios incluye formación metodológica coherente con el nivel curricular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0C0775"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87101C"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81DEB6" w14:textId="77777777" w:rsidR="0010517E" w:rsidRPr="0094394F" w:rsidRDefault="0010517E">
            <w:pPr>
              <w:jc w:val="center"/>
              <w:rPr>
                <w:szCs w:val="20"/>
                <w:lang w:val="es-PY"/>
              </w:rPr>
            </w:pPr>
          </w:p>
        </w:tc>
      </w:tr>
      <w:tr w:rsidR="0010517E" w:rsidRPr="00637056" w14:paraId="283637A0" w14:textId="77777777" w:rsidTr="00821777">
        <w:trPr>
          <w:cantSplit/>
          <w:trHeight w:val="720"/>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5C664B"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CD26F6" w14:textId="4E25DC09" w:rsidR="0010517E" w:rsidRPr="0094394F" w:rsidRDefault="00643CF3">
            <w:pPr>
              <w:jc w:val="both"/>
              <w:rPr>
                <w:szCs w:val="20"/>
                <w:lang w:val="es-PY"/>
              </w:rPr>
            </w:pPr>
            <w:r w:rsidRPr="0094394F">
              <w:rPr>
                <w:szCs w:val="20"/>
                <w:lang w:val="es-PY"/>
              </w:rPr>
              <w:t xml:space="preserve">c. </w:t>
            </w:r>
            <w:r w:rsidR="00697865" w:rsidRPr="00CA67AF">
              <w:rPr>
                <w:color w:val="000000"/>
                <w:lang w:val="es-PY"/>
              </w:rPr>
              <w:t>Se articulan líneas de investigación institucionales con los ejes de formación</w:t>
            </w:r>
            <w:r w:rsidR="00697865">
              <w:rPr>
                <w:color w:val="000000"/>
                <w:lang w:val="es-PY"/>
              </w:rPr>
              <w:t xml:space="preserve"> del programa</w:t>
            </w:r>
            <w:r w:rsidR="00697865" w:rsidRPr="00CA67AF">
              <w:rPr>
                <w:color w:val="00000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5C6B6E"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92406A"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BDFA40" w14:textId="77777777" w:rsidR="0010517E" w:rsidRPr="0094394F" w:rsidRDefault="0010517E">
            <w:pPr>
              <w:jc w:val="center"/>
              <w:rPr>
                <w:szCs w:val="20"/>
                <w:lang w:val="es-PY"/>
              </w:rPr>
            </w:pPr>
          </w:p>
        </w:tc>
      </w:tr>
      <w:tr w:rsidR="0010517E" w:rsidRPr="00637056" w14:paraId="4F342D9A" w14:textId="77777777" w:rsidTr="00821777">
        <w:trPr>
          <w:cantSplit/>
          <w:trHeight w:val="505"/>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00CED0"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AEBAA" w14:textId="1B6EE215" w:rsidR="0010517E" w:rsidRPr="0094394F" w:rsidRDefault="00643CF3">
            <w:pPr>
              <w:jc w:val="both"/>
              <w:rPr>
                <w:szCs w:val="20"/>
                <w:lang w:val="es-PY"/>
              </w:rPr>
            </w:pPr>
            <w:r w:rsidRPr="0094394F">
              <w:rPr>
                <w:szCs w:val="20"/>
                <w:lang w:val="es-PY"/>
              </w:rPr>
              <w:t xml:space="preserve">d. </w:t>
            </w:r>
            <w:r w:rsidR="00697865" w:rsidRPr="00CA67AF">
              <w:rPr>
                <w:color w:val="000000"/>
                <w:lang w:val="es-PY"/>
              </w:rPr>
              <w:t>Se desarrollan seminarios o talleres orientados a la construcción del proyecto 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FF9406"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DE9E04"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60F8C4" w14:textId="77777777" w:rsidR="0010517E" w:rsidRPr="0094394F" w:rsidRDefault="0010517E">
            <w:pPr>
              <w:jc w:val="center"/>
              <w:rPr>
                <w:szCs w:val="20"/>
                <w:lang w:val="es-PY"/>
              </w:rPr>
            </w:pPr>
          </w:p>
        </w:tc>
      </w:tr>
      <w:tr w:rsidR="0010517E" w:rsidRPr="00637056" w14:paraId="5F2D9900" w14:textId="77777777" w:rsidTr="00821777">
        <w:trPr>
          <w:cantSplit/>
          <w:trHeight w:val="605"/>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C641D7"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D8A73B" w14:textId="3CC77BA0" w:rsidR="0010517E" w:rsidRPr="0094394F" w:rsidRDefault="00643CF3">
            <w:pPr>
              <w:jc w:val="both"/>
              <w:rPr>
                <w:szCs w:val="20"/>
                <w:lang w:val="es-PY"/>
              </w:rPr>
            </w:pPr>
            <w:r w:rsidRPr="0094394F">
              <w:rPr>
                <w:szCs w:val="20"/>
                <w:lang w:val="es-PY"/>
              </w:rPr>
              <w:t xml:space="preserve">e. </w:t>
            </w:r>
            <w:r w:rsidR="00697865" w:rsidRPr="00CA67AF">
              <w:rPr>
                <w:color w:val="000000"/>
                <w:lang w:val="es-PY"/>
              </w:rPr>
              <w:t>El currículo se ajusta o actualiza de acuerdo con las necesidades detectadas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9438E7"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57F825"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D77198" w14:textId="77777777" w:rsidR="0010517E" w:rsidRPr="0094394F" w:rsidRDefault="0010517E">
            <w:pPr>
              <w:jc w:val="center"/>
              <w:rPr>
                <w:szCs w:val="20"/>
                <w:lang w:val="es-PY"/>
              </w:rPr>
            </w:pPr>
          </w:p>
        </w:tc>
      </w:tr>
      <w:tr w:rsidR="0010517E" w:rsidRPr="00637056" w14:paraId="6DA650EA" w14:textId="77777777" w:rsidTr="00821777">
        <w:trPr>
          <w:cantSplit/>
          <w:trHeight w:hRule="exact" w:val="446"/>
          <w:jc w:val="center"/>
        </w:trPr>
        <w:tc>
          <w:tcPr>
            <w:tcW w:w="7611"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538B75" w14:textId="77777777" w:rsidR="0010517E" w:rsidRPr="0094394F" w:rsidRDefault="00643CF3">
            <w:pPr>
              <w:jc w:val="center"/>
              <w:rPr>
                <w:szCs w:val="20"/>
                <w:lang w:val="es-PY"/>
              </w:rPr>
            </w:pPr>
            <w:r w:rsidRPr="0094394F">
              <w:rPr>
                <w:b/>
                <w:color w:val="000000"/>
                <w:szCs w:val="20"/>
                <w:lang w:val="es-PY"/>
              </w:rPr>
              <w:t>Nivel de cumplimiento del criterio</w:t>
            </w:r>
          </w:p>
        </w:tc>
        <w:tc>
          <w:tcPr>
            <w:tcW w:w="216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71A0E5F" w14:textId="77777777" w:rsidR="0010517E" w:rsidRPr="0094394F" w:rsidRDefault="0010517E">
            <w:pPr>
              <w:jc w:val="center"/>
              <w:rPr>
                <w:szCs w:val="20"/>
                <w:lang w:val="es-PY"/>
              </w:rPr>
            </w:pPr>
          </w:p>
        </w:tc>
      </w:tr>
      <w:tr w:rsidR="0010517E" w14:paraId="5CBF0C0C" w14:textId="77777777" w:rsidTr="00821777">
        <w:trPr>
          <w:cantSplit/>
          <w:trHeight w:hRule="exact" w:val="662"/>
          <w:jc w:val="center"/>
        </w:trPr>
        <w:tc>
          <w:tcPr>
            <w:tcW w:w="7611"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07B0B42" w14:textId="77777777" w:rsidR="0010517E" w:rsidRPr="0094394F" w:rsidRDefault="00643CF3">
            <w:pPr>
              <w:jc w:val="center"/>
              <w:rPr>
                <w:szCs w:val="20"/>
                <w:lang w:val="es-PY"/>
              </w:rPr>
            </w:pPr>
            <w:r w:rsidRPr="0094394F">
              <w:rPr>
                <w:b/>
                <w:color w:val="000000"/>
                <w:szCs w:val="20"/>
                <w:lang w:val="es-PY"/>
              </w:rPr>
              <w:t>Argumento que sostiene el nivel de cumplimiento del criterio</w:t>
            </w:r>
          </w:p>
        </w:tc>
        <w:tc>
          <w:tcPr>
            <w:tcW w:w="2162"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B6BAC55" w14:textId="77777777" w:rsidR="0010517E" w:rsidRPr="0094394F" w:rsidRDefault="00643CF3">
            <w:pPr>
              <w:jc w:val="center"/>
              <w:rPr>
                <w:szCs w:val="20"/>
              </w:rPr>
            </w:pPr>
            <w:proofErr w:type="spellStart"/>
            <w:r w:rsidRPr="0094394F">
              <w:rPr>
                <w:b/>
                <w:color w:val="000000"/>
                <w:szCs w:val="20"/>
              </w:rPr>
              <w:t>Medios</w:t>
            </w:r>
            <w:proofErr w:type="spellEnd"/>
            <w:r w:rsidRPr="0094394F">
              <w:rPr>
                <w:b/>
                <w:color w:val="000000"/>
                <w:szCs w:val="20"/>
              </w:rPr>
              <w:t xml:space="preserve"> de </w:t>
            </w:r>
            <w:proofErr w:type="spellStart"/>
            <w:r w:rsidRPr="0094394F">
              <w:rPr>
                <w:b/>
                <w:color w:val="000000"/>
                <w:szCs w:val="20"/>
              </w:rPr>
              <w:t>verificación</w:t>
            </w:r>
            <w:proofErr w:type="spellEnd"/>
          </w:p>
        </w:tc>
      </w:tr>
      <w:tr w:rsidR="0010517E" w14:paraId="54A87726" w14:textId="77777777" w:rsidTr="00821777">
        <w:trPr>
          <w:cantSplit/>
          <w:trHeight w:val="5199"/>
          <w:jc w:val="center"/>
        </w:trPr>
        <w:tc>
          <w:tcPr>
            <w:tcW w:w="7611"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0317EB9" w14:textId="77777777" w:rsidR="0010517E" w:rsidRDefault="0010517E" w:rsidP="00697865">
            <w:pPr>
              <w:jc w:val="both"/>
            </w:pPr>
          </w:p>
          <w:p w14:paraId="6EC29296" w14:textId="77777777" w:rsidR="0094394F" w:rsidRDefault="0094394F" w:rsidP="00697865">
            <w:pPr>
              <w:jc w:val="both"/>
            </w:pPr>
          </w:p>
          <w:p w14:paraId="411AE76F" w14:textId="77777777" w:rsidR="0094394F" w:rsidRDefault="0094394F" w:rsidP="00697865">
            <w:pPr>
              <w:jc w:val="both"/>
            </w:pPr>
          </w:p>
          <w:p w14:paraId="2A14D9D6" w14:textId="77777777" w:rsidR="0094394F" w:rsidRDefault="0094394F" w:rsidP="00697865">
            <w:pPr>
              <w:jc w:val="both"/>
            </w:pPr>
          </w:p>
          <w:p w14:paraId="76C53585" w14:textId="77777777" w:rsidR="0094394F" w:rsidRDefault="0094394F" w:rsidP="00697865">
            <w:pPr>
              <w:jc w:val="both"/>
            </w:pPr>
          </w:p>
          <w:p w14:paraId="3B40ABA3" w14:textId="77777777" w:rsidR="0094394F" w:rsidRDefault="0094394F" w:rsidP="00697865">
            <w:pPr>
              <w:jc w:val="both"/>
            </w:pPr>
          </w:p>
          <w:p w14:paraId="56BEF490" w14:textId="77777777" w:rsidR="0094394F" w:rsidRDefault="0094394F" w:rsidP="00697865">
            <w:pPr>
              <w:jc w:val="both"/>
            </w:pPr>
          </w:p>
          <w:p w14:paraId="3575CE48" w14:textId="77777777" w:rsidR="0094394F" w:rsidRDefault="0094394F" w:rsidP="00697865">
            <w:pPr>
              <w:jc w:val="both"/>
            </w:pPr>
          </w:p>
          <w:p w14:paraId="15F266F4" w14:textId="77777777" w:rsidR="0094394F" w:rsidRDefault="0094394F" w:rsidP="00697865">
            <w:pPr>
              <w:jc w:val="both"/>
            </w:pPr>
          </w:p>
          <w:p w14:paraId="1A01F44B" w14:textId="77777777" w:rsidR="0094394F" w:rsidRDefault="0094394F" w:rsidP="00697865">
            <w:pPr>
              <w:jc w:val="both"/>
            </w:pPr>
          </w:p>
          <w:p w14:paraId="6A410234" w14:textId="77777777" w:rsidR="0094394F" w:rsidRDefault="0094394F" w:rsidP="00697865">
            <w:pPr>
              <w:jc w:val="both"/>
            </w:pPr>
          </w:p>
          <w:p w14:paraId="6E2B5F15" w14:textId="77777777" w:rsidR="0094394F" w:rsidRDefault="0094394F" w:rsidP="00697865">
            <w:pPr>
              <w:jc w:val="both"/>
            </w:pPr>
          </w:p>
          <w:p w14:paraId="39A21D2E" w14:textId="77777777" w:rsidR="0094394F" w:rsidRDefault="0094394F" w:rsidP="00697865">
            <w:pPr>
              <w:jc w:val="both"/>
            </w:pPr>
          </w:p>
          <w:p w14:paraId="731113EF" w14:textId="77777777" w:rsidR="0094394F" w:rsidRDefault="0094394F" w:rsidP="00697865">
            <w:pPr>
              <w:jc w:val="both"/>
            </w:pPr>
          </w:p>
          <w:p w14:paraId="599DE91E" w14:textId="77777777" w:rsidR="0094394F" w:rsidRDefault="0094394F" w:rsidP="00697865">
            <w:pPr>
              <w:jc w:val="both"/>
            </w:pPr>
          </w:p>
          <w:p w14:paraId="4C1F91FD" w14:textId="77777777" w:rsidR="0094394F" w:rsidRDefault="0094394F" w:rsidP="00697865">
            <w:pPr>
              <w:jc w:val="both"/>
            </w:pPr>
          </w:p>
          <w:p w14:paraId="468D90FE" w14:textId="77777777" w:rsidR="0094394F" w:rsidRDefault="0094394F" w:rsidP="00697865">
            <w:pPr>
              <w:jc w:val="both"/>
            </w:pPr>
          </w:p>
          <w:p w14:paraId="63664058" w14:textId="77777777" w:rsidR="0094394F" w:rsidRDefault="0094394F" w:rsidP="00697865">
            <w:pPr>
              <w:jc w:val="both"/>
            </w:pPr>
          </w:p>
          <w:p w14:paraId="1BF1FFAE" w14:textId="77777777" w:rsidR="0094394F" w:rsidRDefault="0094394F" w:rsidP="00697865">
            <w:pPr>
              <w:jc w:val="both"/>
            </w:pPr>
          </w:p>
          <w:p w14:paraId="182CB0D9" w14:textId="77777777" w:rsidR="0094394F" w:rsidRDefault="0094394F" w:rsidP="00697865">
            <w:pPr>
              <w:jc w:val="both"/>
            </w:pPr>
          </w:p>
          <w:p w14:paraId="7D6E473E" w14:textId="77777777" w:rsidR="0094394F" w:rsidRDefault="0094394F" w:rsidP="00697865">
            <w:pPr>
              <w:jc w:val="both"/>
            </w:pPr>
          </w:p>
          <w:p w14:paraId="1F415DB3" w14:textId="73162947" w:rsidR="0094394F" w:rsidRDefault="0094394F" w:rsidP="00697865">
            <w:pPr>
              <w:jc w:val="both"/>
            </w:pPr>
          </w:p>
          <w:p w14:paraId="343A81CE" w14:textId="43927CCD" w:rsidR="0094394F" w:rsidRDefault="0094394F" w:rsidP="00697865">
            <w:pPr>
              <w:jc w:val="both"/>
            </w:pPr>
          </w:p>
          <w:p w14:paraId="65CA8A74" w14:textId="77777777" w:rsidR="0094394F" w:rsidRDefault="0094394F" w:rsidP="00697865">
            <w:pPr>
              <w:jc w:val="both"/>
            </w:pPr>
          </w:p>
          <w:p w14:paraId="08EFD049" w14:textId="77777777" w:rsidR="0094394F" w:rsidRDefault="0094394F" w:rsidP="00697865">
            <w:pPr>
              <w:jc w:val="both"/>
            </w:pPr>
          </w:p>
          <w:p w14:paraId="283E1A07" w14:textId="29B46768" w:rsidR="0094394F" w:rsidRDefault="0094394F" w:rsidP="00697865">
            <w:pPr>
              <w:jc w:val="both"/>
            </w:pPr>
          </w:p>
        </w:tc>
        <w:tc>
          <w:tcPr>
            <w:tcW w:w="216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1794712" w14:textId="77777777" w:rsidR="0010517E" w:rsidRDefault="0010517E" w:rsidP="00697865">
            <w:pPr>
              <w:jc w:val="both"/>
            </w:pPr>
          </w:p>
        </w:tc>
      </w:tr>
    </w:tbl>
    <w:p w14:paraId="7A48D7A1" w14:textId="5F984CA9" w:rsidR="0010517E" w:rsidRDefault="00643CF3">
      <w: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14:paraId="66EA1E5C"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7852669" w14:textId="65945F72" w:rsidR="0010517E" w:rsidRPr="0094394F" w:rsidRDefault="008E68A3">
            <w:pPr>
              <w:jc w:val="center"/>
              <w:rPr>
                <w:szCs w:val="20"/>
              </w:rPr>
            </w:pPr>
            <w:proofErr w:type="spellStart"/>
            <w:r w:rsidRPr="0094394F">
              <w:rPr>
                <w:b/>
                <w:color w:val="000000"/>
                <w:szCs w:val="20"/>
              </w:rPr>
              <w:lastRenderedPageBreak/>
              <w:t>Criterio</w:t>
            </w:r>
            <w:proofErr w:type="spellEnd"/>
            <w:r w:rsidRPr="0094394F">
              <w:rPr>
                <w:b/>
                <w:color w:val="000000"/>
                <w:szCs w:val="20"/>
              </w:rPr>
              <w:t xml:space="preserve"> 2.2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A1F6BC7" w14:textId="77777777" w:rsidR="0010517E" w:rsidRPr="0094394F" w:rsidRDefault="00643CF3">
            <w:pPr>
              <w:jc w:val="center"/>
              <w:rPr>
                <w:szCs w:val="20"/>
              </w:rPr>
            </w:pPr>
            <w:proofErr w:type="spellStart"/>
            <w:r w:rsidRPr="0094394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2767EC6" w14:textId="77777777" w:rsidR="0010517E" w:rsidRPr="0094394F" w:rsidRDefault="00643CF3">
            <w:pPr>
              <w:jc w:val="center"/>
              <w:rPr>
                <w:szCs w:val="20"/>
              </w:rPr>
            </w:pPr>
            <w:r w:rsidRPr="0094394F">
              <w:rPr>
                <w:b/>
                <w:color w:val="000000"/>
                <w:szCs w:val="20"/>
              </w:rPr>
              <w:t xml:space="preserve">Nivel de </w:t>
            </w:r>
            <w:proofErr w:type="spellStart"/>
            <w:r w:rsidRPr="0094394F">
              <w:rPr>
                <w:b/>
                <w:color w:val="000000"/>
                <w:szCs w:val="20"/>
              </w:rPr>
              <w:t>cumplimiento</w:t>
            </w:r>
            <w:proofErr w:type="spellEnd"/>
          </w:p>
        </w:tc>
      </w:tr>
      <w:tr w:rsidR="0010517E" w14:paraId="710B74A9"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9BA49C" w14:textId="77777777" w:rsidR="0010517E" w:rsidRPr="0094394F"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06D1CE" w14:textId="77777777" w:rsidR="0010517E" w:rsidRPr="0094394F"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4ABC392" w14:textId="77777777" w:rsidR="0010517E" w:rsidRPr="0094394F" w:rsidRDefault="00643CF3">
            <w:pPr>
              <w:jc w:val="center"/>
              <w:rPr>
                <w:szCs w:val="20"/>
              </w:rPr>
            </w:pPr>
            <w:r w:rsidRPr="0094394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C7A9C12" w14:textId="77777777" w:rsidR="0010517E" w:rsidRPr="0094394F" w:rsidRDefault="00643CF3">
            <w:pPr>
              <w:jc w:val="center"/>
              <w:rPr>
                <w:szCs w:val="20"/>
              </w:rPr>
            </w:pPr>
            <w:r w:rsidRPr="0094394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6C224D2" w14:textId="77777777" w:rsidR="0010517E" w:rsidRPr="0094394F" w:rsidRDefault="00643CF3">
            <w:pPr>
              <w:jc w:val="center"/>
              <w:rPr>
                <w:szCs w:val="20"/>
              </w:rPr>
            </w:pPr>
            <w:r w:rsidRPr="0094394F">
              <w:rPr>
                <w:b/>
                <w:color w:val="000000"/>
                <w:szCs w:val="20"/>
              </w:rPr>
              <w:t>NC</w:t>
            </w:r>
          </w:p>
        </w:tc>
      </w:tr>
      <w:tr w:rsidR="0010517E" w:rsidRPr="00637056" w14:paraId="7656435C" w14:textId="77777777" w:rsidTr="00821777">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877892" w14:textId="5EE47577" w:rsidR="0010517E" w:rsidRPr="0094394F" w:rsidRDefault="00697865">
            <w:pPr>
              <w:jc w:val="center"/>
              <w:rPr>
                <w:szCs w:val="20"/>
                <w:lang w:val="es-PY"/>
              </w:rPr>
            </w:pPr>
            <w:r w:rsidRPr="00CA67AF">
              <w:rPr>
                <w:b/>
                <w:color w:val="000000"/>
                <w:szCs w:val="20"/>
                <w:lang w:val="es-PY"/>
              </w:rPr>
              <w:t>Eficacia del acompañamie</w:t>
            </w:r>
            <w:r>
              <w:rPr>
                <w:b/>
                <w:color w:val="000000"/>
                <w:szCs w:val="20"/>
                <w:lang w:val="es-PY"/>
              </w:rPr>
              <w:t>nto al proceso de investigación</w:t>
            </w:r>
            <w:r w:rsidRPr="00CA67AF">
              <w:rPr>
                <w:b/>
                <w:color w:val="FF0000"/>
                <w:szCs w:val="20"/>
                <w:lang w:val="es-PY"/>
              </w:rPr>
              <w:br/>
            </w:r>
            <w:r w:rsidRPr="007954AB">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295892" w14:textId="2E092676" w:rsidR="0010517E" w:rsidRPr="0094394F" w:rsidRDefault="00643CF3">
            <w:pPr>
              <w:jc w:val="both"/>
              <w:rPr>
                <w:szCs w:val="20"/>
                <w:lang w:val="es-PY"/>
              </w:rPr>
            </w:pPr>
            <w:r w:rsidRPr="0094394F">
              <w:rPr>
                <w:color w:val="000000"/>
                <w:szCs w:val="20"/>
                <w:lang w:val="es-PY"/>
              </w:rPr>
              <w:t xml:space="preserve">a. </w:t>
            </w:r>
            <w:r w:rsidR="00697865" w:rsidRPr="00CA67AF">
              <w:rPr>
                <w:color w:val="000000"/>
                <w:szCs w:val="20"/>
                <w:lang w:val="es-PY"/>
              </w:rPr>
              <w:t xml:space="preserve">Existe un sistema formal de asignación de </w:t>
            </w:r>
            <w:r w:rsidR="00697865">
              <w:rPr>
                <w:color w:val="000000"/>
                <w:szCs w:val="20"/>
                <w:lang w:val="es-PY"/>
              </w:rPr>
              <w:t xml:space="preserve">asesores </w:t>
            </w:r>
            <w:r w:rsidR="00697865" w:rsidRPr="00CA67AF">
              <w:rPr>
                <w:color w:val="000000"/>
                <w:szCs w:val="20"/>
                <w:lang w:val="es-PY"/>
              </w:rPr>
              <w:t>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37C995"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3D2C5F"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DC3126" w14:textId="77777777" w:rsidR="0010517E" w:rsidRPr="0094394F" w:rsidRDefault="0010517E">
            <w:pPr>
              <w:jc w:val="center"/>
              <w:rPr>
                <w:szCs w:val="20"/>
                <w:lang w:val="es-PY"/>
              </w:rPr>
            </w:pPr>
          </w:p>
        </w:tc>
      </w:tr>
      <w:tr w:rsidR="0010517E" w:rsidRPr="00637056" w14:paraId="6E3D433B" w14:textId="77777777" w:rsidTr="00821777">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632857"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0F7EA1" w14:textId="4F399449" w:rsidR="008C566F" w:rsidRPr="0094394F" w:rsidRDefault="00487FC6">
            <w:pPr>
              <w:jc w:val="both"/>
              <w:rPr>
                <w:color w:val="FF0000"/>
                <w:szCs w:val="20"/>
                <w:lang w:val="es-PY"/>
              </w:rPr>
            </w:pPr>
            <w:r w:rsidRPr="0094394F">
              <w:rPr>
                <w:color w:val="000000"/>
                <w:szCs w:val="20"/>
                <w:lang w:val="es-PY"/>
              </w:rPr>
              <w:t xml:space="preserve">b. </w:t>
            </w:r>
            <w:r w:rsidR="00697865" w:rsidRPr="00CA67AF">
              <w:rPr>
                <w:color w:val="000000"/>
                <w:szCs w:val="20"/>
                <w:lang w:val="es-PY"/>
              </w:rPr>
              <w:t xml:space="preserve">Los </w:t>
            </w:r>
            <w:r w:rsidR="00697865">
              <w:rPr>
                <w:color w:val="000000"/>
                <w:szCs w:val="20"/>
                <w:lang w:val="es-PY"/>
              </w:rPr>
              <w:t>asesores</w:t>
            </w:r>
            <w:r w:rsidR="00697865" w:rsidRPr="00CA67AF">
              <w:rPr>
                <w:color w:val="000000"/>
                <w:szCs w:val="20"/>
                <w:lang w:val="es-PY"/>
              </w:rPr>
              <w:t xml:space="preserve"> tienen experiencia en investigación y publicaciones en el área.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79A4FB"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BAF764"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B198BC" w14:textId="77777777" w:rsidR="0010517E" w:rsidRPr="0094394F" w:rsidRDefault="0010517E">
            <w:pPr>
              <w:jc w:val="center"/>
              <w:rPr>
                <w:szCs w:val="20"/>
                <w:lang w:val="es-PY"/>
              </w:rPr>
            </w:pPr>
          </w:p>
        </w:tc>
      </w:tr>
      <w:tr w:rsidR="0010517E" w:rsidRPr="00637056" w14:paraId="79CB16AF" w14:textId="77777777" w:rsidTr="00821777">
        <w:trPr>
          <w:cantSplit/>
          <w:trHeight w:val="44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490D98"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9B4E11" w14:textId="3906B7B6" w:rsidR="0010517E" w:rsidRPr="0094394F" w:rsidRDefault="00643CF3">
            <w:pPr>
              <w:jc w:val="both"/>
              <w:rPr>
                <w:szCs w:val="20"/>
                <w:lang w:val="es-PY"/>
              </w:rPr>
            </w:pPr>
            <w:r w:rsidRPr="0094394F">
              <w:rPr>
                <w:color w:val="000000"/>
                <w:szCs w:val="20"/>
                <w:lang w:val="es-PY"/>
              </w:rPr>
              <w:t xml:space="preserve">c. </w:t>
            </w:r>
            <w:r w:rsidR="00697865" w:rsidRPr="00CA67AF">
              <w:rPr>
                <w:color w:val="000000"/>
                <w:szCs w:val="20"/>
                <w:lang w:val="es-PY"/>
              </w:rPr>
              <w:t>Se realiza seguimiento sistemático del avance 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ED7D1"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7A274D"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425531" w14:textId="77777777" w:rsidR="0010517E" w:rsidRPr="0094394F" w:rsidRDefault="0010517E">
            <w:pPr>
              <w:jc w:val="center"/>
              <w:rPr>
                <w:szCs w:val="20"/>
                <w:lang w:val="es-PY"/>
              </w:rPr>
            </w:pPr>
          </w:p>
        </w:tc>
      </w:tr>
      <w:tr w:rsidR="0010517E" w:rsidRPr="00637056" w14:paraId="346CC6DC" w14:textId="77777777" w:rsidTr="00821777">
        <w:trPr>
          <w:cantSplit/>
          <w:trHeight w:val="42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3233BA"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F76606" w14:textId="5638851D" w:rsidR="0010517E" w:rsidRPr="0094394F" w:rsidRDefault="00643CF3">
            <w:pPr>
              <w:jc w:val="both"/>
              <w:rPr>
                <w:szCs w:val="20"/>
                <w:lang w:val="es-PY"/>
              </w:rPr>
            </w:pPr>
            <w:r w:rsidRPr="0094394F">
              <w:rPr>
                <w:color w:val="000000"/>
                <w:szCs w:val="20"/>
                <w:lang w:val="es-PY"/>
              </w:rPr>
              <w:t xml:space="preserve">d. </w:t>
            </w:r>
            <w:r w:rsidR="00697865" w:rsidRPr="00252351">
              <w:rPr>
                <w:color w:val="000000"/>
                <w:szCs w:val="20"/>
                <w:lang w:val="es-PY"/>
              </w:rPr>
              <w:t>El acompañamiento tutorial orienta el desarrollo del trabajo final conforme a criterios metodológicos, profesionales y éticos establecidos</w:t>
            </w:r>
            <w:r w:rsidR="00697865"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11CCF9"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6F1294D"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CA3555" w14:textId="77777777" w:rsidR="0010517E" w:rsidRPr="0094394F" w:rsidRDefault="0010517E">
            <w:pPr>
              <w:jc w:val="center"/>
              <w:rPr>
                <w:szCs w:val="20"/>
                <w:lang w:val="es-PY"/>
              </w:rPr>
            </w:pPr>
          </w:p>
        </w:tc>
      </w:tr>
      <w:tr w:rsidR="0010517E" w:rsidRPr="00637056" w14:paraId="2D5E004D" w14:textId="77777777" w:rsidTr="00821777">
        <w:trPr>
          <w:cantSplit/>
          <w:trHeight w:val="435"/>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15BC9D"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F1B2F1" w14:textId="34A0EE81" w:rsidR="0010517E" w:rsidRPr="0094394F" w:rsidRDefault="00643CF3">
            <w:pPr>
              <w:jc w:val="both"/>
              <w:rPr>
                <w:szCs w:val="20"/>
                <w:lang w:val="es-PY"/>
              </w:rPr>
            </w:pPr>
            <w:r w:rsidRPr="0094394F">
              <w:rPr>
                <w:color w:val="000000"/>
                <w:szCs w:val="20"/>
                <w:lang w:val="es-PY"/>
              </w:rPr>
              <w:t xml:space="preserve">e. </w:t>
            </w:r>
            <w:r w:rsidR="00697865" w:rsidRPr="00FB4D9C">
              <w:rPr>
                <w:color w:val="000000"/>
                <w:szCs w:val="20"/>
                <w:lang w:val="es-PY"/>
              </w:rPr>
              <w:t>Los resultados del seguimiento se utilizan para atender dificultades y favorecer la culminación oportuna de la tesis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6AB492"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9E29F7"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BCDC59" w14:textId="77777777" w:rsidR="0010517E" w:rsidRPr="0094394F" w:rsidRDefault="0010517E">
            <w:pPr>
              <w:jc w:val="center"/>
              <w:rPr>
                <w:szCs w:val="20"/>
                <w:lang w:val="es-PY"/>
              </w:rPr>
            </w:pPr>
          </w:p>
        </w:tc>
      </w:tr>
      <w:tr w:rsidR="0010517E" w:rsidRPr="00637056" w14:paraId="3C659D08"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A3E45C5" w14:textId="77777777" w:rsidR="0010517E" w:rsidRPr="0094394F" w:rsidRDefault="00643CF3">
            <w:pPr>
              <w:jc w:val="center"/>
              <w:rPr>
                <w:szCs w:val="20"/>
                <w:lang w:val="es-PY"/>
              </w:rPr>
            </w:pPr>
            <w:r w:rsidRPr="0094394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074819" w14:textId="77777777" w:rsidR="0010517E" w:rsidRPr="0094394F" w:rsidRDefault="0010517E">
            <w:pPr>
              <w:jc w:val="center"/>
              <w:rPr>
                <w:szCs w:val="20"/>
                <w:lang w:val="es-PY"/>
              </w:rPr>
            </w:pPr>
          </w:p>
        </w:tc>
      </w:tr>
      <w:tr w:rsidR="0010517E" w14:paraId="699C4F15"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1460D5B" w14:textId="77777777" w:rsidR="0010517E" w:rsidRPr="0094394F" w:rsidRDefault="00643CF3">
            <w:pPr>
              <w:jc w:val="center"/>
              <w:rPr>
                <w:szCs w:val="20"/>
                <w:lang w:val="es-PY"/>
              </w:rPr>
            </w:pPr>
            <w:r w:rsidRPr="0094394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7B208C" w14:textId="77777777" w:rsidR="0010517E" w:rsidRPr="0094394F" w:rsidRDefault="00643CF3">
            <w:pPr>
              <w:jc w:val="center"/>
              <w:rPr>
                <w:szCs w:val="20"/>
              </w:rPr>
            </w:pPr>
            <w:proofErr w:type="spellStart"/>
            <w:r w:rsidRPr="0094394F">
              <w:rPr>
                <w:b/>
                <w:color w:val="000000"/>
                <w:szCs w:val="20"/>
              </w:rPr>
              <w:t>Medios</w:t>
            </w:r>
            <w:proofErr w:type="spellEnd"/>
            <w:r w:rsidRPr="0094394F">
              <w:rPr>
                <w:b/>
                <w:color w:val="000000"/>
                <w:szCs w:val="20"/>
              </w:rPr>
              <w:t xml:space="preserve"> de </w:t>
            </w:r>
            <w:proofErr w:type="spellStart"/>
            <w:r w:rsidRPr="0094394F">
              <w:rPr>
                <w:b/>
                <w:color w:val="000000"/>
                <w:szCs w:val="20"/>
              </w:rPr>
              <w:t>verificación</w:t>
            </w:r>
            <w:proofErr w:type="spellEnd"/>
          </w:p>
        </w:tc>
      </w:tr>
      <w:tr w:rsidR="0010517E" w14:paraId="3D4B154F" w14:textId="77777777" w:rsidTr="00697865">
        <w:trPr>
          <w:cantSplit/>
          <w:trHeight w:hRule="exact" w:val="7489"/>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C92C99F" w14:textId="77777777" w:rsidR="0010517E" w:rsidRDefault="0010517E" w:rsidP="00697865">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64DAF4F" w14:textId="77777777" w:rsidR="0010517E" w:rsidRDefault="0010517E" w:rsidP="00697865">
            <w:pPr>
              <w:jc w:val="both"/>
            </w:pPr>
          </w:p>
        </w:tc>
      </w:tr>
    </w:tbl>
    <w:p w14:paraId="6F19C8F2" w14:textId="77777777" w:rsidR="00697865" w:rsidRDefault="00697865"/>
    <w:tbl>
      <w:tblPr>
        <w:tblW w:w="0" w:type="auto"/>
        <w:jc w:val="center"/>
        <w:tblLayout w:type="fixed"/>
        <w:tblLook w:val="04A0" w:firstRow="1" w:lastRow="0" w:firstColumn="1" w:lastColumn="0" w:noHBand="0" w:noVBand="1"/>
      </w:tblPr>
      <w:tblGrid>
        <w:gridCol w:w="2404"/>
        <w:gridCol w:w="5330"/>
        <w:gridCol w:w="684"/>
        <w:gridCol w:w="684"/>
        <w:gridCol w:w="697"/>
      </w:tblGrid>
      <w:tr w:rsidR="00697865" w14:paraId="2442BC20" w14:textId="77777777" w:rsidTr="008D53CA">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1B12725" w14:textId="279C9E10" w:rsidR="00697865" w:rsidRPr="0094394F" w:rsidRDefault="00697865" w:rsidP="008D53CA">
            <w:pPr>
              <w:jc w:val="center"/>
              <w:rPr>
                <w:szCs w:val="20"/>
              </w:rPr>
            </w:pPr>
            <w:proofErr w:type="spellStart"/>
            <w:r w:rsidRPr="0094394F">
              <w:rPr>
                <w:b/>
                <w:color w:val="000000"/>
                <w:szCs w:val="20"/>
              </w:rPr>
              <w:lastRenderedPageBreak/>
              <w:t>Criterio</w:t>
            </w:r>
            <w:proofErr w:type="spellEnd"/>
            <w:r w:rsidRPr="0094394F">
              <w:rPr>
                <w:b/>
                <w:color w:val="000000"/>
                <w:szCs w:val="20"/>
              </w:rPr>
              <w:t xml:space="preserve"> 2.</w:t>
            </w:r>
            <w:r>
              <w:rPr>
                <w:b/>
                <w:color w:val="000000"/>
                <w:szCs w:val="20"/>
              </w:rPr>
              <w:t>3</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4375F22" w14:textId="77777777" w:rsidR="00697865" w:rsidRPr="0094394F" w:rsidRDefault="00697865" w:rsidP="008D53CA">
            <w:pPr>
              <w:jc w:val="center"/>
              <w:rPr>
                <w:szCs w:val="20"/>
              </w:rPr>
            </w:pPr>
            <w:proofErr w:type="spellStart"/>
            <w:r w:rsidRPr="0094394F">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B4940AB" w14:textId="77777777" w:rsidR="00697865" w:rsidRPr="0094394F" w:rsidRDefault="00697865" w:rsidP="008D53CA">
            <w:pPr>
              <w:jc w:val="center"/>
              <w:rPr>
                <w:szCs w:val="20"/>
              </w:rPr>
            </w:pPr>
            <w:r w:rsidRPr="0094394F">
              <w:rPr>
                <w:b/>
                <w:color w:val="000000"/>
                <w:szCs w:val="20"/>
              </w:rPr>
              <w:t xml:space="preserve">Nivel de </w:t>
            </w:r>
            <w:proofErr w:type="spellStart"/>
            <w:r w:rsidRPr="0094394F">
              <w:rPr>
                <w:b/>
                <w:color w:val="000000"/>
                <w:szCs w:val="20"/>
              </w:rPr>
              <w:t>cumplimiento</w:t>
            </w:r>
            <w:proofErr w:type="spellEnd"/>
          </w:p>
        </w:tc>
      </w:tr>
      <w:tr w:rsidR="00697865" w14:paraId="390DE4A4" w14:textId="77777777" w:rsidTr="008D53CA">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F37E447" w14:textId="77777777" w:rsidR="00697865" w:rsidRPr="0094394F" w:rsidRDefault="00697865" w:rsidP="008D53CA">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E3D4AAB" w14:textId="77777777" w:rsidR="00697865" w:rsidRPr="0094394F" w:rsidRDefault="00697865" w:rsidP="008D53CA">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066318D" w14:textId="77777777" w:rsidR="00697865" w:rsidRPr="0094394F" w:rsidRDefault="00697865" w:rsidP="008D53CA">
            <w:pPr>
              <w:jc w:val="center"/>
              <w:rPr>
                <w:szCs w:val="20"/>
              </w:rPr>
            </w:pPr>
            <w:r w:rsidRPr="0094394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B87C73D" w14:textId="77777777" w:rsidR="00697865" w:rsidRPr="0094394F" w:rsidRDefault="00697865" w:rsidP="008D53CA">
            <w:pPr>
              <w:jc w:val="center"/>
              <w:rPr>
                <w:szCs w:val="20"/>
              </w:rPr>
            </w:pPr>
            <w:r w:rsidRPr="0094394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2F340E8" w14:textId="77777777" w:rsidR="00697865" w:rsidRPr="0094394F" w:rsidRDefault="00697865" w:rsidP="008D53CA">
            <w:pPr>
              <w:jc w:val="center"/>
              <w:rPr>
                <w:szCs w:val="20"/>
              </w:rPr>
            </w:pPr>
            <w:r w:rsidRPr="0094394F">
              <w:rPr>
                <w:b/>
                <w:color w:val="000000"/>
                <w:szCs w:val="20"/>
              </w:rPr>
              <w:t>NC</w:t>
            </w:r>
          </w:p>
        </w:tc>
      </w:tr>
      <w:tr w:rsidR="00697865" w:rsidRPr="00637056" w14:paraId="70D4F673" w14:textId="77777777" w:rsidTr="008D53CA">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0931AE" w14:textId="73BDB3BE" w:rsidR="00697865" w:rsidRPr="0094394F" w:rsidRDefault="00697865" w:rsidP="008D53CA">
            <w:pPr>
              <w:jc w:val="center"/>
              <w:rPr>
                <w:szCs w:val="20"/>
                <w:lang w:val="es-PY"/>
              </w:rPr>
            </w:pPr>
            <w:r w:rsidRPr="00CA67AF">
              <w:rPr>
                <w:b/>
                <w:color w:val="000000"/>
                <w:szCs w:val="20"/>
                <w:lang w:val="es-PY"/>
              </w:rPr>
              <w:t>Impacto de la prod</w:t>
            </w:r>
            <w:r>
              <w:rPr>
                <w:b/>
                <w:color w:val="000000"/>
                <w:szCs w:val="20"/>
                <w:lang w:val="es-PY"/>
              </w:rPr>
              <w:t>ucción científica y su difusión</w:t>
            </w:r>
            <w:r w:rsidRPr="00CA67AF">
              <w:rPr>
                <w:b/>
                <w:color w:val="FF0000"/>
                <w:szCs w:val="20"/>
                <w:lang w:val="es-PY"/>
              </w:rPr>
              <w:br/>
            </w:r>
            <w:r w:rsidRPr="007954AB">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C3D2B4" w14:textId="1ACAC92B" w:rsidR="00697865" w:rsidRPr="0094394F" w:rsidRDefault="00697865" w:rsidP="008D53CA">
            <w:pPr>
              <w:jc w:val="both"/>
              <w:rPr>
                <w:szCs w:val="20"/>
                <w:lang w:val="es-PY"/>
              </w:rPr>
            </w:pPr>
            <w:r w:rsidRPr="0094394F">
              <w:rPr>
                <w:color w:val="000000"/>
                <w:szCs w:val="20"/>
                <w:lang w:val="es-PY"/>
              </w:rPr>
              <w:t xml:space="preserve">a. </w:t>
            </w:r>
            <w:r w:rsidRPr="00CA67AF">
              <w:rPr>
                <w:color w:val="000000"/>
                <w:szCs w:val="20"/>
                <w:lang w:val="es-PY"/>
              </w:rPr>
              <w:t>El programa promueve la publicación de resultados de investigación en revistas indexadas.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F770BD8" w14:textId="77777777" w:rsidR="00697865" w:rsidRPr="0094394F" w:rsidRDefault="00697865"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0E501C" w14:textId="77777777" w:rsidR="00697865" w:rsidRPr="0094394F" w:rsidRDefault="00697865"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2418B7" w14:textId="77777777" w:rsidR="00697865" w:rsidRPr="0094394F" w:rsidRDefault="00697865" w:rsidP="008D53CA">
            <w:pPr>
              <w:jc w:val="center"/>
              <w:rPr>
                <w:szCs w:val="20"/>
                <w:lang w:val="es-PY"/>
              </w:rPr>
            </w:pPr>
          </w:p>
        </w:tc>
      </w:tr>
      <w:tr w:rsidR="00697865" w:rsidRPr="00637056" w14:paraId="42FA8568" w14:textId="77777777" w:rsidTr="008D53CA">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FF8F0B" w14:textId="77777777" w:rsidR="00697865" w:rsidRPr="0094394F" w:rsidRDefault="00697865"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1F56D0" w14:textId="08A594A9" w:rsidR="00697865" w:rsidRPr="0094394F" w:rsidRDefault="00697865" w:rsidP="008D53CA">
            <w:pPr>
              <w:jc w:val="both"/>
              <w:rPr>
                <w:color w:val="FF0000"/>
                <w:szCs w:val="20"/>
                <w:lang w:val="es-PY"/>
              </w:rPr>
            </w:pPr>
            <w:r w:rsidRPr="0094394F">
              <w:rPr>
                <w:color w:val="000000"/>
                <w:szCs w:val="20"/>
                <w:lang w:val="es-PY"/>
              </w:rPr>
              <w:t xml:space="preserve">b. </w:t>
            </w:r>
            <w:r w:rsidRPr="00CA67AF">
              <w:rPr>
                <w:color w:val="000000"/>
                <w:szCs w:val="20"/>
                <w:lang w:val="es-PY"/>
              </w:rPr>
              <w:t>Los doctorandos participan en congresos científicos nacionales e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523DC9" w14:textId="77777777" w:rsidR="00697865" w:rsidRPr="0094394F" w:rsidRDefault="00697865"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A1901CA" w14:textId="77777777" w:rsidR="00697865" w:rsidRPr="0094394F" w:rsidRDefault="00697865"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667DF2" w14:textId="77777777" w:rsidR="00697865" w:rsidRPr="0094394F" w:rsidRDefault="00697865" w:rsidP="008D53CA">
            <w:pPr>
              <w:jc w:val="center"/>
              <w:rPr>
                <w:szCs w:val="20"/>
                <w:lang w:val="es-PY"/>
              </w:rPr>
            </w:pPr>
          </w:p>
        </w:tc>
      </w:tr>
      <w:tr w:rsidR="00697865" w:rsidRPr="00637056" w14:paraId="4723523E" w14:textId="77777777" w:rsidTr="008D53CA">
        <w:trPr>
          <w:cantSplit/>
          <w:trHeight w:val="44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DCAE1E" w14:textId="77777777" w:rsidR="00697865" w:rsidRPr="0094394F" w:rsidRDefault="00697865"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106560" w14:textId="497AD4DC" w:rsidR="00697865" w:rsidRPr="0094394F" w:rsidRDefault="00697865" w:rsidP="008D53CA">
            <w:pPr>
              <w:jc w:val="both"/>
              <w:rPr>
                <w:szCs w:val="20"/>
                <w:lang w:val="es-PY"/>
              </w:rPr>
            </w:pPr>
            <w:r w:rsidRPr="0094394F">
              <w:rPr>
                <w:color w:val="000000"/>
                <w:szCs w:val="20"/>
                <w:lang w:val="es-PY"/>
              </w:rPr>
              <w:t xml:space="preserve">c. </w:t>
            </w:r>
            <w:r w:rsidRPr="00CA67AF">
              <w:rPr>
                <w:color w:val="000000"/>
                <w:szCs w:val="20"/>
                <w:lang w:val="es-PY"/>
              </w:rPr>
              <w:t>Se registran productos de investigación durante el trayecto formativo (artículos, ponencias, libros).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0E01B8" w14:textId="77777777" w:rsidR="00697865" w:rsidRPr="0094394F" w:rsidRDefault="00697865"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64D4C5" w14:textId="77777777" w:rsidR="00697865" w:rsidRPr="0094394F" w:rsidRDefault="00697865"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437D1B" w14:textId="77777777" w:rsidR="00697865" w:rsidRPr="0094394F" w:rsidRDefault="00697865" w:rsidP="008D53CA">
            <w:pPr>
              <w:jc w:val="center"/>
              <w:rPr>
                <w:szCs w:val="20"/>
                <w:lang w:val="es-PY"/>
              </w:rPr>
            </w:pPr>
          </w:p>
        </w:tc>
      </w:tr>
      <w:tr w:rsidR="00697865" w:rsidRPr="00637056" w14:paraId="064E9DE0" w14:textId="77777777" w:rsidTr="008D53CA">
        <w:trPr>
          <w:cantSplit/>
          <w:trHeight w:val="42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1701C5" w14:textId="77777777" w:rsidR="00697865" w:rsidRPr="0094394F" w:rsidRDefault="00697865"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AABB5F6" w14:textId="77214062" w:rsidR="00697865" w:rsidRPr="0094394F" w:rsidRDefault="00697865" w:rsidP="008D53CA">
            <w:pPr>
              <w:jc w:val="both"/>
              <w:rPr>
                <w:szCs w:val="20"/>
                <w:lang w:val="es-PY"/>
              </w:rPr>
            </w:pPr>
            <w:r w:rsidRPr="0094394F">
              <w:rPr>
                <w:color w:val="000000"/>
                <w:szCs w:val="20"/>
                <w:lang w:val="es-PY"/>
              </w:rPr>
              <w:t xml:space="preserve">d. </w:t>
            </w:r>
            <w:r w:rsidRPr="00CA67AF">
              <w:rPr>
                <w:color w:val="000000"/>
                <w:szCs w:val="20"/>
                <w:lang w:val="es-PY"/>
              </w:rPr>
              <w:t>Se fomenta la coautoría tutor-doctorando.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707E94" w14:textId="77777777" w:rsidR="00697865" w:rsidRPr="0094394F" w:rsidRDefault="00697865"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B4AFEE" w14:textId="77777777" w:rsidR="00697865" w:rsidRPr="0094394F" w:rsidRDefault="00697865"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CE3831" w14:textId="77777777" w:rsidR="00697865" w:rsidRPr="0094394F" w:rsidRDefault="00697865" w:rsidP="008D53CA">
            <w:pPr>
              <w:jc w:val="center"/>
              <w:rPr>
                <w:szCs w:val="20"/>
                <w:lang w:val="es-PY"/>
              </w:rPr>
            </w:pPr>
          </w:p>
        </w:tc>
      </w:tr>
      <w:tr w:rsidR="00697865" w:rsidRPr="00637056" w14:paraId="77FA169D" w14:textId="77777777" w:rsidTr="008D53CA">
        <w:trPr>
          <w:cantSplit/>
          <w:trHeight w:val="435"/>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B4756" w14:textId="77777777" w:rsidR="00697865" w:rsidRPr="0094394F" w:rsidRDefault="00697865"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BC611E" w14:textId="754CA77F" w:rsidR="00697865" w:rsidRPr="0094394F" w:rsidRDefault="00697865" w:rsidP="008D53CA">
            <w:pPr>
              <w:jc w:val="both"/>
              <w:rPr>
                <w:szCs w:val="20"/>
                <w:lang w:val="es-PY"/>
              </w:rPr>
            </w:pPr>
            <w:r w:rsidRPr="0094394F">
              <w:rPr>
                <w:color w:val="000000"/>
                <w:szCs w:val="20"/>
                <w:lang w:val="es-PY"/>
              </w:rPr>
              <w:t>e</w:t>
            </w:r>
            <w:r w:rsidRPr="00FB4D9C">
              <w:rPr>
                <w:color w:val="000000"/>
                <w:szCs w:val="20"/>
                <w:lang w:val="es-PY"/>
              </w:rPr>
              <w:t>.</w:t>
            </w:r>
            <w:r w:rsidRPr="00CA67AF">
              <w:rPr>
                <w:color w:val="000000"/>
                <w:szCs w:val="20"/>
                <w:lang w:val="es-PY"/>
              </w:rPr>
              <w:t xml:space="preserve"> Existen mecanismos institucionales de difusión y acceso abierto.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DE6A28C" w14:textId="77777777" w:rsidR="00697865" w:rsidRPr="0094394F" w:rsidRDefault="00697865"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F6CF5E" w14:textId="77777777" w:rsidR="00697865" w:rsidRPr="0094394F" w:rsidRDefault="00697865"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7E2263" w14:textId="77777777" w:rsidR="00697865" w:rsidRPr="0094394F" w:rsidRDefault="00697865" w:rsidP="008D53CA">
            <w:pPr>
              <w:jc w:val="center"/>
              <w:rPr>
                <w:szCs w:val="20"/>
                <w:lang w:val="es-PY"/>
              </w:rPr>
            </w:pPr>
          </w:p>
        </w:tc>
      </w:tr>
      <w:tr w:rsidR="00697865" w:rsidRPr="00637056" w14:paraId="530BA2F3" w14:textId="77777777" w:rsidTr="008D53CA">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0427F8B" w14:textId="77777777" w:rsidR="00697865" w:rsidRPr="0094394F" w:rsidRDefault="00697865" w:rsidP="008D53CA">
            <w:pPr>
              <w:jc w:val="center"/>
              <w:rPr>
                <w:szCs w:val="20"/>
                <w:lang w:val="es-PY"/>
              </w:rPr>
            </w:pPr>
            <w:r w:rsidRPr="0094394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223D0BD" w14:textId="77777777" w:rsidR="00697865" w:rsidRPr="0094394F" w:rsidRDefault="00697865" w:rsidP="008D53CA">
            <w:pPr>
              <w:jc w:val="center"/>
              <w:rPr>
                <w:szCs w:val="20"/>
                <w:lang w:val="es-PY"/>
              </w:rPr>
            </w:pPr>
          </w:p>
        </w:tc>
      </w:tr>
      <w:tr w:rsidR="00697865" w14:paraId="198514F6" w14:textId="77777777" w:rsidTr="008D53CA">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0771847" w14:textId="77777777" w:rsidR="00697865" w:rsidRPr="0094394F" w:rsidRDefault="00697865" w:rsidP="008D53CA">
            <w:pPr>
              <w:jc w:val="center"/>
              <w:rPr>
                <w:szCs w:val="20"/>
                <w:lang w:val="es-PY"/>
              </w:rPr>
            </w:pPr>
            <w:r w:rsidRPr="0094394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3EB00A8" w14:textId="77777777" w:rsidR="00697865" w:rsidRPr="0094394F" w:rsidRDefault="00697865" w:rsidP="008D53CA">
            <w:pPr>
              <w:jc w:val="center"/>
              <w:rPr>
                <w:szCs w:val="20"/>
              </w:rPr>
            </w:pPr>
            <w:proofErr w:type="spellStart"/>
            <w:r w:rsidRPr="0094394F">
              <w:rPr>
                <w:b/>
                <w:color w:val="000000"/>
                <w:szCs w:val="20"/>
              </w:rPr>
              <w:t>Medios</w:t>
            </w:r>
            <w:proofErr w:type="spellEnd"/>
            <w:r w:rsidRPr="0094394F">
              <w:rPr>
                <w:b/>
                <w:color w:val="000000"/>
                <w:szCs w:val="20"/>
              </w:rPr>
              <w:t xml:space="preserve"> de </w:t>
            </w:r>
            <w:proofErr w:type="spellStart"/>
            <w:r w:rsidRPr="0094394F">
              <w:rPr>
                <w:b/>
                <w:color w:val="000000"/>
                <w:szCs w:val="20"/>
              </w:rPr>
              <w:t>verificación</w:t>
            </w:r>
            <w:proofErr w:type="spellEnd"/>
          </w:p>
        </w:tc>
      </w:tr>
      <w:tr w:rsidR="00697865" w14:paraId="119E9922" w14:textId="77777777" w:rsidTr="008D53CA">
        <w:trPr>
          <w:cantSplit/>
          <w:trHeight w:hRule="exact" w:val="7489"/>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181DDFD" w14:textId="77777777" w:rsidR="00697865" w:rsidRDefault="00697865" w:rsidP="008D53CA">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E2DE45E" w14:textId="77777777" w:rsidR="00697865" w:rsidRDefault="00697865" w:rsidP="008D53CA">
            <w:pPr>
              <w:jc w:val="both"/>
            </w:pPr>
          </w:p>
        </w:tc>
      </w:tr>
    </w:tbl>
    <w:p w14:paraId="42FC3091" w14:textId="7F307051" w:rsidR="005A1596" w:rsidRDefault="00643CF3" w:rsidP="00697865">
      <w:pPr>
        <w:spacing w:after="200" w:line="276" w:lineRule="auto"/>
      </w:pPr>
      <w:r>
        <w:br w:type="page"/>
      </w:r>
    </w:p>
    <w:tbl>
      <w:tblPr>
        <w:tblW w:w="9792" w:type="dxa"/>
        <w:jc w:val="center"/>
        <w:tblCellMar>
          <w:left w:w="70" w:type="dxa"/>
          <w:right w:w="70" w:type="dxa"/>
        </w:tblCellMar>
        <w:tblLook w:val="04A0" w:firstRow="1" w:lastRow="0" w:firstColumn="1" w:lastColumn="0" w:noHBand="0" w:noVBand="1"/>
      </w:tblPr>
      <w:tblGrid>
        <w:gridCol w:w="4967"/>
        <w:gridCol w:w="4825"/>
      </w:tblGrid>
      <w:tr w:rsidR="005A1596" w:rsidRPr="00637056" w14:paraId="31D1D9D7" w14:textId="77777777" w:rsidTr="00821777">
        <w:trPr>
          <w:trHeight w:val="303"/>
          <w:jc w:val="center"/>
        </w:trPr>
        <w:tc>
          <w:tcPr>
            <w:tcW w:w="9792"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5FE00FFA" w14:textId="77777777" w:rsidR="005A1596" w:rsidRPr="00F34DB9" w:rsidRDefault="005A1596" w:rsidP="008D53CA">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5A1596" w:rsidRPr="00DC5782" w14:paraId="30A9D1EC" w14:textId="77777777" w:rsidTr="00821777">
        <w:trPr>
          <w:trHeight w:val="303"/>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5A9ED5C9" w14:textId="77777777" w:rsidR="005A1596" w:rsidRPr="00840DB4" w:rsidRDefault="005A1596" w:rsidP="008D53CA">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1A7C6134" w14:textId="77777777" w:rsidR="005A1596" w:rsidRPr="00840DB4" w:rsidRDefault="005A1596" w:rsidP="008D53CA">
            <w:pPr>
              <w:jc w:val="center"/>
              <w:rPr>
                <w:rFonts w:eastAsia="Times New Roman" w:cs="Arial"/>
                <w:b/>
                <w:bCs/>
                <w:lang w:val="es-PY" w:eastAsia="es-PY"/>
              </w:rPr>
            </w:pPr>
            <w:r w:rsidRPr="00840DB4">
              <w:rPr>
                <w:b/>
                <w:bCs/>
                <w:lang w:val="es-PY" w:eastAsia="es-PY"/>
              </w:rPr>
              <w:t>Debilidades</w:t>
            </w:r>
          </w:p>
        </w:tc>
      </w:tr>
      <w:tr w:rsidR="005A1596" w:rsidRPr="007A4CF2" w14:paraId="5AAB0C3B" w14:textId="77777777" w:rsidTr="00821777">
        <w:trPr>
          <w:cantSplit/>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245990C5" w14:textId="77777777" w:rsidR="005A1596" w:rsidRDefault="005A1596" w:rsidP="006A537F">
            <w:pPr>
              <w:jc w:val="both"/>
              <w:rPr>
                <w:rFonts w:eastAsia="Times New Roman" w:cs="Arial"/>
                <w:szCs w:val="20"/>
                <w:lang w:val="es-PY" w:eastAsia="es-PY"/>
              </w:rPr>
            </w:pPr>
          </w:p>
          <w:p w14:paraId="1B13A19F" w14:textId="77777777" w:rsidR="005A1596" w:rsidRDefault="005A1596" w:rsidP="006A537F">
            <w:pPr>
              <w:jc w:val="both"/>
              <w:rPr>
                <w:rFonts w:eastAsia="Times New Roman" w:cs="Arial"/>
                <w:szCs w:val="20"/>
                <w:lang w:val="es-PY" w:eastAsia="es-PY"/>
              </w:rPr>
            </w:pPr>
          </w:p>
          <w:p w14:paraId="5B2C123F" w14:textId="77777777" w:rsidR="005A1596" w:rsidRDefault="005A1596" w:rsidP="006A537F">
            <w:pPr>
              <w:jc w:val="both"/>
              <w:rPr>
                <w:rFonts w:eastAsia="Times New Roman" w:cs="Arial"/>
                <w:szCs w:val="20"/>
                <w:lang w:val="es-PY" w:eastAsia="es-PY"/>
              </w:rPr>
            </w:pPr>
          </w:p>
          <w:p w14:paraId="44C4F1A6" w14:textId="77777777" w:rsidR="005A1596" w:rsidRDefault="005A1596" w:rsidP="006A537F">
            <w:pPr>
              <w:jc w:val="both"/>
              <w:rPr>
                <w:rFonts w:eastAsia="Times New Roman" w:cs="Arial"/>
                <w:szCs w:val="20"/>
                <w:lang w:val="es-PY" w:eastAsia="es-PY"/>
              </w:rPr>
            </w:pPr>
          </w:p>
          <w:p w14:paraId="52774352" w14:textId="77777777" w:rsidR="005A1596" w:rsidRDefault="005A1596" w:rsidP="006A537F">
            <w:pPr>
              <w:jc w:val="both"/>
              <w:rPr>
                <w:rFonts w:eastAsia="Times New Roman" w:cs="Arial"/>
                <w:szCs w:val="20"/>
                <w:lang w:val="es-PY" w:eastAsia="es-PY"/>
              </w:rPr>
            </w:pPr>
          </w:p>
          <w:p w14:paraId="445E8EB5" w14:textId="77777777" w:rsidR="005A1596" w:rsidRDefault="005A1596" w:rsidP="006A537F">
            <w:pPr>
              <w:jc w:val="both"/>
              <w:rPr>
                <w:rFonts w:eastAsia="Times New Roman" w:cs="Arial"/>
                <w:szCs w:val="20"/>
                <w:lang w:val="es-PY" w:eastAsia="es-PY"/>
              </w:rPr>
            </w:pPr>
          </w:p>
          <w:p w14:paraId="7A95A17F" w14:textId="77777777" w:rsidR="005A1596" w:rsidRDefault="005A1596" w:rsidP="006A537F">
            <w:pPr>
              <w:jc w:val="both"/>
              <w:rPr>
                <w:rFonts w:eastAsia="Times New Roman" w:cs="Arial"/>
                <w:szCs w:val="20"/>
                <w:lang w:val="es-PY" w:eastAsia="es-PY"/>
              </w:rPr>
            </w:pPr>
          </w:p>
          <w:p w14:paraId="59618CFB" w14:textId="77777777" w:rsidR="005A1596" w:rsidRDefault="005A1596" w:rsidP="006A537F">
            <w:pPr>
              <w:jc w:val="both"/>
              <w:rPr>
                <w:rFonts w:eastAsia="Times New Roman" w:cs="Arial"/>
                <w:szCs w:val="20"/>
                <w:lang w:val="es-PY" w:eastAsia="es-PY"/>
              </w:rPr>
            </w:pPr>
          </w:p>
          <w:p w14:paraId="0E6A5F2A" w14:textId="77777777" w:rsidR="005A1596" w:rsidRDefault="005A1596" w:rsidP="006A537F">
            <w:pPr>
              <w:jc w:val="both"/>
              <w:rPr>
                <w:rFonts w:eastAsia="Times New Roman" w:cs="Arial"/>
                <w:szCs w:val="20"/>
                <w:lang w:val="es-PY" w:eastAsia="es-PY"/>
              </w:rPr>
            </w:pPr>
          </w:p>
          <w:p w14:paraId="21D189E7" w14:textId="77777777" w:rsidR="005A1596" w:rsidRDefault="005A1596" w:rsidP="006A537F">
            <w:pPr>
              <w:jc w:val="both"/>
              <w:rPr>
                <w:rFonts w:eastAsia="Times New Roman" w:cs="Arial"/>
                <w:szCs w:val="20"/>
                <w:lang w:val="es-PY" w:eastAsia="es-PY"/>
              </w:rPr>
            </w:pPr>
          </w:p>
          <w:p w14:paraId="7EA42CDE" w14:textId="77777777" w:rsidR="005A1596" w:rsidRDefault="005A1596" w:rsidP="006A537F">
            <w:pPr>
              <w:jc w:val="both"/>
              <w:rPr>
                <w:rFonts w:eastAsia="Times New Roman" w:cs="Arial"/>
                <w:szCs w:val="20"/>
                <w:lang w:val="es-PY" w:eastAsia="es-PY"/>
              </w:rPr>
            </w:pPr>
          </w:p>
          <w:p w14:paraId="7B5A4B90" w14:textId="77777777" w:rsidR="005A1596" w:rsidRDefault="005A1596" w:rsidP="006A537F">
            <w:pPr>
              <w:jc w:val="both"/>
              <w:rPr>
                <w:rFonts w:eastAsia="Times New Roman" w:cs="Arial"/>
                <w:szCs w:val="20"/>
                <w:lang w:val="es-PY" w:eastAsia="es-PY"/>
              </w:rPr>
            </w:pPr>
          </w:p>
          <w:p w14:paraId="5211CA86" w14:textId="77777777" w:rsidR="005A1596" w:rsidRDefault="005A1596" w:rsidP="006A537F">
            <w:pPr>
              <w:jc w:val="both"/>
              <w:rPr>
                <w:rFonts w:eastAsia="Times New Roman" w:cs="Arial"/>
                <w:szCs w:val="20"/>
                <w:lang w:val="es-PY" w:eastAsia="es-PY"/>
              </w:rPr>
            </w:pPr>
          </w:p>
          <w:p w14:paraId="0F935039" w14:textId="77777777" w:rsidR="005A1596" w:rsidRDefault="005A1596" w:rsidP="006A537F">
            <w:pPr>
              <w:jc w:val="both"/>
              <w:rPr>
                <w:rFonts w:eastAsia="Times New Roman" w:cs="Arial"/>
                <w:szCs w:val="20"/>
                <w:lang w:val="es-PY" w:eastAsia="es-PY"/>
              </w:rPr>
            </w:pPr>
          </w:p>
          <w:p w14:paraId="21795082" w14:textId="77777777" w:rsidR="005A1596" w:rsidRDefault="005A1596" w:rsidP="006A537F">
            <w:pPr>
              <w:jc w:val="both"/>
              <w:rPr>
                <w:rFonts w:eastAsia="Times New Roman" w:cs="Arial"/>
                <w:szCs w:val="20"/>
                <w:lang w:val="es-PY" w:eastAsia="es-PY"/>
              </w:rPr>
            </w:pPr>
          </w:p>
          <w:p w14:paraId="46124EBD" w14:textId="77777777" w:rsidR="005A1596" w:rsidRDefault="005A1596" w:rsidP="006A537F">
            <w:pPr>
              <w:jc w:val="both"/>
              <w:rPr>
                <w:rFonts w:eastAsia="Times New Roman" w:cs="Arial"/>
                <w:szCs w:val="20"/>
                <w:lang w:val="es-PY" w:eastAsia="es-PY"/>
              </w:rPr>
            </w:pPr>
          </w:p>
          <w:p w14:paraId="47637563" w14:textId="77777777" w:rsidR="005A1596" w:rsidRDefault="005A1596" w:rsidP="006A537F">
            <w:pPr>
              <w:jc w:val="both"/>
              <w:rPr>
                <w:rFonts w:eastAsia="Times New Roman" w:cs="Arial"/>
                <w:szCs w:val="20"/>
                <w:lang w:val="es-PY" w:eastAsia="es-PY"/>
              </w:rPr>
            </w:pPr>
          </w:p>
          <w:p w14:paraId="4D9B30CE" w14:textId="77777777" w:rsidR="005A1596" w:rsidRDefault="005A1596" w:rsidP="006A537F">
            <w:pPr>
              <w:jc w:val="both"/>
              <w:rPr>
                <w:rFonts w:eastAsia="Times New Roman" w:cs="Arial"/>
                <w:szCs w:val="20"/>
                <w:lang w:val="es-PY" w:eastAsia="es-PY"/>
              </w:rPr>
            </w:pPr>
          </w:p>
          <w:p w14:paraId="55AC2082" w14:textId="77777777" w:rsidR="005A1596" w:rsidRDefault="005A1596" w:rsidP="006A537F">
            <w:pPr>
              <w:jc w:val="both"/>
              <w:rPr>
                <w:rFonts w:eastAsia="Times New Roman" w:cs="Arial"/>
                <w:szCs w:val="20"/>
                <w:lang w:val="es-PY" w:eastAsia="es-PY"/>
              </w:rPr>
            </w:pPr>
          </w:p>
          <w:p w14:paraId="4767F49E" w14:textId="77777777" w:rsidR="005A1596" w:rsidRDefault="005A1596" w:rsidP="006A537F">
            <w:pPr>
              <w:jc w:val="both"/>
              <w:rPr>
                <w:rFonts w:eastAsia="Times New Roman" w:cs="Arial"/>
                <w:szCs w:val="20"/>
                <w:lang w:val="es-PY" w:eastAsia="es-PY"/>
              </w:rPr>
            </w:pPr>
          </w:p>
          <w:p w14:paraId="7A201F9F" w14:textId="77777777" w:rsidR="005A1596" w:rsidRDefault="005A1596" w:rsidP="006A537F">
            <w:pPr>
              <w:jc w:val="both"/>
              <w:rPr>
                <w:rFonts w:eastAsia="Times New Roman" w:cs="Arial"/>
                <w:szCs w:val="20"/>
                <w:lang w:val="es-PY" w:eastAsia="es-PY"/>
              </w:rPr>
            </w:pPr>
          </w:p>
          <w:p w14:paraId="3D6A08E1" w14:textId="77777777" w:rsidR="005A1596" w:rsidRPr="00F2657F" w:rsidRDefault="005A1596" w:rsidP="006A537F">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7E36BCB" w14:textId="6B5FAA04" w:rsidR="005A1596" w:rsidRPr="00F2657F" w:rsidRDefault="005A1596" w:rsidP="006A537F">
            <w:pPr>
              <w:contextualSpacing/>
              <w:jc w:val="both"/>
              <w:rPr>
                <w:rFonts w:eastAsia="Times New Roman" w:cs="Arial"/>
                <w:szCs w:val="20"/>
                <w:lang w:val="es-PY" w:eastAsia="es-PY"/>
              </w:rPr>
            </w:pPr>
          </w:p>
        </w:tc>
      </w:tr>
      <w:tr w:rsidR="005A1596" w:rsidRPr="00DC5782" w14:paraId="1ABC962F" w14:textId="77777777" w:rsidTr="00821777">
        <w:trPr>
          <w:trHeight w:val="303"/>
          <w:jc w:val="center"/>
        </w:trPr>
        <w:tc>
          <w:tcPr>
            <w:tcW w:w="9792"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6F012A31" w14:textId="77777777" w:rsidR="005A1596" w:rsidRPr="00F34DB9" w:rsidRDefault="005A1596" w:rsidP="008D53CA">
            <w:pPr>
              <w:contextualSpacing/>
              <w:jc w:val="center"/>
              <w:rPr>
                <w:rFonts w:eastAsia="Times New Roman" w:cs="Arial"/>
                <w:color w:val="FFFFFF" w:themeColor="background1"/>
                <w:lang w:val="es-PY" w:eastAsia="es-PY"/>
              </w:rPr>
            </w:pPr>
            <w:proofErr w:type="spellStart"/>
            <w:r w:rsidRPr="00F34DB9">
              <w:rPr>
                <w:b/>
                <w:color w:val="FFFFFF" w:themeColor="background1"/>
              </w:rPr>
              <w:t>Oportunidades</w:t>
            </w:r>
            <w:proofErr w:type="spellEnd"/>
            <w:r w:rsidRPr="00F34DB9">
              <w:rPr>
                <w:b/>
                <w:color w:val="FFFFFF" w:themeColor="background1"/>
              </w:rPr>
              <w:t xml:space="preserve"> de </w:t>
            </w:r>
            <w:proofErr w:type="spellStart"/>
            <w:r w:rsidRPr="00F34DB9">
              <w:rPr>
                <w:b/>
                <w:color w:val="FFFFFF" w:themeColor="background1"/>
              </w:rPr>
              <w:t>mejora</w:t>
            </w:r>
            <w:proofErr w:type="spellEnd"/>
          </w:p>
        </w:tc>
      </w:tr>
      <w:tr w:rsidR="005A1596" w:rsidRPr="007A4CF2" w14:paraId="34779A1A" w14:textId="77777777" w:rsidTr="00821777">
        <w:trPr>
          <w:trHeight w:val="6354"/>
          <w:jc w:val="center"/>
        </w:trPr>
        <w:tc>
          <w:tcPr>
            <w:tcW w:w="9792"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44FAB68" w14:textId="77777777" w:rsidR="005A1596" w:rsidRDefault="005A1596" w:rsidP="008D53CA">
            <w:pPr>
              <w:contextualSpacing/>
              <w:rPr>
                <w:rFonts w:eastAsia="Times New Roman" w:cs="Arial"/>
                <w:color w:val="000000"/>
                <w:lang w:val="es-PY" w:eastAsia="es-PY"/>
              </w:rPr>
            </w:pPr>
          </w:p>
          <w:p w14:paraId="2F6FAF5E" w14:textId="77777777" w:rsidR="005A1596" w:rsidRDefault="005A1596" w:rsidP="008D53CA">
            <w:pPr>
              <w:contextualSpacing/>
              <w:rPr>
                <w:rFonts w:eastAsia="Times New Roman" w:cs="Arial"/>
                <w:color w:val="000000"/>
                <w:lang w:val="es-PY" w:eastAsia="es-PY"/>
              </w:rPr>
            </w:pPr>
          </w:p>
          <w:p w14:paraId="6AA762EA" w14:textId="77777777" w:rsidR="005A1596" w:rsidRDefault="005A1596" w:rsidP="008D53CA">
            <w:pPr>
              <w:contextualSpacing/>
              <w:rPr>
                <w:rFonts w:eastAsia="Times New Roman" w:cs="Arial"/>
                <w:color w:val="000000"/>
                <w:lang w:val="es-PY" w:eastAsia="es-PY"/>
              </w:rPr>
            </w:pPr>
          </w:p>
          <w:p w14:paraId="328AACEF" w14:textId="77777777" w:rsidR="005A1596" w:rsidRDefault="005A1596" w:rsidP="008D53CA">
            <w:pPr>
              <w:contextualSpacing/>
              <w:rPr>
                <w:rFonts w:eastAsia="Times New Roman" w:cs="Arial"/>
                <w:color w:val="000000"/>
                <w:lang w:val="es-PY" w:eastAsia="es-PY"/>
              </w:rPr>
            </w:pPr>
          </w:p>
          <w:p w14:paraId="0D192551" w14:textId="77777777" w:rsidR="005A1596" w:rsidRDefault="005A1596" w:rsidP="008D53CA">
            <w:pPr>
              <w:contextualSpacing/>
              <w:rPr>
                <w:rFonts w:eastAsia="Times New Roman" w:cs="Arial"/>
                <w:color w:val="000000"/>
                <w:lang w:val="es-PY" w:eastAsia="es-PY"/>
              </w:rPr>
            </w:pPr>
          </w:p>
          <w:p w14:paraId="18B95BC3" w14:textId="77777777" w:rsidR="005A1596" w:rsidRDefault="005A1596" w:rsidP="008D53CA">
            <w:pPr>
              <w:contextualSpacing/>
              <w:rPr>
                <w:rFonts w:eastAsia="Times New Roman" w:cs="Arial"/>
                <w:color w:val="000000"/>
                <w:lang w:val="es-PY" w:eastAsia="es-PY"/>
              </w:rPr>
            </w:pPr>
          </w:p>
          <w:p w14:paraId="1A01F852" w14:textId="77777777" w:rsidR="005A1596" w:rsidRDefault="005A1596" w:rsidP="008D53CA">
            <w:pPr>
              <w:contextualSpacing/>
              <w:rPr>
                <w:rFonts w:eastAsia="Times New Roman" w:cs="Arial"/>
                <w:color w:val="000000"/>
                <w:lang w:val="es-PY" w:eastAsia="es-PY"/>
              </w:rPr>
            </w:pPr>
          </w:p>
          <w:p w14:paraId="58A02945" w14:textId="77777777" w:rsidR="005A1596" w:rsidRDefault="005A1596" w:rsidP="008D53CA">
            <w:pPr>
              <w:contextualSpacing/>
              <w:rPr>
                <w:rFonts w:eastAsia="Times New Roman" w:cs="Arial"/>
                <w:color w:val="000000"/>
                <w:lang w:val="es-PY" w:eastAsia="es-PY"/>
              </w:rPr>
            </w:pPr>
          </w:p>
          <w:p w14:paraId="135C20D9" w14:textId="77777777" w:rsidR="005A1596" w:rsidRDefault="005A1596" w:rsidP="008D53CA">
            <w:pPr>
              <w:contextualSpacing/>
              <w:rPr>
                <w:rFonts w:eastAsia="Times New Roman" w:cs="Arial"/>
                <w:color w:val="000000"/>
                <w:lang w:val="es-PY" w:eastAsia="es-PY"/>
              </w:rPr>
            </w:pPr>
          </w:p>
          <w:p w14:paraId="5064E412" w14:textId="77777777" w:rsidR="005A1596" w:rsidRDefault="005A1596" w:rsidP="008D53CA">
            <w:pPr>
              <w:contextualSpacing/>
              <w:rPr>
                <w:rFonts w:eastAsia="Times New Roman" w:cs="Arial"/>
                <w:color w:val="000000"/>
                <w:lang w:val="es-PY" w:eastAsia="es-PY"/>
              </w:rPr>
            </w:pPr>
          </w:p>
          <w:p w14:paraId="498E6C11" w14:textId="77777777" w:rsidR="005A1596" w:rsidRDefault="005A1596" w:rsidP="008D53CA">
            <w:pPr>
              <w:contextualSpacing/>
              <w:rPr>
                <w:rFonts w:eastAsia="Times New Roman" w:cs="Arial"/>
                <w:color w:val="000000"/>
                <w:lang w:val="es-PY" w:eastAsia="es-PY"/>
              </w:rPr>
            </w:pPr>
          </w:p>
          <w:p w14:paraId="77D4A6BB" w14:textId="77777777" w:rsidR="005A1596" w:rsidRDefault="005A1596" w:rsidP="008D53CA">
            <w:pPr>
              <w:contextualSpacing/>
              <w:rPr>
                <w:rFonts w:eastAsia="Times New Roman" w:cs="Arial"/>
                <w:color w:val="000000"/>
                <w:lang w:val="es-PY" w:eastAsia="es-PY"/>
              </w:rPr>
            </w:pPr>
          </w:p>
          <w:p w14:paraId="340D5CFA" w14:textId="77777777" w:rsidR="005A1596" w:rsidRDefault="005A1596" w:rsidP="008D53CA">
            <w:pPr>
              <w:contextualSpacing/>
              <w:rPr>
                <w:rFonts w:eastAsia="Times New Roman" w:cs="Arial"/>
                <w:color w:val="000000"/>
                <w:lang w:val="es-PY" w:eastAsia="es-PY"/>
              </w:rPr>
            </w:pPr>
          </w:p>
          <w:p w14:paraId="7FB4C533" w14:textId="77777777" w:rsidR="005A1596" w:rsidRDefault="005A1596" w:rsidP="008D53CA">
            <w:pPr>
              <w:contextualSpacing/>
              <w:rPr>
                <w:rFonts w:eastAsia="Times New Roman" w:cs="Arial"/>
                <w:color w:val="000000"/>
                <w:lang w:val="es-PY" w:eastAsia="es-PY"/>
              </w:rPr>
            </w:pPr>
          </w:p>
          <w:p w14:paraId="33A284DF" w14:textId="77777777" w:rsidR="005A1596" w:rsidRDefault="005A1596" w:rsidP="008D53CA">
            <w:pPr>
              <w:contextualSpacing/>
              <w:rPr>
                <w:rFonts w:eastAsia="Times New Roman" w:cs="Arial"/>
                <w:color w:val="000000"/>
                <w:lang w:val="es-PY" w:eastAsia="es-PY"/>
              </w:rPr>
            </w:pPr>
          </w:p>
          <w:p w14:paraId="5ABD3964" w14:textId="77777777" w:rsidR="005A1596" w:rsidRDefault="005A1596" w:rsidP="008D53CA">
            <w:pPr>
              <w:contextualSpacing/>
              <w:rPr>
                <w:rFonts w:eastAsia="Times New Roman" w:cs="Arial"/>
                <w:color w:val="000000"/>
                <w:lang w:val="es-PY" w:eastAsia="es-PY"/>
              </w:rPr>
            </w:pPr>
          </w:p>
          <w:p w14:paraId="12EA90A3" w14:textId="77777777" w:rsidR="005A1596" w:rsidRDefault="005A1596" w:rsidP="008D53CA">
            <w:pPr>
              <w:contextualSpacing/>
              <w:rPr>
                <w:rFonts w:eastAsia="Times New Roman" w:cs="Arial"/>
                <w:color w:val="000000"/>
                <w:lang w:val="es-PY" w:eastAsia="es-PY"/>
              </w:rPr>
            </w:pPr>
          </w:p>
          <w:p w14:paraId="6F5DD94D" w14:textId="77777777" w:rsidR="005A1596" w:rsidRDefault="005A1596" w:rsidP="008D53CA">
            <w:pPr>
              <w:contextualSpacing/>
              <w:rPr>
                <w:rFonts w:eastAsia="Times New Roman" w:cs="Arial"/>
                <w:color w:val="000000"/>
                <w:lang w:val="es-PY" w:eastAsia="es-PY"/>
              </w:rPr>
            </w:pPr>
          </w:p>
          <w:p w14:paraId="34D1BBF6" w14:textId="77777777" w:rsidR="005A1596" w:rsidRDefault="005A1596" w:rsidP="008D53CA">
            <w:pPr>
              <w:contextualSpacing/>
              <w:rPr>
                <w:rFonts w:eastAsia="Times New Roman" w:cs="Arial"/>
                <w:color w:val="000000"/>
                <w:lang w:val="es-PY" w:eastAsia="es-PY"/>
              </w:rPr>
            </w:pPr>
          </w:p>
          <w:p w14:paraId="32B5892B" w14:textId="77777777" w:rsidR="005A1596" w:rsidRDefault="005A1596" w:rsidP="008D53CA">
            <w:pPr>
              <w:contextualSpacing/>
              <w:rPr>
                <w:rFonts w:eastAsia="Times New Roman" w:cs="Arial"/>
                <w:color w:val="000000"/>
                <w:lang w:val="es-PY" w:eastAsia="es-PY"/>
              </w:rPr>
            </w:pPr>
          </w:p>
          <w:p w14:paraId="59556E8B" w14:textId="77777777" w:rsidR="005A1596" w:rsidRDefault="005A1596" w:rsidP="008D53CA">
            <w:pPr>
              <w:contextualSpacing/>
              <w:rPr>
                <w:rFonts w:eastAsia="Times New Roman" w:cs="Arial"/>
                <w:color w:val="000000"/>
                <w:lang w:val="es-PY" w:eastAsia="es-PY"/>
              </w:rPr>
            </w:pPr>
          </w:p>
          <w:p w14:paraId="3DF4CE9B" w14:textId="77777777" w:rsidR="005A1596" w:rsidRDefault="005A1596" w:rsidP="008D53CA">
            <w:pPr>
              <w:contextualSpacing/>
              <w:rPr>
                <w:rFonts w:eastAsia="Times New Roman" w:cs="Arial"/>
                <w:color w:val="000000"/>
                <w:lang w:val="es-PY" w:eastAsia="es-PY"/>
              </w:rPr>
            </w:pPr>
          </w:p>
          <w:p w14:paraId="63CDD85B" w14:textId="77777777" w:rsidR="005A1596" w:rsidRDefault="005A1596" w:rsidP="008D53CA">
            <w:pPr>
              <w:contextualSpacing/>
              <w:rPr>
                <w:rFonts w:eastAsia="Times New Roman" w:cs="Arial"/>
                <w:color w:val="000000"/>
                <w:lang w:val="es-PY" w:eastAsia="es-PY"/>
              </w:rPr>
            </w:pPr>
          </w:p>
          <w:p w14:paraId="54FE2253" w14:textId="73A6DF35" w:rsidR="005A1596" w:rsidRPr="00DC5782" w:rsidRDefault="005A1596" w:rsidP="008D53CA">
            <w:pPr>
              <w:contextualSpacing/>
              <w:rPr>
                <w:rFonts w:eastAsia="Times New Roman" w:cs="Arial"/>
                <w:color w:val="000000"/>
                <w:lang w:val="es-PY" w:eastAsia="es-PY"/>
              </w:rPr>
            </w:pPr>
          </w:p>
        </w:tc>
      </w:tr>
    </w:tbl>
    <w:p w14:paraId="4B8BE4A1" w14:textId="5D0DF74A" w:rsidR="0010517E" w:rsidRPr="003B5381"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rsidRPr="00637056" w14:paraId="2855839F" w14:textId="77777777" w:rsidTr="00821777">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0CECB2E" w14:textId="634714E6" w:rsidR="0010517E" w:rsidRPr="008D53CA" w:rsidRDefault="00643CF3">
            <w:pPr>
              <w:rPr>
                <w:lang w:val="es-PY"/>
              </w:rPr>
            </w:pPr>
            <w:r w:rsidRPr="008D53CA">
              <w:rPr>
                <w:b/>
                <w:color w:val="FFFFFF"/>
                <w:lang w:val="es-PY"/>
              </w:rPr>
              <w:lastRenderedPageBreak/>
              <w:t>DIMENSIÓN 3. COMUNIDAD ACADÉMICA</w:t>
            </w:r>
            <w:r w:rsidR="008D53CA" w:rsidRPr="008D53CA">
              <w:rPr>
                <w:b/>
                <w:color w:val="FFFFFF"/>
                <w:lang w:val="es-PY"/>
              </w:rPr>
              <w:t xml:space="preserve"> Y REDES </w:t>
            </w:r>
          </w:p>
        </w:tc>
      </w:tr>
      <w:tr w:rsidR="0010517E" w14:paraId="3CAD6E84"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A7316B" w14:textId="3D1F72F0" w:rsidR="0010517E" w:rsidRDefault="00260CB0">
            <w:pPr>
              <w:jc w:val="center"/>
            </w:pPr>
            <w:proofErr w:type="spellStart"/>
            <w:r>
              <w:rPr>
                <w:b/>
                <w:color w:val="000000"/>
              </w:rPr>
              <w:t>Criterio</w:t>
            </w:r>
            <w:proofErr w:type="spellEnd"/>
            <w:r>
              <w:rPr>
                <w:b/>
                <w:color w:val="000000"/>
              </w:rPr>
              <w:t xml:space="preserve">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01FBAB9" w14:textId="77777777" w:rsidR="0010517E" w:rsidRDefault="00643CF3">
            <w:pPr>
              <w:jc w:val="center"/>
            </w:pPr>
            <w:proofErr w:type="spellStart"/>
            <w:r>
              <w:rPr>
                <w:b/>
                <w:color w:val="00000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C4B37EE" w14:textId="77777777" w:rsidR="0010517E" w:rsidRDefault="00643CF3">
            <w:pPr>
              <w:jc w:val="center"/>
            </w:pPr>
            <w:r>
              <w:rPr>
                <w:b/>
                <w:color w:val="000000"/>
              </w:rPr>
              <w:t xml:space="preserve">Nivel de </w:t>
            </w:r>
            <w:proofErr w:type="spellStart"/>
            <w:r>
              <w:rPr>
                <w:b/>
                <w:color w:val="000000"/>
              </w:rPr>
              <w:t>cumplimiento</w:t>
            </w:r>
            <w:proofErr w:type="spellEnd"/>
          </w:p>
        </w:tc>
      </w:tr>
      <w:tr w:rsidR="0010517E" w14:paraId="5D0BE451"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759B9D" w14:textId="77777777" w:rsidR="0010517E" w:rsidRDefault="0010517E"/>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EDFB1D3" w14:textId="77777777" w:rsidR="0010517E" w:rsidRDefault="0010517E"/>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6B5B2AF" w14:textId="77777777" w:rsidR="0010517E" w:rsidRDefault="00643CF3">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394C4E7" w14:textId="77777777" w:rsidR="0010517E" w:rsidRDefault="00643CF3">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52D040" w14:textId="77777777" w:rsidR="0010517E" w:rsidRDefault="00643CF3">
            <w:pPr>
              <w:jc w:val="center"/>
            </w:pPr>
            <w:r>
              <w:rPr>
                <w:b/>
                <w:color w:val="000000"/>
              </w:rPr>
              <w:t>NC</w:t>
            </w:r>
          </w:p>
        </w:tc>
      </w:tr>
      <w:tr w:rsidR="0010517E" w:rsidRPr="00637056" w14:paraId="48B4982E" w14:textId="77777777" w:rsidTr="00821777">
        <w:trPr>
          <w:cantSplit/>
          <w:trHeight w:val="459"/>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42D2B1" w14:textId="1912D2AB" w:rsidR="0010517E" w:rsidRPr="003B5381" w:rsidRDefault="008D53CA">
            <w:pPr>
              <w:jc w:val="center"/>
              <w:rPr>
                <w:szCs w:val="20"/>
                <w:lang w:val="es-PY"/>
              </w:rPr>
            </w:pPr>
            <w:r w:rsidRPr="00CA67AF">
              <w:rPr>
                <w:b/>
                <w:color w:val="000000"/>
                <w:szCs w:val="20"/>
                <w:lang w:val="es-PY"/>
              </w:rPr>
              <w:t>Pertinencia y trayectoria inv</w:t>
            </w:r>
            <w:r>
              <w:rPr>
                <w:b/>
                <w:color w:val="000000"/>
                <w:szCs w:val="20"/>
                <w:lang w:val="es-PY"/>
              </w:rPr>
              <w:t>estigativa del cuerpo docente</w:t>
            </w:r>
            <w:r w:rsidRPr="00CA67AF">
              <w:rPr>
                <w:b/>
                <w:color w:val="FF0000"/>
                <w:szCs w:val="20"/>
                <w:lang w:val="es-PY"/>
              </w:rPr>
              <w:br/>
            </w:r>
            <w:r w:rsidRPr="007954AB">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998CEC" w14:textId="22828D6A" w:rsidR="00B317C6" w:rsidRPr="00233B1E" w:rsidRDefault="008D53CA" w:rsidP="006A537F">
            <w:pPr>
              <w:pStyle w:val="Prrafodelista"/>
              <w:numPr>
                <w:ilvl w:val="0"/>
                <w:numId w:val="15"/>
              </w:numPr>
              <w:tabs>
                <w:tab w:val="left" w:pos="228"/>
              </w:tabs>
              <w:ind w:left="89" w:hanging="89"/>
              <w:jc w:val="both"/>
              <w:rPr>
                <w:color w:val="000000" w:themeColor="text1"/>
                <w:szCs w:val="20"/>
                <w:lang w:val="es-PY"/>
              </w:rPr>
            </w:pPr>
            <w:r w:rsidRPr="00CA67AF">
              <w:rPr>
                <w:color w:val="000000"/>
                <w:szCs w:val="20"/>
                <w:lang w:val="es-PY"/>
              </w:rPr>
              <w:t>Los docentes cuentan con formación doctoral en áreas afines.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BFEB31"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E65C8"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837F39" w14:textId="77777777" w:rsidR="0010517E" w:rsidRPr="003B5381" w:rsidRDefault="0010517E">
            <w:pPr>
              <w:jc w:val="center"/>
              <w:rPr>
                <w:szCs w:val="20"/>
                <w:lang w:val="es-PY"/>
              </w:rPr>
            </w:pPr>
          </w:p>
        </w:tc>
      </w:tr>
      <w:tr w:rsidR="0010517E" w:rsidRPr="00637056" w14:paraId="2B538714" w14:textId="77777777" w:rsidTr="00821777">
        <w:trPr>
          <w:cantSplit/>
          <w:trHeight w:val="471"/>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3EFAD2"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292986" w14:textId="6198448C" w:rsidR="00B317C6" w:rsidRPr="00233B1E" w:rsidRDefault="00233B1E" w:rsidP="00B317C6">
            <w:pPr>
              <w:jc w:val="both"/>
              <w:rPr>
                <w:color w:val="000000" w:themeColor="text1"/>
                <w:szCs w:val="20"/>
                <w:lang w:val="es-PY"/>
              </w:rPr>
            </w:pPr>
            <w:r w:rsidRPr="00233B1E">
              <w:rPr>
                <w:color w:val="000000" w:themeColor="text1"/>
                <w:szCs w:val="20"/>
                <w:lang w:val="es-PY"/>
              </w:rPr>
              <w:t xml:space="preserve">b. </w:t>
            </w:r>
            <w:r w:rsidR="008D53CA" w:rsidRPr="00CA67AF">
              <w:rPr>
                <w:color w:val="000000"/>
                <w:szCs w:val="20"/>
                <w:lang w:val="es-PY"/>
              </w:rPr>
              <w:t>Los docentes del programa poseen publicaciones en revistas científicas indexadas.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2ACE59"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3B0FEA"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DE46EB" w14:textId="77777777" w:rsidR="0010517E" w:rsidRPr="003B5381" w:rsidRDefault="0010517E">
            <w:pPr>
              <w:jc w:val="center"/>
              <w:rPr>
                <w:szCs w:val="20"/>
                <w:lang w:val="es-PY"/>
              </w:rPr>
            </w:pPr>
          </w:p>
        </w:tc>
      </w:tr>
      <w:tr w:rsidR="0010517E" w:rsidRPr="00637056" w14:paraId="58E724BC" w14:textId="77777777" w:rsidTr="00821777">
        <w:trPr>
          <w:cantSplit/>
          <w:trHeight w:val="720"/>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71DEB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9BACB" w14:textId="2E8A41A0" w:rsidR="00B317C6" w:rsidRPr="00233B1E" w:rsidRDefault="00643CF3" w:rsidP="00B317C6">
            <w:pPr>
              <w:jc w:val="both"/>
              <w:rPr>
                <w:color w:val="000000" w:themeColor="text1"/>
                <w:szCs w:val="20"/>
                <w:lang w:val="es-PY"/>
              </w:rPr>
            </w:pPr>
            <w:r w:rsidRPr="00233B1E">
              <w:rPr>
                <w:color w:val="000000" w:themeColor="text1"/>
                <w:szCs w:val="20"/>
                <w:lang w:val="es-PY"/>
              </w:rPr>
              <w:t xml:space="preserve">c. </w:t>
            </w:r>
            <w:r w:rsidR="008D53CA" w:rsidRPr="00CA67AF">
              <w:rPr>
                <w:color w:val="000000"/>
                <w:szCs w:val="20"/>
                <w:lang w:val="es-PY"/>
              </w:rPr>
              <w:t>Los docentes participan en proyectos de investigación vigentes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5FFCCF2"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663987"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B9D32D" w14:textId="77777777" w:rsidR="0010517E" w:rsidRPr="003B5381" w:rsidRDefault="0010517E">
            <w:pPr>
              <w:jc w:val="center"/>
              <w:rPr>
                <w:szCs w:val="20"/>
                <w:lang w:val="es-PY"/>
              </w:rPr>
            </w:pPr>
          </w:p>
        </w:tc>
      </w:tr>
      <w:tr w:rsidR="0010517E" w:rsidRPr="00637056" w14:paraId="1A123D6A" w14:textId="77777777" w:rsidTr="00821777">
        <w:trPr>
          <w:cantSplit/>
          <w:trHeight w:val="449"/>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7933C3"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C39628" w14:textId="5CE88CCB" w:rsidR="00B317C6" w:rsidRPr="00233B1E" w:rsidRDefault="00643CF3">
            <w:pPr>
              <w:jc w:val="both"/>
              <w:rPr>
                <w:color w:val="000000" w:themeColor="text1"/>
                <w:szCs w:val="20"/>
                <w:lang w:val="es-PY"/>
              </w:rPr>
            </w:pPr>
            <w:r w:rsidRPr="00233B1E">
              <w:rPr>
                <w:color w:val="000000" w:themeColor="text1"/>
                <w:szCs w:val="20"/>
                <w:lang w:val="es-PY"/>
              </w:rPr>
              <w:t xml:space="preserve">d. </w:t>
            </w:r>
            <w:r w:rsidR="008D53CA" w:rsidRPr="00CA67AF">
              <w:rPr>
                <w:color w:val="000000"/>
                <w:szCs w:val="20"/>
                <w:lang w:val="es-PY"/>
              </w:rPr>
              <w:t>Los docentes tienen experiencia en dirección de tesis doctorales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645FF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C23BA2"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767278" w14:textId="77777777" w:rsidR="0010517E" w:rsidRPr="003B5381" w:rsidRDefault="0010517E">
            <w:pPr>
              <w:jc w:val="center"/>
              <w:rPr>
                <w:szCs w:val="20"/>
                <w:lang w:val="es-PY"/>
              </w:rPr>
            </w:pPr>
          </w:p>
        </w:tc>
      </w:tr>
      <w:tr w:rsidR="0010517E" w:rsidRPr="00637056" w14:paraId="78A025E9" w14:textId="77777777" w:rsidTr="00821777">
        <w:trPr>
          <w:cantSplit/>
          <w:trHeight w:val="429"/>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CABA7D"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6122FB" w14:textId="22D2B65A" w:rsidR="00B317C6" w:rsidRPr="00233B1E" w:rsidRDefault="00233B1E">
            <w:pPr>
              <w:jc w:val="both"/>
              <w:rPr>
                <w:color w:val="000000" w:themeColor="text1"/>
                <w:szCs w:val="20"/>
                <w:lang w:val="es-PY"/>
              </w:rPr>
            </w:pPr>
            <w:r w:rsidRPr="00233B1E">
              <w:rPr>
                <w:color w:val="000000" w:themeColor="text1"/>
                <w:szCs w:val="20"/>
                <w:lang w:val="es-PY"/>
              </w:rPr>
              <w:t xml:space="preserve">e. </w:t>
            </w:r>
            <w:r w:rsidR="008D53CA" w:rsidRPr="00CA67AF">
              <w:rPr>
                <w:color w:val="000000"/>
                <w:szCs w:val="20"/>
                <w:lang w:val="es-PY"/>
              </w:rPr>
              <w:t>Los docentes integran redes académicas y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D87BB4B"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290A5C"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7F244C" w14:textId="77777777" w:rsidR="0010517E" w:rsidRPr="003B5381" w:rsidRDefault="0010517E">
            <w:pPr>
              <w:jc w:val="center"/>
              <w:rPr>
                <w:szCs w:val="20"/>
                <w:lang w:val="es-PY"/>
              </w:rPr>
            </w:pPr>
          </w:p>
        </w:tc>
      </w:tr>
      <w:tr w:rsidR="0010517E" w:rsidRPr="00637056" w14:paraId="7A8A84E8"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DB6597"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5D514C5" w14:textId="77777777" w:rsidR="0010517E" w:rsidRPr="00643CF3" w:rsidRDefault="0010517E">
            <w:pPr>
              <w:jc w:val="center"/>
              <w:rPr>
                <w:szCs w:val="20"/>
                <w:lang w:val="es-PY"/>
              </w:rPr>
            </w:pPr>
          </w:p>
        </w:tc>
      </w:tr>
      <w:tr w:rsidR="0010517E" w14:paraId="5AF309FA"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F19B31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7F8481C" w14:textId="77777777" w:rsidR="0010517E" w:rsidRPr="00643CF3" w:rsidRDefault="00643CF3">
            <w:pPr>
              <w:jc w:val="center"/>
              <w:rPr>
                <w:szCs w:val="20"/>
              </w:rPr>
            </w:pPr>
            <w:proofErr w:type="spellStart"/>
            <w:r w:rsidRPr="00643CF3">
              <w:rPr>
                <w:b/>
                <w:color w:val="000000"/>
                <w:szCs w:val="20"/>
              </w:rPr>
              <w:t>Medios</w:t>
            </w:r>
            <w:proofErr w:type="spellEnd"/>
            <w:r w:rsidRPr="00643CF3">
              <w:rPr>
                <w:b/>
                <w:color w:val="000000"/>
                <w:szCs w:val="20"/>
              </w:rPr>
              <w:t xml:space="preserve"> de </w:t>
            </w:r>
            <w:proofErr w:type="spellStart"/>
            <w:r w:rsidRPr="00643CF3">
              <w:rPr>
                <w:b/>
                <w:color w:val="000000"/>
                <w:szCs w:val="20"/>
              </w:rPr>
              <w:t>verificación</w:t>
            </w:r>
            <w:proofErr w:type="spellEnd"/>
          </w:p>
        </w:tc>
      </w:tr>
      <w:tr w:rsidR="0010517E" w14:paraId="65CCD5E8" w14:textId="77777777" w:rsidTr="008D53CA">
        <w:trPr>
          <w:cantSplit/>
          <w:trHeight w:hRule="exact" w:val="6318"/>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8D29150" w14:textId="77777777" w:rsidR="0010517E" w:rsidRDefault="0010517E" w:rsidP="008D53CA">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11D8D92" w14:textId="77777777" w:rsidR="0010517E" w:rsidRDefault="0010517E" w:rsidP="008D53CA">
            <w:pPr>
              <w:jc w:val="both"/>
            </w:pPr>
          </w:p>
        </w:tc>
      </w:tr>
    </w:tbl>
    <w:p w14:paraId="78FB4B3D" w14:textId="787BD68B" w:rsidR="0010517E" w:rsidRDefault="00643CF3">
      <w: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14:paraId="183CED47"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B825D11" w14:textId="1F73D65A" w:rsidR="0010517E" w:rsidRPr="00643CF3" w:rsidRDefault="00614861">
            <w:pPr>
              <w:jc w:val="center"/>
              <w:rPr>
                <w:szCs w:val="20"/>
              </w:rPr>
            </w:pPr>
            <w:proofErr w:type="spellStart"/>
            <w:r>
              <w:rPr>
                <w:b/>
                <w:color w:val="000000"/>
                <w:szCs w:val="20"/>
              </w:rPr>
              <w:lastRenderedPageBreak/>
              <w:t>Criter</w:t>
            </w:r>
            <w:r w:rsidR="00CC3056">
              <w:rPr>
                <w:b/>
                <w:color w:val="000000"/>
                <w:szCs w:val="20"/>
              </w:rPr>
              <w:t>io</w:t>
            </w:r>
            <w:proofErr w:type="spellEnd"/>
            <w:r w:rsidR="00CC3056">
              <w:rPr>
                <w:b/>
                <w:color w:val="000000"/>
                <w:szCs w:val="20"/>
              </w:rPr>
              <w:t xml:space="preserve"> 3.2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3394365" w14:textId="77777777" w:rsidR="0010517E" w:rsidRPr="00643CF3" w:rsidRDefault="00643CF3">
            <w:pPr>
              <w:jc w:val="center"/>
              <w:rPr>
                <w:szCs w:val="20"/>
              </w:rPr>
            </w:pPr>
            <w:proofErr w:type="spellStart"/>
            <w:r w:rsidRPr="00643CF3">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DB5AF3" w14:textId="77777777" w:rsidR="0010517E" w:rsidRPr="00643CF3" w:rsidRDefault="00643CF3">
            <w:pPr>
              <w:jc w:val="center"/>
              <w:rPr>
                <w:szCs w:val="20"/>
              </w:rPr>
            </w:pPr>
            <w:r w:rsidRPr="00643CF3">
              <w:rPr>
                <w:b/>
                <w:color w:val="000000"/>
                <w:szCs w:val="20"/>
              </w:rPr>
              <w:t xml:space="preserve">Nivel de </w:t>
            </w:r>
            <w:proofErr w:type="spellStart"/>
            <w:r w:rsidRPr="00643CF3">
              <w:rPr>
                <w:b/>
                <w:color w:val="000000"/>
                <w:szCs w:val="20"/>
              </w:rPr>
              <w:t>cumplimiento</w:t>
            </w:r>
            <w:proofErr w:type="spellEnd"/>
          </w:p>
        </w:tc>
      </w:tr>
      <w:tr w:rsidR="0010517E" w14:paraId="1F112F28"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677DD4"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1532155"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328256"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5BEE986"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81169B6" w14:textId="77777777" w:rsidR="0010517E" w:rsidRPr="00643CF3" w:rsidRDefault="00643CF3">
            <w:pPr>
              <w:jc w:val="center"/>
              <w:rPr>
                <w:szCs w:val="20"/>
              </w:rPr>
            </w:pPr>
            <w:r w:rsidRPr="00643CF3">
              <w:rPr>
                <w:b/>
                <w:color w:val="000000"/>
                <w:szCs w:val="20"/>
              </w:rPr>
              <w:t>NC</w:t>
            </w:r>
          </w:p>
        </w:tc>
      </w:tr>
      <w:tr w:rsidR="008D53CA" w:rsidRPr="00637056" w14:paraId="69D5133E" w14:textId="77777777" w:rsidTr="0017605E">
        <w:trPr>
          <w:cantSplit/>
          <w:trHeight w:val="821"/>
          <w:jc w:val="center"/>
        </w:trPr>
        <w:tc>
          <w:tcPr>
            <w:tcW w:w="2404" w:type="dxa"/>
            <w:vMerge w:val="restar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14AC24F" w14:textId="0F3DA3D7" w:rsidR="008D53CA" w:rsidRPr="00643CF3" w:rsidRDefault="008D53CA" w:rsidP="0017605E">
            <w:pPr>
              <w:jc w:val="center"/>
              <w:rPr>
                <w:szCs w:val="20"/>
                <w:lang w:val="es-PY"/>
              </w:rPr>
            </w:pPr>
            <w:r w:rsidRPr="00CA67AF">
              <w:rPr>
                <w:b/>
                <w:color w:val="000000"/>
                <w:szCs w:val="20"/>
                <w:lang w:val="es-PY"/>
              </w:rPr>
              <w:t>Eficacia del acompañamiento y desa</w:t>
            </w:r>
            <w:r>
              <w:rPr>
                <w:b/>
                <w:color w:val="000000"/>
                <w:szCs w:val="20"/>
                <w:lang w:val="es-PY"/>
              </w:rPr>
              <w:t>rrollo académico del doctorando</w:t>
            </w:r>
            <w:r w:rsidRPr="00CA67AF">
              <w:rPr>
                <w:b/>
                <w:color w:val="FF0000"/>
                <w:szCs w:val="20"/>
                <w:lang w:val="es-PY"/>
              </w:rPr>
              <w:br/>
            </w: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C0D340E" w14:textId="121ED35B" w:rsidR="008D53CA" w:rsidRPr="00797ECA" w:rsidRDefault="008D53CA" w:rsidP="008D53CA">
            <w:pPr>
              <w:jc w:val="both"/>
              <w:rPr>
                <w:szCs w:val="20"/>
                <w:lang w:val="es-PY"/>
              </w:rPr>
            </w:pPr>
            <w:r w:rsidRPr="00CA67AF">
              <w:rPr>
                <w:color w:val="000000"/>
                <w:szCs w:val="20"/>
                <w:lang w:val="es-PY"/>
              </w:rPr>
              <w:t xml:space="preserve">a. </w:t>
            </w:r>
            <w:r w:rsidRPr="009D04C1">
              <w:rPr>
                <w:color w:val="000000"/>
                <w:szCs w:val="20"/>
                <w:lang w:val="es-PY"/>
              </w:rPr>
              <w:t>Los criterios y requisitos de admisión están formalmente establecidos, son de acceso público y pertinentes al nivel doctoral.</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92D189"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87D1D14"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D17DD4" w14:textId="77777777" w:rsidR="008D53CA" w:rsidRPr="003B5381" w:rsidRDefault="008D53CA" w:rsidP="008D53CA">
            <w:pPr>
              <w:jc w:val="center"/>
              <w:rPr>
                <w:szCs w:val="20"/>
                <w:lang w:val="es-PY"/>
              </w:rPr>
            </w:pPr>
          </w:p>
        </w:tc>
      </w:tr>
      <w:tr w:rsidR="008D53CA" w:rsidRPr="00637056" w14:paraId="0D821705" w14:textId="77777777" w:rsidTr="0017605E">
        <w:trPr>
          <w:cantSplit/>
          <w:trHeight w:val="720"/>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E501AA6"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1B2613" w14:textId="2A85346B" w:rsidR="008D53CA" w:rsidRPr="00643CF3" w:rsidRDefault="008D53CA" w:rsidP="008D53CA">
            <w:pPr>
              <w:jc w:val="both"/>
              <w:rPr>
                <w:szCs w:val="20"/>
                <w:lang w:val="es-PY"/>
              </w:rPr>
            </w:pPr>
            <w:r w:rsidRPr="00643CF3">
              <w:rPr>
                <w:color w:val="000000"/>
                <w:szCs w:val="20"/>
                <w:lang w:val="es-PY"/>
              </w:rPr>
              <w:t xml:space="preserve">b. </w:t>
            </w:r>
            <w:r w:rsidRPr="00CA67AF">
              <w:rPr>
                <w:color w:val="000000"/>
                <w:szCs w:val="20"/>
                <w:lang w:val="es-PY"/>
              </w:rPr>
              <w:t>Se realiza seguimiento académico individualizado del doctorando</w:t>
            </w:r>
            <w:r w:rsidRPr="00797ECA">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6908396"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1505C8"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8B9FE6" w14:textId="77777777" w:rsidR="008D53CA" w:rsidRPr="003B5381" w:rsidRDefault="008D53CA" w:rsidP="008D53CA">
            <w:pPr>
              <w:jc w:val="center"/>
              <w:rPr>
                <w:szCs w:val="20"/>
                <w:lang w:val="es-PY"/>
              </w:rPr>
            </w:pPr>
          </w:p>
        </w:tc>
      </w:tr>
      <w:tr w:rsidR="008D53CA" w:rsidRPr="00637056" w14:paraId="16685B85" w14:textId="77777777" w:rsidTr="0017605E">
        <w:trPr>
          <w:cantSplit/>
          <w:trHeight w:val="449"/>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B9D3D6"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009B59" w14:textId="45D0BF63" w:rsidR="008D53CA" w:rsidRPr="00643CF3" w:rsidRDefault="008D53CA" w:rsidP="008D53CA">
            <w:pPr>
              <w:jc w:val="both"/>
              <w:rPr>
                <w:szCs w:val="20"/>
                <w:lang w:val="es-PY"/>
              </w:rPr>
            </w:pPr>
            <w:r w:rsidRPr="00643CF3">
              <w:rPr>
                <w:color w:val="000000"/>
                <w:szCs w:val="20"/>
                <w:lang w:val="es-PY"/>
              </w:rPr>
              <w:t xml:space="preserve">c. </w:t>
            </w:r>
            <w:r w:rsidRPr="00CA67AF">
              <w:rPr>
                <w:color w:val="000000"/>
                <w:szCs w:val="20"/>
                <w:lang w:val="es-PY"/>
              </w:rPr>
              <w:t>El programa ofrece becas, intercambios o apoyos para la investigación.</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5480AC"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CD90A12"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64283C" w14:textId="77777777" w:rsidR="008D53CA" w:rsidRPr="003B5381" w:rsidRDefault="008D53CA" w:rsidP="008D53CA">
            <w:pPr>
              <w:jc w:val="center"/>
              <w:rPr>
                <w:szCs w:val="20"/>
                <w:lang w:val="es-PY"/>
              </w:rPr>
            </w:pPr>
          </w:p>
        </w:tc>
      </w:tr>
      <w:tr w:rsidR="008D53CA" w:rsidRPr="00637056" w14:paraId="4BF286AB" w14:textId="77777777" w:rsidTr="0017605E">
        <w:trPr>
          <w:cantSplit/>
          <w:trHeight w:val="60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C8BA900"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4DF3ADE" w14:textId="6D99F26F" w:rsidR="008D53CA" w:rsidRPr="00643CF3" w:rsidRDefault="008D53CA" w:rsidP="008D53CA">
            <w:pPr>
              <w:jc w:val="both"/>
              <w:rPr>
                <w:szCs w:val="20"/>
                <w:lang w:val="es-PY"/>
              </w:rPr>
            </w:pPr>
            <w:r w:rsidRPr="00643CF3">
              <w:rPr>
                <w:color w:val="000000"/>
                <w:szCs w:val="20"/>
                <w:lang w:val="es-PY"/>
              </w:rPr>
              <w:t xml:space="preserve">d. </w:t>
            </w:r>
            <w:r w:rsidRPr="00CA67AF">
              <w:rPr>
                <w:color w:val="000000"/>
                <w:szCs w:val="20"/>
                <w:lang w:val="es-PY"/>
              </w:rPr>
              <w:t xml:space="preserve">Los </w:t>
            </w:r>
            <w:r>
              <w:rPr>
                <w:color w:val="000000"/>
                <w:szCs w:val="20"/>
                <w:lang w:val="es-PY"/>
              </w:rPr>
              <w:t>doctorandos</w:t>
            </w:r>
            <w:r w:rsidRPr="00CA67AF">
              <w:rPr>
                <w:color w:val="000000"/>
                <w:szCs w:val="20"/>
                <w:lang w:val="es-PY"/>
              </w:rPr>
              <w:t xml:space="preserve"> participan en actividades científicas desde etapas tempranas.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E236A2"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56B27B"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809D30E" w14:textId="77777777" w:rsidR="008D53CA" w:rsidRPr="003B5381" w:rsidRDefault="008D53CA" w:rsidP="008D53CA">
            <w:pPr>
              <w:jc w:val="center"/>
              <w:rPr>
                <w:szCs w:val="20"/>
                <w:lang w:val="es-PY"/>
              </w:rPr>
            </w:pPr>
          </w:p>
        </w:tc>
      </w:tr>
      <w:tr w:rsidR="008D53CA" w:rsidRPr="00637056" w14:paraId="77E0B8B2" w14:textId="77777777" w:rsidTr="0017605E">
        <w:trPr>
          <w:cantSplit/>
          <w:trHeight w:val="49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252C02"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716130E" w14:textId="1DAEC084" w:rsidR="008D53CA" w:rsidRPr="00643CF3" w:rsidRDefault="008D53CA" w:rsidP="008D53CA">
            <w:pPr>
              <w:jc w:val="both"/>
              <w:rPr>
                <w:szCs w:val="20"/>
                <w:lang w:val="es-PY"/>
              </w:rPr>
            </w:pPr>
            <w:r w:rsidRPr="00643CF3">
              <w:rPr>
                <w:color w:val="000000"/>
                <w:szCs w:val="20"/>
                <w:lang w:val="es-PY"/>
              </w:rPr>
              <w:t xml:space="preserve">e. </w:t>
            </w:r>
            <w:r w:rsidRPr="00CA67AF">
              <w:rPr>
                <w:color w:val="000000"/>
                <w:szCs w:val="20"/>
                <w:lang w:val="es-PY"/>
              </w:rPr>
              <w:t>Se acompaña la inserción en redes científicas o posdoctorales.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E5E11F"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FA1E5C"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6B5675" w14:textId="77777777" w:rsidR="008D53CA" w:rsidRPr="003B5381" w:rsidRDefault="008D53CA" w:rsidP="008D53CA">
            <w:pPr>
              <w:jc w:val="center"/>
              <w:rPr>
                <w:szCs w:val="20"/>
                <w:lang w:val="es-PY"/>
              </w:rPr>
            </w:pPr>
          </w:p>
        </w:tc>
      </w:tr>
      <w:tr w:rsidR="008D53CA" w:rsidRPr="00637056" w14:paraId="4FF9356A"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1A6EB1" w14:textId="77777777" w:rsidR="008D53CA" w:rsidRPr="00643CF3" w:rsidRDefault="008D53CA" w:rsidP="008D53CA">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81530AD" w14:textId="77777777" w:rsidR="008D53CA" w:rsidRPr="00643CF3" w:rsidRDefault="008D53CA" w:rsidP="008D53CA">
            <w:pPr>
              <w:jc w:val="center"/>
              <w:rPr>
                <w:szCs w:val="20"/>
                <w:lang w:val="es-PY"/>
              </w:rPr>
            </w:pPr>
          </w:p>
        </w:tc>
      </w:tr>
      <w:tr w:rsidR="008D53CA" w14:paraId="72347605"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68308D0" w14:textId="77777777" w:rsidR="008D53CA" w:rsidRPr="00643CF3" w:rsidRDefault="008D53CA" w:rsidP="008D53CA">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BF5DD38" w14:textId="77777777" w:rsidR="008D53CA" w:rsidRPr="00643CF3" w:rsidRDefault="008D53CA" w:rsidP="008D53CA">
            <w:pPr>
              <w:jc w:val="center"/>
              <w:rPr>
                <w:szCs w:val="20"/>
              </w:rPr>
            </w:pPr>
            <w:proofErr w:type="spellStart"/>
            <w:r w:rsidRPr="00643CF3">
              <w:rPr>
                <w:b/>
                <w:color w:val="000000"/>
                <w:szCs w:val="20"/>
              </w:rPr>
              <w:t>Medios</w:t>
            </w:r>
            <w:proofErr w:type="spellEnd"/>
            <w:r w:rsidRPr="00643CF3">
              <w:rPr>
                <w:b/>
                <w:color w:val="000000"/>
                <w:szCs w:val="20"/>
              </w:rPr>
              <w:t xml:space="preserve"> de </w:t>
            </w:r>
            <w:proofErr w:type="spellStart"/>
            <w:r w:rsidRPr="00643CF3">
              <w:rPr>
                <w:b/>
                <w:color w:val="000000"/>
                <w:szCs w:val="20"/>
              </w:rPr>
              <w:t>verificación</w:t>
            </w:r>
            <w:proofErr w:type="spellEnd"/>
          </w:p>
        </w:tc>
      </w:tr>
      <w:tr w:rsidR="008D53CA" w14:paraId="474CB8F5" w14:textId="77777777" w:rsidTr="00821777">
        <w:trPr>
          <w:cantSplit/>
          <w:trHeight w:hRule="exact" w:val="6888"/>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6FD8651" w14:textId="77777777" w:rsidR="008D53CA" w:rsidRDefault="008D53CA" w:rsidP="008D53CA">
            <w:pPr>
              <w:jc w:val="both"/>
              <w:rPr>
                <w:szCs w:val="20"/>
              </w:rPr>
            </w:pPr>
          </w:p>
          <w:p w14:paraId="59F4B58C" w14:textId="77777777" w:rsidR="008D53CA" w:rsidRDefault="008D53CA" w:rsidP="008D53CA">
            <w:pPr>
              <w:jc w:val="both"/>
              <w:rPr>
                <w:szCs w:val="20"/>
              </w:rPr>
            </w:pPr>
          </w:p>
          <w:p w14:paraId="55F6D44C" w14:textId="77777777" w:rsidR="008D53CA" w:rsidRDefault="008D53CA" w:rsidP="008D53CA">
            <w:pPr>
              <w:jc w:val="both"/>
              <w:rPr>
                <w:szCs w:val="20"/>
              </w:rPr>
            </w:pPr>
          </w:p>
          <w:p w14:paraId="7105AD8D" w14:textId="77777777" w:rsidR="008D53CA" w:rsidRDefault="008D53CA" w:rsidP="008D53CA">
            <w:pPr>
              <w:jc w:val="both"/>
              <w:rPr>
                <w:szCs w:val="20"/>
              </w:rPr>
            </w:pPr>
          </w:p>
          <w:p w14:paraId="061E95CD" w14:textId="77777777" w:rsidR="008D53CA" w:rsidRDefault="008D53CA" w:rsidP="008D53CA">
            <w:pPr>
              <w:jc w:val="both"/>
              <w:rPr>
                <w:szCs w:val="20"/>
              </w:rPr>
            </w:pPr>
          </w:p>
          <w:p w14:paraId="77BADC00" w14:textId="77777777" w:rsidR="008D53CA" w:rsidRDefault="008D53CA" w:rsidP="008D53CA">
            <w:pPr>
              <w:jc w:val="both"/>
              <w:rPr>
                <w:szCs w:val="20"/>
              </w:rPr>
            </w:pPr>
          </w:p>
          <w:p w14:paraId="781B4B2F" w14:textId="77777777" w:rsidR="008D53CA" w:rsidRDefault="008D53CA" w:rsidP="008D53CA">
            <w:pPr>
              <w:jc w:val="both"/>
              <w:rPr>
                <w:szCs w:val="20"/>
              </w:rPr>
            </w:pPr>
          </w:p>
          <w:p w14:paraId="53CB77BE" w14:textId="77777777" w:rsidR="008D53CA" w:rsidRDefault="008D53CA" w:rsidP="008D53CA">
            <w:pPr>
              <w:jc w:val="both"/>
              <w:rPr>
                <w:szCs w:val="20"/>
              </w:rPr>
            </w:pPr>
          </w:p>
          <w:p w14:paraId="689BAA90" w14:textId="77777777" w:rsidR="008D53CA" w:rsidRDefault="008D53CA" w:rsidP="008D53CA">
            <w:pPr>
              <w:jc w:val="both"/>
              <w:rPr>
                <w:szCs w:val="20"/>
              </w:rPr>
            </w:pPr>
          </w:p>
          <w:p w14:paraId="7BEA4890" w14:textId="77777777" w:rsidR="008D53CA" w:rsidRDefault="008D53CA" w:rsidP="008D53CA">
            <w:pPr>
              <w:jc w:val="both"/>
              <w:rPr>
                <w:szCs w:val="20"/>
              </w:rPr>
            </w:pPr>
          </w:p>
          <w:p w14:paraId="131C01C5" w14:textId="77777777" w:rsidR="008D53CA" w:rsidRDefault="008D53CA" w:rsidP="008D53CA">
            <w:pPr>
              <w:jc w:val="both"/>
              <w:rPr>
                <w:szCs w:val="20"/>
              </w:rPr>
            </w:pPr>
          </w:p>
          <w:p w14:paraId="2AB4943F" w14:textId="77777777" w:rsidR="008D53CA" w:rsidRDefault="008D53CA" w:rsidP="008D53CA">
            <w:pPr>
              <w:jc w:val="both"/>
              <w:rPr>
                <w:szCs w:val="20"/>
              </w:rPr>
            </w:pPr>
          </w:p>
          <w:p w14:paraId="052D340D" w14:textId="77777777" w:rsidR="008D53CA" w:rsidRDefault="008D53CA" w:rsidP="008D53CA">
            <w:pPr>
              <w:jc w:val="both"/>
              <w:rPr>
                <w:szCs w:val="20"/>
              </w:rPr>
            </w:pPr>
          </w:p>
          <w:p w14:paraId="55C4B107" w14:textId="77777777" w:rsidR="008D53CA" w:rsidRDefault="008D53CA" w:rsidP="008D53CA">
            <w:pPr>
              <w:jc w:val="both"/>
              <w:rPr>
                <w:szCs w:val="20"/>
              </w:rPr>
            </w:pPr>
          </w:p>
          <w:p w14:paraId="1FEE9FAB" w14:textId="77777777" w:rsidR="008D53CA" w:rsidRDefault="008D53CA" w:rsidP="008D53CA">
            <w:pPr>
              <w:jc w:val="both"/>
              <w:rPr>
                <w:szCs w:val="20"/>
              </w:rPr>
            </w:pPr>
          </w:p>
          <w:p w14:paraId="089B2C30" w14:textId="77777777" w:rsidR="008D53CA" w:rsidRDefault="008D53CA" w:rsidP="008D53CA">
            <w:pPr>
              <w:jc w:val="both"/>
              <w:rPr>
                <w:szCs w:val="20"/>
              </w:rPr>
            </w:pPr>
          </w:p>
          <w:p w14:paraId="09798F5B" w14:textId="77777777" w:rsidR="008D53CA" w:rsidRDefault="008D53CA" w:rsidP="008D53CA">
            <w:pPr>
              <w:jc w:val="both"/>
              <w:rPr>
                <w:szCs w:val="20"/>
              </w:rPr>
            </w:pPr>
          </w:p>
          <w:p w14:paraId="3F71BC4D" w14:textId="77777777" w:rsidR="008D53CA" w:rsidRDefault="008D53CA" w:rsidP="008D53CA">
            <w:pPr>
              <w:jc w:val="both"/>
              <w:rPr>
                <w:szCs w:val="20"/>
              </w:rPr>
            </w:pPr>
          </w:p>
          <w:p w14:paraId="1BB068CF" w14:textId="77777777" w:rsidR="008D53CA" w:rsidRDefault="008D53CA" w:rsidP="008D53CA">
            <w:pPr>
              <w:jc w:val="both"/>
              <w:rPr>
                <w:szCs w:val="20"/>
              </w:rPr>
            </w:pPr>
          </w:p>
          <w:p w14:paraId="0BECA424" w14:textId="77777777" w:rsidR="008D53CA" w:rsidRDefault="008D53CA" w:rsidP="008D53CA">
            <w:pPr>
              <w:jc w:val="both"/>
              <w:rPr>
                <w:szCs w:val="20"/>
              </w:rPr>
            </w:pPr>
          </w:p>
          <w:p w14:paraId="0E92D059" w14:textId="77777777" w:rsidR="008D53CA" w:rsidRDefault="008D53CA" w:rsidP="008D53CA">
            <w:pPr>
              <w:jc w:val="both"/>
              <w:rPr>
                <w:szCs w:val="20"/>
              </w:rPr>
            </w:pPr>
          </w:p>
          <w:p w14:paraId="55427214" w14:textId="77777777" w:rsidR="008D53CA" w:rsidRDefault="008D53CA" w:rsidP="008D53CA">
            <w:pPr>
              <w:jc w:val="both"/>
              <w:rPr>
                <w:szCs w:val="20"/>
              </w:rPr>
            </w:pPr>
          </w:p>
          <w:p w14:paraId="5832EAE9" w14:textId="77777777" w:rsidR="008D53CA" w:rsidRDefault="008D53CA" w:rsidP="008D53CA">
            <w:pPr>
              <w:jc w:val="both"/>
              <w:rPr>
                <w:szCs w:val="20"/>
              </w:rPr>
            </w:pPr>
          </w:p>
          <w:p w14:paraId="61A0A55C" w14:textId="711F48A6" w:rsidR="008D53CA" w:rsidRPr="00643CF3" w:rsidRDefault="008D53CA" w:rsidP="008D53CA">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AF4AAE3" w14:textId="77777777" w:rsidR="008D53CA" w:rsidRPr="00643CF3" w:rsidRDefault="008D53CA" w:rsidP="008D53CA">
            <w:pPr>
              <w:jc w:val="both"/>
              <w:rPr>
                <w:szCs w:val="20"/>
              </w:rPr>
            </w:pPr>
          </w:p>
        </w:tc>
      </w:tr>
    </w:tbl>
    <w:p w14:paraId="00620D77" w14:textId="77777777" w:rsidR="008D53CA" w:rsidRDefault="008D53CA"/>
    <w:tbl>
      <w:tblPr>
        <w:tblW w:w="0" w:type="auto"/>
        <w:jc w:val="center"/>
        <w:tblLayout w:type="fixed"/>
        <w:tblLook w:val="04A0" w:firstRow="1" w:lastRow="0" w:firstColumn="1" w:lastColumn="0" w:noHBand="0" w:noVBand="1"/>
      </w:tblPr>
      <w:tblGrid>
        <w:gridCol w:w="2404"/>
        <w:gridCol w:w="5330"/>
        <w:gridCol w:w="684"/>
        <w:gridCol w:w="684"/>
        <w:gridCol w:w="697"/>
      </w:tblGrid>
      <w:tr w:rsidR="008D53CA" w14:paraId="01CE60D4" w14:textId="77777777" w:rsidTr="008D53CA">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6BD182" w14:textId="21ABB0DE" w:rsidR="008D53CA" w:rsidRPr="00643CF3" w:rsidRDefault="008D53CA" w:rsidP="008D53CA">
            <w:pPr>
              <w:jc w:val="center"/>
              <w:rPr>
                <w:szCs w:val="20"/>
              </w:rPr>
            </w:pPr>
            <w:proofErr w:type="spellStart"/>
            <w:r>
              <w:rPr>
                <w:b/>
                <w:color w:val="000000"/>
                <w:szCs w:val="20"/>
              </w:rPr>
              <w:lastRenderedPageBreak/>
              <w:t>Criterio</w:t>
            </w:r>
            <w:proofErr w:type="spellEnd"/>
            <w:r>
              <w:rPr>
                <w:b/>
                <w:color w:val="000000"/>
                <w:szCs w:val="20"/>
              </w:rPr>
              <w:t xml:space="preserve"> 3.3</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1513600" w14:textId="77777777" w:rsidR="008D53CA" w:rsidRPr="00643CF3" w:rsidRDefault="008D53CA" w:rsidP="008D53CA">
            <w:pPr>
              <w:jc w:val="center"/>
              <w:rPr>
                <w:szCs w:val="20"/>
              </w:rPr>
            </w:pPr>
            <w:proofErr w:type="spellStart"/>
            <w:r w:rsidRPr="00643CF3">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3918CAC" w14:textId="77777777" w:rsidR="008D53CA" w:rsidRPr="00643CF3" w:rsidRDefault="008D53CA" w:rsidP="008D53CA">
            <w:pPr>
              <w:jc w:val="center"/>
              <w:rPr>
                <w:szCs w:val="20"/>
              </w:rPr>
            </w:pPr>
            <w:r w:rsidRPr="00643CF3">
              <w:rPr>
                <w:b/>
                <w:color w:val="000000"/>
                <w:szCs w:val="20"/>
              </w:rPr>
              <w:t xml:space="preserve">Nivel de </w:t>
            </w:r>
            <w:proofErr w:type="spellStart"/>
            <w:r w:rsidRPr="00643CF3">
              <w:rPr>
                <w:b/>
                <w:color w:val="000000"/>
                <w:szCs w:val="20"/>
              </w:rPr>
              <w:t>cumplimiento</w:t>
            </w:r>
            <w:proofErr w:type="spellEnd"/>
          </w:p>
        </w:tc>
      </w:tr>
      <w:tr w:rsidR="008D53CA" w14:paraId="5AE451EA" w14:textId="77777777" w:rsidTr="008D53CA">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5655D49" w14:textId="77777777" w:rsidR="008D53CA" w:rsidRPr="00643CF3" w:rsidRDefault="008D53CA" w:rsidP="008D53CA">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B8A32B" w14:textId="77777777" w:rsidR="008D53CA" w:rsidRPr="00643CF3" w:rsidRDefault="008D53CA" w:rsidP="008D53CA">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2589DCF" w14:textId="77777777" w:rsidR="008D53CA" w:rsidRPr="00643CF3" w:rsidRDefault="008D53CA" w:rsidP="008D53CA">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CAAEB56" w14:textId="77777777" w:rsidR="008D53CA" w:rsidRPr="00643CF3" w:rsidRDefault="008D53CA" w:rsidP="008D53CA">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413139E" w14:textId="77777777" w:rsidR="008D53CA" w:rsidRPr="00643CF3" w:rsidRDefault="008D53CA" w:rsidP="008D53CA">
            <w:pPr>
              <w:jc w:val="center"/>
              <w:rPr>
                <w:szCs w:val="20"/>
              </w:rPr>
            </w:pPr>
            <w:r w:rsidRPr="00643CF3">
              <w:rPr>
                <w:b/>
                <w:color w:val="000000"/>
                <w:szCs w:val="20"/>
              </w:rPr>
              <w:t>NC</w:t>
            </w:r>
          </w:p>
        </w:tc>
      </w:tr>
      <w:tr w:rsidR="008D53CA" w:rsidRPr="00637056" w14:paraId="27505579" w14:textId="77777777" w:rsidTr="008D53CA">
        <w:trPr>
          <w:cantSplit/>
          <w:trHeight w:val="821"/>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4275CB9" w14:textId="0B6A5A35" w:rsidR="008D53CA" w:rsidRPr="00643CF3" w:rsidRDefault="008D53CA" w:rsidP="008D53CA">
            <w:pPr>
              <w:jc w:val="center"/>
              <w:rPr>
                <w:szCs w:val="20"/>
                <w:lang w:val="es-PY"/>
              </w:rPr>
            </w:pPr>
            <w:r w:rsidRPr="00CA67AF">
              <w:rPr>
                <w:b/>
                <w:color w:val="000000"/>
                <w:szCs w:val="20"/>
                <w:lang w:val="es-PY"/>
              </w:rPr>
              <w:t>Impacto de la internacionali</w:t>
            </w:r>
            <w:r>
              <w:rPr>
                <w:b/>
                <w:color w:val="000000"/>
                <w:szCs w:val="20"/>
                <w:lang w:val="es-PY"/>
              </w:rPr>
              <w:t>zación en la formación doctoral</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51CC918" w14:textId="6149ED6A" w:rsidR="008D53CA" w:rsidRPr="00797ECA" w:rsidRDefault="008D53CA" w:rsidP="008D53CA">
            <w:pPr>
              <w:jc w:val="both"/>
              <w:rPr>
                <w:szCs w:val="20"/>
                <w:lang w:val="es-PY"/>
              </w:rPr>
            </w:pPr>
            <w:r w:rsidRPr="00CA67AF">
              <w:rPr>
                <w:color w:val="000000"/>
                <w:szCs w:val="20"/>
                <w:lang w:val="es-PY"/>
              </w:rPr>
              <w:t>a. Existen convenios internacionales con fines de investigación conjunta y cooperación académica que benefician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C5B9E25"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1CED82C"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747C4A9" w14:textId="77777777" w:rsidR="008D53CA" w:rsidRPr="003B5381" w:rsidRDefault="008D53CA" w:rsidP="008D53CA">
            <w:pPr>
              <w:jc w:val="center"/>
              <w:rPr>
                <w:szCs w:val="20"/>
                <w:lang w:val="es-PY"/>
              </w:rPr>
            </w:pPr>
          </w:p>
        </w:tc>
      </w:tr>
      <w:tr w:rsidR="008D53CA" w:rsidRPr="00637056" w14:paraId="2A1F6EDB" w14:textId="77777777" w:rsidTr="008D53CA">
        <w:trPr>
          <w:cantSplit/>
          <w:trHeight w:val="720"/>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FEBC0C6"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24F4027" w14:textId="0C9E42A4" w:rsidR="008D53CA" w:rsidRPr="00643CF3" w:rsidRDefault="008D53CA" w:rsidP="008D53CA">
            <w:pPr>
              <w:jc w:val="both"/>
              <w:rPr>
                <w:szCs w:val="20"/>
                <w:lang w:val="es-PY"/>
              </w:rPr>
            </w:pPr>
            <w:r w:rsidRPr="00643CF3">
              <w:rPr>
                <w:color w:val="000000"/>
                <w:szCs w:val="20"/>
                <w:lang w:val="es-PY"/>
              </w:rPr>
              <w:t xml:space="preserve">b. </w:t>
            </w:r>
            <w:r w:rsidRPr="00CA67AF">
              <w:rPr>
                <w:color w:val="000000"/>
                <w:szCs w:val="20"/>
                <w:lang w:val="es-PY"/>
              </w:rPr>
              <w:t xml:space="preserve">Se fomenta la movilidad internacional de docentes y </w:t>
            </w:r>
            <w:r>
              <w:rPr>
                <w:color w:val="000000"/>
                <w:szCs w:val="20"/>
                <w:lang w:val="es-PY"/>
              </w:rPr>
              <w:t>participantes.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55CD1F0"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4EEBFBF"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63F013E" w14:textId="77777777" w:rsidR="008D53CA" w:rsidRPr="003B5381" w:rsidRDefault="008D53CA" w:rsidP="008D53CA">
            <w:pPr>
              <w:jc w:val="center"/>
              <w:rPr>
                <w:szCs w:val="20"/>
                <w:lang w:val="es-PY"/>
              </w:rPr>
            </w:pPr>
          </w:p>
        </w:tc>
      </w:tr>
      <w:tr w:rsidR="008D53CA" w:rsidRPr="00637056" w14:paraId="724DD42D" w14:textId="77777777" w:rsidTr="008D53CA">
        <w:trPr>
          <w:cantSplit/>
          <w:trHeight w:val="449"/>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2EC9E67"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A859CE7" w14:textId="468BCD4D" w:rsidR="008D53CA" w:rsidRPr="00643CF3" w:rsidRDefault="008D53CA" w:rsidP="008D53CA">
            <w:pPr>
              <w:jc w:val="both"/>
              <w:rPr>
                <w:szCs w:val="20"/>
                <w:lang w:val="es-PY"/>
              </w:rPr>
            </w:pPr>
            <w:r w:rsidRPr="00643CF3">
              <w:rPr>
                <w:color w:val="000000"/>
                <w:szCs w:val="20"/>
                <w:lang w:val="es-PY"/>
              </w:rPr>
              <w:t xml:space="preserve">c. </w:t>
            </w:r>
            <w:r w:rsidRPr="00CA67AF">
              <w:rPr>
                <w:color w:val="000000"/>
                <w:szCs w:val="20"/>
                <w:lang w:val="es-PY"/>
              </w:rPr>
              <w:t>El programa promueve publicaciones y eventos con alcance int</w:t>
            </w:r>
            <w:r>
              <w:rPr>
                <w:color w:val="000000"/>
                <w:szCs w:val="20"/>
                <w:lang w:val="es-PY"/>
              </w:rPr>
              <w:t>ernacional, que contribuyen a su</w:t>
            </w:r>
            <w:r w:rsidRPr="00CA67AF">
              <w:rPr>
                <w:color w:val="000000"/>
                <w:szCs w:val="20"/>
                <w:lang w:val="es-PY"/>
              </w:rPr>
              <w:t xml:space="preserve"> pr</w:t>
            </w:r>
            <w:r>
              <w:rPr>
                <w:color w:val="000000"/>
                <w:szCs w:val="20"/>
                <w:lang w:val="es-PY"/>
              </w:rPr>
              <w:t>oyección académica y científica.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2E10856"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E098A7B"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F127636" w14:textId="77777777" w:rsidR="008D53CA" w:rsidRPr="003B5381" w:rsidRDefault="008D53CA" w:rsidP="008D53CA">
            <w:pPr>
              <w:jc w:val="center"/>
              <w:rPr>
                <w:szCs w:val="20"/>
                <w:lang w:val="es-PY"/>
              </w:rPr>
            </w:pPr>
          </w:p>
        </w:tc>
      </w:tr>
      <w:tr w:rsidR="008D53CA" w:rsidRPr="00637056" w14:paraId="62807BEB" w14:textId="77777777" w:rsidTr="008D53CA">
        <w:trPr>
          <w:cantSplit/>
          <w:trHeight w:val="605"/>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ED1A508"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BB4DFED" w14:textId="6DDFDEF2" w:rsidR="008D53CA" w:rsidRPr="00643CF3" w:rsidRDefault="008D53CA" w:rsidP="008D53CA">
            <w:pPr>
              <w:jc w:val="both"/>
              <w:rPr>
                <w:szCs w:val="20"/>
                <w:lang w:val="es-PY"/>
              </w:rPr>
            </w:pPr>
            <w:r w:rsidRPr="00643CF3">
              <w:rPr>
                <w:color w:val="000000"/>
                <w:szCs w:val="20"/>
                <w:lang w:val="es-PY"/>
              </w:rPr>
              <w:t>d</w:t>
            </w:r>
            <w:r w:rsidRPr="00CA67AF">
              <w:rPr>
                <w:color w:val="000000"/>
                <w:szCs w:val="20"/>
                <w:lang w:val="es-PY"/>
              </w:rPr>
              <w:t xml:space="preserve">. </w:t>
            </w:r>
            <w:r w:rsidRPr="008020A5">
              <w:rPr>
                <w:color w:val="000000"/>
                <w:szCs w:val="20"/>
                <w:lang w:val="es-PY"/>
              </w:rPr>
              <w:t>El currículo incorpora bibliografía especializada y</w:t>
            </w:r>
            <w:r w:rsidR="006C77F8">
              <w:rPr>
                <w:color w:val="000000"/>
                <w:szCs w:val="20"/>
                <w:lang w:val="es-PY"/>
              </w:rPr>
              <w:t>/o</w:t>
            </w:r>
            <w:r w:rsidRPr="008020A5">
              <w:rPr>
                <w:color w:val="000000"/>
                <w:szCs w:val="20"/>
                <w:lang w:val="es-PY"/>
              </w:rPr>
              <w:t xml:space="preserve"> formación en lengua extranjera,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24FF4D88"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14E2A5A"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5EBBB7A1" w14:textId="77777777" w:rsidR="008D53CA" w:rsidRPr="003B5381" w:rsidRDefault="008D53CA" w:rsidP="008D53CA">
            <w:pPr>
              <w:jc w:val="center"/>
              <w:rPr>
                <w:szCs w:val="20"/>
                <w:lang w:val="es-PY"/>
              </w:rPr>
            </w:pPr>
          </w:p>
        </w:tc>
      </w:tr>
      <w:tr w:rsidR="008D53CA" w:rsidRPr="00637056" w14:paraId="60C51B3E" w14:textId="77777777" w:rsidTr="008D53CA">
        <w:trPr>
          <w:cantSplit/>
          <w:trHeight w:val="497"/>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761EDDCE" w14:textId="77777777" w:rsidR="008D53CA" w:rsidRPr="003B5381" w:rsidRDefault="008D53CA" w:rsidP="008D53C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19301635" w14:textId="73C99AB5" w:rsidR="008D53CA" w:rsidRPr="00643CF3" w:rsidRDefault="008D53CA" w:rsidP="008D53CA">
            <w:pPr>
              <w:jc w:val="both"/>
              <w:rPr>
                <w:szCs w:val="20"/>
                <w:lang w:val="es-PY"/>
              </w:rPr>
            </w:pPr>
            <w:r w:rsidRPr="00643CF3">
              <w:rPr>
                <w:color w:val="000000"/>
                <w:szCs w:val="20"/>
                <w:lang w:val="es-PY"/>
              </w:rPr>
              <w:t xml:space="preserve">e. </w:t>
            </w:r>
            <w:r w:rsidRPr="00994BE4">
              <w:rPr>
                <w:szCs w:val="20"/>
                <w:lang w:val="es-PY"/>
              </w:rPr>
              <w:t>Los resultados de las acciones de internacionalización se utilizan para mejorar el desarrollo académico y científico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4D0B828" w14:textId="77777777" w:rsidR="008D53CA" w:rsidRPr="003B5381" w:rsidRDefault="008D53CA" w:rsidP="008D53C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635CC9F" w14:textId="77777777" w:rsidR="008D53CA" w:rsidRPr="003B5381" w:rsidRDefault="008D53CA" w:rsidP="008D53C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8F7AD6D" w14:textId="77777777" w:rsidR="008D53CA" w:rsidRPr="003B5381" w:rsidRDefault="008D53CA" w:rsidP="008D53CA">
            <w:pPr>
              <w:jc w:val="center"/>
              <w:rPr>
                <w:szCs w:val="20"/>
                <w:lang w:val="es-PY"/>
              </w:rPr>
            </w:pPr>
          </w:p>
        </w:tc>
      </w:tr>
      <w:tr w:rsidR="008D53CA" w:rsidRPr="00637056" w14:paraId="18C088AF" w14:textId="77777777" w:rsidTr="008D53CA">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B301E7" w14:textId="77777777" w:rsidR="008D53CA" w:rsidRPr="00643CF3" w:rsidRDefault="008D53CA" w:rsidP="008D53CA">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25CAF5E" w14:textId="77777777" w:rsidR="008D53CA" w:rsidRPr="00643CF3" w:rsidRDefault="008D53CA" w:rsidP="008D53CA">
            <w:pPr>
              <w:jc w:val="center"/>
              <w:rPr>
                <w:szCs w:val="20"/>
                <w:lang w:val="es-PY"/>
              </w:rPr>
            </w:pPr>
          </w:p>
        </w:tc>
      </w:tr>
      <w:tr w:rsidR="008D53CA" w14:paraId="057441F5" w14:textId="77777777" w:rsidTr="008D53CA">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D486BC1" w14:textId="77777777" w:rsidR="008D53CA" w:rsidRPr="00643CF3" w:rsidRDefault="008D53CA" w:rsidP="008D53CA">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E5A9E35" w14:textId="77777777" w:rsidR="008D53CA" w:rsidRPr="00643CF3" w:rsidRDefault="008D53CA" w:rsidP="008D53CA">
            <w:pPr>
              <w:jc w:val="center"/>
              <w:rPr>
                <w:szCs w:val="20"/>
              </w:rPr>
            </w:pPr>
            <w:proofErr w:type="spellStart"/>
            <w:r w:rsidRPr="00643CF3">
              <w:rPr>
                <w:b/>
                <w:color w:val="000000"/>
                <w:szCs w:val="20"/>
              </w:rPr>
              <w:t>Medios</w:t>
            </w:r>
            <w:proofErr w:type="spellEnd"/>
            <w:r w:rsidRPr="00643CF3">
              <w:rPr>
                <w:b/>
                <w:color w:val="000000"/>
                <w:szCs w:val="20"/>
              </w:rPr>
              <w:t xml:space="preserve"> de </w:t>
            </w:r>
            <w:proofErr w:type="spellStart"/>
            <w:r w:rsidRPr="00643CF3">
              <w:rPr>
                <w:b/>
                <w:color w:val="000000"/>
                <w:szCs w:val="20"/>
              </w:rPr>
              <w:t>verificación</w:t>
            </w:r>
            <w:proofErr w:type="spellEnd"/>
          </w:p>
        </w:tc>
      </w:tr>
      <w:tr w:rsidR="008D53CA" w14:paraId="51722EA6" w14:textId="77777777" w:rsidTr="00FD650D">
        <w:trPr>
          <w:cantSplit/>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812FA4B" w14:textId="77777777" w:rsidR="008D53CA" w:rsidRDefault="008D53CA" w:rsidP="008D53CA">
            <w:pPr>
              <w:jc w:val="both"/>
              <w:rPr>
                <w:szCs w:val="20"/>
              </w:rPr>
            </w:pPr>
          </w:p>
          <w:p w14:paraId="6B18E21D" w14:textId="77777777" w:rsidR="008D53CA" w:rsidRDefault="008D53CA" w:rsidP="008D53CA">
            <w:pPr>
              <w:jc w:val="both"/>
              <w:rPr>
                <w:szCs w:val="20"/>
              </w:rPr>
            </w:pPr>
          </w:p>
          <w:p w14:paraId="34A76EB1" w14:textId="77777777" w:rsidR="008D53CA" w:rsidRDefault="008D53CA" w:rsidP="008D53CA">
            <w:pPr>
              <w:jc w:val="both"/>
              <w:rPr>
                <w:szCs w:val="20"/>
              </w:rPr>
            </w:pPr>
          </w:p>
          <w:p w14:paraId="164E5565" w14:textId="77777777" w:rsidR="008D53CA" w:rsidRDefault="008D53CA" w:rsidP="008D53CA">
            <w:pPr>
              <w:jc w:val="both"/>
              <w:rPr>
                <w:szCs w:val="20"/>
              </w:rPr>
            </w:pPr>
          </w:p>
          <w:p w14:paraId="562EB60B" w14:textId="77777777" w:rsidR="008D53CA" w:rsidRDefault="008D53CA" w:rsidP="008D53CA">
            <w:pPr>
              <w:jc w:val="both"/>
              <w:rPr>
                <w:szCs w:val="20"/>
              </w:rPr>
            </w:pPr>
          </w:p>
          <w:p w14:paraId="590AA03B" w14:textId="77777777" w:rsidR="008D53CA" w:rsidRDefault="008D53CA" w:rsidP="008D53CA">
            <w:pPr>
              <w:jc w:val="both"/>
              <w:rPr>
                <w:szCs w:val="20"/>
              </w:rPr>
            </w:pPr>
          </w:p>
          <w:p w14:paraId="07B1E848" w14:textId="77777777" w:rsidR="008D53CA" w:rsidRDefault="008D53CA" w:rsidP="008D53CA">
            <w:pPr>
              <w:jc w:val="both"/>
              <w:rPr>
                <w:szCs w:val="20"/>
              </w:rPr>
            </w:pPr>
          </w:p>
          <w:p w14:paraId="6ADFA9D0" w14:textId="77777777" w:rsidR="008D53CA" w:rsidRDefault="008D53CA" w:rsidP="008D53CA">
            <w:pPr>
              <w:jc w:val="both"/>
              <w:rPr>
                <w:szCs w:val="20"/>
              </w:rPr>
            </w:pPr>
          </w:p>
          <w:p w14:paraId="1759EB08" w14:textId="77777777" w:rsidR="00FD650D" w:rsidRDefault="00FD650D" w:rsidP="008D53CA">
            <w:pPr>
              <w:jc w:val="both"/>
              <w:rPr>
                <w:szCs w:val="20"/>
              </w:rPr>
            </w:pPr>
          </w:p>
          <w:p w14:paraId="0E757A7B" w14:textId="6128470C" w:rsidR="00FD650D" w:rsidRDefault="00FD650D" w:rsidP="008D53CA">
            <w:pPr>
              <w:jc w:val="both"/>
              <w:rPr>
                <w:szCs w:val="20"/>
              </w:rPr>
            </w:pPr>
          </w:p>
          <w:p w14:paraId="613A81D5" w14:textId="1C93A67E" w:rsidR="00FD650D" w:rsidRDefault="00FD650D" w:rsidP="008D53CA">
            <w:pPr>
              <w:jc w:val="both"/>
              <w:rPr>
                <w:szCs w:val="20"/>
              </w:rPr>
            </w:pPr>
          </w:p>
          <w:p w14:paraId="6766E8A4" w14:textId="71F7D69C" w:rsidR="00FD650D" w:rsidRDefault="00FD650D" w:rsidP="008D53CA">
            <w:pPr>
              <w:jc w:val="both"/>
              <w:rPr>
                <w:szCs w:val="20"/>
              </w:rPr>
            </w:pPr>
          </w:p>
          <w:p w14:paraId="4BF10240" w14:textId="77F03A85" w:rsidR="00FD650D" w:rsidRDefault="00FD650D" w:rsidP="008D53CA">
            <w:pPr>
              <w:jc w:val="both"/>
              <w:rPr>
                <w:szCs w:val="20"/>
              </w:rPr>
            </w:pPr>
          </w:p>
          <w:p w14:paraId="56020863" w14:textId="27089269" w:rsidR="00FD650D" w:rsidRDefault="00FD650D" w:rsidP="008D53CA">
            <w:pPr>
              <w:jc w:val="both"/>
              <w:rPr>
                <w:szCs w:val="20"/>
              </w:rPr>
            </w:pPr>
          </w:p>
          <w:p w14:paraId="0EE594D3" w14:textId="188B0B7E" w:rsidR="00FD650D" w:rsidRDefault="00FD650D" w:rsidP="008D53CA">
            <w:pPr>
              <w:jc w:val="both"/>
              <w:rPr>
                <w:szCs w:val="20"/>
              </w:rPr>
            </w:pPr>
          </w:p>
          <w:p w14:paraId="29449407" w14:textId="46EF8D4F" w:rsidR="00FD650D" w:rsidRDefault="00FD650D" w:rsidP="008D53CA">
            <w:pPr>
              <w:jc w:val="both"/>
              <w:rPr>
                <w:szCs w:val="20"/>
              </w:rPr>
            </w:pPr>
          </w:p>
          <w:p w14:paraId="6F0CF573" w14:textId="5F31303E" w:rsidR="00FD650D" w:rsidRDefault="00FD650D" w:rsidP="008D53CA">
            <w:pPr>
              <w:jc w:val="both"/>
              <w:rPr>
                <w:szCs w:val="20"/>
              </w:rPr>
            </w:pPr>
          </w:p>
          <w:p w14:paraId="7D1490EA" w14:textId="19084B69" w:rsidR="00FD650D" w:rsidRDefault="00FD650D" w:rsidP="008D53CA">
            <w:pPr>
              <w:jc w:val="both"/>
              <w:rPr>
                <w:szCs w:val="20"/>
              </w:rPr>
            </w:pPr>
          </w:p>
          <w:p w14:paraId="6E41ABEC" w14:textId="686D6016" w:rsidR="00FD650D" w:rsidRDefault="00FD650D" w:rsidP="008D53CA">
            <w:pPr>
              <w:jc w:val="both"/>
              <w:rPr>
                <w:szCs w:val="20"/>
              </w:rPr>
            </w:pPr>
          </w:p>
          <w:p w14:paraId="470C26CD" w14:textId="38395526" w:rsidR="00FD650D" w:rsidRDefault="00FD650D" w:rsidP="008D53CA">
            <w:pPr>
              <w:jc w:val="both"/>
              <w:rPr>
                <w:szCs w:val="20"/>
              </w:rPr>
            </w:pPr>
          </w:p>
          <w:p w14:paraId="0A846202" w14:textId="13B099FB" w:rsidR="00FD650D" w:rsidRDefault="00FD650D" w:rsidP="008D53CA">
            <w:pPr>
              <w:jc w:val="both"/>
              <w:rPr>
                <w:szCs w:val="20"/>
              </w:rPr>
            </w:pPr>
          </w:p>
          <w:p w14:paraId="790FEEF3" w14:textId="734EC607" w:rsidR="00FD650D" w:rsidRDefault="00FD650D" w:rsidP="008D53CA">
            <w:pPr>
              <w:jc w:val="both"/>
              <w:rPr>
                <w:szCs w:val="20"/>
              </w:rPr>
            </w:pPr>
          </w:p>
          <w:p w14:paraId="300FEE29" w14:textId="6E3058DC" w:rsidR="00FD650D" w:rsidRDefault="00FD650D" w:rsidP="008D53CA">
            <w:pPr>
              <w:jc w:val="both"/>
              <w:rPr>
                <w:szCs w:val="20"/>
              </w:rPr>
            </w:pPr>
          </w:p>
          <w:p w14:paraId="4FCDD214" w14:textId="2601214F" w:rsidR="00FD650D" w:rsidRDefault="00FD650D" w:rsidP="008D53CA">
            <w:pPr>
              <w:jc w:val="both"/>
              <w:rPr>
                <w:szCs w:val="20"/>
              </w:rPr>
            </w:pPr>
          </w:p>
          <w:p w14:paraId="14679796" w14:textId="652F1EB2" w:rsidR="00FD650D" w:rsidRDefault="00FD650D" w:rsidP="008D53CA">
            <w:pPr>
              <w:jc w:val="both"/>
              <w:rPr>
                <w:szCs w:val="20"/>
              </w:rPr>
            </w:pPr>
          </w:p>
          <w:p w14:paraId="5BB97E42" w14:textId="762DA3E2" w:rsidR="00FD650D" w:rsidRDefault="00FD650D" w:rsidP="008D53CA">
            <w:pPr>
              <w:jc w:val="both"/>
              <w:rPr>
                <w:szCs w:val="20"/>
              </w:rPr>
            </w:pPr>
          </w:p>
          <w:p w14:paraId="28EAED36" w14:textId="77777777" w:rsidR="00FD650D" w:rsidRDefault="00FD650D" w:rsidP="008D53CA">
            <w:pPr>
              <w:jc w:val="both"/>
              <w:rPr>
                <w:szCs w:val="20"/>
              </w:rPr>
            </w:pPr>
          </w:p>
          <w:p w14:paraId="310A8B91" w14:textId="77777777" w:rsidR="00FD650D" w:rsidRDefault="00FD650D" w:rsidP="008D53CA">
            <w:pPr>
              <w:jc w:val="both"/>
              <w:rPr>
                <w:szCs w:val="20"/>
              </w:rPr>
            </w:pPr>
          </w:p>
          <w:p w14:paraId="7495ADD8" w14:textId="1146E1EC" w:rsidR="00FD650D" w:rsidRPr="00643CF3" w:rsidRDefault="00FD650D" w:rsidP="008D53CA">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D3B27CA" w14:textId="77777777" w:rsidR="008D53CA" w:rsidRPr="00643CF3" w:rsidRDefault="008D53CA" w:rsidP="008D53CA">
            <w:pPr>
              <w:jc w:val="both"/>
              <w:rPr>
                <w:szCs w:val="20"/>
              </w:rPr>
            </w:pPr>
          </w:p>
        </w:tc>
      </w:tr>
    </w:tbl>
    <w:p w14:paraId="65605775" w14:textId="2632A7F4" w:rsidR="0010517E" w:rsidRDefault="00643CF3">
      <w:r>
        <w:br w:type="page"/>
      </w:r>
    </w:p>
    <w:tbl>
      <w:tblPr>
        <w:tblW w:w="9787" w:type="dxa"/>
        <w:jc w:val="center"/>
        <w:tblCellMar>
          <w:left w:w="70" w:type="dxa"/>
          <w:right w:w="70" w:type="dxa"/>
        </w:tblCellMar>
        <w:tblLook w:val="04A0" w:firstRow="1" w:lastRow="0" w:firstColumn="1" w:lastColumn="0" w:noHBand="0" w:noVBand="1"/>
      </w:tblPr>
      <w:tblGrid>
        <w:gridCol w:w="4962"/>
        <w:gridCol w:w="4825"/>
      </w:tblGrid>
      <w:tr w:rsidR="009223FE" w:rsidRPr="00637056" w14:paraId="2FD14CA9" w14:textId="77777777" w:rsidTr="00821777">
        <w:trPr>
          <w:trHeight w:val="303"/>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438A6855" w14:textId="77777777" w:rsidR="009223FE" w:rsidRPr="00F34DB9" w:rsidRDefault="009223FE" w:rsidP="008D53CA">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9223FE" w:rsidRPr="00DC5782" w14:paraId="6E145453" w14:textId="77777777" w:rsidTr="00821777">
        <w:trPr>
          <w:trHeight w:val="303"/>
          <w:jc w:val="center"/>
        </w:trPr>
        <w:tc>
          <w:tcPr>
            <w:tcW w:w="4962"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0B76C9B0" w14:textId="77777777" w:rsidR="009223FE" w:rsidRPr="00840DB4" w:rsidRDefault="009223FE" w:rsidP="008D53CA">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672413B1" w14:textId="77777777" w:rsidR="009223FE" w:rsidRPr="00840DB4" w:rsidRDefault="009223FE" w:rsidP="008D53CA">
            <w:pPr>
              <w:jc w:val="center"/>
              <w:rPr>
                <w:rFonts w:eastAsia="Times New Roman" w:cs="Arial"/>
                <w:b/>
                <w:bCs/>
                <w:lang w:val="es-PY" w:eastAsia="es-PY"/>
              </w:rPr>
            </w:pPr>
            <w:r w:rsidRPr="00840DB4">
              <w:rPr>
                <w:b/>
                <w:bCs/>
                <w:lang w:val="es-PY" w:eastAsia="es-PY"/>
              </w:rPr>
              <w:t>Debilidades</w:t>
            </w:r>
          </w:p>
        </w:tc>
      </w:tr>
      <w:tr w:rsidR="009223FE" w:rsidRPr="007A4CF2" w14:paraId="14DE61A3" w14:textId="77777777" w:rsidTr="00821777">
        <w:trPr>
          <w:cantSplit/>
          <w:jc w:val="center"/>
        </w:trPr>
        <w:tc>
          <w:tcPr>
            <w:tcW w:w="4962"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1CF3EAFE" w14:textId="77777777" w:rsidR="009223FE" w:rsidRDefault="009223FE" w:rsidP="00A83759">
            <w:pPr>
              <w:jc w:val="both"/>
              <w:rPr>
                <w:rFonts w:eastAsia="Times New Roman" w:cs="Arial"/>
                <w:szCs w:val="20"/>
                <w:lang w:val="es-PY" w:eastAsia="es-PY"/>
              </w:rPr>
            </w:pPr>
          </w:p>
          <w:p w14:paraId="548AC90C" w14:textId="77777777" w:rsidR="009223FE" w:rsidRDefault="009223FE" w:rsidP="00A83759">
            <w:pPr>
              <w:jc w:val="both"/>
              <w:rPr>
                <w:rFonts w:eastAsia="Times New Roman" w:cs="Arial"/>
                <w:szCs w:val="20"/>
                <w:lang w:val="es-PY" w:eastAsia="es-PY"/>
              </w:rPr>
            </w:pPr>
          </w:p>
          <w:p w14:paraId="6B4FA2BB" w14:textId="77777777" w:rsidR="009223FE" w:rsidRDefault="009223FE" w:rsidP="00A83759">
            <w:pPr>
              <w:jc w:val="both"/>
              <w:rPr>
                <w:rFonts w:eastAsia="Times New Roman" w:cs="Arial"/>
                <w:szCs w:val="20"/>
                <w:lang w:val="es-PY" w:eastAsia="es-PY"/>
              </w:rPr>
            </w:pPr>
          </w:p>
          <w:p w14:paraId="6922C3D0" w14:textId="77777777" w:rsidR="009223FE" w:rsidRDefault="009223FE" w:rsidP="00A83759">
            <w:pPr>
              <w:jc w:val="both"/>
              <w:rPr>
                <w:rFonts w:eastAsia="Times New Roman" w:cs="Arial"/>
                <w:szCs w:val="20"/>
                <w:lang w:val="es-PY" w:eastAsia="es-PY"/>
              </w:rPr>
            </w:pPr>
          </w:p>
          <w:p w14:paraId="75BEE158" w14:textId="77777777" w:rsidR="009223FE" w:rsidRDefault="009223FE" w:rsidP="00A83759">
            <w:pPr>
              <w:jc w:val="both"/>
              <w:rPr>
                <w:rFonts w:eastAsia="Times New Roman" w:cs="Arial"/>
                <w:szCs w:val="20"/>
                <w:lang w:val="es-PY" w:eastAsia="es-PY"/>
              </w:rPr>
            </w:pPr>
          </w:p>
          <w:p w14:paraId="36D7E48E" w14:textId="77777777" w:rsidR="009223FE" w:rsidRDefault="009223FE" w:rsidP="00A83759">
            <w:pPr>
              <w:jc w:val="both"/>
              <w:rPr>
                <w:rFonts w:eastAsia="Times New Roman" w:cs="Arial"/>
                <w:szCs w:val="20"/>
                <w:lang w:val="es-PY" w:eastAsia="es-PY"/>
              </w:rPr>
            </w:pPr>
          </w:p>
          <w:p w14:paraId="1367F188" w14:textId="77777777" w:rsidR="009223FE" w:rsidRDefault="009223FE" w:rsidP="00A83759">
            <w:pPr>
              <w:jc w:val="both"/>
              <w:rPr>
                <w:rFonts w:eastAsia="Times New Roman" w:cs="Arial"/>
                <w:szCs w:val="20"/>
                <w:lang w:val="es-PY" w:eastAsia="es-PY"/>
              </w:rPr>
            </w:pPr>
          </w:p>
          <w:p w14:paraId="15A9AEFF" w14:textId="77777777" w:rsidR="009223FE" w:rsidRDefault="009223FE" w:rsidP="00A83759">
            <w:pPr>
              <w:jc w:val="both"/>
              <w:rPr>
                <w:rFonts w:eastAsia="Times New Roman" w:cs="Arial"/>
                <w:szCs w:val="20"/>
                <w:lang w:val="es-PY" w:eastAsia="es-PY"/>
              </w:rPr>
            </w:pPr>
          </w:p>
          <w:p w14:paraId="29AB3625" w14:textId="77777777" w:rsidR="009223FE" w:rsidRDefault="009223FE" w:rsidP="00A83759">
            <w:pPr>
              <w:jc w:val="both"/>
              <w:rPr>
                <w:rFonts w:eastAsia="Times New Roman" w:cs="Arial"/>
                <w:szCs w:val="20"/>
                <w:lang w:val="es-PY" w:eastAsia="es-PY"/>
              </w:rPr>
            </w:pPr>
          </w:p>
          <w:p w14:paraId="2848E430" w14:textId="77777777" w:rsidR="009223FE" w:rsidRDefault="009223FE" w:rsidP="00A83759">
            <w:pPr>
              <w:jc w:val="both"/>
              <w:rPr>
                <w:rFonts w:eastAsia="Times New Roman" w:cs="Arial"/>
                <w:szCs w:val="20"/>
                <w:lang w:val="es-PY" w:eastAsia="es-PY"/>
              </w:rPr>
            </w:pPr>
          </w:p>
          <w:p w14:paraId="0F66C880" w14:textId="77777777" w:rsidR="009223FE" w:rsidRDefault="009223FE" w:rsidP="00A83759">
            <w:pPr>
              <w:jc w:val="both"/>
              <w:rPr>
                <w:rFonts w:eastAsia="Times New Roman" w:cs="Arial"/>
                <w:szCs w:val="20"/>
                <w:lang w:val="es-PY" w:eastAsia="es-PY"/>
              </w:rPr>
            </w:pPr>
          </w:p>
          <w:p w14:paraId="75269FC7" w14:textId="77777777" w:rsidR="009223FE" w:rsidRDefault="009223FE" w:rsidP="00A83759">
            <w:pPr>
              <w:jc w:val="both"/>
              <w:rPr>
                <w:rFonts w:eastAsia="Times New Roman" w:cs="Arial"/>
                <w:szCs w:val="20"/>
                <w:lang w:val="es-PY" w:eastAsia="es-PY"/>
              </w:rPr>
            </w:pPr>
          </w:p>
          <w:p w14:paraId="65CC87DB" w14:textId="77777777" w:rsidR="009223FE" w:rsidRDefault="009223FE" w:rsidP="00A83759">
            <w:pPr>
              <w:jc w:val="both"/>
              <w:rPr>
                <w:rFonts w:eastAsia="Times New Roman" w:cs="Arial"/>
                <w:szCs w:val="20"/>
                <w:lang w:val="es-PY" w:eastAsia="es-PY"/>
              </w:rPr>
            </w:pPr>
          </w:p>
          <w:p w14:paraId="7284D26B" w14:textId="77777777" w:rsidR="009223FE" w:rsidRDefault="009223FE" w:rsidP="00A83759">
            <w:pPr>
              <w:jc w:val="both"/>
              <w:rPr>
                <w:rFonts w:eastAsia="Times New Roman" w:cs="Arial"/>
                <w:szCs w:val="20"/>
                <w:lang w:val="es-PY" w:eastAsia="es-PY"/>
              </w:rPr>
            </w:pPr>
          </w:p>
          <w:p w14:paraId="6C89485B" w14:textId="77777777" w:rsidR="009223FE" w:rsidRDefault="009223FE" w:rsidP="00A83759">
            <w:pPr>
              <w:jc w:val="both"/>
              <w:rPr>
                <w:rFonts w:eastAsia="Times New Roman" w:cs="Arial"/>
                <w:szCs w:val="20"/>
                <w:lang w:val="es-PY" w:eastAsia="es-PY"/>
              </w:rPr>
            </w:pPr>
          </w:p>
          <w:p w14:paraId="69A9C411" w14:textId="77777777" w:rsidR="009223FE" w:rsidRDefault="009223FE" w:rsidP="00A83759">
            <w:pPr>
              <w:jc w:val="both"/>
              <w:rPr>
                <w:rFonts w:eastAsia="Times New Roman" w:cs="Arial"/>
                <w:szCs w:val="20"/>
                <w:lang w:val="es-PY" w:eastAsia="es-PY"/>
              </w:rPr>
            </w:pPr>
          </w:p>
          <w:p w14:paraId="30D3A781" w14:textId="77777777" w:rsidR="009223FE" w:rsidRDefault="009223FE" w:rsidP="00A83759">
            <w:pPr>
              <w:jc w:val="both"/>
              <w:rPr>
                <w:rFonts w:eastAsia="Times New Roman" w:cs="Arial"/>
                <w:szCs w:val="20"/>
                <w:lang w:val="es-PY" w:eastAsia="es-PY"/>
              </w:rPr>
            </w:pPr>
          </w:p>
          <w:p w14:paraId="42CDC5D9" w14:textId="77777777" w:rsidR="009223FE" w:rsidRDefault="009223FE" w:rsidP="00A83759">
            <w:pPr>
              <w:jc w:val="both"/>
              <w:rPr>
                <w:rFonts w:eastAsia="Times New Roman" w:cs="Arial"/>
                <w:szCs w:val="20"/>
                <w:lang w:val="es-PY" w:eastAsia="es-PY"/>
              </w:rPr>
            </w:pPr>
          </w:p>
          <w:p w14:paraId="6B2BE255" w14:textId="77777777" w:rsidR="009223FE" w:rsidRDefault="009223FE" w:rsidP="00A83759">
            <w:pPr>
              <w:jc w:val="both"/>
              <w:rPr>
                <w:rFonts w:eastAsia="Times New Roman" w:cs="Arial"/>
                <w:szCs w:val="20"/>
                <w:lang w:val="es-PY" w:eastAsia="es-PY"/>
              </w:rPr>
            </w:pPr>
          </w:p>
          <w:p w14:paraId="0D96C22E" w14:textId="77777777" w:rsidR="009223FE" w:rsidRDefault="009223FE" w:rsidP="00A83759">
            <w:pPr>
              <w:jc w:val="both"/>
              <w:rPr>
                <w:rFonts w:eastAsia="Times New Roman" w:cs="Arial"/>
                <w:szCs w:val="20"/>
                <w:lang w:val="es-PY" w:eastAsia="es-PY"/>
              </w:rPr>
            </w:pPr>
          </w:p>
          <w:p w14:paraId="6BA41661" w14:textId="77777777" w:rsidR="009223FE" w:rsidRDefault="009223FE" w:rsidP="00A83759">
            <w:pPr>
              <w:jc w:val="both"/>
              <w:rPr>
                <w:rFonts w:eastAsia="Times New Roman" w:cs="Arial"/>
                <w:szCs w:val="20"/>
                <w:lang w:val="es-PY" w:eastAsia="es-PY"/>
              </w:rPr>
            </w:pPr>
          </w:p>
          <w:p w14:paraId="10FB85DF" w14:textId="77777777" w:rsidR="009223FE" w:rsidRPr="00F2657F" w:rsidRDefault="009223FE" w:rsidP="00A83759">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1C4B6E97" w14:textId="77777777" w:rsidR="009223FE" w:rsidRPr="00F2657F" w:rsidRDefault="009223FE" w:rsidP="00A83759">
            <w:pPr>
              <w:contextualSpacing/>
              <w:jc w:val="both"/>
              <w:rPr>
                <w:rFonts w:eastAsia="Times New Roman" w:cs="Arial"/>
                <w:szCs w:val="20"/>
                <w:lang w:val="es-PY" w:eastAsia="es-PY"/>
              </w:rPr>
            </w:pPr>
          </w:p>
        </w:tc>
      </w:tr>
      <w:tr w:rsidR="009223FE" w:rsidRPr="00DC5782" w14:paraId="6B334E9B" w14:textId="77777777" w:rsidTr="00821777">
        <w:trPr>
          <w:trHeight w:val="303"/>
          <w:jc w:val="center"/>
        </w:trPr>
        <w:tc>
          <w:tcPr>
            <w:tcW w:w="9787"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2546855" w14:textId="77777777" w:rsidR="009223FE" w:rsidRPr="00F34DB9" w:rsidRDefault="009223FE" w:rsidP="008D53CA">
            <w:pPr>
              <w:contextualSpacing/>
              <w:jc w:val="center"/>
              <w:rPr>
                <w:rFonts w:eastAsia="Times New Roman" w:cs="Arial"/>
                <w:color w:val="FFFFFF" w:themeColor="background1"/>
                <w:lang w:val="es-PY" w:eastAsia="es-PY"/>
              </w:rPr>
            </w:pPr>
            <w:proofErr w:type="spellStart"/>
            <w:r w:rsidRPr="00F34DB9">
              <w:rPr>
                <w:b/>
                <w:color w:val="FFFFFF" w:themeColor="background1"/>
              </w:rPr>
              <w:t>Oportunidades</w:t>
            </w:r>
            <w:proofErr w:type="spellEnd"/>
            <w:r w:rsidRPr="00F34DB9">
              <w:rPr>
                <w:b/>
                <w:color w:val="FFFFFF" w:themeColor="background1"/>
              </w:rPr>
              <w:t xml:space="preserve"> de </w:t>
            </w:r>
            <w:proofErr w:type="spellStart"/>
            <w:r w:rsidRPr="00F34DB9">
              <w:rPr>
                <w:b/>
                <w:color w:val="FFFFFF" w:themeColor="background1"/>
              </w:rPr>
              <w:t>mejora</w:t>
            </w:r>
            <w:proofErr w:type="spellEnd"/>
          </w:p>
        </w:tc>
      </w:tr>
      <w:tr w:rsidR="009223FE" w:rsidRPr="007A4CF2" w14:paraId="6ADB068D" w14:textId="77777777" w:rsidTr="00821777">
        <w:trPr>
          <w:trHeight w:val="6354"/>
          <w:jc w:val="center"/>
        </w:trPr>
        <w:tc>
          <w:tcPr>
            <w:tcW w:w="9787"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2A5B8653" w14:textId="77777777" w:rsidR="009223FE" w:rsidRDefault="009223FE" w:rsidP="00A83759">
            <w:pPr>
              <w:contextualSpacing/>
              <w:jc w:val="both"/>
              <w:rPr>
                <w:rFonts w:eastAsia="Times New Roman" w:cs="Arial"/>
                <w:color w:val="000000"/>
                <w:lang w:val="es-PY" w:eastAsia="es-PY"/>
              </w:rPr>
            </w:pPr>
          </w:p>
          <w:p w14:paraId="143CD4EE" w14:textId="77777777" w:rsidR="009223FE" w:rsidRDefault="009223FE" w:rsidP="00A83759">
            <w:pPr>
              <w:contextualSpacing/>
              <w:jc w:val="both"/>
              <w:rPr>
                <w:rFonts w:eastAsia="Times New Roman" w:cs="Arial"/>
                <w:color w:val="000000"/>
                <w:lang w:val="es-PY" w:eastAsia="es-PY"/>
              </w:rPr>
            </w:pPr>
          </w:p>
          <w:p w14:paraId="7CC15977" w14:textId="77777777" w:rsidR="009223FE" w:rsidRDefault="009223FE" w:rsidP="00A83759">
            <w:pPr>
              <w:contextualSpacing/>
              <w:jc w:val="both"/>
              <w:rPr>
                <w:rFonts w:eastAsia="Times New Roman" w:cs="Arial"/>
                <w:color w:val="000000"/>
                <w:lang w:val="es-PY" w:eastAsia="es-PY"/>
              </w:rPr>
            </w:pPr>
          </w:p>
          <w:p w14:paraId="2092347A" w14:textId="77777777" w:rsidR="009223FE" w:rsidRDefault="009223FE" w:rsidP="00A83759">
            <w:pPr>
              <w:contextualSpacing/>
              <w:jc w:val="both"/>
              <w:rPr>
                <w:rFonts w:eastAsia="Times New Roman" w:cs="Arial"/>
                <w:color w:val="000000"/>
                <w:lang w:val="es-PY" w:eastAsia="es-PY"/>
              </w:rPr>
            </w:pPr>
          </w:p>
          <w:p w14:paraId="23F3E4BE" w14:textId="77777777" w:rsidR="009223FE" w:rsidRDefault="009223FE" w:rsidP="00A83759">
            <w:pPr>
              <w:contextualSpacing/>
              <w:jc w:val="both"/>
              <w:rPr>
                <w:rFonts w:eastAsia="Times New Roman" w:cs="Arial"/>
                <w:color w:val="000000"/>
                <w:lang w:val="es-PY" w:eastAsia="es-PY"/>
              </w:rPr>
            </w:pPr>
          </w:p>
          <w:p w14:paraId="5E9B1E3F" w14:textId="77777777" w:rsidR="009223FE" w:rsidRDefault="009223FE" w:rsidP="00A83759">
            <w:pPr>
              <w:contextualSpacing/>
              <w:jc w:val="both"/>
              <w:rPr>
                <w:rFonts w:eastAsia="Times New Roman" w:cs="Arial"/>
                <w:color w:val="000000"/>
                <w:lang w:val="es-PY" w:eastAsia="es-PY"/>
              </w:rPr>
            </w:pPr>
          </w:p>
          <w:p w14:paraId="7FE42CD3" w14:textId="77777777" w:rsidR="009223FE" w:rsidRDefault="009223FE" w:rsidP="00A83759">
            <w:pPr>
              <w:contextualSpacing/>
              <w:jc w:val="both"/>
              <w:rPr>
                <w:rFonts w:eastAsia="Times New Roman" w:cs="Arial"/>
                <w:color w:val="000000"/>
                <w:lang w:val="es-PY" w:eastAsia="es-PY"/>
              </w:rPr>
            </w:pPr>
          </w:p>
          <w:p w14:paraId="6F98A7F7" w14:textId="77777777" w:rsidR="009223FE" w:rsidRDefault="009223FE" w:rsidP="00A83759">
            <w:pPr>
              <w:contextualSpacing/>
              <w:jc w:val="both"/>
              <w:rPr>
                <w:rFonts w:eastAsia="Times New Roman" w:cs="Arial"/>
                <w:color w:val="000000"/>
                <w:lang w:val="es-PY" w:eastAsia="es-PY"/>
              </w:rPr>
            </w:pPr>
          </w:p>
          <w:p w14:paraId="4E709EBF" w14:textId="77777777" w:rsidR="009223FE" w:rsidRDefault="009223FE" w:rsidP="00A83759">
            <w:pPr>
              <w:contextualSpacing/>
              <w:jc w:val="both"/>
              <w:rPr>
                <w:rFonts w:eastAsia="Times New Roman" w:cs="Arial"/>
                <w:color w:val="000000"/>
                <w:lang w:val="es-PY" w:eastAsia="es-PY"/>
              </w:rPr>
            </w:pPr>
          </w:p>
          <w:p w14:paraId="5186F481" w14:textId="77777777" w:rsidR="009223FE" w:rsidRDefault="009223FE" w:rsidP="00A83759">
            <w:pPr>
              <w:contextualSpacing/>
              <w:jc w:val="both"/>
              <w:rPr>
                <w:rFonts w:eastAsia="Times New Roman" w:cs="Arial"/>
                <w:color w:val="000000"/>
                <w:lang w:val="es-PY" w:eastAsia="es-PY"/>
              </w:rPr>
            </w:pPr>
          </w:p>
          <w:p w14:paraId="415EE104" w14:textId="77777777" w:rsidR="009223FE" w:rsidRDefault="009223FE" w:rsidP="00A83759">
            <w:pPr>
              <w:contextualSpacing/>
              <w:jc w:val="both"/>
              <w:rPr>
                <w:rFonts w:eastAsia="Times New Roman" w:cs="Arial"/>
                <w:color w:val="000000"/>
                <w:lang w:val="es-PY" w:eastAsia="es-PY"/>
              </w:rPr>
            </w:pPr>
          </w:p>
          <w:p w14:paraId="6FEB1C5C" w14:textId="77777777" w:rsidR="009223FE" w:rsidRDefault="009223FE" w:rsidP="00A83759">
            <w:pPr>
              <w:contextualSpacing/>
              <w:jc w:val="both"/>
              <w:rPr>
                <w:rFonts w:eastAsia="Times New Roman" w:cs="Arial"/>
                <w:color w:val="000000"/>
                <w:lang w:val="es-PY" w:eastAsia="es-PY"/>
              </w:rPr>
            </w:pPr>
          </w:p>
          <w:p w14:paraId="29ABE152" w14:textId="77777777" w:rsidR="009223FE" w:rsidRDefault="009223FE" w:rsidP="00A83759">
            <w:pPr>
              <w:contextualSpacing/>
              <w:jc w:val="both"/>
              <w:rPr>
                <w:rFonts w:eastAsia="Times New Roman" w:cs="Arial"/>
                <w:color w:val="000000"/>
                <w:lang w:val="es-PY" w:eastAsia="es-PY"/>
              </w:rPr>
            </w:pPr>
          </w:p>
          <w:p w14:paraId="41EFCFD8" w14:textId="77777777" w:rsidR="009223FE" w:rsidRDefault="009223FE" w:rsidP="00A83759">
            <w:pPr>
              <w:contextualSpacing/>
              <w:jc w:val="both"/>
              <w:rPr>
                <w:rFonts w:eastAsia="Times New Roman" w:cs="Arial"/>
                <w:color w:val="000000"/>
                <w:lang w:val="es-PY" w:eastAsia="es-PY"/>
              </w:rPr>
            </w:pPr>
          </w:p>
          <w:p w14:paraId="28056F22" w14:textId="77777777" w:rsidR="009223FE" w:rsidRDefault="009223FE" w:rsidP="00A83759">
            <w:pPr>
              <w:contextualSpacing/>
              <w:jc w:val="both"/>
              <w:rPr>
                <w:rFonts w:eastAsia="Times New Roman" w:cs="Arial"/>
                <w:color w:val="000000"/>
                <w:lang w:val="es-PY" w:eastAsia="es-PY"/>
              </w:rPr>
            </w:pPr>
          </w:p>
          <w:p w14:paraId="738520C6" w14:textId="77777777" w:rsidR="009223FE" w:rsidRDefault="009223FE" w:rsidP="00A83759">
            <w:pPr>
              <w:contextualSpacing/>
              <w:jc w:val="both"/>
              <w:rPr>
                <w:rFonts w:eastAsia="Times New Roman" w:cs="Arial"/>
                <w:color w:val="000000"/>
                <w:lang w:val="es-PY" w:eastAsia="es-PY"/>
              </w:rPr>
            </w:pPr>
          </w:p>
          <w:p w14:paraId="55473953" w14:textId="77777777" w:rsidR="009223FE" w:rsidRDefault="009223FE" w:rsidP="00A83759">
            <w:pPr>
              <w:contextualSpacing/>
              <w:jc w:val="both"/>
              <w:rPr>
                <w:rFonts w:eastAsia="Times New Roman" w:cs="Arial"/>
                <w:color w:val="000000"/>
                <w:lang w:val="es-PY" w:eastAsia="es-PY"/>
              </w:rPr>
            </w:pPr>
          </w:p>
          <w:p w14:paraId="286F067C" w14:textId="77777777" w:rsidR="009223FE" w:rsidRDefault="009223FE" w:rsidP="00A83759">
            <w:pPr>
              <w:contextualSpacing/>
              <w:jc w:val="both"/>
              <w:rPr>
                <w:rFonts w:eastAsia="Times New Roman" w:cs="Arial"/>
                <w:color w:val="000000"/>
                <w:lang w:val="es-PY" w:eastAsia="es-PY"/>
              </w:rPr>
            </w:pPr>
          </w:p>
          <w:p w14:paraId="46589B03" w14:textId="77777777" w:rsidR="009223FE" w:rsidRDefault="009223FE" w:rsidP="00A83759">
            <w:pPr>
              <w:contextualSpacing/>
              <w:jc w:val="both"/>
              <w:rPr>
                <w:rFonts w:eastAsia="Times New Roman" w:cs="Arial"/>
                <w:color w:val="000000"/>
                <w:lang w:val="es-PY" w:eastAsia="es-PY"/>
              </w:rPr>
            </w:pPr>
          </w:p>
          <w:p w14:paraId="503FA55F" w14:textId="77777777" w:rsidR="009223FE" w:rsidRDefault="009223FE" w:rsidP="00A83759">
            <w:pPr>
              <w:contextualSpacing/>
              <w:jc w:val="both"/>
              <w:rPr>
                <w:rFonts w:eastAsia="Times New Roman" w:cs="Arial"/>
                <w:color w:val="000000"/>
                <w:lang w:val="es-PY" w:eastAsia="es-PY"/>
              </w:rPr>
            </w:pPr>
          </w:p>
          <w:p w14:paraId="34B7FAD7" w14:textId="77777777" w:rsidR="009223FE" w:rsidRDefault="009223FE" w:rsidP="00A83759">
            <w:pPr>
              <w:contextualSpacing/>
              <w:jc w:val="both"/>
              <w:rPr>
                <w:rFonts w:eastAsia="Times New Roman" w:cs="Arial"/>
                <w:color w:val="000000"/>
                <w:lang w:val="es-PY" w:eastAsia="es-PY"/>
              </w:rPr>
            </w:pPr>
          </w:p>
          <w:p w14:paraId="111ECEF8" w14:textId="77777777" w:rsidR="009223FE" w:rsidRDefault="009223FE" w:rsidP="00A83759">
            <w:pPr>
              <w:contextualSpacing/>
              <w:jc w:val="both"/>
              <w:rPr>
                <w:rFonts w:eastAsia="Times New Roman" w:cs="Arial"/>
                <w:color w:val="000000"/>
                <w:lang w:val="es-PY" w:eastAsia="es-PY"/>
              </w:rPr>
            </w:pPr>
          </w:p>
          <w:p w14:paraId="65F6B0CC" w14:textId="77777777" w:rsidR="009223FE" w:rsidRDefault="009223FE" w:rsidP="00A83759">
            <w:pPr>
              <w:contextualSpacing/>
              <w:jc w:val="both"/>
              <w:rPr>
                <w:rFonts w:eastAsia="Times New Roman" w:cs="Arial"/>
                <w:color w:val="000000"/>
                <w:lang w:val="es-PY" w:eastAsia="es-PY"/>
              </w:rPr>
            </w:pPr>
          </w:p>
          <w:p w14:paraId="43E95E7F" w14:textId="77777777" w:rsidR="009223FE" w:rsidRPr="00DC5782" w:rsidRDefault="009223FE" w:rsidP="00A83759">
            <w:pPr>
              <w:contextualSpacing/>
              <w:jc w:val="both"/>
              <w:rPr>
                <w:rFonts w:eastAsia="Times New Roman" w:cs="Arial"/>
                <w:color w:val="000000"/>
                <w:lang w:val="es-PY" w:eastAsia="es-PY"/>
              </w:rPr>
            </w:pPr>
          </w:p>
        </w:tc>
      </w:tr>
    </w:tbl>
    <w:p w14:paraId="7DF1FB0B" w14:textId="40CE371F" w:rsidR="0010517E" w:rsidRPr="009223FE" w:rsidRDefault="00643CF3">
      <w:r w:rsidRPr="003B5381">
        <w:rPr>
          <w:lang w:val="es-PY"/>
        </w:rPr>
        <w:br w:type="page"/>
      </w:r>
    </w:p>
    <w:tbl>
      <w:tblPr>
        <w:tblW w:w="0" w:type="auto"/>
        <w:jc w:val="center"/>
        <w:tblLayout w:type="fixed"/>
        <w:tblLook w:val="04A0" w:firstRow="1" w:lastRow="0" w:firstColumn="1" w:lastColumn="0" w:noHBand="0" w:noVBand="1"/>
      </w:tblPr>
      <w:tblGrid>
        <w:gridCol w:w="2254"/>
        <w:gridCol w:w="5330"/>
        <w:gridCol w:w="684"/>
        <w:gridCol w:w="684"/>
        <w:gridCol w:w="697"/>
      </w:tblGrid>
      <w:tr w:rsidR="0010517E" w:rsidRPr="00637056" w14:paraId="675859BA" w14:textId="77777777" w:rsidTr="00821777">
        <w:trPr>
          <w:cantSplit/>
          <w:trHeight w:hRule="exact" w:val="446"/>
          <w:tblHeader/>
          <w:jc w:val="center"/>
        </w:trPr>
        <w:tc>
          <w:tcPr>
            <w:tcW w:w="964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4738C131" w14:textId="7146CF25" w:rsidR="0010517E" w:rsidRPr="00643CF3" w:rsidRDefault="00643CF3">
            <w:pPr>
              <w:rPr>
                <w:lang w:val="es-PY"/>
              </w:rPr>
            </w:pPr>
            <w:r w:rsidRPr="00643CF3">
              <w:rPr>
                <w:b/>
                <w:color w:val="FFFFFF"/>
                <w:lang w:val="es-PY"/>
              </w:rPr>
              <w:lastRenderedPageBreak/>
              <w:t xml:space="preserve">DIMENSIÓN 4. </w:t>
            </w:r>
            <w:r w:rsidR="007E70AA">
              <w:rPr>
                <w:b/>
                <w:color w:val="FFFFFF"/>
                <w:lang w:val="es-PY"/>
              </w:rPr>
              <w:t>RESULTADOS E IMPACTO DE LA FORMACIÓN DOCTORAL</w:t>
            </w:r>
          </w:p>
        </w:tc>
      </w:tr>
      <w:tr w:rsidR="0010517E" w14:paraId="628D0133" w14:textId="77777777" w:rsidTr="00821777">
        <w:trPr>
          <w:cantSplit/>
          <w:trHeight w:hRule="exact" w:val="691"/>
          <w:tblHeader/>
          <w:jc w:val="center"/>
        </w:trPr>
        <w:tc>
          <w:tcPr>
            <w:tcW w:w="225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7281C" w14:textId="084D4598" w:rsidR="0010517E" w:rsidRPr="00643CF3" w:rsidRDefault="000B1B8E">
            <w:pPr>
              <w:jc w:val="center"/>
              <w:rPr>
                <w:szCs w:val="20"/>
              </w:rPr>
            </w:pPr>
            <w:proofErr w:type="spellStart"/>
            <w:r>
              <w:rPr>
                <w:b/>
                <w:color w:val="000000"/>
                <w:szCs w:val="20"/>
              </w:rPr>
              <w:t>Criterio</w:t>
            </w:r>
            <w:proofErr w:type="spellEnd"/>
            <w:r>
              <w:rPr>
                <w:b/>
                <w:color w:val="000000"/>
                <w:szCs w:val="2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D4A9775" w14:textId="77777777" w:rsidR="0010517E" w:rsidRPr="00643CF3" w:rsidRDefault="00643CF3">
            <w:pPr>
              <w:jc w:val="center"/>
              <w:rPr>
                <w:szCs w:val="20"/>
              </w:rPr>
            </w:pPr>
            <w:proofErr w:type="spellStart"/>
            <w:r w:rsidRPr="00643CF3">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1A142D0" w14:textId="77777777" w:rsidR="0010517E" w:rsidRPr="00643CF3" w:rsidRDefault="00643CF3">
            <w:pPr>
              <w:jc w:val="center"/>
              <w:rPr>
                <w:szCs w:val="20"/>
              </w:rPr>
            </w:pPr>
            <w:r w:rsidRPr="00643CF3">
              <w:rPr>
                <w:b/>
                <w:color w:val="000000"/>
                <w:szCs w:val="20"/>
              </w:rPr>
              <w:t xml:space="preserve">Nivel de </w:t>
            </w:r>
            <w:proofErr w:type="spellStart"/>
            <w:r w:rsidRPr="00643CF3">
              <w:rPr>
                <w:b/>
                <w:color w:val="000000"/>
                <w:szCs w:val="20"/>
              </w:rPr>
              <w:t>cumplimiento</w:t>
            </w:r>
            <w:proofErr w:type="spellEnd"/>
          </w:p>
        </w:tc>
      </w:tr>
      <w:tr w:rsidR="0010517E" w14:paraId="2990AD03" w14:textId="77777777" w:rsidTr="00821777">
        <w:trPr>
          <w:cantSplit/>
          <w:trHeight w:hRule="exact" w:val="432"/>
          <w:tblHeader/>
          <w:jc w:val="center"/>
        </w:trPr>
        <w:tc>
          <w:tcPr>
            <w:tcW w:w="225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673E0FC"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8B0D1F"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F83357B"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7A773A5"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0C511E" w14:textId="77777777" w:rsidR="0010517E" w:rsidRPr="00643CF3" w:rsidRDefault="00643CF3">
            <w:pPr>
              <w:jc w:val="center"/>
              <w:rPr>
                <w:szCs w:val="20"/>
              </w:rPr>
            </w:pPr>
            <w:r w:rsidRPr="00643CF3">
              <w:rPr>
                <w:b/>
                <w:color w:val="000000"/>
                <w:szCs w:val="20"/>
              </w:rPr>
              <w:t>NC</w:t>
            </w:r>
          </w:p>
        </w:tc>
      </w:tr>
      <w:tr w:rsidR="007E70AA" w:rsidRPr="00637056" w14:paraId="669E0883" w14:textId="77777777" w:rsidTr="00821777">
        <w:trPr>
          <w:cantSplit/>
          <w:trHeight w:val="720"/>
          <w:jc w:val="center"/>
        </w:trPr>
        <w:tc>
          <w:tcPr>
            <w:tcW w:w="225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4A2003" w14:textId="5257529F" w:rsidR="007E70AA" w:rsidRPr="003B5381" w:rsidRDefault="007E70AA" w:rsidP="007E70AA">
            <w:pPr>
              <w:jc w:val="center"/>
              <w:rPr>
                <w:szCs w:val="20"/>
                <w:lang w:val="es-PY"/>
              </w:rPr>
            </w:pPr>
            <w:r w:rsidRPr="00CA67AF">
              <w:rPr>
                <w:b/>
                <w:color w:val="000000"/>
                <w:lang w:val="es-PY"/>
              </w:rPr>
              <w:t>Pert</w:t>
            </w:r>
            <w:r>
              <w:rPr>
                <w:b/>
                <w:color w:val="000000"/>
                <w:lang w:val="es-PY"/>
              </w:rPr>
              <w:t>inencia de las tesis doctorales</w:t>
            </w:r>
            <w:r w:rsidRPr="00CA67AF">
              <w:rPr>
                <w:b/>
                <w:color w:val="FF0000"/>
                <w:lang w:val="es-PY"/>
              </w:rPr>
              <w:br/>
            </w:r>
            <w:r w:rsidRPr="007954AB">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BAD759" w14:textId="3A2791EC" w:rsidR="007E70AA" w:rsidRPr="00643CF3" w:rsidRDefault="007E70AA" w:rsidP="007E70AA">
            <w:pPr>
              <w:jc w:val="both"/>
              <w:rPr>
                <w:szCs w:val="20"/>
                <w:lang w:val="es-PY"/>
              </w:rPr>
            </w:pPr>
            <w:r w:rsidRPr="00CA67AF">
              <w:rPr>
                <w:color w:val="000000"/>
                <w:szCs w:val="20"/>
                <w:lang w:val="es-PY"/>
              </w:rPr>
              <w:t>a. Las tesis evidencian aportes originales al conocimiento científico.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E45D61" w14:textId="77777777" w:rsidR="007E70AA" w:rsidRPr="003B5381" w:rsidRDefault="007E70AA" w:rsidP="007E70A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DF2962" w14:textId="77777777" w:rsidR="007E70AA" w:rsidRPr="003B5381" w:rsidRDefault="007E70AA" w:rsidP="007E70A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435198" w14:textId="77777777" w:rsidR="007E70AA" w:rsidRPr="003B5381" w:rsidRDefault="007E70AA" w:rsidP="007E70AA">
            <w:pPr>
              <w:jc w:val="center"/>
              <w:rPr>
                <w:szCs w:val="20"/>
                <w:lang w:val="es-PY"/>
              </w:rPr>
            </w:pPr>
          </w:p>
        </w:tc>
      </w:tr>
      <w:tr w:rsidR="007E70AA" w:rsidRPr="00637056" w14:paraId="4CA1F373" w14:textId="77777777" w:rsidTr="00821777">
        <w:trPr>
          <w:cantSplit/>
          <w:trHeight w:val="431"/>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B970B1" w14:textId="77777777" w:rsidR="007E70AA" w:rsidRPr="003B5381" w:rsidRDefault="007E70AA" w:rsidP="007E70A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250DBF" w14:textId="133C8209" w:rsidR="007E70AA" w:rsidRPr="00643CF3" w:rsidRDefault="007E70AA" w:rsidP="007E70AA">
            <w:pPr>
              <w:jc w:val="both"/>
              <w:rPr>
                <w:szCs w:val="20"/>
                <w:lang w:val="es-PY"/>
              </w:rPr>
            </w:pPr>
            <w:r w:rsidRPr="00643CF3">
              <w:rPr>
                <w:color w:val="000000"/>
                <w:szCs w:val="20"/>
                <w:lang w:val="es-PY"/>
              </w:rPr>
              <w:t xml:space="preserve">b. </w:t>
            </w:r>
            <w:r w:rsidRPr="00A776B5">
              <w:rPr>
                <w:color w:val="000000" w:themeColor="text1"/>
                <w:szCs w:val="20"/>
                <w:lang w:val="es-PY"/>
              </w:rPr>
              <w:t>La evaluación se realiza con criterios rigurosos previamente establecidos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8D0AE4" w14:textId="77777777" w:rsidR="007E70AA" w:rsidRPr="003B5381" w:rsidRDefault="007E70AA" w:rsidP="007E70A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E790A4" w14:textId="77777777" w:rsidR="007E70AA" w:rsidRPr="003B5381" w:rsidRDefault="007E70AA" w:rsidP="007E70A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A4B433" w14:textId="77777777" w:rsidR="007E70AA" w:rsidRPr="003B5381" w:rsidRDefault="007E70AA" w:rsidP="007E70AA">
            <w:pPr>
              <w:jc w:val="center"/>
              <w:rPr>
                <w:szCs w:val="20"/>
                <w:lang w:val="es-PY"/>
              </w:rPr>
            </w:pPr>
          </w:p>
        </w:tc>
      </w:tr>
      <w:tr w:rsidR="007E70AA" w:rsidRPr="00637056" w14:paraId="427260BC" w14:textId="77777777" w:rsidTr="00821777">
        <w:trPr>
          <w:cantSplit/>
          <w:trHeight w:val="567"/>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056455" w14:textId="77777777" w:rsidR="007E70AA" w:rsidRPr="003B5381" w:rsidRDefault="007E70AA" w:rsidP="007E70A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E6FDBF" w14:textId="7E30AA78" w:rsidR="007E70AA" w:rsidRPr="00643CF3" w:rsidRDefault="007E70AA" w:rsidP="007E70AA">
            <w:pPr>
              <w:jc w:val="both"/>
              <w:rPr>
                <w:szCs w:val="20"/>
                <w:lang w:val="es-PY"/>
              </w:rPr>
            </w:pPr>
            <w:r w:rsidRPr="00643CF3">
              <w:rPr>
                <w:color w:val="000000"/>
                <w:szCs w:val="20"/>
                <w:lang w:val="es-PY"/>
              </w:rPr>
              <w:t xml:space="preserve">c. </w:t>
            </w:r>
            <w:r w:rsidRPr="000C2ED0">
              <w:rPr>
                <w:color w:val="000000" w:themeColor="text1"/>
                <w:szCs w:val="20"/>
                <w:lang w:val="es-PY"/>
              </w:rPr>
              <w:t>Las tesis son defendidas ante un jurado cuyos integrantes cuentan con formación en el área de conocimiento o experiencia en investigación acorde con 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A185BE" w14:textId="77777777" w:rsidR="007E70AA" w:rsidRPr="003B5381" w:rsidRDefault="007E70AA" w:rsidP="007E70A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949F85" w14:textId="77777777" w:rsidR="007E70AA" w:rsidRPr="003B5381" w:rsidRDefault="007E70AA" w:rsidP="007E70A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B86E75" w14:textId="77777777" w:rsidR="007E70AA" w:rsidRPr="003B5381" w:rsidRDefault="007E70AA" w:rsidP="007E70AA">
            <w:pPr>
              <w:jc w:val="center"/>
              <w:rPr>
                <w:szCs w:val="20"/>
                <w:lang w:val="es-PY"/>
              </w:rPr>
            </w:pPr>
          </w:p>
        </w:tc>
      </w:tr>
      <w:tr w:rsidR="007E70AA" w:rsidRPr="00637056" w14:paraId="6F913A23" w14:textId="77777777" w:rsidTr="00821777">
        <w:trPr>
          <w:cantSplit/>
          <w:trHeight w:val="479"/>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F5EB28" w14:textId="77777777" w:rsidR="007E70AA" w:rsidRPr="003B5381" w:rsidRDefault="007E70AA" w:rsidP="007E70A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4B35B9" w14:textId="332542DA" w:rsidR="007E70AA" w:rsidRPr="00643CF3" w:rsidRDefault="007E70AA" w:rsidP="007E70AA">
            <w:pPr>
              <w:jc w:val="both"/>
              <w:rPr>
                <w:szCs w:val="20"/>
                <w:lang w:val="es-PY"/>
              </w:rPr>
            </w:pPr>
            <w:r w:rsidRPr="00643CF3">
              <w:rPr>
                <w:color w:val="000000"/>
                <w:szCs w:val="20"/>
                <w:lang w:val="es-PY"/>
              </w:rPr>
              <w:t xml:space="preserve">d. </w:t>
            </w:r>
            <w:r w:rsidRPr="001069CD">
              <w:rPr>
                <w:color w:val="000000" w:themeColor="text1"/>
                <w:szCs w:val="20"/>
                <w:lang w:val="es-PY"/>
              </w:rPr>
              <w:t>Se difunden los resultados de las tesis en revistas científicas u otros espacios de divulgación académica reconocidos.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58CC07" w14:textId="77777777" w:rsidR="007E70AA" w:rsidRPr="003B5381" w:rsidRDefault="007E70AA" w:rsidP="007E70A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980FDF" w14:textId="77777777" w:rsidR="007E70AA" w:rsidRPr="003B5381" w:rsidRDefault="007E70AA" w:rsidP="007E70A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A5A3FE" w14:textId="77777777" w:rsidR="007E70AA" w:rsidRPr="003B5381" w:rsidRDefault="007E70AA" w:rsidP="007E70AA">
            <w:pPr>
              <w:jc w:val="center"/>
              <w:rPr>
                <w:szCs w:val="20"/>
                <w:lang w:val="es-PY"/>
              </w:rPr>
            </w:pPr>
          </w:p>
        </w:tc>
      </w:tr>
      <w:tr w:rsidR="007E70AA" w:rsidRPr="00637056" w14:paraId="610A87AA" w14:textId="77777777" w:rsidTr="00821777">
        <w:trPr>
          <w:cantSplit/>
          <w:trHeight w:val="573"/>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03C03" w14:textId="77777777" w:rsidR="007E70AA" w:rsidRPr="003B5381" w:rsidRDefault="007E70AA" w:rsidP="007E70AA">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BB1D20" w14:textId="4892DB25" w:rsidR="007E70AA" w:rsidRPr="00643CF3" w:rsidRDefault="007E70AA" w:rsidP="007E70AA">
            <w:pPr>
              <w:jc w:val="both"/>
              <w:rPr>
                <w:szCs w:val="20"/>
                <w:lang w:val="es-PY"/>
              </w:rPr>
            </w:pPr>
            <w:r w:rsidRPr="00643CF3">
              <w:rPr>
                <w:color w:val="000000"/>
                <w:szCs w:val="20"/>
                <w:lang w:val="es-PY"/>
              </w:rPr>
              <w:t xml:space="preserve">e. </w:t>
            </w:r>
            <w:r w:rsidRPr="00CA67AF">
              <w:rPr>
                <w:color w:val="000000"/>
                <w:szCs w:val="20"/>
                <w:lang w:val="es-PY"/>
              </w:rPr>
              <w:t>Se cuenta con políticas institucionales sobre acceso abierto a las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A592CE4" w14:textId="77777777" w:rsidR="007E70AA" w:rsidRPr="003B5381" w:rsidRDefault="007E70AA" w:rsidP="007E70AA">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1BFF9F" w14:textId="77777777" w:rsidR="007E70AA" w:rsidRPr="003B5381" w:rsidRDefault="007E70AA" w:rsidP="007E70AA">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2A339B" w14:textId="77777777" w:rsidR="007E70AA" w:rsidRPr="003B5381" w:rsidRDefault="007E70AA" w:rsidP="007E70AA">
            <w:pPr>
              <w:jc w:val="center"/>
              <w:rPr>
                <w:szCs w:val="20"/>
                <w:lang w:val="es-PY"/>
              </w:rPr>
            </w:pPr>
          </w:p>
        </w:tc>
      </w:tr>
      <w:tr w:rsidR="007E70AA" w:rsidRPr="00637056" w14:paraId="53687EB2" w14:textId="77777777" w:rsidTr="00821777">
        <w:trPr>
          <w:cantSplit/>
          <w:trHeight w:hRule="exact" w:val="446"/>
          <w:jc w:val="center"/>
        </w:trPr>
        <w:tc>
          <w:tcPr>
            <w:tcW w:w="7584"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037419" w14:textId="77777777" w:rsidR="007E70AA" w:rsidRPr="00643CF3" w:rsidRDefault="007E70AA" w:rsidP="007E70AA">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89E023" w14:textId="77777777" w:rsidR="007E70AA" w:rsidRPr="00643CF3" w:rsidRDefault="007E70AA" w:rsidP="007E70AA">
            <w:pPr>
              <w:jc w:val="center"/>
              <w:rPr>
                <w:szCs w:val="20"/>
                <w:lang w:val="es-PY"/>
              </w:rPr>
            </w:pPr>
          </w:p>
        </w:tc>
      </w:tr>
      <w:tr w:rsidR="007E70AA" w14:paraId="28E23714" w14:textId="77777777" w:rsidTr="00821777">
        <w:trPr>
          <w:cantSplit/>
          <w:trHeight w:hRule="exact" w:val="662"/>
          <w:jc w:val="center"/>
        </w:trPr>
        <w:tc>
          <w:tcPr>
            <w:tcW w:w="758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AD166A7" w14:textId="77777777" w:rsidR="007E70AA" w:rsidRPr="00643CF3" w:rsidRDefault="007E70AA" w:rsidP="007E70AA">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E5BF566" w14:textId="77777777" w:rsidR="007E70AA" w:rsidRPr="00643CF3" w:rsidRDefault="007E70AA" w:rsidP="007E70AA">
            <w:pPr>
              <w:jc w:val="center"/>
              <w:rPr>
                <w:szCs w:val="20"/>
              </w:rPr>
            </w:pPr>
            <w:proofErr w:type="spellStart"/>
            <w:r w:rsidRPr="00643CF3">
              <w:rPr>
                <w:b/>
                <w:color w:val="000000"/>
                <w:szCs w:val="20"/>
              </w:rPr>
              <w:t>Medios</w:t>
            </w:r>
            <w:proofErr w:type="spellEnd"/>
            <w:r w:rsidRPr="00643CF3">
              <w:rPr>
                <w:b/>
                <w:color w:val="000000"/>
                <w:szCs w:val="20"/>
              </w:rPr>
              <w:t xml:space="preserve"> de </w:t>
            </w:r>
            <w:proofErr w:type="spellStart"/>
            <w:r w:rsidRPr="00643CF3">
              <w:rPr>
                <w:b/>
                <w:color w:val="000000"/>
                <w:szCs w:val="20"/>
              </w:rPr>
              <w:t>verificación</w:t>
            </w:r>
            <w:proofErr w:type="spellEnd"/>
          </w:p>
        </w:tc>
      </w:tr>
      <w:tr w:rsidR="007E70AA" w14:paraId="5AF874DF" w14:textId="77777777" w:rsidTr="00821777">
        <w:trPr>
          <w:cantSplit/>
          <w:trHeight w:hRule="exact" w:val="6468"/>
          <w:jc w:val="center"/>
        </w:trPr>
        <w:tc>
          <w:tcPr>
            <w:tcW w:w="758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967B8D6" w14:textId="77777777" w:rsidR="007E70AA" w:rsidRPr="00643CF3" w:rsidRDefault="007E70AA" w:rsidP="007E70AA">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B2A908E" w14:textId="77777777" w:rsidR="007E70AA" w:rsidRPr="00643CF3" w:rsidRDefault="007E70AA" w:rsidP="007E70AA">
            <w:pPr>
              <w:jc w:val="both"/>
              <w:rPr>
                <w:szCs w:val="20"/>
              </w:rPr>
            </w:pPr>
          </w:p>
        </w:tc>
      </w:tr>
    </w:tbl>
    <w:p w14:paraId="11A4099A" w14:textId="75F3246D" w:rsidR="0010517E" w:rsidRDefault="00643CF3">
      <w:r>
        <w:br w:type="page"/>
      </w:r>
    </w:p>
    <w:tbl>
      <w:tblPr>
        <w:tblW w:w="0" w:type="auto"/>
        <w:jc w:val="center"/>
        <w:tblLayout w:type="fixed"/>
        <w:tblLook w:val="04A0" w:firstRow="1" w:lastRow="0" w:firstColumn="1" w:lastColumn="0" w:noHBand="0" w:noVBand="1"/>
      </w:tblPr>
      <w:tblGrid>
        <w:gridCol w:w="2262"/>
        <w:gridCol w:w="5330"/>
        <w:gridCol w:w="684"/>
        <w:gridCol w:w="684"/>
        <w:gridCol w:w="697"/>
      </w:tblGrid>
      <w:tr w:rsidR="0010517E" w14:paraId="54AC8A69" w14:textId="77777777" w:rsidTr="00821777">
        <w:trPr>
          <w:cantSplit/>
          <w:trHeight w:hRule="exact" w:val="691"/>
          <w:tblHeader/>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D111290" w14:textId="454AB282" w:rsidR="0010517E" w:rsidRPr="00643CF3" w:rsidRDefault="00DB7091">
            <w:pPr>
              <w:jc w:val="center"/>
              <w:rPr>
                <w:szCs w:val="20"/>
              </w:rPr>
            </w:pPr>
            <w:proofErr w:type="spellStart"/>
            <w:r>
              <w:rPr>
                <w:b/>
                <w:color w:val="000000"/>
                <w:szCs w:val="20"/>
              </w:rPr>
              <w:lastRenderedPageBreak/>
              <w:t>Criterio</w:t>
            </w:r>
            <w:proofErr w:type="spellEnd"/>
            <w:r>
              <w:rPr>
                <w:b/>
                <w:color w:val="000000"/>
                <w:szCs w:val="20"/>
              </w:rPr>
              <w:t xml:space="preserve"> 4.2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02124C" w14:textId="77777777" w:rsidR="0010517E" w:rsidRPr="00643CF3" w:rsidRDefault="00643CF3">
            <w:pPr>
              <w:jc w:val="center"/>
              <w:rPr>
                <w:szCs w:val="20"/>
              </w:rPr>
            </w:pPr>
            <w:proofErr w:type="spellStart"/>
            <w:r w:rsidRPr="00643CF3">
              <w:rPr>
                <w:b/>
                <w:color w:val="000000"/>
                <w:szCs w:val="20"/>
              </w:rPr>
              <w:t>Indicadores</w:t>
            </w:r>
            <w:proofErr w:type="spellEnd"/>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84F4B5" w14:textId="77777777" w:rsidR="0010517E" w:rsidRPr="00643CF3" w:rsidRDefault="00643CF3">
            <w:pPr>
              <w:jc w:val="center"/>
              <w:rPr>
                <w:szCs w:val="20"/>
              </w:rPr>
            </w:pPr>
            <w:r w:rsidRPr="00643CF3">
              <w:rPr>
                <w:b/>
                <w:color w:val="000000"/>
                <w:szCs w:val="20"/>
              </w:rPr>
              <w:t xml:space="preserve">Nivel de </w:t>
            </w:r>
            <w:proofErr w:type="spellStart"/>
            <w:r w:rsidRPr="00643CF3">
              <w:rPr>
                <w:b/>
                <w:color w:val="000000"/>
                <w:szCs w:val="20"/>
              </w:rPr>
              <w:t>cumplimiento</w:t>
            </w:r>
            <w:proofErr w:type="spellEnd"/>
          </w:p>
        </w:tc>
      </w:tr>
      <w:tr w:rsidR="0010517E" w14:paraId="1F3E14C1" w14:textId="77777777" w:rsidTr="00821777">
        <w:trPr>
          <w:cantSplit/>
          <w:trHeight w:hRule="exact" w:val="432"/>
          <w:tblHeader/>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A46C2FF"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B39D36"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0A2DBBD"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2D4A133"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238FC91" w14:textId="77777777" w:rsidR="0010517E" w:rsidRPr="00643CF3" w:rsidRDefault="00643CF3">
            <w:pPr>
              <w:jc w:val="center"/>
              <w:rPr>
                <w:szCs w:val="20"/>
              </w:rPr>
            </w:pPr>
            <w:r w:rsidRPr="00643CF3">
              <w:rPr>
                <w:b/>
                <w:color w:val="000000"/>
                <w:szCs w:val="20"/>
              </w:rPr>
              <w:t>NC</w:t>
            </w:r>
          </w:p>
        </w:tc>
      </w:tr>
      <w:tr w:rsidR="0010517E" w:rsidRPr="00637056" w14:paraId="3A72E6A6" w14:textId="77777777" w:rsidTr="0017605E">
        <w:trPr>
          <w:cantSplit/>
          <w:trHeight w:val="537"/>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4EB193" w14:textId="77777777" w:rsidR="0010517E" w:rsidRDefault="00270493">
            <w:pPr>
              <w:jc w:val="center"/>
              <w:rPr>
                <w:b/>
                <w:color w:val="000000"/>
                <w:szCs w:val="20"/>
                <w:lang w:val="es-PY"/>
              </w:rPr>
            </w:pPr>
            <w:r w:rsidRPr="00CA67AF">
              <w:rPr>
                <w:b/>
                <w:color w:val="000000"/>
                <w:szCs w:val="20"/>
                <w:lang w:val="es-PY"/>
              </w:rPr>
              <w:t>Impacto de los egresados en los ámbitos</w:t>
            </w:r>
            <w:r>
              <w:rPr>
                <w:b/>
                <w:color w:val="000000"/>
                <w:szCs w:val="20"/>
                <w:lang w:val="es-PY"/>
              </w:rPr>
              <w:t xml:space="preserve"> académico, científico o social</w:t>
            </w:r>
          </w:p>
          <w:p w14:paraId="2BAEEDEE" w14:textId="0C5313F4" w:rsidR="0017605E" w:rsidRPr="0017605E" w:rsidRDefault="0017605E">
            <w:pPr>
              <w:jc w:val="center"/>
              <w:rPr>
                <w:b/>
                <w:szCs w:val="20"/>
                <w:lang w:val="es-PY"/>
              </w:rPr>
            </w:pPr>
            <w:r w:rsidRPr="0017605E">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EA97AD" w14:textId="08965474" w:rsidR="0010517E" w:rsidRPr="00643CF3" w:rsidRDefault="00643CF3">
            <w:pPr>
              <w:jc w:val="both"/>
              <w:rPr>
                <w:szCs w:val="20"/>
                <w:lang w:val="es-PY"/>
              </w:rPr>
            </w:pPr>
            <w:r w:rsidRPr="00643CF3">
              <w:rPr>
                <w:color w:val="000000"/>
                <w:szCs w:val="20"/>
                <w:lang w:val="es-PY"/>
              </w:rPr>
              <w:t xml:space="preserve">a. </w:t>
            </w:r>
            <w:r w:rsidR="00270493" w:rsidRPr="00CA67AF">
              <w:rPr>
                <w:color w:val="000000"/>
                <w:szCs w:val="20"/>
                <w:lang w:val="es-PY"/>
              </w:rPr>
              <w:t>Se registra y actualiza sistemáticamente la trayectoria de los egresados del programa en</w:t>
            </w:r>
            <w:r w:rsidR="00270493">
              <w:rPr>
                <w:color w:val="000000"/>
                <w:szCs w:val="20"/>
                <w:lang w:val="es-PY"/>
              </w:rPr>
              <w:t xml:space="preserve"> los</w:t>
            </w:r>
            <w:r w:rsidR="00270493" w:rsidRPr="00CA67AF">
              <w:rPr>
                <w:color w:val="000000"/>
                <w:szCs w:val="20"/>
                <w:lang w:val="es-PY"/>
              </w:rPr>
              <w:t xml:space="preserve"> </w:t>
            </w:r>
            <w:r w:rsidR="00270493">
              <w:rPr>
                <w:color w:val="000000"/>
                <w:szCs w:val="20"/>
                <w:lang w:val="es-PY"/>
              </w:rPr>
              <w:t>ámbitos</w:t>
            </w:r>
            <w:r w:rsidR="00270493" w:rsidRPr="00816744">
              <w:rPr>
                <w:color w:val="000000"/>
                <w:szCs w:val="20"/>
                <w:lang w:val="es-PY"/>
              </w:rPr>
              <w:t xml:space="preserve"> académico, científico o social</w:t>
            </w:r>
            <w:r w:rsidR="00270493">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C9CE5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FDE19B"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C4D6D8" w14:textId="77777777" w:rsidR="0010517E" w:rsidRPr="003B5381" w:rsidRDefault="0010517E">
            <w:pPr>
              <w:jc w:val="center"/>
              <w:rPr>
                <w:szCs w:val="20"/>
                <w:lang w:val="es-PY"/>
              </w:rPr>
            </w:pPr>
          </w:p>
        </w:tc>
      </w:tr>
      <w:tr w:rsidR="0010517E" w:rsidRPr="00637056" w14:paraId="384765AE" w14:textId="77777777" w:rsidTr="0017605E">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07416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64D0C0" w14:textId="1848536A" w:rsidR="0010517E" w:rsidRPr="00643CF3" w:rsidRDefault="00643CF3">
            <w:pPr>
              <w:jc w:val="both"/>
              <w:rPr>
                <w:szCs w:val="20"/>
                <w:lang w:val="es-PY"/>
              </w:rPr>
            </w:pPr>
            <w:r w:rsidRPr="00643CF3">
              <w:rPr>
                <w:color w:val="000000"/>
                <w:szCs w:val="20"/>
                <w:lang w:val="es-PY"/>
              </w:rPr>
              <w:t xml:space="preserve">b. </w:t>
            </w:r>
            <w:r w:rsidR="00270493" w:rsidRPr="00CA67AF">
              <w:rPr>
                <w:color w:val="000000"/>
                <w:szCs w:val="20"/>
                <w:lang w:val="es-PY"/>
              </w:rPr>
              <w:t>Los egresados publican en medios científicos luego de su graduación.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948C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595A14"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E160B2" w14:textId="77777777" w:rsidR="0010517E" w:rsidRPr="003B5381" w:rsidRDefault="0010517E">
            <w:pPr>
              <w:jc w:val="center"/>
              <w:rPr>
                <w:szCs w:val="20"/>
                <w:lang w:val="es-PY"/>
              </w:rPr>
            </w:pPr>
          </w:p>
        </w:tc>
      </w:tr>
      <w:tr w:rsidR="0010517E" w:rsidRPr="00637056" w14:paraId="5F7C0309" w14:textId="77777777" w:rsidTr="0017605E">
        <w:trPr>
          <w:cantSplit/>
          <w:trHeight w:val="720"/>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1495F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C9B85C" w14:textId="38A8915F" w:rsidR="0010517E" w:rsidRPr="00643CF3" w:rsidRDefault="00643CF3">
            <w:pPr>
              <w:jc w:val="both"/>
              <w:rPr>
                <w:szCs w:val="20"/>
                <w:lang w:val="es-PY"/>
              </w:rPr>
            </w:pPr>
            <w:r w:rsidRPr="00643CF3">
              <w:rPr>
                <w:color w:val="000000"/>
                <w:szCs w:val="20"/>
                <w:lang w:val="es-PY"/>
              </w:rPr>
              <w:t xml:space="preserve">c. </w:t>
            </w:r>
            <w:r w:rsidR="00270493" w:rsidRPr="00CA67AF">
              <w:rPr>
                <w:color w:val="000000"/>
                <w:szCs w:val="20"/>
                <w:lang w:val="es-PY"/>
              </w:rPr>
              <w:t>Los egresados participan como evaluadores, i</w:t>
            </w:r>
            <w:r w:rsidR="00270493">
              <w:rPr>
                <w:color w:val="000000"/>
                <w:szCs w:val="20"/>
                <w:lang w:val="es-PY"/>
              </w:rPr>
              <w:t xml:space="preserve">nvestigadores o tutores, </w:t>
            </w:r>
            <w:r w:rsidR="00270493" w:rsidRPr="00CA67AF">
              <w:rPr>
                <w:color w:val="000000"/>
                <w:szCs w:val="20"/>
                <w:lang w:val="es-PY"/>
              </w:rPr>
              <w:t>contribuyendo a la formación de nuevas generaciones de investigadores.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291E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93A408"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089655" w14:textId="77777777" w:rsidR="0010517E" w:rsidRPr="003B5381" w:rsidRDefault="0010517E">
            <w:pPr>
              <w:jc w:val="center"/>
              <w:rPr>
                <w:szCs w:val="20"/>
                <w:lang w:val="es-PY"/>
              </w:rPr>
            </w:pPr>
          </w:p>
        </w:tc>
      </w:tr>
      <w:tr w:rsidR="0010517E" w:rsidRPr="00637056" w14:paraId="3C3D69C3" w14:textId="77777777" w:rsidTr="0017605E">
        <w:trPr>
          <w:cantSplit/>
          <w:trHeight w:val="499"/>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8D470A"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EB0B25" w14:textId="45B74B4F" w:rsidR="0010517E" w:rsidRPr="00643CF3" w:rsidRDefault="00DB7091">
            <w:pPr>
              <w:jc w:val="both"/>
              <w:rPr>
                <w:szCs w:val="20"/>
                <w:lang w:val="es-PY"/>
              </w:rPr>
            </w:pPr>
            <w:r>
              <w:rPr>
                <w:color w:val="000000"/>
                <w:szCs w:val="20"/>
                <w:lang w:val="es-PY"/>
              </w:rPr>
              <w:t xml:space="preserve">d. </w:t>
            </w:r>
            <w:r w:rsidR="00270493" w:rsidRPr="00CA67AF">
              <w:rPr>
                <w:color w:val="000000"/>
                <w:szCs w:val="20"/>
                <w:lang w:val="es-PY"/>
              </w:rPr>
              <w:t>Los egresados mantienen vínculos académicos o científicos con la institución, contribuyendo al fortalecimiento de las líneas de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17735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0B5D6"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3C956D" w14:textId="77777777" w:rsidR="0010517E" w:rsidRPr="003B5381" w:rsidRDefault="0010517E">
            <w:pPr>
              <w:jc w:val="center"/>
              <w:rPr>
                <w:szCs w:val="20"/>
                <w:lang w:val="es-PY"/>
              </w:rPr>
            </w:pPr>
          </w:p>
        </w:tc>
      </w:tr>
      <w:tr w:rsidR="0010517E" w:rsidRPr="00637056" w14:paraId="3326DA4C" w14:textId="77777777" w:rsidTr="0017605E">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0F3EBA"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E613BA" w14:textId="006EDF54" w:rsidR="0010517E" w:rsidRPr="00643CF3" w:rsidRDefault="00643CF3">
            <w:pPr>
              <w:jc w:val="both"/>
              <w:rPr>
                <w:szCs w:val="20"/>
                <w:lang w:val="es-PY"/>
              </w:rPr>
            </w:pPr>
            <w:r w:rsidRPr="00643CF3">
              <w:rPr>
                <w:color w:val="000000"/>
                <w:szCs w:val="20"/>
                <w:lang w:val="es-PY"/>
              </w:rPr>
              <w:t xml:space="preserve">e. </w:t>
            </w:r>
            <w:r w:rsidR="00270493" w:rsidRPr="00FD0D34">
              <w:rPr>
                <w:color w:val="000000"/>
                <w:szCs w:val="20"/>
                <w:lang w:val="es-PY"/>
              </w:rPr>
              <w:t>El desempeño de los egresados evidencia aportes académicos, científicos o sociales, comprobables.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8F9C3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68B510"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F6DA70" w14:textId="77777777" w:rsidR="0010517E" w:rsidRPr="003B5381" w:rsidRDefault="0010517E">
            <w:pPr>
              <w:jc w:val="center"/>
              <w:rPr>
                <w:szCs w:val="20"/>
                <w:lang w:val="es-PY"/>
              </w:rPr>
            </w:pPr>
          </w:p>
        </w:tc>
      </w:tr>
      <w:tr w:rsidR="0010517E" w:rsidRPr="00637056" w14:paraId="2931FA00" w14:textId="77777777" w:rsidTr="00821777">
        <w:trPr>
          <w:cantSplit/>
          <w:trHeight w:hRule="exact" w:val="446"/>
          <w:jc w:val="center"/>
        </w:trPr>
        <w:tc>
          <w:tcPr>
            <w:tcW w:w="75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9166C1"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1FEF74" w14:textId="77777777" w:rsidR="0010517E" w:rsidRPr="00643CF3" w:rsidRDefault="0010517E">
            <w:pPr>
              <w:jc w:val="center"/>
              <w:rPr>
                <w:szCs w:val="20"/>
                <w:lang w:val="es-PY"/>
              </w:rPr>
            </w:pPr>
          </w:p>
        </w:tc>
      </w:tr>
      <w:tr w:rsidR="0010517E" w14:paraId="4144E5CE" w14:textId="77777777" w:rsidTr="00821777">
        <w:trPr>
          <w:cantSplit/>
          <w:trHeight w:hRule="exact" w:val="662"/>
          <w:jc w:val="center"/>
        </w:trPr>
        <w:tc>
          <w:tcPr>
            <w:tcW w:w="75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D50A910" w14:textId="77777777" w:rsidR="0010517E" w:rsidRPr="00643CF3" w:rsidRDefault="00643CF3">
            <w:pPr>
              <w:jc w:val="center"/>
              <w:rPr>
                <w:lang w:val="es-PY"/>
              </w:rPr>
            </w:pPr>
            <w:r w:rsidRPr="00643CF3">
              <w:rPr>
                <w:b/>
                <w:color w:val="000000"/>
                <w:sz w:val="18"/>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A72CD91" w14:textId="77777777" w:rsidR="0010517E" w:rsidRDefault="00643CF3">
            <w:pPr>
              <w:jc w:val="center"/>
            </w:pPr>
            <w:proofErr w:type="spellStart"/>
            <w:r>
              <w:rPr>
                <w:b/>
                <w:color w:val="000000"/>
                <w:sz w:val="18"/>
              </w:rPr>
              <w:t>Medios</w:t>
            </w:r>
            <w:proofErr w:type="spellEnd"/>
            <w:r>
              <w:rPr>
                <w:b/>
                <w:color w:val="000000"/>
                <w:sz w:val="18"/>
              </w:rPr>
              <w:t xml:space="preserve"> de </w:t>
            </w:r>
            <w:proofErr w:type="spellStart"/>
            <w:r>
              <w:rPr>
                <w:b/>
                <w:color w:val="000000"/>
                <w:sz w:val="18"/>
              </w:rPr>
              <w:t>verificación</w:t>
            </w:r>
            <w:proofErr w:type="spellEnd"/>
          </w:p>
        </w:tc>
      </w:tr>
      <w:tr w:rsidR="00270493" w14:paraId="77202AB3" w14:textId="77777777" w:rsidTr="00270493">
        <w:trPr>
          <w:cantSplit/>
          <w:jc w:val="center"/>
        </w:trPr>
        <w:tc>
          <w:tcPr>
            <w:tcW w:w="75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F5BC797" w14:textId="340108B6" w:rsidR="00270493" w:rsidRDefault="00270493" w:rsidP="00270493">
            <w:pPr>
              <w:jc w:val="both"/>
              <w:rPr>
                <w:b/>
                <w:color w:val="000000"/>
                <w:sz w:val="18"/>
                <w:lang w:val="es-PY"/>
              </w:rPr>
            </w:pPr>
          </w:p>
          <w:p w14:paraId="26B7EABC" w14:textId="1135EE0D" w:rsidR="00270493" w:rsidRDefault="00270493" w:rsidP="00270493">
            <w:pPr>
              <w:jc w:val="both"/>
              <w:rPr>
                <w:b/>
                <w:color w:val="000000"/>
                <w:sz w:val="18"/>
                <w:lang w:val="es-PY"/>
              </w:rPr>
            </w:pPr>
          </w:p>
          <w:p w14:paraId="5CFA31DA" w14:textId="05575CD4" w:rsidR="00270493" w:rsidRDefault="00270493" w:rsidP="00270493">
            <w:pPr>
              <w:jc w:val="both"/>
              <w:rPr>
                <w:b/>
                <w:color w:val="000000"/>
                <w:sz w:val="18"/>
                <w:lang w:val="es-PY"/>
              </w:rPr>
            </w:pPr>
          </w:p>
          <w:p w14:paraId="0390E253" w14:textId="68472B32" w:rsidR="00270493" w:rsidRDefault="00270493" w:rsidP="00270493">
            <w:pPr>
              <w:jc w:val="both"/>
              <w:rPr>
                <w:b/>
                <w:color w:val="000000"/>
                <w:sz w:val="18"/>
                <w:lang w:val="es-PY"/>
              </w:rPr>
            </w:pPr>
          </w:p>
          <w:p w14:paraId="0D50FAFA" w14:textId="76B90C2E" w:rsidR="00270493" w:rsidRDefault="00270493" w:rsidP="00270493">
            <w:pPr>
              <w:jc w:val="both"/>
              <w:rPr>
                <w:b/>
                <w:color w:val="000000"/>
                <w:sz w:val="18"/>
                <w:lang w:val="es-PY"/>
              </w:rPr>
            </w:pPr>
          </w:p>
          <w:p w14:paraId="341525DD" w14:textId="2A5A7185" w:rsidR="00270493" w:rsidRDefault="00270493" w:rsidP="00270493">
            <w:pPr>
              <w:jc w:val="both"/>
              <w:rPr>
                <w:b/>
                <w:color w:val="000000"/>
                <w:sz w:val="18"/>
                <w:lang w:val="es-PY"/>
              </w:rPr>
            </w:pPr>
          </w:p>
          <w:p w14:paraId="6AC1B3CF" w14:textId="241C0AC1" w:rsidR="00270493" w:rsidRDefault="00270493" w:rsidP="00270493">
            <w:pPr>
              <w:jc w:val="both"/>
              <w:rPr>
                <w:b/>
                <w:color w:val="000000"/>
                <w:sz w:val="18"/>
                <w:lang w:val="es-PY"/>
              </w:rPr>
            </w:pPr>
          </w:p>
          <w:p w14:paraId="62D55FEF" w14:textId="2ECE3B27" w:rsidR="00270493" w:rsidRDefault="00270493" w:rsidP="00270493">
            <w:pPr>
              <w:jc w:val="both"/>
              <w:rPr>
                <w:b/>
                <w:color w:val="000000"/>
                <w:sz w:val="18"/>
                <w:lang w:val="es-PY"/>
              </w:rPr>
            </w:pPr>
          </w:p>
          <w:p w14:paraId="38C00D27" w14:textId="3AC55DAC" w:rsidR="00270493" w:rsidRDefault="00270493" w:rsidP="00270493">
            <w:pPr>
              <w:jc w:val="both"/>
              <w:rPr>
                <w:b/>
                <w:color w:val="000000"/>
                <w:sz w:val="18"/>
                <w:lang w:val="es-PY"/>
              </w:rPr>
            </w:pPr>
          </w:p>
          <w:p w14:paraId="40A7546B" w14:textId="6E5E6AE7" w:rsidR="00270493" w:rsidRDefault="00270493" w:rsidP="00270493">
            <w:pPr>
              <w:jc w:val="both"/>
              <w:rPr>
                <w:b/>
                <w:color w:val="000000"/>
                <w:sz w:val="18"/>
                <w:lang w:val="es-PY"/>
              </w:rPr>
            </w:pPr>
          </w:p>
          <w:p w14:paraId="37381E8C" w14:textId="7EF8B9CC" w:rsidR="00270493" w:rsidRDefault="00270493" w:rsidP="00270493">
            <w:pPr>
              <w:jc w:val="both"/>
              <w:rPr>
                <w:b/>
                <w:color w:val="000000"/>
                <w:sz w:val="18"/>
                <w:lang w:val="es-PY"/>
              </w:rPr>
            </w:pPr>
          </w:p>
          <w:p w14:paraId="26FCB841" w14:textId="483553E1" w:rsidR="00270493" w:rsidRDefault="00270493" w:rsidP="00270493">
            <w:pPr>
              <w:jc w:val="both"/>
              <w:rPr>
                <w:b/>
                <w:color w:val="000000"/>
                <w:sz w:val="18"/>
                <w:lang w:val="es-PY"/>
              </w:rPr>
            </w:pPr>
          </w:p>
          <w:p w14:paraId="40DFB668" w14:textId="61657B30" w:rsidR="00270493" w:rsidRDefault="00270493" w:rsidP="00270493">
            <w:pPr>
              <w:jc w:val="both"/>
              <w:rPr>
                <w:b/>
                <w:color w:val="000000"/>
                <w:sz w:val="18"/>
                <w:lang w:val="es-PY"/>
              </w:rPr>
            </w:pPr>
          </w:p>
          <w:p w14:paraId="0D33BE40" w14:textId="1516609D" w:rsidR="00270493" w:rsidRDefault="00270493" w:rsidP="00270493">
            <w:pPr>
              <w:jc w:val="both"/>
              <w:rPr>
                <w:b/>
                <w:color w:val="000000"/>
                <w:sz w:val="18"/>
                <w:lang w:val="es-PY"/>
              </w:rPr>
            </w:pPr>
          </w:p>
          <w:p w14:paraId="168525D4" w14:textId="0D08F1BD" w:rsidR="00270493" w:rsidRDefault="00270493" w:rsidP="00270493">
            <w:pPr>
              <w:jc w:val="both"/>
              <w:rPr>
                <w:b/>
                <w:color w:val="000000"/>
                <w:sz w:val="18"/>
                <w:lang w:val="es-PY"/>
              </w:rPr>
            </w:pPr>
          </w:p>
          <w:p w14:paraId="2B2E8A39" w14:textId="337966C7" w:rsidR="00270493" w:rsidRDefault="00270493" w:rsidP="00270493">
            <w:pPr>
              <w:jc w:val="both"/>
              <w:rPr>
                <w:b/>
                <w:color w:val="000000"/>
                <w:sz w:val="18"/>
                <w:lang w:val="es-PY"/>
              </w:rPr>
            </w:pPr>
          </w:p>
          <w:p w14:paraId="5368B15D" w14:textId="72692B27" w:rsidR="00270493" w:rsidRDefault="00270493" w:rsidP="00270493">
            <w:pPr>
              <w:jc w:val="both"/>
              <w:rPr>
                <w:b/>
                <w:color w:val="000000"/>
                <w:sz w:val="18"/>
                <w:lang w:val="es-PY"/>
              </w:rPr>
            </w:pPr>
          </w:p>
          <w:p w14:paraId="47A9665D" w14:textId="48C8C68A" w:rsidR="00270493" w:rsidRDefault="00270493" w:rsidP="00270493">
            <w:pPr>
              <w:jc w:val="both"/>
              <w:rPr>
                <w:b/>
                <w:color w:val="000000"/>
                <w:sz w:val="18"/>
                <w:lang w:val="es-PY"/>
              </w:rPr>
            </w:pPr>
          </w:p>
          <w:p w14:paraId="59758448" w14:textId="0C60AA6E" w:rsidR="00270493" w:rsidRDefault="00270493" w:rsidP="00270493">
            <w:pPr>
              <w:jc w:val="both"/>
              <w:rPr>
                <w:b/>
                <w:color w:val="000000"/>
                <w:sz w:val="18"/>
                <w:lang w:val="es-PY"/>
              </w:rPr>
            </w:pPr>
          </w:p>
          <w:p w14:paraId="7377037E" w14:textId="37CDE831" w:rsidR="00270493" w:rsidRDefault="00270493" w:rsidP="00270493">
            <w:pPr>
              <w:jc w:val="both"/>
              <w:rPr>
                <w:b/>
                <w:color w:val="000000"/>
                <w:sz w:val="18"/>
                <w:lang w:val="es-PY"/>
              </w:rPr>
            </w:pPr>
          </w:p>
          <w:p w14:paraId="71517D89" w14:textId="5E49D386" w:rsidR="00270493" w:rsidRDefault="00270493" w:rsidP="00270493">
            <w:pPr>
              <w:jc w:val="both"/>
              <w:rPr>
                <w:b/>
                <w:color w:val="000000"/>
                <w:sz w:val="18"/>
                <w:lang w:val="es-PY"/>
              </w:rPr>
            </w:pPr>
          </w:p>
          <w:p w14:paraId="5144A51A" w14:textId="77777777" w:rsidR="00270493" w:rsidRDefault="00270493" w:rsidP="00270493">
            <w:pPr>
              <w:jc w:val="both"/>
              <w:rPr>
                <w:b/>
                <w:color w:val="000000"/>
                <w:sz w:val="18"/>
                <w:lang w:val="es-PY"/>
              </w:rPr>
            </w:pPr>
          </w:p>
          <w:p w14:paraId="53B85BE1" w14:textId="62A99C61" w:rsidR="00270493" w:rsidRDefault="00270493" w:rsidP="00270493">
            <w:pPr>
              <w:jc w:val="both"/>
              <w:rPr>
                <w:b/>
                <w:color w:val="000000"/>
                <w:sz w:val="18"/>
                <w:lang w:val="es-PY"/>
              </w:rPr>
            </w:pPr>
          </w:p>
          <w:p w14:paraId="1FE126AF" w14:textId="1B95BB34" w:rsidR="00270493" w:rsidRDefault="00270493" w:rsidP="00270493">
            <w:pPr>
              <w:jc w:val="both"/>
              <w:rPr>
                <w:b/>
                <w:color w:val="000000"/>
                <w:sz w:val="18"/>
                <w:lang w:val="es-PY"/>
              </w:rPr>
            </w:pPr>
          </w:p>
          <w:p w14:paraId="5A3B7322" w14:textId="35BCD6DD" w:rsidR="00270493" w:rsidRDefault="00270493" w:rsidP="00270493">
            <w:pPr>
              <w:jc w:val="both"/>
              <w:rPr>
                <w:b/>
                <w:color w:val="000000"/>
                <w:sz w:val="18"/>
                <w:lang w:val="es-PY"/>
              </w:rPr>
            </w:pPr>
          </w:p>
          <w:p w14:paraId="288BAB43" w14:textId="77777777" w:rsidR="00270493" w:rsidRDefault="00270493" w:rsidP="00270493">
            <w:pPr>
              <w:jc w:val="both"/>
              <w:rPr>
                <w:b/>
                <w:color w:val="000000"/>
                <w:sz w:val="18"/>
                <w:lang w:val="es-PY"/>
              </w:rPr>
            </w:pPr>
          </w:p>
          <w:p w14:paraId="7B006BD8" w14:textId="77777777" w:rsidR="00270493" w:rsidRDefault="00270493" w:rsidP="00270493">
            <w:pPr>
              <w:jc w:val="both"/>
              <w:rPr>
                <w:b/>
                <w:color w:val="000000"/>
                <w:sz w:val="18"/>
                <w:lang w:val="es-PY"/>
              </w:rPr>
            </w:pPr>
          </w:p>
          <w:p w14:paraId="6EE5B5D9" w14:textId="77777777" w:rsidR="00270493" w:rsidRDefault="00270493" w:rsidP="00270493">
            <w:pPr>
              <w:jc w:val="both"/>
              <w:rPr>
                <w:b/>
                <w:color w:val="000000"/>
                <w:sz w:val="18"/>
                <w:lang w:val="es-PY"/>
              </w:rPr>
            </w:pPr>
          </w:p>
          <w:p w14:paraId="6EB0CBD7" w14:textId="77777777" w:rsidR="00270493" w:rsidRDefault="00270493" w:rsidP="00270493">
            <w:pPr>
              <w:jc w:val="both"/>
              <w:rPr>
                <w:b/>
                <w:color w:val="000000"/>
                <w:sz w:val="18"/>
                <w:lang w:val="es-PY"/>
              </w:rPr>
            </w:pPr>
          </w:p>
          <w:p w14:paraId="141CE81B" w14:textId="517EC616" w:rsidR="00270493" w:rsidRDefault="00270493" w:rsidP="00270493">
            <w:pPr>
              <w:jc w:val="both"/>
              <w:rPr>
                <w:b/>
                <w:color w:val="000000"/>
                <w:sz w:val="18"/>
                <w:lang w:val="es-PY"/>
              </w:rPr>
            </w:pPr>
          </w:p>
          <w:p w14:paraId="07822C90" w14:textId="77777777" w:rsidR="00270493" w:rsidRDefault="00270493" w:rsidP="00270493">
            <w:pPr>
              <w:jc w:val="both"/>
              <w:rPr>
                <w:b/>
                <w:color w:val="000000"/>
                <w:sz w:val="18"/>
                <w:lang w:val="es-PY"/>
              </w:rPr>
            </w:pPr>
          </w:p>
          <w:p w14:paraId="410BA21B" w14:textId="0F88F49D" w:rsidR="00270493" w:rsidRPr="00643CF3" w:rsidRDefault="00270493" w:rsidP="00270493">
            <w:pPr>
              <w:jc w:val="both"/>
              <w:rPr>
                <w:b/>
                <w:color w:val="000000"/>
                <w:sz w:val="18"/>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656B30F" w14:textId="77777777" w:rsidR="00270493" w:rsidRDefault="00270493" w:rsidP="00270493">
            <w:pPr>
              <w:jc w:val="both"/>
              <w:rPr>
                <w:b/>
                <w:color w:val="000000"/>
                <w:sz w:val="18"/>
              </w:rPr>
            </w:pPr>
          </w:p>
        </w:tc>
      </w:tr>
    </w:tbl>
    <w:p w14:paraId="0ECED333" w14:textId="48517634" w:rsidR="0010517E" w:rsidRDefault="00643CF3">
      <w:r>
        <w:br w:type="page"/>
      </w:r>
    </w:p>
    <w:tbl>
      <w:tblPr>
        <w:tblW w:w="9645" w:type="dxa"/>
        <w:jc w:val="center"/>
        <w:tblCellMar>
          <w:left w:w="70" w:type="dxa"/>
          <w:right w:w="70" w:type="dxa"/>
        </w:tblCellMar>
        <w:tblLook w:val="04A0" w:firstRow="1" w:lastRow="0" w:firstColumn="1" w:lastColumn="0" w:noHBand="0" w:noVBand="1"/>
      </w:tblPr>
      <w:tblGrid>
        <w:gridCol w:w="4820"/>
        <w:gridCol w:w="4825"/>
      </w:tblGrid>
      <w:tr w:rsidR="009223FE" w:rsidRPr="00637056" w14:paraId="3DC29E45" w14:textId="77777777" w:rsidTr="00821777">
        <w:trPr>
          <w:trHeight w:val="303"/>
          <w:jc w:val="center"/>
        </w:trPr>
        <w:tc>
          <w:tcPr>
            <w:tcW w:w="9645"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5AB3C613" w14:textId="77777777" w:rsidR="009223FE" w:rsidRPr="00F34DB9" w:rsidRDefault="009223FE" w:rsidP="008D53CA">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9223FE" w:rsidRPr="00DC5782" w14:paraId="1052789F" w14:textId="77777777" w:rsidTr="00821777">
        <w:trPr>
          <w:trHeight w:val="303"/>
          <w:jc w:val="center"/>
        </w:trPr>
        <w:tc>
          <w:tcPr>
            <w:tcW w:w="4820"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6E3E8EF6" w14:textId="77777777" w:rsidR="009223FE" w:rsidRPr="00840DB4" w:rsidRDefault="009223FE" w:rsidP="008D53CA">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70FF61A9" w14:textId="77777777" w:rsidR="009223FE" w:rsidRPr="00840DB4" w:rsidRDefault="009223FE" w:rsidP="008D53CA">
            <w:pPr>
              <w:jc w:val="center"/>
              <w:rPr>
                <w:rFonts w:eastAsia="Times New Roman" w:cs="Arial"/>
                <w:b/>
                <w:bCs/>
                <w:lang w:val="es-PY" w:eastAsia="es-PY"/>
              </w:rPr>
            </w:pPr>
            <w:r w:rsidRPr="00840DB4">
              <w:rPr>
                <w:b/>
                <w:bCs/>
                <w:lang w:val="es-PY" w:eastAsia="es-PY"/>
              </w:rPr>
              <w:t>Debilidades</w:t>
            </w:r>
          </w:p>
        </w:tc>
      </w:tr>
      <w:tr w:rsidR="009223FE" w:rsidRPr="007A4CF2" w14:paraId="3B96DD5E" w14:textId="77777777" w:rsidTr="00821777">
        <w:trPr>
          <w:cantSplit/>
          <w:jc w:val="center"/>
        </w:trPr>
        <w:tc>
          <w:tcPr>
            <w:tcW w:w="4820"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46EA38B7" w14:textId="77777777" w:rsidR="009223FE" w:rsidRDefault="009223FE" w:rsidP="00A83759">
            <w:pPr>
              <w:jc w:val="both"/>
              <w:rPr>
                <w:rFonts w:eastAsia="Times New Roman" w:cs="Arial"/>
                <w:szCs w:val="20"/>
                <w:lang w:val="es-PY" w:eastAsia="es-PY"/>
              </w:rPr>
            </w:pPr>
          </w:p>
          <w:p w14:paraId="228E8CDD" w14:textId="77777777" w:rsidR="009223FE" w:rsidRDefault="009223FE" w:rsidP="00A83759">
            <w:pPr>
              <w:jc w:val="both"/>
              <w:rPr>
                <w:rFonts w:eastAsia="Times New Roman" w:cs="Arial"/>
                <w:szCs w:val="20"/>
                <w:lang w:val="es-PY" w:eastAsia="es-PY"/>
              </w:rPr>
            </w:pPr>
          </w:p>
          <w:p w14:paraId="51BEBF98" w14:textId="77777777" w:rsidR="009223FE" w:rsidRDefault="009223FE" w:rsidP="00A83759">
            <w:pPr>
              <w:jc w:val="both"/>
              <w:rPr>
                <w:rFonts w:eastAsia="Times New Roman" w:cs="Arial"/>
                <w:szCs w:val="20"/>
                <w:lang w:val="es-PY" w:eastAsia="es-PY"/>
              </w:rPr>
            </w:pPr>
          </w:p>
          <w:p w14:paraId="1DC904BC" w14:textId="77777777" w:rsidR="009223FE" w:rsidRDefault="009223FE" w:rsidP="00A83759">
            <w:pPr>
              <w:jc w:val="both"/>
              <w:rPr>
                <w:rFonts w:eastAsia="Times New Roman" w:cs="Arial"/>
                <w:szCs w:val="20"/>
                <w:lang w:val="es-PY" w:eastAsia="es-PY"/>
              </w:rPr>
            </w:pPr>
          </w:p>
          <w:p w14:paraId="43C763F5" w14:textId="77777777" w:rsidR="009223FE" w:rsidRDefault="009223FE" w:rsidP="00A83759">
            <w:pPr>
              <w:jc w:val="both"/>
              <w:rPr>
                <w:rFonts w:eastAsia="Times New Roman" w:cs="Arial"/>
                <w:szCs w:val="20"/>
                <w:lang w:val="es-PY" w:eastAsia="es-PY"/>
              </w:rPr>
            </w:pPr>
          </w:p>
          <w:p w14:paraId="535288AB" w14:textId="77777777" w:rsidR="009223FE" w:rsidRDefault="009223FE" w:rsidP="00A83759">
            <w:pPr>
              <w:jc w:val="both"/>
              <w:rPr>
                <w:rFonts w:eastAsia="Times New Roman" w:cs="Arial"/>
                <w:szCs w:val="20"/>
                <w:lang w:val="es-PY" w:eastAsia="es-PY"/>
              </w:rPr>
            </w:pPr>
          </w:p>
          <w:p w14:paraId="2051D9B8" w14:textId="77777777" w:rsidR="009223FE" w:rsidRDefault="009223FE" w:rsidP="00A83759">
            <w:pPr>
              <w:jc w:val="both"/>
              <w:rPr>
                <w:rFonts w:eastAsia="Times New Roman" w:cs="Arial"/>
                <w:szCs w:val="20"/>
                <w:lang w:val="es-PY" w:eastAsia="es-PY"/>
              </w:rPr>
            </w:pPr>
          </w:p>
          <w:p w14:paraId="7F1A3A43" w14:textId="77777777" w:rsidR="009223FE" w:rsidRDefault="009223FE" w:rsidP="00A83759">
            <w:pPr>
              <w:jc w:val="both"/>
              <w:rPr>
                <w:rFonts w:eastAsia="Times New Roman" w:cs="Arial"/>
                <w:szCs w:val="20"/>
                <w:lang w:val="es-PY" w:eastAsia="es-PY"/>
              </w:rPr>
            </w:pPr>
          </w:p>
          <w:p w14:paraId="2C3A150D" w14:textId="77777777" w:rsidR="009223FE" w:rsidRDefault="009223FE" w:rsidP="00A83759">
            <w:pPr>
              <w:jc w:val="both"/>
              <w:rPr>
                <w:rFonts w:eastAsia="Times New Roman" w:cs="Arial"/>
                <w:szCs w:val="20"/>
                <w:lang w:val="es-PY" w:eastAsia="es-PY"/>
              </w:rPr>
            </w:pPr>
          </w:p>
          <w:p w14:paraId="4B465F2D" w14:textId="77777777" w:rsidR="009223FE" w:rsidRDefault="009223FE" w:rsidP="00A83759">
            <w:pPr>
              <w:jc w:val="both"/>
              <w:rPr>
                <w:rFonts w:eastAsia="Times New Roman" w:cs="Arial"/>
                <w:szCs w:val="20"/>
                <w:lang w:val="es-PY" w:eastAsia="es-PY"/>
              </w:rPr>
            </w:pPr>
          </w:p>
          <w:p w14:paraId="65BE17D0" w14:textId="77777777" w:rsidR="009223FE" w:rsidRDefault="009223FE" w:rsidP="00A83759">
            <w:pPr>
              <w:jc w:val="both"/>
              <w:rPr>
                <w:rFonts w:eastAsia="Times New Roman" w:cs="Arial"/>
                <w:szCs w:val="20"/>
                <w:lang w:val="es-PY" w:eastAsia="es-PY"/>
              </w:rPr>
            </w:pPr>
          </w:p>
          <w:p w14:paraId="48A477EE" w14:textId="77777777" w:rsidR="009223FE" w:rsidRDefault="009223FE" w:rsidP="00A83759">
            <w:pPr>
              <w:jc w:val="both"/>
              <w:rPr>
                <w:rFonts w:eastAsia="Times New Roman" w:cs="Arial"/>
                <w:szCs w:val="20"/>
                <w:lang w:val="es-PY" w:eastAsia="es-PY"/>
              </w:rPr>
            </w:pPr>
          </w:p>
          <w:p w14:paraId="6899B87B" w14:textId="77777777" w:rsidR="009223FE" w:rsidRDefault="009223FE" w:rsidP="00A83759">
            <w:pPr>
              <w:jc w:val="both"/>
              <w:rPr>
                <w:rFonts w:eastAsia="Times New Roman" w:cs="Arial"/>
                <w:szCs w:val="20"/>
                <w:lang w:val="es-PY" w:eastAsia="es-PY"/>
              </w:rPr>
            </w:pPr>
          </w:p>
          <w:p w14:paraId="6C472A69" w14:textId="77777777" w:rsidR="009223FE" w:rsidRDefault="009223FE" w:rsidP="00A83759">
            <w:pPr>
              <w:jc w:val="both"/>
              <w:rPr>
                <w:rFonts w:eastAsia="Times New Roman" w:cs="Arial"/>
                <w:szCs w:val="20"/>
                <w:lang w:val="es-PY" w:eastAsia="es-PY"/>
              </w:rPr>
            </w:pPr>
          </w:p>
          <w:p w14:paraId="0132F549" w14:textId="77777777" w:rsidR="009223FE" w:rsidRDefault="009223FE" w:rsidP="00A83759">
            <w:pPr>
              <w:jc w:val="both"/>
              <w:rPr>
                <w:rFonts w:eastAsia="Times New Roman" w:cs="Arial"/>
                <w:szCs w:val="20"/>
                <w:lang w:val="es-PY" w:eastAsia="es-PY"/>
              </w:rPr>
            </w:pPr>
          </w:p>
          <w:p w14:paraId="1AF89DCE" w14:textId="77777777" w:rsidR="009223FE" w:rsidRDefault="009223FE" w:rsidP="00A83759">
            <w:pPr>
              <w:jc w:val="both"/>
              <w:rPr>
                <w:rFonts w:eastAsia="Times New Roman" w:cs="Arial"/>
                <w:szCs w:val="20"/>
                <w:lang w:val="es-PY" w:eastAsia="es-PY"/>
              </w:rPr>
            </w:pPr>
          </w:p>
          <w:p w14:paraId="4ECAA8B9" w14:textId="77777777" w:rsidR="009223FE" w:rsidRDefault="009223FE" w:rsidP="00A83759">
            <w:pPr>
              <w:jc w:val="both"/>
              <w:rPr>
                <w:rFonts w:eastAsia="Times New Roman" w:cs="Arial"/>
                <w:szCs w:val="20"/>
                <w:lang w:val="es-PY" w:eastAsia="es-PY"/>
              </w:rPr>
            </w:pPr>
          </w:p>
          <w:p w14:paraId="4FB7B216" w14:textId="77777777" w:rsidR="009223FE" w:rsidRDefault="009223FE" w:rsidP="00A83759">
            <w:pPr>
              <w:jc w:val="both"/>
              <w:rPr>
                <w:rFonts w:eastAsia="Times New Roman" w:cs="Arial"/>
                <w:szCs w:val="20"/>
                <w:lang w:val="es-PY" w:eastAsia="es-PY"/>
              </w:rPr>
            </w:pPr>
          </w:p>
          <w:p w14:paraId="5537D54D" w14:textId="77777777" w:rsidR="009223FE" w:rsidRDefault="009223FE" w:rsidP="00A83759">
            <w:pPr>
              <w:jc w:val="both"/>
              <w:rPr>
                <w:rFonts w:eastAsia="Times New Roman" w:cs="Arial"/>
                <w:szCs w:val="20"/>
                <w:lang w:val="es-PY" w:eastAsia="es-PY"/>
              </w:rPr>
            </w:pPr>
          </w:p>
          <w:p w14:paraId="59FEC69C" w14:textId="77777777" w:rsidR="009223FE" w:rsidRDefault="009223FE" w:rsidP="00A83759">
            <w:pPr>
              <w:jc w:val="both"/>
              <w:rPr>
                <w:rFonts w:eastAsia="Times New Roman" w:cs="Arial"/>
                <w:szCs w:val="20"/>
                <w:lang w:val="es-PY" w:eastAsia="es-PY"/>
              </w:rPr>
            </w:pPr>
          </w:p>
          <w:p w14:paraId="1E162E22" w14:textId="77777777" w:rsidR="009223FE" w:rsidRDefault="009223FE" w:rsidP="00A83759">
            <w:pPr>
              <w:jc w:val="both"/>
              <w:rPr>
                <w:rFonts w:eastAsia="Times New Roman" w:cs="Arial"/>
                <w:szCs w:val="20"/>
                <w:lang w:val="es-PY" w:eastAsia="es-PY"/>
              </w:rPr>
            </w:pPr>
          </w:p>
          <w:p w14:paraId="53F49190" w14:textId="77777777" w:rsidR="009223FE" w:rsidRPr="00F2657F" w:rsidRDefault="009223FE" w:rsidP="00A83759">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68811887" w14:textId="77777777" w:rsidR="009223FE" w:rsidRPr="00F2657F" w:rsidRDefault="009223FE" w:rsidP="00A83759">
            <w:pPr>
              <w:contextualSpacing/>
              <w:jc w:val="both"/>
              <w:rPr>
                <w:rFonts w:eastAsia="Times New Roman" w:cs="Arial"/>
                <w:szCs w:val="20"/>
                <w:lang w:val="es-PY" w:eastAsia="es-PY"/>
              </w:rPr>
            </w:pPr>
          </w:p>
        </w:tc>
      </w:tr>
      <w:tr w:rsidR="009223FE" w:rsidRPr="00DC5782" w14:paraId="7F9F4443" w14:textId="77777777" w:rsidTr="00821777">
        <w:trPr>
          <w:trHeight w:val="303"/>
          <w:jc w:val="center"/>
        </w:trPr>
        <w:tc>
          <w:tcPr>
            <w:tcW w:w="9645"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25B72F53" w14:textId="77777777" w:rsidR="009223FE" w:rsidRPr="00F34DB9" w:rsidRDefault="009223FE" w:rsidP="008D53CA">
            <w:pPr>
              <w:contextualSpacing/>
              <w:jc w:val="center"/>
              <w:rPr>
                <w:rFonts w:eastAsia="Times New Roman" w:cs="Arial"/>
                <w:color w:val="FFFFFF" w:themeColor="background1"/>
                <w:lang w:val="es-PY" w:eastAsia="es-PY"/>
              </w:rPr>
            </w:pPr>
            <w:proofErr w:type="spellStart"/>
            <w:r w:rsidRPr="00F34DB9">
              <w:rPr>
                <w:b/>
                <w:color w:val="FFFFFF" w:themeColor="background1"/>
              </w:rPr>
              <w:t>Oportunidades</w:t>
            </w:r>
            <w:proofErr w:type="spellEnd"/>
            <w:r w:rsidRPr="00F34DB9">
              <w:rPr>
                <w:b/>
                <w:color w:val="FFFFFF" w:themeColor="background1"/>
              </w:rPr>
              <w:t xml:space="preserve"> de </w:t>
            </w:r>
            <w:proofErr w:type="spellStart"/>
            <w:r w:rsidRPr="00F34DB9">
              <w:rPr>
                <w:b/>
                <w:color w:val="FFFFFF" w:themeColor="background1"/>
              </w:rPr>
              <w:t>mejora</w:t>
            </w:r>
            <w:proofErr w:type="spellEnd"/>
          </w:p>
        </w:tc>
      </w:tr>
      <w:tr w:rsidR="009223FE" w:rsidRPr="007A4CF2" w14:paraId="3750FE65" w14:textId="77777777" w:rsidTr="00821777">
        <w:trPr>
          <w:trHeight w:val="6354"/>
          <w:jc w:val="center"/>
        </w:trPr>
        <w:tc>
          <w:tcPr>
            <w:tcW w:w="9645"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1C0AB8A0" w14:textId="77777777" w:rsidR="009223FE" w:rsidRDefault="009223FE" w:rsidP="00A83759">
            <w:pPr>
              <w:contextualSpacing/>
              <w:jc w:val="both"/>
              <w:rPr>
                <w:rFonts w:eastAsia="Times New Roman" w:cs="Arial"/>
                <w:color w:val="000000"/>
                <w:lang w:val="es-PY" w:eastAsia="es-PY"/>
              </w:rPr>
            </w:pPr>
          </w:p>
          <w:p w14:paraId="62599662" w14:textId="77777777" w:rsidR="009223FE" w:rsidRDefault="009223FE" w:rsidP="008D53CA">
            <w:pPr>
              <w:contextualSpacing/>
              <w:rPr>
                <w:rFonts w:eastAsia="Times New Roman" w:cs="Arial"/>
                <w:color w:val="000000"/>
                <w:lang w:val="es-PY" w:eastAsia="es-PY"/>
              </w:rPr>
            </w:pPr>
          </w:p>
          <w:p w14:paraId="21EB19A6" w14:textId="77777777" w:rsidR="009223FE" w:rsidRDefault="009223FE" w:rsidP="008D53CA">
            <w:pPr>
              <w:contextualSpacing/>
              <w:rPr>
                <w:rFonts w:eastAsia="Times New Roman" w:cs="Arial"/>
                <w:color w:val="000000"/>
                <w:lang w:val="es-PY" w:eastAsia="es-PY"/>
              </w:rPr>
            </w:pPr>
          </w:p>
          <w:p w14:paraId="5343CC4C" w14:textId="77777777" w:rsidR="009223FE" w:rsidRDefault="009223FE" w:rsidP="008D53CA">
            <w:pPr>
              <w:contextualSpacing/>
              <w:rPr>
                <w:rFonts w:eastAsia="Times New Roman" w:cs="Arial"/>
                <w:color w:val="000000"/>
                <w:lang w:val="es-PY" w:eastAsia="es-PY"/>
              </w:rPr>
            </w:pPr>
          </w:p>
          <w:p w14:paraId="6B015506" w14:textId="77777777" w:rsidR="009223FE" w:rsidRDefault="009223FE" w:rsidP="008D53CA">
            <w:pPr>
              <w:contextualSpacing/>
              <w:rPr>
                <w:rFonts w:eastAsia="Times New Roman" w:cs="Arial"/>
                <w:color w:val="000000"/>
                <w:lang w:val="es-PY" w:eastAsia="es-PY"/>
              </w:rPr>
            </w:pPr>
          </w:p>
          <w:p w14:paraId="2D27CA15" w14:textId="77777777" w:rsidR="009223FE" w:rsidRDefault="009223FE" w:rsidP="008D53CA">
            <w:pPr>
              <w:contextualSpacing/>
              <w:rPr>
                <w:rFonts w:eastAsia="Times New Roman" w:cs="Arial"/>
                <w:color w:val="000000"/>
                <w:lang w:val="es-PY" w:eastAsia="es-PY"/>
              </w:rPr>
            </w:pPr>
          </w:p>
          <w:p w14:paraId="6A8047B1" w14:textId="77777777" w:rsidR="009223FE" w:rsidRDefault="009223FE" w:rsidP="008D53CA">
            <w:pPr>
              <w:contextualSpacing/>
              <w:rPr>
                <w:rFonts w:eastAsia="Times New Roman" w:cs="Arial"/>
                <w:color w:val="000000"/>
                <w:lang w:val="es-PY" w:eastAsia="es-PY"/>
              </w:rPr>
            </w:pPr>
          </w:p>
          <w:p w14:paraId="564B36C1" w14:textId="77777777" w:rsidR="009223FE" w:rsidRDefault="009223FE" w:rsidP="008D53CA">
            <w:pPr>
              <w:contextualSpacing/>
              <w:rPr>
                <w:rFonts w:eastAsia="Times New Roman" w:cs="Arial"/>
                <w:color w:val="000000"/>
                <w:lang w:val="es-PY" w:eastAsia="es-PY"/>
              </w:rPr>
            </w:pPr>
          </w:p>
          <w:p w14:paraId="1E8061B5" w14:textId="77777777" w:rsidR="009223FE" w:rsidRDefault="009223FE" w:rsidP="008D53CA">
            <w:pPr>
              <w:contextualSpacing/>
              <w:rPr>
                <w:rFonts w:eastAsia="Times New Roman" w:cs="Arial"/>
                <w:color w:val="000000"/>
                <w:lang w:val="es-PY" w:eastAsia="es-PY"/>
              </w:rPr>
            </w:pPr>
          </w:p>
          <w:p w14:paraId="3E311D31" w14:textId="77777777" w:rsidR="009223FE" w:rsidRDefault="009223FE" w:rsidP="008D53CA">
            <w:pPr>
              <w:contextualSpacing/>
              <w:rPr>
                <w:rFonts w:eastAsia="Times New Roman" w:cs="Arial"/>
                <w:color w:val="000000"/>
                <w:lang w:val="es-PY" w:eastAsia="es-PY"/>
              </w:rPr>
            </w:pPr>
          </w:p>
          <w:p w14:paraId="7D39C2BB" w14:textId="77777777" w:rsidR="009223FE" w:rsidRDefault="009223FE" w:rsidP="008D53CA">
            <w:pPr>
              <w:contextualSpacing/>
              <w:rPr>
                <w:rFonts w:eastAsia="Times New Roman" w:cs="Arial"/>
                <w:color w:val="000000"/>
                <w:lang w:val="es-PY" w:eastAsia="es-PY"/>
              </w:rPr>
            </w:pPr>
          </w:p>
          <w:p w14:paraId="2BF06949" w14:textId="77777777" w:rsidR="009223FE" w:rsidRDefault="009223FE" w:rsidP="008D53CA">
            <w:pPr>
              <w:contextualSpacing/>
              <w:rPr>
                <w:rFonts w:eastAsia="Times New Roman" w:cs="Arial"/>
                <w:color w:val="000000"/>
                <w:lang w:val="es-PY" w:eastAsia="es-PY"/>
              </w:rPr>
            </w:pPr>
          </w:p>
          <w:p w14:paraId="4103D7FB" w14:textId="77777777" w:rsidR="009223FE" w:rsidRDefault="009223FE" w:rsidP="008D53CA">
            <w:pPr>
              <w:contextualSpacing/>
              <w:rPr>
                <w:rFonts w:eastAsia="Times New Roman" w:cs="Arial"/>
                <w:color w:val="000000"/>
                <w:lang w:val="es-PY" w:eastAsia="es-PY"/>
              </w:rPr>
            </w:pPr>
          </w:p>
          <w:p w14:paraId="4B819671" w14:textId="77777777" w:rsidR="009223FE" w:rsidRDefault="009223FE" w:rsidP="008D53CA">
            <w:pPr>
              <w:contextualSpacing/>
              <w:rPr>
                <w:rFonts w:eastAsia="Times New Roman" w:cs="Arial"/>
                <w:color w:val="000000"/>
                <w:lang w:val="es-PY" w:eastAsia="es-PY"/>
              </w:rPr>
            </w:pPr>
          </w:p>
          <w:p w14:paraId="45755A39" w14:textId="77777777" w:rsidR="009223FE" w:rsidRDefault="009223FE" w:rsidP="008D53CA">
            <w:pPr>
              <w:contextualSpacing/>
              <w:rPr>
                <w:rFonts w:eastAsia="Times New Roman" w:cs="Arial"/>
                <w:color w:val="000000"/>
                <w:lang w:val="es-PY" w:eastAsia="es-PY"/>
              </w:rPr>
            </w:pPr>
          </w:p>
          <w:p w14:paraId="42130922" w14:textId="77777777" w:rsidR="009223FE" w:rsidRDefault="009223FE" w:rsidP="008D53CA">
            <w:pPr>
              <w:contextualSpacing/>
              <w:rPr>
                <w:rFonts w:eastAsia="Times New Roman" w:cs="Arial"/>
                <w:color w:val="000000"/>
                <w:lang w:val="es-PY" w:eastAsia="es-PY"/>
              </w:rPr>
            </w:pPr>
          </w:p>
          <w:p w14:paraId="6F5241AE" w14:textId="77777777" w:rsidR="009223FE" w:rsidRDefault="009223FE" w:rsidP="008D53CA">
            <w:pPr>
              <w:contextualSpacing/>
              <w:rPr>
                <w:rFonts w:eastAsia="Times New Roman" w:cs="Arial"/>
                <w:color w:val="000000"/>
                <w:lang w:val="es-PY" w:eastAsia="es-PY"/>
              </w:rPr>
            </w:pPr>
          </w:p>
          <w:p w14:paraId="41AE925E" w14:textId="77777777" w:rsidR="009223FE" w:rsidRDefault="009223FE" w:rsidP="008D53CA">
            <w:pPr>
              <w:contextualSpacing/>
              <w:rPr>
                <w:rFonts w:eastAsia="Times New Roman" w:cs="Arial"/>
                <w:color w:val="000000"/>
                <w:lang w:val="es-PY" w:eastAsia="es-PY"/>
              </w:rPr>
            </w:pPr>
          </w:p>
          <w:p w14:paraId="6131F830" w14:textId="77777777" w:rsidR="009223FE" w:rsidRDefault="009223FE" w:rsidP="008D53CA">
            <w:pPr>
              <w:contextualSpacing/>
              <w:rPr>
                <w:rFonts w:eastAsia="Times New Roman" w:cs="Arial"/>
                <w:color w:val="000000"/>
                <w:lang w:val="es-PY" w:eastAsia="es-PY"/>
              </w:rPr>
            </w:pPr>
          </w:p>
          <w:p w14:paraId="550B33AF" w14:textId="77777777" w:rsidR="009223FE" w:rsidRDefault="009223FE" w:rsidP="008D53CA">
            <w:pPr>
              <w:contextualSpacing/>
              <w:rPr>
                <w:rFonts w:eastAsia="Times New Roman" w:cs="Arial"/>
                <w:color w:val="000000"/>
                <w:lang w:val="es-PY" w:eastAsia="es-PY"/>
              </w:rPr>
            </w:pPr>
          </w:p>
          <w:p w14:paraId="29CAB025" w14:textId="77777777" w:rsidR="009223FE" w:rsidRDefault="009223FE" w:rsidP="008D53CA">
            <w:pPr>
              <w:contextualSpacing/>
              <w:rPr>
                <w:rFonts w:eastAsia="Times New Roman" w:cs="Arial"/>
                <w:color w:val="000000"/>
                <w:lang w:val="es-PY" w:eastAsia="es-PY"/>
              </w:rPr>
            </w:pPr>
          </w:p>
          <w:p w14:paraId="5FD440AC" w14:textId="77777777" w:rsidR="009223FE" w:rsidRDefault="009223FE" w:rsidP="008D53CA">
            <w:pPr>
              <w:contextualSpacing/>
              <w:rPr>
                <w:rFonts w:eastAsia="Times New Roman" w:cs="Arial"/>
                <w:color w:val="000000"/>
                <w:lang w:val="es-PY" w:eastAsia="es-PY"/>
              </w:rPr>
            </w:pPr>
          </w:p>
          <w:p w14:paraId="6CC20064" w14:textId="77777777" w:rsidR="009223FE" w:rsidRDefault="009223FE" w:rsidP="008D53CA">
            <w:pPr>
              <w:contextualSpacing/>
              <w:rPr>
                <w:rFonts w:eastAsia="Times New Roman" w:cs="Arial"/>
                <w:color w:val="000000"/>
                <w:lang w:val="es-PY" w:eastAsia="es-PY"/>
              </w:rPr>
            </w:pPr>
          </w:p>
          <w:p w14:paraId="6995EA78" w14:textId="77777777" w:rsidR="009223FE" w:rsidRPr="00DC5782" w:rsidRDefault="009223FE" w:rsidP="008D53CA">
            <w:pPr>
              <w:contextualSpacing/>
              <w:rPr>
                <w:rFonts w:eastAsia="Times New Roman" w:cs="Arial"/>
                <w:color w:val="000000"/>
                <w:lang w:val="es-PY" w:eastAsia="es-PY"/>
              </w:rPr>
            </w:pPr>
          </w:p>
        </w:tc>
      </w:tr>
    </w:tbl>
    <w:p w14:paraId="4FF58D57" w14:textId="67880F0E" w:rsidR="0010517E" w:rsidRPr="00270493"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2058"/>
        <w:gridCol w:w="1420"/>
        <w:gridCol w:w="968"/>
        <w:gridCol w:w="1355"/>
        <w:gridCol w:w="1161"/>
        <w:gridCol w:w="1097"/>
        <w:gridCol w:w="1605"/>
      </w:tblGrid>
      <w:tr w:rsidR="00012BB9" w14:paraId="4DB6907A" w14:textId="77777777" w:rsidTr="00270493">
        <w:trPr>
          <w:cantSplit/>
          <w:trHeight w:val="381"/>
          <w:jc w:val="center"/>
        </w:trPr>
        <w:tc>
          <w:tcPr>
            <w:tcW w:w="9664" w:type="dxa"/>
            <w:gridSpan w:val="7"/>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41254436" w14:textId="0E31113A" w:rsidR="00012BB9" w:rsidRDefault="00012BB9" w:rsidP="00012BB9">
            <w:pPr>
              <w:ind w:right="-68"/>
              <w:rPr>
                <w:b/>
                <w:color w:val="000000"/>
                <w:sz w:val="19"/>
              </w:rPr>
            </w:pPr>
            <w:r>
              <w:rPr>
                <w:b/>
                <w:color w:val="FFFFFF"/>
              </w:rPr>
              <w:lastRenderedPageBreak/>
              <w:t>6. SÍNTESIS EVALUATIVA</w:t>
            </w:r>
          </w:p>
        </w:tc>
      </w:tr>
      <w:tr w:rsidR="00270493" w:rsidRPr="00637056" w14:paraId="500F2A3F" w14:textId="77777777" w:rsidTr="00270493">
        <w:trPr>
          <w:cantSplit/>
          <w:trHeight w:val="381"/>
          <w:jc w:val="center"/>
        </w:trPr>
        <w:tc>
          <w:tcPr>
            <w:tcW w:w="9664" w:type="dxa"/>
            <w:gridSpan w:val="7"/>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6F4BF551" w14:textId="4BB20DE2" w:rsidR="00270493" w:rsidRPr="00270493" w:rsidRDefault="00270493" w:rsidP="00012BB9">
            <w:pPr>
              <w:ind w:right="-68"/>
              <w:rPr>
                <w:b/>
                <w:color w:val="FFFFFF"/>
                <w:lang w:val="es-PY"/>
              </w:rPr>
            </w:pPr>
            <w:r w:rsidRPr="00CA67AF">
              <w:rPr>
                <w:szCs w:val="20"/>
                <w:lang w:val="es-PY"/>
              </w:rPr>
              <w:t>Tabla 2. Síntesis evaluativa según el tipo de criterio y nivel de cumplimiento</w:t>
            </w:r>
          </w:p>
        </w:tc>
      </w:tr>
      <w:tr w:rsidR="0010517E" w14:paraId="6F8662DD" w14:textId="77777777" w:rsidTr="00AF43FA">
        <w:trPr>
          <w:cantSplit/>
          <w:trHeight w:val="691"/>
          <w:jc w:val="center"/>
        </w:trPr>
        <w:tc>
          <w:tcPr>
            <w:tcW w:w="205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E07672A" w14:textId="77777777" w:rsidR="0010517E" w:rsidRDefault="00643CF3">
            <w:pPr>
              <w:jc w:val="center"/>
            </w:pPr>
            <w:r>
              <w:rPr>
                <w:b/>
                <w:color w:val="000000"/>
                <w:sz w:val="19"/>
              </w:rPr>
              <w:t xml:space="preserve">Tipo de </w:t>
            </w:r>
            <w:proofErr w:type="spellStart"/>
            <w:r>
              <w:rPr>
                <w:b/>
                <w:color w:val="000000"/>
                <w:sz w:val="19"/>
              </w:rPr>
              <w:t>criterio</w:t>
            </w:r>
            <w:proofErr w:type="spellEnd"/>
          </w:p>
        </w:tc>
        <w:tc>
          <w:tcPr>
            <w:tcW w:w="1420"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D0D6D41" w14:textId="77777777" w:rsidR="0010517E" w:rsidRDefault="00643CF3">
            <w:pPr>
              <w:jc w:val="center"/>
            </w:pPr>
            <w:r>
              <w:rPr>
                <w:b/>
                <w:color w:val="000000"/>
                <w:sz w:val="19"/>
              </w:rPr>
              <w:t xml:space="preserve">Total de </w:t>
            </w:r>
            <w:proofErr w:type="spellStart"/>
            <w:r>
              <w:rPr>
                <w:b/>
                <w:color w:val="000000"/>
                <w:sz w:val="19"/>
              </w:rPr>
              <w:t>criterios</w:t>
            </w:r>
            <w:proofErr w:type="spellEnd"/>
          </w:p>
        </w:tc>
        <w:tc>
          <w:tcPr>
            <w:tcW w:w="96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253CE5" w14:textId="77777777" w:rsidR="0010517E" w:rsidRDefault="00643CF3">
            <w:pPr>
              <w:jc w:val="center"/>
            </w:pPr>
            <w:r>
              <w:rPr>
                <w:b/>
                <w:color w:val="000000"/>
                <w:sz w:val="19"/>
              </w:rPr>
              <w:t>Pleno</w:t>
            </w:r>
          </w:p>
        </w:tc>
        <w:tc>
          <w:tcPr>
            <w:tcW w:w="1355"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A9DCE59" w14:textId="77777777" w:rsidR="0010517E" w:rsidRDefault="00643CF3">
            <w:pPr>
              <w:jc w:val="center"/>
            </w:pPr>
            <w:proofErr w:type="spellStart"/>
            <w:r>
              <w:rPr>
                <w:b/>
                <w:color w:val="000000"/>
                <w:sz w:val="19"/>
              </w:rPr>
              <w:t>Satisfactorio</w:t>
            </w:r>
            <w:proofErr w:type="spellEnd"/>
          </w:p>
        </w:tc>
        <w:tc>
          <w:tcPr>
            <w:tcW w:w="1161"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301E5CD" w14:textId="77777777" w:rsidR="0010517E" w:rsidRDefault="00643CF3">
            <w:pPr>
              <w:jc w:val="center"/>
            </w:pPr>
            <w:proofErr w:type="spellStart"/>
            <w:r>
              <w:rPr>
                <w:b/>
                <w:color w:val="000000"/>
                <w:sz w:val="19"/>
              </w:rPr>
              <w:t>Suficiente</w:t>
            </w:r>
            <w:proofErr w:type="spellEnd"/>
          </w:p>
        </w:tc>
        <w:tc>
          <w:tcPr>
            <w:tcW w:w="1097"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AD9CF86" w14:textId="77777777" w:rsidR="0010517E" w:rsidRDefault="00643CF3">
            <w:pPr>
              <w:jc w:val="center"/>
            </w:pPr>
            <w:proofErr w:type="spellStart"/>
            <w:r>
              <w:rPr>
                <w:b/>
                <w:color w:val="000000"/>
                <w:sz w:val="19"/>
              </w:rPr>
              <w:t>Escaso</w:t>
            </w:r>
            <w:proofErr w:type="spellEnd"/>
          </w:p>
        </w:tc>
        <w:tc>
          <w:tcPr>
            <w:tcW w:w="1605"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0FB30A7" w14:textId="77777777" w:rsidR="0010517E" w:rsidRDefault="00643CF3">
            <w:pPr>
              <w:jc w:val="center"/>
            </w:pPr>
            <w:r>
              <w:rPr>
                <w:b/>
                <w:color w:val="000000"/>
                <w:sz w:val="19"/>
              </w:rPr>
              <w:t xml:space="preserve">No </w:t>
            </w:r>
            <w:proofErr w:type="spellStart"/>
            <w:r>
              <w:rPr>
                <w:b/>
                <w:color w:val="000000"/>
                <w:sz w:val="19"/>
              </w:rPr>
              <w:t>cumple</w:t>
            </w:r>
            <w:proofErr w:type="spellEnd"/>
          </w:p>
        </w:tc>
      </w:tr>
      <w:tr w:rsidR="0010517E" w14:paraId="6C9FC2F4"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8B9D37" w14:textId="77777777" w:rsidR="0010517E" w:rsidRDefault="00643CF3" w:rsidP="005D7BDD">
            <w:proofErr w:type="spellStart"/>
            <w:r>
              <w:rPr>
                <w:b/>
                <w:color w:val="000000"/>
              </w:rPr>
              <w:t>Sustantivos</w:t>
            </w:r>
            <w:proofErr w:type="spellEnd"/>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1B143C" w14:textId="1BA059FD" w:rsidR="0010517E" w:rsidRDefault="00270493">
            <w:pPr>
              <w:jc w:val="center"/>
            </w:pPr>
            <w:r>
              <w:rPr>
                <w:b/>
                <w:color w:val="000000"/>
              </w:rPr>
              <w:t>6</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E3FFB1"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D4DE1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5A4DA3"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E614226"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433A724" w14:textId="77777777" w:rsidR="0010517E" w:rsidRDefault="0010517E">
            <w:pPr>
              <w:jc w:val="center"/>
            </w:pPr>
          </w:p>
        </w:tc>
      </w:tr>
      <w:tr w:rsidR="0010517E" w14:paraId="2B9B9ED5"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06F14B" w14:textId="77777777" w:rsidR="0010517E" w:rsidRDefault="00643CF3" w:rsidP="005D7BDD">
            <w:r>
              <w:rPr>
                <w:b/>
                <w:color w:val="000000"/>
              </w:rPr>
              <w:t xml:space="preserve">No </w:t>
            </w:r>
            <w:proofErr w:type="spellStart"/>
            <w:r>
              <w:rPr>
                <w:b/>
                <w:color w:val="000000"/>
              </w:rPr>
              <w:t>sustantivos</w:t>
            </w:r>
            <w:proofErr w:type="spellEnd"/>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639E64" w14:textId="77777777" w:rsidR="0010517E" w:rsidRDefault="00643CF3">
            <w:pPr>
              <w:jc w:val="center"/>
            </w:pPr>
            <w:r>
              <w:rPr>
                <w:b/>
                <w:color w:val="000000"/>
              </w:rPr>
              <w:t>5</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C03B7F"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B73075"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CAD09E"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B2459F"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125A0EE" w14:textId="77777777" w:rsidR="0010517E" w:rsidRDefault="0010517E">
            <w:pPr>
              <w:jc w:val="center"/>
            </w:pPr>
          </w:p>
        </w:tc>
      </w:tr>
      <w:tr w:rsidR="0010517E" w14:paraId="2CD5899D"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291917" w14:textId="77777777" w:rsidR="0010517E" w:rsidRDefault="00643CF3" w:rsidP="005D7BDD">
            <w:r>
              <w:rPr>
                <w:b/>
                <w:color w:val="000000"/>
              </w:rPr>
              <w:t>Total general</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B43451" w14:textId="7A72E59B" w:rsidR="0010517E" w:rsidRDefault="00A76730">
            <w:pPr>
              <w:jc w:val="center"/>
            </w:pPr>
            <w:r>
              <w:rPr>
                <w:b/>
                <w:color w:val="000000"/>
              </w:rPr>
              <w:t>1</w:t>
            </w:r>
            <w:r w:rsidR="00270493">
              <w:rPr>
                <w:b/>
                <w:color w:val="000000"/>
              </w:rPr>
              <w:t>1</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F47BA4D"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DC3029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48881F"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9AD87E"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701B57" w14:textId="77777777" w:rsidR="0010517E" w:rsidRDefault="0010517E">
            <w:pPr>
              <w:jc w:val="center"/>
            </w:pPr>
          </w:p>
        </w:tc>
      </w:tr>
    </w:tbl>
    <w:p w14:paraId="170D0E91" w14:textId="77777777" w:rsidR="009C6227" w:rsidRDefault="009C6227"/>
    <w:tbl>
      <w:tblPr>
        <w:tblW w:w="0" w:type="auto"/>
        <w:jc w:val="center"/>
        <w:tblLayout w:type="fixed"/>
        <w:tblLook w:val="04A0" w:firstRow="1" w:lastRow="0" w:firstColumn="1" w:lastColumn="0" w:noHBand="0" w:noVBand="1"/>
      </w:tblPr>
      <w:tblGrid>
        <w:gridCol w:w="9631"/>
      </w:tblGrid>
      <w:tr w:rsidR="003F6C89" w:rsidRPr="00637056" w14:paraId="79BAC018" w14:textId="77777777" w:rsidTr="00571B00">
        <w:trPr>
          <w:cantSplit/>
          <w:jc w:val="center"/>
        </w:trPr>
        <w:tc>
          <w:tcPr>
            <w:tcW w:w="9631" w:type="dxa"/>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tcPr>
          <w:p w14:paraId="6FC528CA" w14:textId="3EB354CB" w:rsidR="003F6C89" w:rsidRPr="003B5381" w:rsidRDefault="003F6C89" w:rsidP="003F6C89">
            <w:pPr>
              <w:jc w:val="both"/>
              <w:rPr>
                <w:rFonts w:eastAsiaTheme="minorEastAsia" w:cs="Times New Roman"/>
                <w:color w:val="A6A6A6"/>
                <w:lang w:val="es-PY" w:eastAsia="es-PY"/>
              </w:rPr>
            </w:pPr>
            <w:r w:rsidRPr="00643CF3">
              <w:rPr>
                <w:b/>
                <w:color w:val="FFFFFF"/>
                <w:lang w:val="es-PY"/>
              </w:rPr>
              <w:t xml:space="preserve">7. </w:t>
            </w:r>
            <w:r w:rsidRPr="003F6C89">
              <w:rPr>
                <w:b/>
                <w:color w:val="FFFFFF"/>
                <w:shd w:val="clear" w:color="auto" w:fill="48664D"/>
                <w:lang w:val="es-PY"/>
              </w:rPr>
              <w:t>CONCLUSIONES GENERALES Y VALORACIÓN GLOBAL</w:t>
            </w:r>
          </w:p>
        </w:tc>
      </w:tr>
      <w:tr w:rsidR="009C6227" w:rsidRPr="00637056" w14:paraId="4A8175BA" w14:textId="77777777" w:rsidTr="00270493">
        <w:trPr>
          <w:cantSplit/>
          <w:jc w:val="center"/>
        </w:trPr>
        <w:tc>
          <w:tcPr>
            <w:tcW w:w="963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34C428A" w14:textId="77777777" w:rsidR="0018706C" w:rsidRPr="003B5381" w:rsidRDefault="0018706C" w:rsidP="00270493">
            <w:pPr>
              <w:jc w:val="both"/>
              <w:rPr>
                <w:rFonts w:ascii="Times New Roman" w:eastAsiaTheme="minorEastAsia" w:hAnsi="Times New Roman" w:cs="Times New Roman"/>
                <w:sz w:val="24"/>
                <w:szCs w:val="24"/>
                <w:lang w:val="es-PY" w:eastAsia="es-PY"/>
              </w:rPr>
            </w:pPr>
            <w:r w:rsidRPr="003B5381">
              <w:rPr>
                <w:rFonts w:eastAsiaTheme="minorEastAsia" w:cs="Times New Roman"/>
                <w:color w:val="A6A6A6"/>
                <w:lang w:val="es-PY" w:eastAsia="es-PY"/>
              </w:rPr>
              <w:t>Este apartado presenta la valoración global del estado de calidad de la oferta académica o institución, construida a partir de los resultados y hallazgos obtenidos durante el proceso de evaluación.</w:t>
            </w:r>
          </w:p>
          <w:p w14:paraId="1FA15D56" w14:textId="77777777" w:rsidR="0018706C" w:rsidRPr="003B5381" w:rsidRDefault="0018706C" w:rsidP="00270493">
            <w:pPr>
              <w:ind w:left="37"/>
              <w:jc w:val="both"/>
              <w:rPr>
                <w:rFonts w:ascii="Times New Roman" w:eastAsiaTheme="minorEastAsia" w:hAnsi="Times New Roman" w:cs="Times New Roman"/>
                <w:sz w:val="24"/>
                <w:szCs w:val="24"/>
                <w:lang w:val="es-PY" w:eastAsia="es-PY"/>
              </w:rPr>
            </w:pPr>
            <w:r w:rsidRPr="003B5381">
              <w:rPr>
                <w:rFonts w:eastAsiaTheme="minorEastAsia" w:cs="Times New Roman"/>
                <w:color w:val="A6A6A6"/>
                <w:lang w:val="es-PY" w:eastAsia="es-PY"/>
              </w:rPr>
              <w:t>La conclusión debe integrar los resultados de las dimensiones y criterios evaluados, destacando los principales logros y fortalezas, así como los aspectos que requieren mejora o fortalecimiento, de acuerdo con su relevancia para la calidad.</w:t>
            </w:r>
          </w:p>
          <w:p w14:paraId="0C865E60" w14:textId="77777777" w:rsidR="0018706C" w:rsidRPr="003B5381" w:rsidRDefault="0018706C" w:rsidP="00270493">
            <w:pPr>
              <w:ind w:left="37"/>
              <w:jc w:val="both"/>
              <w:rPr>
                <w:rFonts w:ascii="Times New Roman" w:eastAsiaTheme="minorEastAsia" w:hAnsi="Times New Roman" w:cs="Times New Roman"/>
                <w:sz w:val="24"/>
                <w:szCs w:val="24"/>
                <w:lang w:val="es-PY" w:eastAsia="es-PY"/>
              </w:rPr>
            </w:pPr>
            <w:r w:rsidRPr="003B5381">
              <w:rPr>
                <w:rFonts w:eastAsiaTheme="minorEastAsia" w:cs="Times New Roman"/>
                <w:color w:val="A6A6A6"/>
                <w:lang w:val="es-PY" w:eastAsia="es-PY"/>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19DF40D9" w14:textId="00C8CBD6" w:rsidR="0018706C" w:rsidRDefault="0018706C" w:rsidP="00270493">
            <w:pPr>
              <w:ind w:left="37"/>
              <w:jc w:val="both"/>
              <w:rPr>
                <w:rFonts w:eastAsiaTheme="minorEastAsia" w:cs="Times New Roman"/>
                <w:color w:val="A6A6A6"/>
                <w:lang w:val="es-PY" w:eastAsia="es-PY"/>
              </w:rPr>
            </w:pPr>
            <w:r w:rsidRPr="003B5381">
              <w:rPr>
                <w:rFonts w:eastAsiaTheme="minorEastAsia" w:cs="Times New Roman"/>
                <w:color w:val="A6A6A6"/>
                <w:lang w:val="es-PY" w:eastAsia="es-PY"/>
              </w:rPr>
              <w:t>El juicio integrador debe sintetizar el nivel de desarrollo y calidad alcanzado, identificando los principales aspectos que sustentan la valoración obtenida y aquellos que requieren atención para orientar los procesos de mejora continua.</w:t>
            </w:r>
          </w:p>
          <w:p w14:paraId="32408D49" w14:textId="7178FA5E" w:rsidR="003F6C89" w:rsidRDefault="003F6C89" w:rsidP="00270493">
            <w:pPr>
              <w:ind w:left="37"/>
              <w:jc w:val="both"/>
              <w:rPr>
                <w:rFonts w:eastAsiaTheme="minorEastAsia" w:cs="Times New Roman"/>
                <w:color w:val="A6A6A6"/>
                <w:lang w:val="es-PY" w:eastAsia="es-PY"/>
              </w:rPr>
            </w:pPr>
          </w:p>
          <w:p w14:paraId="4929CD1D" w14:textId="211307DA" w:rsidR="003F6C89" w:rsidRDefault="003F6C89" w:rsidP="00270493">
            <w:pPr>
              <w:ind w:left="37"/>
              <w:jc w:val="both"/>
              <w:rPr>
                <w:rFonts w:eastAsiaTheme="minorEastAsia" w:cs="Times New Roman"/>
                <w:color w:val="A6A6A6"/>
                <w:lang w:val="es-PY" w:eastAsia="es-PY"/>
              </w:rPr>
            </w:pPr>
          </w:p>
          <w:p w14:paraId="7221082A" w14:textId="78432884" w:rsidR="003F6C89" w:rsidRDefault="003F6C89" w:rsidP="00270493">
            <w:pPr>
              <w:ind w:left="37"/>
              <w:jc w:val="both"/>
              <w:rPr>
                <w:rFonts w:eastAsiaTheme="minorEastAsia" w:cs="Times New Roman"/>
                <w:color w:val="A6A6A6"/>
                <w:lang w:val="es-PY" w:eastAsia="es-PY"/>
              </w:rPr>
            </w:pPr>
          </w:p>
          <w:p w14:paraId="43765A7F" w14:textId="2E7A8E6F" w:rsidR="003F6C89" w:rsidRDefault="003F6C89" w:rsidP="00270493">
            <w:pPr>
              <w:ind w:left="37"/>
              <w:jc w:val="both"/>
              <w:rPr>
                <w:rFonts w:eastAsiaTheme="minorEastAsia" w:cs="Times New Roman"/>
                <w:color w:val="A6A6A6"/>
                <w:lang w:val="es-PY" w:eastAsia="es-PY"/>
              </w:rPr>
            </w:pPr>
          </w:p>
          <w:p w14:paraId="2EB6F910" w14:textId="3C7DB241" w:rsidR="003F6C89" w:rsidRDefault="003F6C89" w:rsidP="00270493">
            <w:pPr>
              <w:ind w:left="37"/>
              <w:jc w:val="both"/>
              <w:rPr>
                <w:rFonts w:eastAsiaTheme="minorEastAsia" w:cs="Times New Roman"/>
                <w:color w:val="A6A6A6"/>
                <w:lang w:val="es-PY" w:eastAsia="es-PY"/>
              </w:rPr>
            </w:pPr>
          </w:p>
          <w:p w14:paraId="3D2C407B" w14:textId="65B2727E" w:rsidR="003F6C89" w:rsidRDefault="003F6C89" w:rsidP="00270493">
            <w:pPr>
              <w:ind w:left="37"/>
              <w:jc w:val="both"/>
              <w:rPr>
                <w:rFonts w:eastAsiaTheme="minorEastAsia" w:cs="Times New Roman"/>
                <w:color w:val="A6A6A6"/>
                <w:lang w:val="es-PY" w:eastAsia="es-PY"/>
              </w:rPr>
            </w:pPr>
          </w:p>
          <w:p w14:paraId="09DF3461" w14:textId="52E9103B" w:rsidR="003F6C89" w:rsidRDefault="003F6C89" w:rsidP="00270493">
            <w:pPr>
              <w:ind w:left="37"/>
              <w:jc w:val="both"/>
              <w:rPr>
                <w:rFonts w:eastAsiaTheme="minorEastAsia" w:cs="Times New Roman"/>
                <w:color w:val="A6A6A6"/>
                <w:lang w:val="es-PY" w:eastAsia="es-PY"/>
              </w:rPr>
            </w:pPr>
          </w:p>
          <w:p w14:paraId="52207A9A" w14:textId="77777777" w:rsidR="003F6C89" w:rsidRDefault="003F6C89" w:rsidP="00270493">
            <w:pPr>
              <w:ind w:left="37"/>
              <w:jc w:val="both"/>
              <w:rPr>
                <w:rFonts w:eastAsiaTheme="minorEastAsia" w:cs="Times New Roman"/>
                <w:color w:val="A6A6A6"/>
                <w:lang w:val="es-PY" w:eastAsia="es-PY"/>
              </w:rPr>
            </w:pPr>
          </w:p>
          <w:p w14:paraId="40728238" w14:textId="03FA689A" w:rsidR="003F6C89" w:rsidRDefault="003F6C89" w:rsidP="00270493">
            <w:pPr>
              <w:ind w:left="37"/>
              <w:jc w:val="both"/>
              <w:rPr>
                <w:rFonts w:eastAsiaTheme="minorEastAsia" w:cs="Times New Roman"/>
                <w:color w:val="A6A6A6"/>
                <w:lang w:val="es-PY" w:eastAsia="es-PY"/>
              </w:rPr>
            </w:pPr>
          </w:p>
          <w:p w14:paraId="388B8FA6" w14:textId="5D129384" w:rsidR="003F6C89" w:rsidRDefault="003F6C89" w:rsidP="00270493">
            <w:pPr>
              <w:ind w:left="37"/>
              <w:jc w:val="both"/>
              <w:rPr>
                <w:rFonts w:eastAsiaTheme="minorEastAsia" w:cs="Times New Roman"/>
                <w:color w:val="A6A6A6"/>
                <w:lang w:val="es-PY" w:eastAsia="es-PY"/>
              </w:rPr>
            </w:pPr>
          </w:p>
          <w:p w14:paraId="2CB22258" w14:textId="6B104091" w:rsidR="003F6C89" w:rsidRDefault="003F6C89" w:rsidP="00270493">
            <w:pPr>
              <w:ind w:left="37"/>
              <w:jc w:val="both"/>
              <w:rPr>
                <w:rFonts w:eastAsiaTheme="minorEastAsia" w:cs="Times New Roman"/>
                <w:color w:val="A6A6A6"/>
                <w:lang w:val="es-PY" w:eastAsia="es-PY"/>
              </w:rPr>
            </w:pPr>
          </w:p>
          <w:p w14:paraId="6989FCE6" w14:textId="6DB7F811" w:rsidR="00012BB9" w:rsidRDefault="00012BB9" w:rsidP="00270493">
            <w:pPr>
              <w:ind w:left="37"/>
              <w:jc w:val="both"/>
              <w:rPr>
                <w:rFonts w:eastAsiaTheme="minorEastAsia" w:cs="Times New Roman"/>
                <w:color w:val="A6A6A6"/>
                <w:lang w:val="es-PY" w:eastAsia="es-PY"/>
              </w:rPr>
            </w:pPr>
          </w:p>
          <w:p w14:paraId="45B48F53" w14:textId="3AEB3367" w:rsidR="00012BB9" w:rsidRDefault="00012BB9" w:rsidP="00270493">
            <w:pPr>
              <w:ind w:left="37"/>
              <w:jc w:val="both"/>
              <w:rPr>
                <w:rFonts w:eastAsiaTheme="minorEastAsia" w:cs="Times New Roman"/>
                <w:color w:val="A6A6A6"/>
                <w:lang w:val="es-PY" w:eastAsia="es-PY"/>
              </w:rPr>
            </w:pPr>
          </w:p>
          <w:p w14:paraId="6C1FBE7F" w14:textId="18DC044D" w:rsidR="00012BB9" w:rsidRDefault="00012BB9" w:rsidP="00270493">
            <w:pPr>
              <w:ind w:left="37"/>
              <w:jc w:val="both"/>
              <w:rPr>
                <w:rFonts w:eastAsiaTheme="minorEastAsia" w:cs="Times New Roman"/>
                <w:color w:val="A6A6A6"/>
                <w:lang w:val="es-PY" w:eastAsia="es-PY"/>
              </w:rPr>
            </w:pPr>
          </w:p>
          <w:p w14:paraId="4B9DC2AE" w14:textId="7E427CB3" w:rsidR="00012BB9" w:rsidRDefault="00012BB9" w:rsidP="00270493">
            <w:pPr>
              <w:ind w:left="37"/>
              <w:jc w:val="both"/>
              <w:rPr>
                <w:rFonts w:eastAsiaTheme="minorEastAsia" w:cs="Times New Roman"/>
                <w:color w:val="A6A6A6"/>
                <w:lang w:val="es-PY" w:eastAsia="es-PY"/>
              </w:rPr>
            </w:pPr>
          </w:p>
          <w:p w14:paraId="57B6EA05" w14:textId="1F3C998F" w:rsidR="00012BB9" w:rsidRDefault="00012BB9" w:rsidP="00270493">
            <w:pPr>
              <w:ind w:left="37"/>
              <w:jc w:val="both"/>
              <w:rPr>
                <w:rFonts w:eastAsiaTheme="minorEastAsia" w:cs="Times New Roman"/>
                <w:color w:val="A6A6A6"/>
                <w:lang w:val="es-PY" w:eastAsia="es-PY"/>
              </w:rPr>
            </w:pPr>
          </w:p>
          <w:p w14:paraId="72DBD152" w14:textId="75FA36D7" w:rsidR="00012BB9" w:rsidRDefault="00012BB9" w:rsidP="00270493">
            <w:pPr>
              <w:ind w:left="37"/>
              <w:jc w:val="both"/>
              <w:rPr>
                <w:rFonts w:eastAsiaTheme="minorEastAsia" w:cs="Times New Roman"/>
                <w:color w:val="A6A6A6"/>
                <w:lang w:val="es-PY" w:eastAsia="es-PY"/>
              </w:rPr>
            </w:pPr>
          </w:p>
          <w:p w14:paraId="1B16C048" w14:textId="52DB4C78" w:rsidR="00012BB9" w:rsidRDefault="00012BB9" w:rsidP="00270493">
            <w:pPr>
              <w:ind w:left="37"/>
              <w:jc w:val="both"/>
              <w:rPr>
                <w:rFonts w:eastAsiaTheme="minorEastAsia" w:cs="Times New Roman"/>
                <w:color w:val="A6A6A6"/>
                <w:lang w:val="es-PY" w:eastAsia="es-PY"/>
              </w:rPr>
            </w:pPr>
          </w:p>
          <w:p w14:paraId="421167EB" w14:textId="30CC716C" w:rsidR="00012BB9" w:rsidRDefault="00012BB9" w:rsidP="00270493">
            <w:pPr>
              <w:ind w:left="37"/>
              <w:jc w:val="both"/>
              <w:rPr>
                <w:rFonts w:eastAsiaTheme="minorEastAsia" w:cs="Times New Roman"/>
                <w:color w:val="A6A6A6"/>
                <w:lang w:val="es-PY" w:eastAsia="es-PY"/>
              </w:rPr>
            </w:pPr>
          </w:p>
          <w:p w14:paraId="2E2807EA" w14:textId="50C46104" w:rsidR="00012BB9" w:rsidRDefault="00012BB9" w:rsidP="00270493">
            <w:pPr>
              <w:ind w:left="37"/>
              <w:jc w:val="both"/>
              <w:rPr>
                <w:rFonts w:eastAsiaTheme="minorEastAsia" w:cs="Times New Roman"/>
                <w:color w:val="A6A6A6"/>
                <w:lang w:val="es-PY" w:eastAsia="es-PY"/>
              </w:rPr>
            </w:pPr>
          </w:p>
          <w:p w14:paraId="18CABB76" w14:textId="77777777" w:rsidR="00012BB9" w:rsidRDefault="00012BB9" w:rsidP="00270493">
            <w:pPr>
              <w:ind w:left="37"/>
              <w:jc w:val="both"/>
              <w:rPr>
                <w:rFonts w:eastAsiaTheme="minorEastAsia" w:cs="Times New Roman"/>
                <w:color w:val="A6A6A6"/>
                <w:lang w:val="es-PY" w:eastAsia="es-PY"/>
              </w:rPr>
            </w:pPr>
          </w:p>
          <w:p w14:paraId="485B5FFA" w14:textId="747DD4B5" w:rsidR="003F6C89" w:rsidRDefault="003F6C89" w:rsidP="00270493">
            <w:pPr>
              <w:ind w:left="37"/>
              <w:jc w:val="both"/>
              <w:rPr>
                <w:rFonts w:eastAsiaTheme="minorEastAsia" w:cs="Times New Roman"/>
                <w:color w:val="A6A6A6"/>
                <w:lang w:val="es-PY" w:eastAsia="es-PY"/>
              </w:rPr>
            </w:pPr>
          </w:p>
          <w:p w14:paraId="1A560A42" w14:textId="34864BA6" w:rsidR="003F6C89" w:rsidRDefault="003F6C89" w:rsidP="00270493">
            <w:pPr>
              <w:ind w:left="37"/>
              <w:jc w:val="both"/>
              <w:rPr>
                <w:rFonts w:eastAsiaTheme="minorEastAsia" w:cs="Times New Roman"/>
                <w:color w:val="A6A6A6"/>
                <w:lang w:val="es-PY" w:eastAsia="es-PY"/>
              </w:rPr>
            </w:pPr>
          </w:p>
          <w:p w14:paraId="1F10F879" w14:textId="2BF72F80" w:rsidR="00012BB9" w:rsidRDefault="00012BB9" w:rsidP="00270493">
            <w:pPr>
              <w:ind w:left="37"/>
              <w:jc w:val="both"/>
              <w:rPr>
                <w:rFonts w:eastAsiaTheme="minorEastAsia" w:cs="Times New Roman"/>
                <w:color w:val="A6A6A6"/>
                <w:lang w:val="es-PY" w:eastAsia="es-PY"/>
              </w:rPr>
            </w:pPr>
          </w:p>
          <w:p w14:paraId="44E606A9" w14:textId="479A4DF9" w:rsidR="00012BB9" w:rsidRDefault="00012BB9" w:rsidP="00270493">
            <w:pPr>
              <w:ind w:left="37"/>
              <w:jc w:val="both"/>
              <w:rPr>
                <w:rFonts w:eastAsiaTheme="minorEastAsia" w:cs="Times New Roman"/>
                <w:color w:val="A6A6A6"/>
                <w:lang w:val="es-PY" w:eastAsia="es-PY"/>
              </w:rPr>
            </w:pPr>
          </w:p>
          <w:p w14:paraId="05AE155D" w14:textId="02764457" w:rsidR="00012BB9" w:rsidRDefault="00012BB9" w:rsidP="00270493">
            <w:pPr>
              <w:ind w:left="37"/>
              <w:jc w:val="both"/>
              <w:rPr>
                <w:rFonts w:eastAsiaTheme="minorEastAsia" w:cs="Times New Roman"/>
                <w:color w:val="A6A6A6"/>
                <w:lang w:val="es-PY" w:eastAsia="es-PY"/>
              </w:rPr>
            </w:pPr>
          </w:p>
          <w:p w14:paraId="024FCD3E" w14:textId="77777777" w:rsidR="009C6227" w:rsidRPr="00643CF3" w:rsidRDefault="009C6227" w:rsidP="00270493">
            <w:pPr>
              <w:jc w:val="both"/>
              <w:rPr>
                <w:lang w:val="es-PY"/>
              </w:rPr>
            </w:pPr>
          </w:p>
        </w:tc>
      </w:tr>
      <w:tr w:rsidR="0018706C" w:rsidRPr="003B5381" w14:paraId="7AC08585" w14:textId="77777777" w:rsidTr="00AF43FA">
        <w:trPr>
          <w:cantSplit/>
          <w:jc w:val="center"/>
        </w:trPr>
        <w:tc>
          <w:tcPr>
            <w:tcW w:w="963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75032FB" w14:textId="1ADA38A8" w:rsidR="0018706C" w:rsidRPr="003F6C89" w:rsidRDefault="003F6C89" w:rsidP="0018706C">
            <w:pPr>
              <w:jc w:val="both"/>
              <w:rPr>
                <w:rFonts w:eastAsiaTheme="minorEastAsia" w:cs="Times New Roman"/>
                <w:b/>
                <w:color w:val="A6A6A6"/>
                <w:lang w:val="es-PY" w:eastAsia="es-PY"/>
              </w:rPr>
            </w:pPr>
            <w:r w:rsidRPr="003F6C89">
              <w:rPr>
                <w:rFonts w:eastAsiaTheme="minorEastAsia" w:cs="Times New Roman"/>
                <w:b/>
                <w:lang w:val="es-PY" w:eastAsia="es-PY"/>
              </w:rPr>
              <w:t>Fecha del informe:</w:t>
            </w:r>
          </w:p>
        </w:tc>
      </w:tr>
    </w:tbl>
    <w:p w14:paraId="3CA92AE7" w14:textId="2588775B" w:rsidR="00270493" w:rsidRDefault="00270493">
      <w:pPr>
        <w:rPr>
          <w:lang w:val="es-PY"/>
        </w:rPr>
      </w:pPr>
    </w:p>
    <w:p w14:paraId="7F5795E0" w14:textId="5E1DBEF0" w:rsidR="00270493" w:rsidRDefault="00270493" w:rsidP="00270493">
      <w:pPr>
        <w:rPr>
          <w:lang w:val="es-PY"/>
        </w:rPr>
      </w:pPr>
    </w:p>
    <w:p w14:paraId="3632F41A" w14:textId="207109F3" w:rsidR="00643CF3" w:rsidRPr="00270493" w:rsidRDefault="00643CF3" w:rsidP="00270493">
      <w:pPr>
        <w:tabs>
          <w:tab w:val="left" w:pos="1224"/>
        </w:tabs>
        <w:rPr>
          <w:lang w:val="es-PY"/>
        </w:rPr>
      </w:pPr>
    </w:p>
    <w:sectPr w:rsidR="00643CF3" w:rsidRPr="00270493" w:rsidSect="00224D58">
      <w:headerReference w:type="default" r:id="rId11"/>
      <w:pgSz w:w="12240" w:h="15840"/>
      <w:pgMar w:top="1138" w:right="616" w:bottom="1138"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C7CF3" w14:textId="77777777" w:rsidR="00B04F7C" w:rsidRDefault="00B04F7C" w:rsidP="003B5381">
      <w:r>
        <w:separator/>
      </w:r>
    </w:p>
  </w:endnote>
  <w:endnote w:type="continuationSeparator" w:id="0">
    <w:p w14:paraId="238F2DF4" w14:textId="77777777" w:rsidR="00B04F7C" w:rsidRDefault="00B04F7C" w:rsidP="003B5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B364E" w14:textId="77777777" w:rsidR="00B04F7C" w:rsidRDefault="00B04F7C" w:rsidP="003B5381">
      <w:r>
        <w:separator/>
      </w:r>
    </w:p>
  </w:footnote>
  <w:footnote w:type="continuationSeparator" w:id="0">
    <w:p w14:paraId="6F99C238" w14:textId="77777777" w:rsidR="00B04F7C" w:rsidRDefault="00B04F7C" w:rsidP="003B5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4100" w14:textId="77777777" w:rsidR="008D53CA" w:rsidRDefault="008D53CA" w:rsidP="003B5381">
    <w:pPr>
      <w:spacing w:after="60"/>
      <w:rPr>
        <w:b/>
        <w:color w:val="D9D9D9" w:themeColor="background1" w:themeShade="D9"/>
        <w:sz w:val="28"/>
        <w:lang w:val="es-PY"/>
      </w:rPr>
    </w:pPr>
  </w:p>
  <w:p w14:paraId="7A23AD37" w14:textId="45B8FF48" w:rsidR="008D53CA" w:rsidRPr="00EC15B4" w:rsidRDefault="008D53CA" w:rsidP="003B5381">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0C3F08D2" w14:textId="77777777" w:rsidR="008D53CA" w:rsidRDefault="008D53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5F5EA8"/>
    <w:multiLevelType w:val="hybridMultilevel"/>
    <w:tmpl w:val="4858D824"/>
    <w:lvl w:ilvl="0" w:tplc="3C0A000F">
      <w:start w:val="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0E5A434D"/>
    <w:multiLevelType w:val="hybridMultilevel"/>
    <w:tmpl w:val="7B84F65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2E42E6A"/>
    <w:multiLevelType w:val="hybridMultilevel"/>
    <w:tmpl w:val="D9C29F9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40AF445C"/>
    <w:multiLevelType w:val="multilevel"/>
    <w:tmpl w:val="76F8814E"/>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46922F8"/>
    <w:multiLevelType w:val="multilevel"/>
    <w:tmpl w:val="8F927D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7"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1731230217">
    <w:abstractNumId w:val="8"/>
  </w:num>
  <w:num w:numId="2" w16cid:durableId="1386953634">
    <w:abstractNumId w:val="6"/>
  </w:num>
  <w:num w:numId="3" w16cid:durableId="1626306641">
    <w:abstractNumId w:val="5"/>
  </w:num>
  <w:num w:numId="4" w16cid:durableId="1995644677">
    <w:abstractNumId w:val="4"/>
  </w:num>
  <w:num w:numId="5" w16cid:durableId="1590000957">
    <w:abstractNumId w:val="7"/>
  </w:num>
  <w:num w:numId="6" w16cid:durableId="745808818">
    <w:abstractNumId w:val="3"/>
  </w:num>
  <w:num w:numId="7" w16cid:durableId="1928422098">
    <w:abstractNumId w:val="2"/>
  </w:num>
  <w:num w:numId="8" w16cid:durableId="1099446901">
    <w:abstractNumId w:val="1"/>
  </w:num>
  <w:num w:numId="9" w16cid:durableId="1408842127">
    <w:abstractNumId w:val="0"/>
  </w:num>
  <w:num w:numId="10" w16cid:durableId="2059814655">
    <w:abstractNumId w:val="16"/>
  </w:num>
  <w:num w:numId="11" w16cid:durableId="1593053998">
    <w:abstractNumId w:val="17"/>
  </w:num>
  <w:num w:numId="12" w16cid:durableId="1264679559">
    <w:abstractNumId w:val="14"/>
  </w:num>
  <w:num w:numId="13" w16cid:durableId="816727369">
    <w:abstractNumId w:val="13"/>
  </w:num>
  <w:num w:numId="14" w16cid:durableId="1268007459">
    <w:abstractNumId w:val="10"/>
  </w:num>
  <w:num w:numId="15" w16cid:durableId="1092354923">
    <w:abstractNumId w:val="11"/>
  </w:num>
  <w:num w:numId="16" w16cid:durableId="1407532348">
    <w:abstractNumId w:val="12"/>
  </w:num>
  <w:num w:numId="17" w16cid:durableId="1838230871">
    <w:abstractNumId w:val="15"/>
  </w:num>
  <w:num w:numId="18" w16cid:durableId="20508357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5E32"/>
    <w:rsid w:val="00010B74"/>
    <w:rsid w:val="00012BB9"/>
    <w:rsid w:val="00034616"/>
    <w:rsid w:val="0006063C"/>
    <w:rsid w:val="000B1B8E"/>
    <w:rsid w:val="0010517E"/>
    <w:rsid w:val="0013514B"/>
    <w:rsid w:val="0015074B"/>
    <w:rsid w:val="0017605E"/>
    <w:rsid w:val="0018706C"/>
    <w:rsid w:val="0019499D"/>
    <w:rsid w:val="001C6824"/>
    <w:rsid w:val="001D21CD"/>
    <w:rsid w:val="00224D58"/>
    <w:rsid w:val="00233B1E"/>
    <w:rsid w:val="00260CB0"/>
    <w:rsid w:val="00270493"/>
    <w:rsid w:val="00291F93"/>
    <w:rsid w:val="0029639D"/>
    <w:rsid w:val="002D1767"/>
    <w:rsid w:val="002E3378"/>
    <w:rsid w:val="00326F90"/>
    <w:rsid w:val="00343997"/>
    <w:rsid w:val="00356F7A"/>
    <w:rsid w:val="003779D2"/>
    <w:rsid w:val="003B4108"/>
    <w:rsid w:val="003B5381"/>
    <w:rsid w:val="003E0841"/>
    <w:rsid w:val="003F6C89"/>
    <w:rsid w:val="00473656"/>
    <w:rsid w:val="00487FC6"/>
    <w:rsid w:val="004B1763"/>
    <w:rsid w:val="00547EA2"/>
    <w:rsid w:val="00571B00"/>
    <w:rsid w:val="005A1596"/>
    <w:rsid w:val="005D0BEC"/>
    <w:rsid w:val="005D7BDD"/>
    <w:rsid w:val="005F53A1"/>
    <w:rsid w:val="00614861"/>
    <w:rsid w:val="0062539B"/>
    <w:rsid w:val="00637056"/>
    <w:rsid w:val="00643CF3"/>
    <w:rsid w:val="006705A8"/>
    <w:rsid w:val="00690280"/>
    <w:rsid w:val="0069756D"/>
    <w:rsid w:val="00697865"/>
    <w:rsid w:val="006A537F"/>
    <w:rsid w:val="006C4037"/>
    <w:rsid w:val="006C77F8"/>
    <w:rsid w:val="006D4935"/>
    <w:rsid w:val="00712457"/>
    <w:rsid w:val="0073559B"/>
    <w:rsid w:val="007544DA"/>
    <w:rsid w:val="00797ECA"/>
    <w:rsid w:val="007A4CF2"/>
    <w:rsid w:val="007E24BB"/>
    <w:rsid w:val="007E70AA"/>
    <w:rsid w:val="00821777"/>
    <w:rsid w:val="00834447"/>
    <w:rsid w:val="00847D3E"/>
    <w:rsid w:val="0085189E"/>
    <w:rsid w:val="0086773D"/>
    <w:rsid w:val="008B3F9B"/>
    <w:rsid w:val="008C566F"/>
    <w:rsid w:val="008D53CA"/>
    <w:rsid w:val="008E68A3"/>
    <w:rsid w:val="009223FE"/>
    <w:rsid w:val="0094394F"/>
    <w:rsid w:val="0096288B"/>
    <w:rsid w:val="0099799E"/>
    <w:rsid w:val="009C6227"/>
    <w:rsid w:val="00A37FA3"/>
    <w:rsid w:val="00A76730"/>
    <w:rsid w:val="00A83759"/>
    <w:rsid w:val="00AA1D8D"/>
    <w:rsid w:val="00AF1417"/>
    <w:rsid w:val="00AF43FA"/>
    <w:rsid w:val="00B04F7C"/>
    <w:rsid w:val="00B14B75"/>
    <w:rsid w:val="00B317C6"/>
    <w:rsid w:val="00B45660"/>
    <w:rsid w:val="00B47730"/>
    <w:rsid w:val="00B912B1"/>
    <w:rsid w:val="00BD095C"/>
    <w:rsid w:val="00BE4D39"/>
    <w:rsid w:val="00BF5401"/>
    <w:rsid w:val="00BF5F98"/>
    <w:rsid w:val="00C10B01"/>
    <w:rsid w:val="00C95B48"/>
    <w:rsid w:val="00C96488"/>
    <w:rsid w:val="00CB0664"/>
    <w:rsid w:val="00CC0341"/>
    <w:rsid w:val="00CC3056"/>
    <w:rsid w:val="00D56C8E"/>
    <w:rsid w:val="00DB431B"/>
    <w:rsid w:val="00DB7091"/>
    <w:rsid w:val="00E87B4D"/>
    <w:rsid w:val="00E9029A"/>
    <w:rsid w:val="00E94435"/>
    <w:rsid w:val="00F62782"/>
    <w:rsid w:val="00F720EB"/>
    <w:rsid w:val="00FC693F"/>
    <w:rsid w:val="00FD0B68"/>
    <w:rsid w:val="00FD559F"/>
    <w:rsid w:val="00FD650D"/>
    <w:rsid w:val="00FD6964"/>
    <w:rsid w:val="00FE4802"/>
    <w:rsid w:val="00FF71F0"/>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7A4E0"/>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1"/>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0">
    <w:name w:val="Tabla con cuadrícula10"/>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224D58"/>
    <w:pPr>
      <w:spacing w:after="0" w:line="240" w:lineRule="auto"/>
    </w:pPr>
    <w:rPr>
      <w:rFonts w:ascii="Twentieth Century" w:eastAsia="Times New Roman"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97865"/>
    <w:pPr>
      <w:widowControl w:val="0"/>
      <w:autoSpaceDE w:val="0"/>
      <w:autoSpaceDN w:val="0"/>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9EDEE-F57E-48BB-8F58-0CFE61C42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29DB4B-940F-4071-A887-C123307D2AB8}">
  <ds:schemaRefs>
    <ds:schemaRef ds:uri="http://schemas.microsoft.com/sharepoint/v3/contenttype/forms"/>
  </ds:schemaRefs>
</ds:datastoreItem>
</file>

<file path=customXml/itemProps3.xml><?xml version="1.0" encoding="utf-8"?>
<ds:datastoreItem xmlns:ds="http://schemas.openxmlformats.org/officeDocument/2006/customXml" ds:itemID="{41CD43F0-BA1D-4469-A3A2-109A17E8CE40}">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31DBCB11-0A27-4339-ACA5-6089BE381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2846</Words>
  <Characters>15659</Characters>
  <Application>Microsoft Office Word</Application>
  <DocSecurity>0</DocSecurity>
  <Lines>130</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18469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2026-09-03T12:42:00Z</dcterms:created>
  <dcterms:modified xsi:type="dcterms:W3CDTF">2026-09-03T12:42:00Z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