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A268" w14:textId="77777777" w:rsidR="008045E3" w:rsidRPr="00457F5E" w:rsidRDefault="00A22F53">
      <w:pPr>
        <w:spacing w:after="0"/>
        <w:jc w:val="center"/>
        <w:rPr>
          <w:sz w:val="24"/>
          <w:szCs w:val="24"/>
          <w:lang w:val="es-PY"/>
        </w:rPr>
      </w:pPr>
      <w:r w:rsidRPr="00457F5E">
        <w:rPr>
          <w:b/>
          <w:color w:val="000000"/>
          <w:sz w:val="24"/>
          <w:szCs w:val="24"/>
          <w:lang w:val="es-PY"/>
        </w:rPr>
        <w:t>MODELO NACIONAL DE EVALUACIÓN Y ACREDITACIÓN DE LA</w:t>
      </w:r>
    </w:p>
    <w:p w14:paraId="61D56AE3" w14:textId="273D2C16" w:rsidR="008045E3" w:rsidRPr="00457F5E" w:rsidRDefault="00A22F53">
      <w:pPr>
        <w:spacing w:after="160"/>
        <w:jc w:val="center"/>
        <w:rPr>
          <w:b/>
          <w:color w:val="000000"/>
          <w:sz w:val="24"/>
          <w:szCs w:val="24"/>
          <w:lang w:val="es-PY"/>
        </w:rPr>
      </w:pPr>
      <w:r w:rsidRPr="00457F5E">
        <w:rPr>
          <w:b/>
          <w:color w:val="000000"/>
          <w:sz w:val="24"/>
          <w:szCs w:val="24"/>
          <w:lang w:val="es-PY"/>
        </w:rPr>
        <w:t>EDUCACIÓN SUPERIOR</w:t>
      </w:r>
    </w:p>
    <w:p w14:paraId="4B98B5CD" w14:textId="77777777" w:rsidR="009B5917" w:rsidRPr="00457F5E" w:rsidRDefault="009B5917" w:rsidP="009B5917">
      <w:pPr>
        <w:spacing w:after="0"/>
        <w:jc w:val="center"/>
        <w:rPr>
          <w:b/>
          <w:color w:val="000000"/>
          <w:sz w:val="24"/>
          <w:szCs w:val="24"/>
          <w:lang w:val="es-PY"/>
        </w:rPr>
      </w:pPr>
      <w:r w:rsidRPr="00457F5E">
        <w:rPr>
          <w:b/>
          <w:color w:val="000000"/>
          <w:sz w:val="24"/>
          <w:szCs w:val="24"/>
          <w:lang w:val="es-PY"/>
        </w:rPr>
        <w:t xml:space="preserve">SISTEMA DE EVALUACIÓN DE LA CALIDAD DE LA </w:t>
      </w:r>
    </w:p>
    <w:p w14:paraId="3C8345FA" w14:textId="77777777" w:rsidR="009B5917" w:rsidRPr="00457F5E" w:rsidRDefault="009B5917" w:rsidP="009B5917">
      <w:pPr>
        <w:spacing w:after="0"/>
        <w:jc w:val="center"/>
        <w:rPr>
          <w:b/>
          <w:color w:val="000000"/>
          <w:sz w:val="24"/>
          <w:szCs w:val="24"/>
          <w:lang w:val="es-PY"/>
        </w:rPr>
      </w:pPr>
      <w:r w:rsidRPr="00457F5E">
        <w:rPr>
          <w:b/>
          <w:color w:val="000000"/>
          <w:sz w:val="24"/>
          <w:szCs w:val="24"/>
          <w:lang w:val="es-PY"/>
        </w:rPr>
        <w:t>EDUCACIÓN SUPERIOR POR FASES</w:t>
      </w:r>
    </w:p>
    <w:p w14:paraId="70D100A3" w14:textId="299E4FB1" w:rsidR="009B5917" w:rsidRPr="00457F5E" w:rsidRDefault="009B5917" w:rsidP="009B5917">
      <w:pPr>
        <w:spacing w:after="0"/>
        <w:jc w:val="center"/>
        <w:rPr>
          <w:b/>
          <w:color w:val="000000"/>
          <w:sz w:val="24"/>
          <w:szCs w:val="24"/>
          <w:lang w:val="es-PY"/>
        </w:rPr>
      </w:pPr>
      <w:r w:rsidRPr="00457F5E">
        <w:rPr>
          <w:b/>
          <w:color w:val="000000"/>
          <w:sz w:val="24"/>
          <w:szCs w:val="24"/>
          <w:lang w:val="es-PY"/>
        </w:rPr>
        <w:t>Resolución ANEAES N° 309/2025</w:t>
      </w:r>
    </w:p>
    <w:p w14:paraId="3964049B" w14:textId="77777777" w:rsidR="009B5917" w:rsidRPr="00457F5E" w:rsidRDefault="009B5917" w:rsidP="009B5917">
      <w:pPr>
        <w:spacing w:after="0"/>
        <w:jc w:val="center"/>
        <w:rPr>
          <w:b/>
          <w:color w:val="000000"/>
          <w:sz w:val="24"/>
          <w:szCs w:val="24"/>
          <w:lang w:val="es-PY"/>
        </w:rPr>
      </w:pPr>
    </w:p>
    <w:p w14:paraId="0A38DCEF" w14:textId="77777777" w:rsidR="008B759A" w:rsidRPr="00457F5E" w:rsidRDefault="008B759A" w:rsidP="00457F5E">
      <w:pPr>
        <w:spacing w:after="0"/>
        <w:jc w:val="center"/>
        <w:rPr>
          <w:b/>
          <w:color w:val="000000"/>
          <w:sz w:val="24"/>
          <w:szCs w:val="24"/>
          <w:lang w:val="es-PY"/>
        </w:rPr>
      </w:pPr>
      <w:r w:rsidRPr="00457F5E">
        <w:rPr>
          <w:b/>
          <w:color w:val="000000"/>
          <w:sz w:val="24"/>
          <w:szCs w:val="24"/>
          <w:lang w:val="es-PY"/>
        </w:rPr>
        <w:t xml:space="preserve">INFORME DE AUTOEVALUACIÓN </w:t>
      </w:r>
    </w:p>
    <w:p w14:paraId="428085BB" w14:textId="44EC7403" w:rsidR="008B759A" w:rsidRPr="00457F5E" w:rsidRDefault="008B759A" w:rsidP="00457F5E">
      <w:pPr>
        <w:spacing w:after="0"/>
        <w:jc w:val="center"/>
        <w:rPr>
          <w:b/>
          <w:color w:val="000000"/>
          <w:sz w:val="24"/>
          <w:szCs w:val="24"/>
          <w:lang w:val="es-PY"/>
        </w:rPr>
      </w:pPr>
      <w:r w:rsidRPr="00457F5E">
        <w:rPr>
          <w:b/>
          <w:color w:val="000000"/>
          <w:sz w:val="24"/>
          <w:szCs w:val="24"/>
          <w:lang w:val="es-PY"/>
        </w:rPr>
        <w:t>CLÚSTER MIXTO</w:t>
      </w:r>
      <w:r w:rsidR="00457F5E">
        <w:rPr>
          <w:b/>
          <w:color w:val="000000"/>
          <w:sz w:val="24"/>
          <w:szCs w:val="24"/>
          <w:lang w:val="es-PY"/>
        </w:rPr>
        <w:t xml:space="preserve"> </w:t>
      </w:r>
      <w:r w:rsidRPr="00457F5E">
        <w:rPr>
          <w:b/>
          <w:color w:val="000000"/>
          <w:sz w:val="24"/>
          <w:szCs w:val="24"/>
          <w:lang w:val="es-PY"/>
        </w:rPr>
        <w:t>– DOCTORADOS Y MAESTRÍAS PROFESIONALIZANTES</w:t>
      </w:r>
    </w:p>
    <w:p w14:paraId="579726A8" w14:textId="77777777" w:rsidR="008B759A" w:rsidRPr="00457F5E" w:rsidRDefault="008B759A" w:rsidP="00457F5E">
      <w:pPr>
        <w:spacing w:after="0"/>
        <w:jc w:val="center"/>
        <w:rPr>
          <w:b/>
          <w:color w:val="000000"/>
          <w:sz w:val="24"/>
          <w:szCs w:val="24"/>
        </w:rPr>
      </w:pPr>
      <w:r w:rsidRPr="00457F5E">
        <w:rPr>
          <w:b/>
          <w:color w:val="000000"/>
          <w:sz w:val="24"/>
          <w:szCs w:val="24"/>
        </w:rPr>
        <w:t xml:space="preserve">MODALIDAD EDUCACIÓN A DISTANCIA </w:t>
      </w:r>
    </w:p>
    <w:tbl>
      <w:tblPr>
        <w:tblW w:w="9348" w:type="dxa"/>
        <w:jc w:val="center"/>
        <w:tblLayout w:type="fixed"/>
        <w:tblLook w:val="04A0" w:firstRow="1" w:lastRow="0" w:firstColumn="1" w:lastColumn="0" w:noHBand="0" w:noVBand="1"/>
      </w:tblPr>
      <w:tblGrid>
        <w:gridCol w:w="3033"/>
        <w:gridCol w:w="6315"/>
      </w:tblGrid>
      <w:tr w:rsidR="00A22F53" w14:paraId="3A69EA57" w14:textId="77777777" w:rsidTr="002A0BB2">
        <w:trPr>
          <w:cantSplit/>
          <w:trHeight w:hRule="exact" w:val="403"/>
          <w:jc w:val="center"/>
        </w:trPr>
        <w:tc>
          <w:tcPr>
            <w:tcW w:w="9348"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B43FDBC" w14:textId="77777777" w:rsidR="00A22F53" w:rsidRDefault="00A22F53" w:rsidP="00A22F53">
            <w:r>
              <w:rPr>
                <w:rFonts w:cs="Garamond"/>
                <w:b/>
                <w:color w:val="FFFFFF"/>
              </w:rPr>
              <w:t>1. DATOS DE IDENTIFICACIÓN</w:t>
            </w:r>
          </w:p>
        </w:tc>
      </w:tr>
      <w:tr w:rsidR="00A22F53" w14:paraId="7110AD59" w14:textId="77777777" w:rsidTr="002A0BB2">
        <w:trPr>
          <w:cantSplit/>
          <w:trHeight w:hRule="exact" w:val="389"/>
          <w:jc w:val="center"/>
        </w:trPr>
        <w:tc>
          <w:tcPr>
            <w:tcW w:w="93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C4FEBAB" w14:textId="77777777" w:rsidR="00A22F53" w:rsidRDefault="00A22F53" w:rsidP="00A22F53">
            <w:r>
              <w:rPr>
                <w:rFonts w:cs="Garamond"/>
                <w:b/>
                <w:color w:val="FFFFFF"/>
              </w:rPr>
              <w:t>DATOS DE LA INSTITUCIÓN</w:t>
            </w:r>
          </w:p>
        </w:tc>
      </w:tr>
      <w:tr w:rsidR="00A22F53" w14:paraId="10455266"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7324F" w14:textId="77777777" w:rsidR="00A22F53" w:rsidRDefault="00A22F53" w:rsidP="00A22F53">
            <w:r>
              <w:rPr>
                <w:rFonts w:cs="Garamond"/>
                <w:b/>
                <w:color w:val="000000"/>
              </w:rPr>
              <w:t>Institución:</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B1C7A9" w14:textId="77777777" w:rsidR="00A22F53" w:rsidRDefault="00A22F53" w:rsidP="00A22F53"/>
        </w:tc>
      </w:tr>
      <w:tr w:rsidR="00A22F53" w14:paraId="55613E60"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E76C8C7" w14:textId="77777777" w:rsidR="00A22F53" w:rsidRDefault="00A22F53" w:rsidP="00A22F53">
            <w:r>
              <w:rPr>
                <w:rFonts w:cs="Garamond"/>
                <w:b/>
                <w:color w:val="000000"/>
              </w:rPr>
              <w:t>Máxima autoridad:</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015D33" w14:textId="77777777" w:rsidR="00A22F53" w:rsidRDefault="00A22F53" w:rsidP="00A22F53"/>
        </w:tc>
      </w:tr>
      <w:tr w:rsidR="00A22F53" w14:paraId="2F89781B"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A2C258" w14:textId="77777777" w:rsidR="00A22F53" w:rsidRDefault="00A22F53" w:rsidP="00A22F53">
            <w:r>
              <w:rPr>
                <w:rFonts w:cs="Garamond"/>
                <w:b/>
                <w:color w:val="000000"/>
              </w:rPr>
              <w:t>Dirección:</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0658CD" w14:textId="77777777" w:rsidR="00A22F53" w:rsidRDefault="00A22F53" w:rsidP="00A22F53"/>
        </w:tc>
      </w:tr>
      <w:tr w:rsidR="00A22F53" w14:paraId="566B4DE4"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D17029" w14:textId="77777777" w:rsidR="00A22F53" w:rsidRDefault="00A22F53" w:rsidP="00A22F53">
            <w:r>
              <w:rPr>
                <w:rFonts w:cs="Garamond"/>
                <w:b/>
                <w:color w:val="000000"/>
              </w:rPr>
              <w:t>Departamento:</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C8B241" w14:textId="77777777" w:rsidR="00A22F53" w:rsidRDefault="00A22F53" w:rsidP="00A22F53"/>
        </w:tc>
      </w:tr>
      <w:tr w:rsidR="00A22F53" w14:paraId="57802499"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7FB58" w14:textId="77777777" w:rsidR="00A22F53" w:rsidRDefault="00A22F53" w:rsidP="00A22F53">
            <w:r>
              <w:rPr>
                <w:rFonts w:cs="Garamond"/>
                <w:b/>
                <w:color w:val="000000"/>
              </w:rPr>
              <w:t>Ciudad:</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923ECC" w14:textId="77777777" w:rsidR="00A22F53" w:rsidRDefault="00A22F53" w:rsidP="00A22F53"/>
        </w:tc>
      </w:tr>
      <w:tr w:rsidR="00A22F53" w14:paraId="73C6004E"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08F199" w14:textId="77777777" w:rsidR="00A22F53" w:rsidRDefault="00A22F53" w:rsidP="00A22F53">
            <w:r>
              <w:rPr>
                <w:rFonts w:cs="Garamond"/>
                <w:b/>
                <w:color w:val="000000"/>
              </w:rPr>
              <w:t>Teléfono:</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29699F" w14:textId="77777777" w:rsidR="00A22F53" w:rsidRDefault="00A22F53" w:rsidP="00A22F53"/>
        </w:tc>
      </w:tr>
      <w:tr w:rsidR="00A22F53" w14:paraId="3CA10E0F"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06A0CF" w14:textId="77777777" w:rsidR="00A22F53" w:rsidRDefault="00A22F53" w:rsidP="00A22F53">
            <w:r>
              <w:rPr>
                <w:rFonts w:cs="Garamond"/>
                <w:b/>
                <w:color w:val="000000"/>
              </w:rPr>
              <w:t>Correo electrónico:</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53CB0A" w14:textId="77777777" w:rsidR="00A22F53" w:rsidRDefault="00A22F53" w:rsidP="00A22F53"/>
        </w:tc>
      </w:tr>
      <w:tr w:rsidR="00A22F53" w14:paraId="1E6D9A14" w14:textId="77777777" w:rsidTr="002A0BB2">
        <w:trPr>
          <w:cantSplit/>
          <w:trHeight w:hRule="exact" w:val="389"/>
          <w:jc w:val="center"/>
        </w:trPr>
        <w:tc>
          <w:tcPr>
            <w:tcW w:w="93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9A51D9C" w14:textId="3D051DE2" w:rsidR="00A22F53" w:rsidRDefault="000043DA" w:rsidP="00A22F53">
            <w:r>
              <w:rPr>
                <w:rFonts w:cs="Garamond"/>
                <w:b/>
                <w:color w:val="FFFFFF"/>
              </w:rPr>
              <w:t xml:space="preserve">DATOS ESPECÍFICOS DEL </w:t>
            </w:r>
            <w:r w:rsidR="00A22F53">
              <w:rPr>
                <w:rFonts w:cs="Garamond"/>
                <w:b/>
                <w:color w:val="FFFFFF"/>
              </w:rPr>
              <w:t>PROGRAMA</w:t>
            </w:r>
          </w:p>
        </w:tc>
      </w:tr>
      <w:tr w:rsidR="00A22F53" w14:paraId="58302507"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BCB1C7" w14:textId="77777777" w:rsidR="00A22F53" w:rsidRDefault="00A22F53" w:rsidP="00A22F53">
            <w:r>
              <w:rPr>
                <w:rFonts w:cs="Garamond"/>
                <w:b/>
                <w:color w:val="000000"/>
              </w:rPr>
              <w:t>Nombre del programa:</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FD0830" w14:textId="77777777" w:rsidR="00A22F53" w:rsidRDefault="00A22F53" w:rsidP="00A22F53"/>
        </w:tc>
      </w:tr>
      <w:tr w:rsidR="00A22F53" w14:paraId="58E7E483"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0966AB" w14:textId="77777777" w:rsidR="00A22F53" w:rsidRDefault="00A22F53" w:rsidP="00A22F53">
            <w:r>
              <w:rPr>
                <w:rFonts w:cs="Garamond"/>
                <w:b/>
                <w:color w:val="000000"/>
              </w:rPr>
              <w:t>Facultad:</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B481E4" w14:textId="77777777" w:rsidR="00A22F53" w:rsidRDefault="00A22F53" w:rsidP="00A22F53"/>
        </w:tc>
      </w:tr>
      <w:tr w:rsidR="00A22F53" w:rsidRPr="00457F5E" w14:paraId="3C4723A5" w14:textId="77777777" w:rsidTr="002A0BB2">
        <w:trPr>
          <w:cantSplit/>
          <w:trHeight w:hRule="exact" w:val="483"/>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3669E1" w14:textId="77777777" w:rsidR="00A22F53" w:rsidRPr="00CA67AF" w:rsidRDefault="00A22F53" w:rsidP="00A22F53">
            <w:pPr>
              <w:rPr>
                <w:lang w:val="es-PY"/>
              </w:rPr>
            </w:pPr>
            <w:r w:rsidRPr="00CA67AF">
              <w:rPr>
                <w:rFonts w:cs="Garamond"/>
                <w:b/>
                <w:color w:val="000000"/>
                <w:lang w:val="es-PY"/>
              </w:rPr>
              <w:t>Sede o filial donde se desarrolla:</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88B2FB" w14:textId="77777777" w:rsidR="00A22F53" w:rsidRPr="00CA67AF" w:rsidRDefault="00A22F53" w:rsidP="00A22F53">
            <w:pPr>
              <w:rPr>
                <w:lang w:val="es-PY"/>
              </w:rPr>
            </w:pPr>
          </w:p>
        </w:tc>
      </w:tr>
      <w:tr w:rsidR="00A22F53" w14:paraId="08BE87D1"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2F5054" w14:textId="77777777" w:rsidR="00A22F53" w:rsidRDefault="00A22F53" w:rsidP="00A22F53">
            <w:r>
              <w:rPr>
                <w:rFonts w:cs="Garamond"/>
                <w:b/>
                <w:color w:val="000000"/>
              </w:rPr>
              <w:t>Dirección:</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2962C3" w14:textId="77777777" w:rsidR="00A22F53" w:rsidRDefault="00A22F53" w:rsidP="00A22F53"/>
        </w:tc>
      </w:tr>
      <w:tr w:rsidR="00A22F53" w:rsidRPr="00457F5E" w14:paraId="45852C47" w14:textId="77777777" w:rsidTr="002A0BB2">
        <w:trPr>
          <w:cantSplit/>
          <w:trHeight w:hRule="exact" w:val="389"/>
          <w:jc w:val="center"/>
        </w:trPr>
        <w:tc>
          <w:tcPr>
            <w:tcW w:w="93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06D2084" w14:textId="77777777" w:rsidR="00A22F53" w:rsidRPr="00CA67AF" w:rsidRDefault="00A22F53" w:rsidP="00A22F53">
            <w:pPr>
              <w:rPr>
                <w:lang w:val="es-PY"/>
              </w:rPr>
            </w:pPr>
            <w:r w:rsidRPr="00CA67AF">
              <w:rPr>
                <w:rFonts w:cs="Garamond"/>
                <w:b/>
                <w:color w:val="FFFFFF"/>
                <w:lang w:val="es-PY"/>
              </w:rPr>
              <w:t>DATOS DE LOS RESPONSABLES DEL PROGRAMA</w:t>
            </w:r>
          </w:p>
        </w:tc>
      </w:tr>
      <w:tr w:rsidR="00A22F53" w14:paraId="164F05A6"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1008390" w14:textId="77777777" w:rsidR="00A22F53" w:rsidRDefault="00A22F53" w:rsidP="00A22F53">
            <w:r>
              <w:rPr>
                <w:rFonts w:cs="Garamond"/>
                <w:b/>
                <w:color w:val="000000"/>
              </w:rPr>
              <w:t>Nombres y apellidos:</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C3EC5A" w14:textId="77777777" w:rsidR="00A22F53" w:rsidRDefault="00A22F53" w:rsidP="00A22F53"/>
        </w:tc>
      </w:tr>
      <w:tr w:rsidR="00A22F53" w14:paraId="07D8BD7B"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9879AF" w14:textId="77777777" w:rsidR="00A22F53" w:rsidRDefault="00A22F53" w:rsidP="00A22F53">
            <w:r>
              <w:rPr>
                <w:rFonts w:cs="Garamond"/>
                <w:b/>
                <w:color w:val="000000"/>
              </w:rPr>
              <w:t>Máxima titulación académica:</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811A40" w14:textId="77777777" w:rsidR="00A22F53" w:rsidRDefault="00A22F53" w:rsidP="00A22F53"/>
        </w:tc>
      </w:tr>
      <w:tr w:rsidR="00A22F53" w14:paraId="37235D43"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E9BBF3" w14:textId="77777777" w:rsidR="00A22F53" w:rsidRDefault="00A22F53" w:rsidP="00A22F53">
            <w:r>
              <w:rPr>
                <w:rFonts w:cs="Garamond"/>
                <w:b/>
                <w:color w:val="000000"/>
              </w:rPr>
              <w:t>Resolución de nombramiento:</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DC2FD2" w14:textId="77777777" w:rsidR="00A22F53" w:rsidRDefault="00A22F53" w:rsidP="00A22F53"/>
        </w:tc>
      </w:tr>
      <w:tr w:rsidR="00A22F53" w:rsidRPr="00457F5E" w14:paraId="52E15F61" w14:textId="77777777" w:rsidTr="002A0BB2">
        <w:trPr>
          <w:cantSplit/>
          <w:trHeight w:hRule="exact" w:val="389"/>
          <w:jc w:val="center"/>
        </w:trPr>
        <w:tc>
          <w:tcPr>
            <w:tcW w:w="9348"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7691CFE4" w14:textId="77777777" w:rsidR="00A22F53" w:rsidRPr="00CA67AF" w:rsidRDefault="00A22F53" w:rsidP="00A22F53">
            <w:pPr>
              <w:rPr>
                <w:lang w:val="es-PY"/>
              </w:rPr>
            </w:pPr>
            <w:r w:rsidRPr="00CA67AF">
              <w:rPr>
                <w:rFonts w:cs="Garamond"/>
                <w:b/>
                <w:color w:val="FFFFFF"/>
                <w:lang w:val="es-PY"/>
              </w:rPr>
              <w:t>DATOS DEL TÉCNICO DE ENLACE</w:t>
            </w:r>
          </w:p>
        </w:tc>
      </w:tr>
      <w:tr w:rsidR="00A22F53" w14:paraId="10465F4D"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14E854" w14:textId="77777777" w:rsidR="00A22F53" w:rsidRDefault="00A22F53" w:rsidP="00A22F53">
            <w:r>
              <w:rPr>
                <w:rFonts w:cs="Garamond"/>
                <w:b/>
                <w:color w:val="000000"/>
              </w:rPr>
              <w:t>Nombres y apellidos:</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219B0E" w14:textId="77777777" w:rsidR="00A22F53" w:rsidRDefault="00A22F53" w:rsidP="00A22F53"/>
        </w:tc>
      </w:tr>
      <w:tr w:rsidR="00A22F53" w14:paraId="0A3F7CCB"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C2C012" w14:textId="77777777" w:rsidR="00A22F53" w:rsidRDefault="00A22F53" w:rsidP="00A22F53">
            <w:r>
              <w:rPr>
                <w:rFonts w:cs="Garamond"/>
                <w:b/>
                <w:color w:val="000000"/>
              </w:rPr>
              <w:t>Correo electrónico:</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4F6E19" w14:textId="77777777" w:rsidR="00A22F53" w:rsidRDefault="00A22F53" w:rsidP="00A22F53"/>
        </w:tc>
      </w:tr>
      <w:tr w:rsidR="00A22F53" w14:paraId="6F739523" w14:textId="77777777" w:rsidTr="002A0BB2">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A324B4" w14:textId="77777777" w:rsidR="00A22F53" w:rsidRDefault="00A22F53" w:rsidP="00A22F53">
            <w:r>
              <w:rPr>
                <w:rFonts w:cs="Garamond"/>
                <w:b/>
                <w:color w:val="000000"/>
              </w:rPr>
              <w:t>Teléfono de contacto:</w:t>
            </w:r>
          </w:p>
        </w:tc>
        <w:tc>
          <w:tcPr>
            <w:tcW w:w="6315"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C3E6A1" w14:textId="77777777" w:rsidR="00A22F53" w:rsidRDefault="00A22F53" w:rsidP="00A22F53"/>
        </w:tc>
      </w:tr>
    </w:tbl>
    <w:p w14:paraId="12070550" w14:textId="04373856" w:rsidR="009A1B7B" w:rsidRDefault="009A1B7B" w:rsidP="000043DA">
      <w:pPr>
        <w:spacing w:after="0"/>
      </w:pPr>
    </w:p>
    <w:p w14:paraId="21538642" w14:textId="77777777" w:rsidR="00457F5E" w:rsidRDefault="00457F5E" w:rsidP="000043DA">
      <w:pPr>
        <w:spacing w:after="0"/>
      </w:pPr>
    </w:p>
    <w:p w14:paraId="1F33174B" w14:textId="77777777" w:rsidR="00457F5E" w:rsidRDefault="00457F5E" w:rsidP="000043DA">
      <w:pPr>
        <w:spacing w:after="0"/>
      </w:pPr>
    </w:p>
    <w:p w14:paraId="61957E3D" w14:textId="77777777" w:rsidR="00457F5E" w:rsidRPr="000043DA" w:rsidRDefault="00457F5E" w:rsidP="000043DA">
      <w:pPr>
        <w:spacing w:after="0"/>
      </w:pPr>
    </w:p>
    <w:p w14:paraId="4DB52A4F" w14:textId="77777777" w:rsidR="009A1B7B" w:rsidRPr="00A22F53" w:rsidRDefault="009A1B7B">
      <w:pPr>
        <w:spacing w:after="0"/>
        <w:rPr>
          <w:lang w:val="es-PY"/>
        </w:rPr>
      </w:pPr>
    </w:p>
    <w:tbl>
      <w:tblPr>
        <w:tblW w:w="0" w:type="auto"/>
        <w:jc w:val="center"/>
        <w:tblLook w:val="04A0" w:firstRow="1" w:lastRow="0" w:firstColumn="1" w:lastColumn="0" w:noHBand="0" w:noVBand="1"/>
      </w:tblPr>
      <w:tblGrid>
        <w:gridCol w:w="1784"/>
        <w:gridCol w:w="4668"/>
        <w:gridCol w:w="804"/>
        <w:gridCol w:w="804"/>
        <w:gridCol w:w="997"/>
      </w:tblGrid>
      <w:tr w:rsidR="008045E3" w:rsidRPr="00457F5E" w14:paraId="70F764C8" w14:textId="77777777" w:rsidTr="00375305">
        <w:trPr>
          <w:trHeight w:hRule="exact" w:val="312"/>
          <w:jc w:val="center"/>
        </w:trPr>
        <w:tc>
          <w:tcPr>
            <w:tcW w:w="9057" w:type="dxa"/>
            <w:gridSpan w:val="5"/>
            <w:tcBorders>
              <w:top w:val="single" w:sz="5" w:space="0" w:color="53A67D"/>
              <w:left w:val="single" w:sz="5" w:space="0" w:color="53A67D"/>
              <w:bottom w:val="single" w:sz="5" w:space="0" w:color="53A67D"/>
              <w:right w:val="single" w:sz="5" w:space="0" w:color="53A67D"/>
            </w:tcBorders>
            <w:shd w:val="clear" w:color="auto" w:fill="386F53"/>
            <w:vAlign w:val="center"/>
          </w:tcPr>
          <w:p w14:paraId="78625F85" w14:textId="60A18132" w:rsidR="008045E3" w:rsidRPr="00A22F53" w:rsidRDefault="000043DA">
            <w:pPr>
              <w:spacing w:after="0" w:line="240" w:lineRule="auto"/>
              <w:rPr>
                <w:szCs w:val="20"/>
                <w:lang w:val="es-PY"/>
              </w:rPr>
            </w:pPr>
            <w:r>
              <w:rPr>
                <w:b/>
                <w:color w:val="FFFFFF"/>
                <w:szCs w:val="20"/>
                <w:lang w:val="es-PY"/>
              </w:rPr>
              <w:lastRenderedPageBreak/>
              <w:t>2.</w:t>
            </w:r>
            <w:r w:rsidR="00A22F53" w:rsidRPr="00A22F53">
              <w:rPr>
                <w:b/>
                <w:color w:val="FFFFFF"/>
                <w:szCs w:val="20"/>
                <w:lang w:val="es-PY"/>
              </w:rPr>
              <w:t xml:space="preserve">   RESULTADOS DEL PROCESO DE AUTOEVALUACIÓN</w:t>
            </w:r>
          </w:p>
        </w:tc>
      </w:tr>
      <w:tr w:rsidR="008045E3" w:rsidRPr="00A22F53" w14:paraId="4AD70642" w14:textId="77777777" w:rsidTr="00375305">
        <w:trPr>
          <w:trHeight w:hRule="exact" w:val="369"/>
          <w:jc w:val="center"/>
        </w:trPr>
        <w:tc>
          <w:tcPr>
            <w:tcW w:w="9057" w:type="dxa"/>
            <w:gridSpan w:val="5"/>
            <w:tcBorders>
              <w:top w:val="single" w:sz="5" w:space="0" w:color="386F53"/>
              <w:left w:val="single" w:sz="5" w:space="0" w:color="386F53"/>
              <w:bottom w:val="single" w:sz="5" w:space="0" w:color="386F53"/>
              <w:right w:val="single" w:sz="5" w:space="0" w:color="386F53"/>
            </w:tcBorders>
            <w:shd w:val="clear" w:color="auto" w:fill="53A67D"/>
            <w:vAlign w:val="center"/>
          </w:tcPr>
          <w:p w14:paraId="5DE239FA" w14:textId="7BC49765" w:rsidR="008045E3" w:rsidRPr="00A22F53" w:rsidRDefault="008B759A" w:rsidP="000043DA">
            <w:pPr>
              <w:spacing w:after="0" w:line="240" w:lineRule="auto"/>
              <w:jc w:val="center"/>
              <w:rPr>
                <w:szCs w:val="20"/>
                <w:lang w:val="es-PY"/>
              </w:rPr>
            </w:pPr>
            <w:r>
              <w:rPr>
                <w:b/>
                <w:color w:val="FFFFFF"/>
                <w:szCs w:val="20"/>
                <w:lang w:val="es-PY"/>
              </w:rPr>
              <w:t>MARCO DISCIPLINAR – DOCTORADO</w:t>
            </w:r>
            <w:r w:rsidR="000043DA">
              <w:rPr>
                <w:b/>
                <w:color w:val="FFFFFF"/>
                <w:szCs w:val="20"/>
                <w:lang w:val="es-PY"/>
              </w:rPr>
              <w:t xml:space="preserve">……………………EaD </w:t>
            </w:r>
          </w:p>
        </w:tc>
      </w:tr>
      <w:tr w:rsidR="00A22F53" w:rsidRPr="00A22F53" w14:paraId="44DADBD1" w14:textId="77777777" w:rsidTr="006E0E88">
        <w:trPr>
          <w:cantSplit/>
          <w:trHeight w:val="340"/>
          <w:jc w:val="center"/>
        </w:trPr>
        <w:tc>
          <w:tcPr>
            <w:tcW w:w="1784" w:type="dxa"/>
            <w:vMerge w:val="restart"/>
            <w:tcBorders>
              <w:top w:val="single" w:sz="5" w:space="0" w:color="444444"/>
              <w:left w:val="single" w:sz="5" w:space="0" w:color="444444"/>
              <w:right w:val="single" w:sz="5" w:space="0" w:color="444444"/>
            </w:tcBorders>
            <w:shd w:val="clear" w:color="auto" w:fill="8AC4A7"/>
            <w:vAlign w:val="center"/>
          </w:tcPr>
          <w:p w14:paraId="6590CD9F" w14:textId="4828A2E8" w:rsidR="00A22F53" w:rsidRPr="00A22F53" w:rsidRDefault="004739FA">
            <w:pPr>
              <w:spacing w:after="0" w:line="240" w:lineRule="auto"/>
              <w:jc w:val="center"/>
              <w:rPr>
                <w:szCs w:val="20"/>
              </w:rPr>
            </w:pPr>
            <w:r>
              <w:rPr>
                <w:b/>
                <w:color w:val="000000"/>
                <w:szCs w:val="20"/>
              </w:rPr>
              <w:t xml:space="preserve">Criterio </w:t>
            </w:r>
          </w:p>
        </w:tc>
        <w:tc>
          <w:tcPr>
            <w:tcW w:w="4668" w:type="dxa"/>
            <w:vMerge w:val="restart"/>
            <w:tcBorders>
              <w:top w:val="single" w:sz="5" w:space="0" w:color="444444"/>
              <w:left w:val="single" w:sz="5" w:space="0" w:color="444444"/>
              <w:right w:val="single" w:sz="5" w:space="0" w:color="444444"/>
            </w:tcBorders>
            <w:shd w:val="clear" w:color="auto" w:fill="8AC4A7"/>
            <w:vAlign w:val="center"/>
          </w:tcPr>
          <w:p w14:paraId="7F2D295F" w14:textId="77777777" w:rsidR="00A22F53" w:rsidRPr="00A22F53" w:rsidRDefault="00A22F53">
            <w:pPr>
              <w:spacing w:after="0" w:line="240" w:lineRule="auto"/>
              <w:jc w:val="center"/>
              <w:rPr>
                <w:szCs w:val="20"/>
              </w:rPr>
            </w:pPr>
            <w:r w:rsidRPr="00A22F53">
              <w:rPr>
                <w:b/>
                <w:color w:val="000000"/>
                <w:szCs w:val="20"/>
              </w:rPr>
              <w:t>Indicadores</w:t>
            </w: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2990ED6"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rsidRPr="00A22F53" w14:paraId="06F0383C" w14:textId="77777777" w:rsidTr="006E0E88">
        <w:trPr>
          <w:cantSplit/>
          <w:trHeight w:hRule="exact" w:val="255"/>
          <w:jc w:val="center"/>
        </w:trPr>
        <w:tc>
          <w:tcPr>
            <w:tcW w:w="1784" w:type="dxa"/>
            <w:vMerge/>
            <w:tcBorders>
              <w:left w:val="single" w:sz="5" w:space="0" w:color="444444"/>
              <w:bottom w:val="single" w:sz="5" w:space="0" w:color="444444"/>
              <w:right w:val="single" w:sz="5" w:space="0" w:color="444444"/>
            </w:tcBorders>
            <w:shd w:val="clear" w:color="auto" w:fill="8AC4A7"/>
            <w:vAlign w:val="center"/>
          </w:tcPr>
          <w:p w14:paraId="1B2FC3FC" w14:textId="77777777" w:rsidR="00A22F53" w:rsidRPr="00A22F53" w:rsidRDefault="00A22F53">
            <w:pPr>
              <w:spacing w:after="0" w:line="240" w:lineRule="auto"/>
              <w:rPr>
                <w:szCs w:val="20"/>
              </w:rPr>
            </w:pPr>
          </w:p>
        </w:tc>
        <w:tc>
          <w:tcPr>
            <w:tcW w:w="4668" w:type="dxa"/>
            <w:vMerge/>
            <w:tcBorders>
              <w:left w:val="single" w:sz="5" w:space="0" w:color="444444"/>
              <w:bottom w:val="single" w:sz="5" w:space="0" w:color="444444"/>
              <w:right w:val="single" w:sz="5" w:space="0" w:color="444444"/>
            </w:tcBorders>
            <w:shd w:val="clear" w:color="auto" w:fill="8AC4A7"/>
            <w:vAlign w:val="center"/>
          </w:tcPr>
          <w:p w14:paraId="127E69F9" w14:textId="77777777" w:rsidR="00A22F53" w:rsidRPr="00A22F53" w:rsidRDefault="00A22F53">
            <w:pPr>
              <w:spacing w:after="0" w:line="240" w:lineRule="auto"/>
              <w:rPr>
                <w:szCs w:val="20"/>
              </w:rPr>
            </w:pP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6B43D9E" w14:textId="77777777" w:rsidR="00A22F53" w:rsidRPr="00A22F53" w:rsidRDefault="00A22F53">
            <w:pPr>
              <w:spacing w:after="0" w:line="240" w:lineRule="auto"/>
              <w:jc w:val="center"/>
              <w:rPr>
                <w:szCs w:val="20"/>
              </w:rPr>
            </w:pPr>
            <w:r w:rsidRPr="00A22F53">
              <w:rPr>
                <w:b/>
                <w:color w:val="000000"/>
                <w:szCs w:val="20"/>
              </w:rPr>
              <w:t>CT</w:t>
            </w: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BAC86CE" w14:textId="77777777" w:rsidR="00A22F53" w:rsidRPr="00A22F53" w:rsidRDefault="00A22F53">
            <w:pPr>
              <w:spacing w:after="0" w:line="240" w:lineRule="auto"/>
              <w:jc w:val="center"/>
              <w:rPr>
                <w:szCs w:val="20"/>
              </w:rPr>
            </w:pPr>
            <w:r w:rsidRPr="00A22F53">
              <w:rPr>
                <w:b/>
                <w:color w:val="000000"/>
                <w:szCs w:val="20"/>
              </w:rPr>
              <w:t>CP</w:t>
            </w:r>
          </w:p>
        </w:tc>
        <w:tc>
          <w:tcPr>
            <w:tcW w:w="997"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4BC4D59" w14:textId="77777777" w:rsidR="00A22F53" w:rsidRPr="00A22F53" w:rsidRDefault="00A22F53">
            <w:pPr>
              <w:spacing w:after="0" w:line="240" w:lineRule="auto"/>
              <w:jc w:val="center"/>
              <w:rPr>
                <w:szCs w:val="20"/>
              </w:rPr>
            </w:pPr>
            <w:r w:rsidRPr="00A22F53">
              <w:rPr>
                <w:b/>
                <w:color w:val="000000"/>
                <w:szCs w:val="20"/>
              </w:rPr>
              <w:t>NC</w:t>
            </w:r>
          </w:p>
        </w:tc>
      </w:tr>
      <w:tr w:rsidR="008045E3" w:rsidRPr="00457F5E" w14:paraId="11E1ACAB" w14:textId="77777777" w:rsidTr="006E0E88">
        <w:trPr>
          <w:cantSplit/>
          <w:trHeight w:val="765"/>
          <w:jc w:val="center"/>
        </w:trPr>
        <w:tc>
          <w:tcPr>
            <w:tcW w:w="1784"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59969EB" w14:textId="77777777" w:rsidR="008045E3" w:rsidRDefault="00A22F53" w:rsidP="00982D9E">
            <w:pPr>
              <w:spacing w:after="0"/>
              <w:jc w:val="center"/>
              <w:rPr>
                <w:b/>
                <w:color w:val="E31B23"/>
                <w:szCs w:val="20"/>
                <w:lang w:val="es-PY"/>
              </w:rPr>
            </w:pPr>
            <w:r w:rsidRPr="00A22F53">
              <w:rPr>
                <w:b/>
                <w:color w:val="000000"/>
                <w:szCs w:val="20"/>
                <w:lang w:val="es-PY"/>
              </w:rPr>
              <w:t>Pertinencia del d</w:t>
            </w:r>
            <w:r w:rsidR="00982D9E">
              <w:rPr>
                <w:b/>
                <w:color w:val="000000"/>
                <w:szCs w:val="20"/>
                <w:lang w:val="es-PY"/>
              </w:rPr>
              <w:t xml:space="preserve">iseño curricular y metodológico de la </w:t>
            </w:r>
            <w:r w:rsidR="0014366C">
              <w:rPr>
                <w:b/>
                <w:color w:val="000000"/>
                <w:szCs w:val="20"/>
                <w:lang w:val="es-PY"/>
              </w:rPr>
              <w:t>modalidad a distancia</w:t>
            </w:r>
            <w:r w:rsidR="00982D9E">
              <w:rPr>
                <w:b/>
                <w:color w:val="000000"/>
                <w:szCs w:val="20"/>
                <w:lang w:val="es-PY"/>
              </w:rPr>
              <w:t xml:space="preserve"> en relació</w:t>
            </w:r>
            <w:r w:rsidR="006E0E88">
              <w:rPr>
                <w:b/>
                <w:color w:val="000000"/>
                <w:szCs w:val="20"/>
                <w:lang w:val="es-PY"/>
              </w:rPr>
              <w:t xml:space="preserve">n con el ámbito profesional de los </w:t>
            </w:r>
            <w:r w:rsidR="00982D9E">
              <w:rPr>
                <w:b/>
                <w:color w:val="000000"/>
                <w:szCs w:val="20"/>
                <w:lang w:val="es-PY"/>
              </w:rPr>
              <w:t>programa</w:t>
            </w:r>
            <w:r w:rsidR="006E0E88">
              <w:rPr>
                <w:b/>
                <w:color w:val="000000"/>
                <w:szCs w:val="20"/>
                <w:lang w:val="es-PY"/>
              </w:rPr>
              <w:t>s</w:t>
            </w:r>
            <w:r w:rsidRPr="00A22F53">
              <w:rPr>
                <w:b/>
                <w:color w:val="E31B23"/>
                <w:szCs w:val="20"/>
                <w:lang w:val="es-PY"/>
              </w:rPr>
              <w:br/>
              <w:t>(Sustantivo)</w:t>
            </w:r>
          </w:p>
          <w:p w14:paraId="48AA14A9" w14:textId="6E541F15" w:rsidR="00952C37" w:rsidRPr="00A22F53" w:rsidRDefault="00952C37" w:rsidP="00982D9E">
            <w:pPr>
              <w:spacing w:after="0"/>
              <w:jc w:val="center"/>
              <w:rPr>
                <w:szCs w:val="20"/>
                <w:lang w:val="es-PY"/>
              </w:rPr>
            </w:pPr>
            <w:r w:rsidRPr="00952C37">
              <w:rPr>
                <w:b/>
                <w:color w:val="000000" w:themeColor="text1"/>
                <w:szCs w:val="20"/>
                <w:lang w:val="es-PY"/>
              </w:rPr>
              <w:t>(D2.C</w:t>
            </w:r>
            <w:r w:rsidR="00375305">
              <w:rPr>
                <w:b/>
                <w:color w:val="000000" w:themeColor="text1"/>
                <w:szCs w:val="20"/>
                <w:lang w:val="es-PY"/>
              </w:rPr>
              <w:t>1</w:t>
            </w:r>
            <w:r w:rsidRPr="00952C37">
              <w:rPr>
                <w:b/>
                <w:color w:val="000000" w:themeColor="text1"/>
                <w:szCs w:val="20"/>
                <w:lang w:val="es-PY"/>
              </w:rPr>
              <w:t>)</w:t>
            </w: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FE78072" w14:textId="16762CDE" w:rsidR="002138CF" w:rsidRPr="00606DF1" w:rsidRDefault="006E0E88" w:rsidP="006E0E88">
            <w:pPr>
              <w:spacing w:after="0" w:line="240" w:lineRule="auto"/>
              <w:jc w:val="both"/>
              <w:rPr>
                <w:color w:val="000000" w:themeColor="text1"/>
                <w:szCs w:val="20"/>
                <w:lang w:val="es-PY"/>
              </w:rPr>
            </w:pPr>
            <w:r>
              <w:rPr>
                <w:color w:val="000000" w:themeColor="text1"/>
                <w:szCs w:val="20"/>
                <w:lang w:val="es-PY"/>
              </w:rPr>
              <w:t>a.</w:t>
            </w:r>
            <w:r w:rsidRPr="006E0E88">
              <w:rPr>
                <w:color w:val="000000" w:themeColor="text1"/>
                <w:szCs w:val="20"/>
                <w:lang w:val="es-PY"/>
              </w:rPr>
              <w:t xml:space="preserve"> </w:t>
            </w:r>
            <w:r>
              <w:rPr>
                <w:color w:val="000000" w:themeColor="text1"/>
                <w:szCs w:val="20"/>
                <w:lang w:val="es-PY"/>
              </w:rPr>
              <w:t>Los programas</w:t>
            </w:r>
            <w:r w:rsidR="002138CF" w:rsidRPr="00606DF1">
              <w:rPr>
                <w:color w:val="000000" w:themeColor="text1"/>
                <w:szCs w:val="20"/>
                <w:lang w:val="es-PY"/>
              </w:rPr>
              <w:t xml:space="preserve"> desarrolla</w:t>
            </w:r>
            <w:r>
              <w:rPr>
                <w:color w:val="000000" w:themeColor="text1"/>
                <w:szCs w:val="20"/>
                <w:lang w:val="es-PY"/>
              </w:rPr>
              <w:t>n</w:t>
            </w:r>
            <w:r w:rsidR="002138CF" w:rsidRPr="00606DF1">
              <w:rPr>
                <w:color w:val="000000" w:themeColor="text1"/>
                <w:szCs w:val="20"/>
                <w:lang w:val="es-PY"/>
              </w:rPr>
              <w:t xml:space="preserve"> competencias avanzadas y contextualizadas, aplicables al ejercicio profesional en entornos reales.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F376238"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BFB8C9"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820EAEF" w14:textId="77777777" w:rsidR="008045E3" w:rsidRPr="00375305" w:rsidRDefault="008045E3">
            <w:pPr>
              <w:spacing w:after="0" w:line="240" w:lineRule="auto"/>
              <w:jc w:val="center"/>
              <w:rPr>
                <w:szCs w:val="20"/>
                <w:lang w:val="es-PY"/>
              </w:rPr>
            </w:pPr>
          </w:p>
        </w:tc>
      </w:tr>
      <w:tr w:rsidR="008045E3" w:rsidRPr="00457F5E" w14:paraId="737904D8" w14:textId="77777777" w:rsidTr="006E0E88">
        <w:trPr>
          <w:cantSplit/>
          <w:trHeight w:val="7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19A9C76F" w14:textId="77777777" w:rsidR="008045E3" w:rsidRPr="00375305"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154A05A" w14:textId="4C05DE90"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b. El diseño curricular incorpora estrategias metodológicas activas, recursos adapta</w:t>
            </w:r>
            <w:r w:rsidR="006E0E88">
              <w:rPr>
                <w:color w:val="000000" w:themeColor="text1"/>
                <w:szCs w:val="20"/>
                <w:lang w:val="es-PY"/>
              </w:rPr>
              <w:t xml:space="preserve">dos, modalidades sincrónicas y </w:t>
            </w:r>
            <w:r w:rsidRPr="00606DF1">
              <w:rPr>
                <w:color w:val="000000" w:themeColor="text1"/>
                <w:szCs w:val="20"/>
                <w:lang w:val="es-PY"/>
              </w:rPr>
              <w:t>asincrónicas pertinentes al aprendizaje autónomo y colaborativo en línea.</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6986AEC"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04AAB7C"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BA1A664" w14:textId="77777777" w:rsidR="008045E3" w:rsidRPr="00375305" w:rsidRDefault="008045E3">
            <w:pPr>
              <w:spacing w:after="0" w:line="240" w:lineRule="auto"/>
              <w:jc w:val="center"/>
              <w:rPr>
                <w:szCs w:val="20"/>
                <w:lang w:val="es-PY"/>
              </w:rPr>
            </w:pPr>
          </w:p>
        </w:tc>
      </w:tr>
      <w:tr w:rsidR="008045E3" w:rsidRPr="00457F5E" w14:paraId="767FBFE1" w14:textId="77777777" w:rsidTr="006E0E88">
        <w:trPr>
          <w:cantSplit/>
          <w:trHeight w:val="61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04BBCD5B" w14:textId="77777777" w:rsidR="008045E3" w:rsidRPr="00375305"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3C1CB57" w14:textId="60E7DA02"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c. Los trabajos finales abordan problemas del campo profesional con propuestas de mejora contextualizadas.</w:t>
            </w:r>
            <w:r w:rsidRPr="00606DF1">
              <w:rPr>
                <w:color w:val="000000" w:themeColor="text1"/>
                <w:szCs w:val="20"/>
                <w:lang w:val="es-PY"/>
              </w:rPr>
              <w:tab/>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CA293AF"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4087A8F"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452C5ED" w14:textId="77777777" w:rsidR="008045E3" w:rsidRPr="00375305" w:rsidRDefault="008045E3">
            <w:pPr>
              <w:spacing w:after="0" w:line="240" w:lineRule="auto"/>
              <w:jc w:val="center"/>
              <w:rPr>
                <w:szCs w:val="20"/>
                <w:lang w:val="es-PY"/>
              </w:rPr>
            </w:pPr>
          </w:p>
        </w:tc>
      </w:tr>
      <w:tr w:rsidR="008045E3" w:rsidRPr="00457F5E" w14:paraId="317EAB6C" w14:textId="77777777" w:rsidTr="006E0E88">
        <w:trPr>
          <w:cantSplit/>
          <w:trHeight w:val="7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1DF11014" w14:textId="77777777" w:rsidR="008045E3" w:rsidRPr="00375305"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4029420" w14:textId="537902D4"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d. Se promueve el uso de entornos colaborativos virtuales y la participación de actores del entorno profesional en el d</w:t>
            </w:r>
            <w:r w:rsidR="006E0E88">
              <w:rPr>
                <w:color w:val="000000" w:themeColor="text1"/>
                <w:szCs w:val="20"/>
                <w:lang w:val="es-PY"/>
              </w:rPr>
              <w:t xml:space="preserve">iseño o evaluación de los programas. </w:t>
            </w:r>
            <w:r w:rsidRPr="00606DF1">
              <w:rPr>
                <w:color w:val="000000" w:themeColor="text1"/>
                <w:szCs w:val="20"/>
                <w:lang w:val="es-PY"/>
              </w:rPr>
              <w:tab/>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F966B1"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7E570B0"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820E85A" w14:textId="77777777" w:rsidR="008045E3" w:rsidRPr="00375305" w:rsidRDefault="008045E3">
            <w:pPr>
              <w:spacing w:after="0" w:line="240" w:lineRule="auto"/>
              <w:jc w:val="center"/>
              <w:rPr>
                <w:szCs w:val="20"/>
                <w:lang w:val="es-PY"/>
              </w:rPr>
            </w:pPr>
          </w:p>
        </w:tc>
      </w:tr>
      <w:tr w:rsidR="008045E3" w:rsidRPr="00457F5E" w14:paraId="1D1DEE32" w14:textId="77777777" w:rsidTr="006E0E88">
        <w:trPr>
          <w:cantSplit/>
          <w:trHeight w:val="879"/>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63832932" w14:textId="77777777" w:rsidR="008045E3" w:rsidRPr="00375305"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9D050A3" w14:textId="7EC8D4F3"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e. Se evidencian mejoras en la práctica profesional y aplicación efectiva de lo aprendido en contextos laborales, con acceso equitativo a recursos digitales.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7B23F28"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2D8F03"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AD449BE" w14:textId="77777777" w:rsidR="008045E3" w:rsidRPr="00375305" w:rsidRDefault="008045E3">
            <w:pPr>
              <w:spacing w:after="0" w:line="240" w:lineRule="auto"/>
              <w:jc w:val="center"/>
              <w:rPr>
                <w:szCs w:val="20"/>
                <w:lang w:val="es-PY"/>
              </w:rPr>
            </w:pPr>
          </w:p>
        </w:tc>
      </w:tr>
      <w:tr w:rsidR="008045E3" w:rsidRPr="00457F5E" w14:paraId="56637757" w14:textId="77777777" w:rsidTr="006E0E88">
        <w:trPr>
          <w:cantSplit/>
          <w:trHeight w:hRule="exact" w:val="312"/>
          <w:jc w:val="center"/>
        </w:trPr>
        <w:tc>
          <w:tcPr>
            <w:tcW w:w="6452" w:type="dxa"/>
            <w:gridSpan w:val="2"/>
            <w:tcBorders>
              <w:top w:val="single" w:sz="5" w:space="0" w:color="444444"/>
              <w:left w:val="single" w:sz="5" w:space="0" w:color="444444"/>
              <w:bottom w:val="single" w:sz="5" w:space="0" w:color="444444"/>
              <w:right w:val="single" w:sz="5" w:space="0" w:color="444444"/>
            </w:tcBorders>
            <w:vAlign w:val="center"/>
          </w:tcPr>
          <w:p w14:paraId="2047A46C"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605" w:type="dxa"/>
            <w:gridSpan w:val="3"/>
            <w:tcBorders>
              <w:top w:val="single" w:sz="5" w:space="0" w:color="444444"/>
              <w:left w:val="single" w:sz="5" w:space="0" w:color="444444"/>
              <w:bottom w:val="single" w:sz="5" w:space="0" w:color="444444"/>
              <w:right w:val="single" w:sz="5" w:space="0" w:color="444444"/>
            </w:tcBorders>
            <w:vAlign w:val="center"/>
          </w:tcPr>
          <w:p w14:paraId="777B75CF" w14:textId="77777777" w:rsidR="008045E3" w:rsidRPr="00A22F53" w:rsidRDefault="008045E3">
            <w:pPr>
              <w:spacing w:after="0" w:line="240" w:lineRule="auto"/>
              <w:rPr>
                <w:szCs w:val="20"/>
                <w:lang w:val="es-PY"/>
              </w:rPr>
            </w:pPr>
          </w:p>
        </w:tc>
      </w:tr>
      <w:tr w:rsidR="008045E3" w:rsidRPr="00A22F53" w14:paraId="27A62EA4" w14:textId="77777777" w:rsidTr="00375305">
        <w:trPr>
          <w:cantSplit/>
          <w:trHeight w:hRule="exact" w:val="340"/>
          <w:jc w:val="center"/>
        </w:trPr>
        <w:tc>
          <w:tcPr>
            <w:tcW w:w="6452" w:type="dxa"/>
            <w:gridSpan w:val="2"/>
            <w:tcBorders>
              <w:top w:val="single" w:sz="5" w:space="0" w:color="444444"/>
              <w:left w:val="single" w:sz="5" w:space="0" w:color="444444"/>
              <w:bottom w:val="single" w:sz="4" w:space="0" w:color="auto"/>
              <w:right w:val="single" w:sz="5" w:space="0" w:color="444444"/>
            </w:tcBorders>
            <w:shd w:val="clear" w:color="auto" w:fill="8AC4A7"/>
            <w:vAlign w:val="center"/>
          </w:tcPr>
          <w:p w14:paraId="40E6293C"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605" w:type="dxa"/>
            <w:gridSpan w:val="3"/>
            <w:tcBorders>
              <w:top w:val="single" w:sz="5" w:space="0" w:color="444444"/>
              <w:left w:val="single" w:sz="5" w:space="0" w:color="444444"/>
              <w:bottom w:val="single" w:sz="4" w:space="0" w:color="auto"/>
              <w:right w:val="single" w:sz="5" w:space="0" w:color="444444"/>
            </w:tcBorders>
            <w:shd w:val="clear" w:color="auto" w:fill="8AC4A7"/>
            <w:vAlign w:val="center"/>
          </w:tcPr>
          <w:p w14:paraId="58C8BA76" w14:textId="77777777" w:rsidR="008045E3" w:rsidRPr="00A22F53" w:rsidRDefault="00A22F53">
            <w:pPr>
              <w:spacing w:after="0" w:line="240" w:lineRule="auto"/>
              <w:jc w:val="center"/>
              <w:rPr>
                <w:szCs w:val="20"/>
              </w:rPr>
            </w:pPr>
            <w:r w:rsidRPr="00A22F53">
              <w:rPr>
                <w:b/>
                <w:color w:val="000000"/>
                <w:szCs w:val="20"/>
              </w:rPr>
              <w:t>Medios de verificación</w:t>
            </w:r>
          </w:p>
        </w:tc>
      </w:tr>
      <w:tr w:rsidR="00F529B4" w:rsidRPr="00457F5E" w14:paraId="4DC37F12" w14:textId="77777777" w:rsidTr="00375305">
        <w:trPr>
          <w:cantSplit/>
          <w:trHeight w:hRule="exact" w:val="8048"/>
          <w:jc w:val="center"/>
        </w:trPr>
        <w:tc>
          <w:tcPr>
            <w:tcW w:w="6452" w:type="dxa"/>
            <w:gridSpan w:val="2"/>
            <w:tcBorders>
              <w:top w:val="single" w:sz="4" w:space="0" w:color="auto"/>
              <w:left w:val="single" w:sz="4" w:space="0" w:color="auto"/>
              <w:bottom w:val="single" w:sz="4" w:space="0" w:color="auto"/>
              <w:right w:val="single" w:sz="4" w:space="0" w:color="auto"/>
            </w:tcBorders>
            <w:shd w:val="clear" w:color="auto" w:fill="FFFFFF"/>
          </w:tcPr>
          <w:p w14:paraId="1598007A" w14:textId="52337363" w:rsidR="00F529B4" w:rsidRPr="00F04053" w:rsidRDefault="00F529B4" w:rsidP="00375305">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r w:rsidR="00272FA6">
              <w:rPr>
                <w:color w:val="A6A6A6" w:themeColor="background1" w:themeShade="A6"/>
                <w:sz w:val="20"/>
                <w:lang w:val="es-PY"/>
              </w:rPr>
              <w:t>/programa</w:t>
            </w:r>
            <w:r w:rsidRPr="00F04053">
              <w:rPr>
                <w:color w:val="A6A6A6" w:themeColor="background1" w:themeShade="A6"/>
                <w:sz w:val="20"/>
                <w:lang w:val="es-PY"/>
              </w:rPr>
              <w:t>.</w:t>
            </w:r>
          </w:p>
          <w:p w14:paraId="035707B7" w14:textId="77777777" w:rsidR="00F529B4" w:rsidRPr="00F04053" w:rsidRDefault="00F529B4" w:rsidP="00375305">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2D580107" w14:textId="77777777" w:rsidR="00F529B4" w:rsidRPr="00375305" w:rsidRDefault="00F529B4" w:rsidP="00375305">
            <w:pPr>
              <w:jc w:val="both"/>
              <w:rPr>
                <w:szCs w:val="20"/>
                <w:lang w:val="es-PY"/>
              </w:rPr>
            </w:pPr>
          </w:p>
        </w:tc>
        <w:tc>
          <w:tcPr>
            <w:tcW w:w="2605" w:type="dxa"/>
            <w:gridSpan w:val="3"/>
            <w:tcBorders>
              <w:top w:val="single" w:sz="4" w:space="0" w:color="auto"/>
              <w:left w:val="single" w:sz="4" w:space="0" w:color="auto"/>
              <w:bottom w:val="single" w:sz="4" w:space="0" w:color="auto"/>
              <w:right w:val="single" w:sz="4" w:space="0" w:color="auto"/>
            </w:tcBorders>
          </w:tcPr>
          <w:p w14:paraId="4A887C4B" w14:textId="77777777" w:rsidR="00F529B4" w:rsidRPr="00F04053" w:rsidRDefault="00F529B4" w:rsidP="00375305">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7115221C" w14:textId="77777777" w:rsidR="00F529B4" w:rsidRPr="00F04053" w:rsidRDefault="00F529B4" w:rsidP="00375305">
            <w:pPr>
              <w:pStyle w:val="TableParagraph"/>
              <w:jc w:val="both"/>
              <w:rPr>
                <w:color w:val="A6A6A6" w:themeColor="background1" w:themeShade="A6"/>
                <w:sz w:val="20"/>
                <w:lang w:val="es-PY"/>
              </w:rPr>
            </w:pPr>
          </w:p>
          <w:p w14:paraId="52CA7658" w14:textId="77777777" w:rsidR="00F529B4" w:rsidRPr="00F04053" w:rsidRDefault="00F529B4" w:rsidP="00375305">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3C2AF6A5" w14:textId="77777777" w:rsidR="00F529B4" w:rsidRPr="00F04053" w:rsidRDefault="00F529B4" w:rsidP="00375305">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242C2CE8" w14:textId="77777777" w:rsidR="00F529B4" w:rsidRPr="00375305" w:rsidRDefault="00F529B4" w:rsidP="00375305">
            <w:pPr>
              <w:jc w:val="both"/>
              <w:rPr>
                <w:szCs w:val="20"/>
                <w:lang w:val="es-PY"/>
              </w:rPr>
            </w:pPr>
          </w:p>
        </w:tc>
      </w:tr>
    </w:tbl>
    <w:p w14:paraId="0FAF37EA" w14:textId="16F08BDB" w:rsidR="008045E3" w:rsidRPr="00375305" w:rsidRDefault="008045E3">
      <w:pPr>
        <w:spacing w:after="0"/>
        <w:rPr>
          <w:lang w:val="es-PY"/>
        </w:rPr>
      </w:pPr>
    </w:p>
    <w:tbl>
      <w:tblPr>
        <w:tblW w:w="0" w:type="auto"/>
        <w:jc w:val="center"/>
        <w:tblLayout w:type="fixed"/>
        <w:tblLook w:val="04A0" w:firstRow="1" w:lastRow="0" w:firstColumn="1" w:lastColumn="0" w:noHBand="0" w:noVBand="1"/>
      </w:tblPr>
      <w:tblGrid>
        <w:gridCol w:w="1786"/>
        <w:gridCol w:w="4677"/>
        <w:gridCol w:w="805"/>
        <w:gridCol w:w="805"/>
        <w:gridCol w:w="805"/>
      </w:tblGrid>
      <w:tr w:rsidR="00A22F53" w:rsidRPr="00A22F53" w14:paraId="64074DE7" w14:textId="77777777" w:rsidTr="00A22F53">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07B39693" w14:textId="3F9B685D" w:rsidR="00A22F53" w:rsidRPr="00A22F53" w:rsidRDefault="00A22F53">
            <w:pPr>
              <w:spacing w:after="0" w:line="240" w:lineRule="auto"/>
              <w:jc w:val="center"/>
              <w:rPr>
                <w:szCs w:val="20"/>
              </w:rPr>
            </w:pPr>
            <w:r w:rsidRPr="00375305">
              <w:rPr>
                <w:lang w:val="es-PY"/>
              </w:rPr>
              <w:lastRenderedPageBreak/>
              <w:br w:type="page"/>
            </w:r>
            <w:r w:rsidRPr="00A22F53">
              <w:rPr>
                <w:b/>
                <w:color w:val="000000"/>
                <w:szCs w:val="20"/>
              </w:rPr>
              <w:t>Criterio 2.3</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FA43117" w14:textId="77777777" w:rsidR="00A22F53" w:rsidRPr="00A22F53" w:rsidRDefault="00A22F53">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8FBEEDD"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rsidRPr="00A22F53" w14:paraId="5058DAE2" w14:textId="77777777" w:rsidTr="00A22F53">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07448AE9" w14:textId="77777777" w:rsidR="00A22F53" w:rsidRPr="00A22F53" w:rsidRDefault="00A22F53">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6B91C703" w14:textId="77777777" w:rsidR="00A22F53" w:rsidRPr="00A22F53" w:rsidRDefault="00A22F53">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28CAB09" w14:textId="77777777" w:rsidR="00A22F53" w:rsidRPr="00A22F53" w:rsidRDefault="00A22F53">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98A564D" w14:textId="77777777" w:rsidR="00A22F53" w:rsidRPr="00A22F53" w:rsidRDefault="00A22F53">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B1DC69A" w14:textId="77777777" w:rsidR="00A22F53" w:rsidRPr="00A22F53" w:rsidRDefault="00A22F53">
            <w:pPr>
              <w:spacing w:after="0" w:line="240" w:lineRule="auto"/>
              <w:jc w:val="center"/>
              <w:rPr>
                <w:szCs w:val="20"/>
              </w:rPr>
            </w:pPr>
            <w:r w:rsidRPr="00A22F53">
              <w:rPr>
                <w:b/>
                <w:color w:val="000000"/>
                <w:szCs w:val="20"/>
              </w:rPr>
              <w:t>NC</w:t>
            </w:r>
          </w:p>
        </w:tc>
      </w:tr>
      <w:tr w:rsidR="008045E3" w:rsidRPr="00457F5E" w14:paraId="50D41D39" w14:textId="77777777" w:rsidTr="00E77364">
        <w:trPr>
          <w:cantSplit/>
          <w:trHeight w:val="680"/>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C607487" w14:textId="77777777" w:rsidR="00E77364" w:rsidRPr="00E77364" w:rsidRDefault="00E77364" w:rsidP="00E77364">
            <w:pPr>
              <w:spacing w:after="0"/>
              <w:jc w:val="center"/>
              <w:rPr>
                <w:b/>
                <w:color w:val="000000"/>
                <w:szCs w:val="20"/>
                <w:lang w:val="es-PY"/>
              </w:rPr>
            </w:pPr>
            <w:r w:rsidRPr="00E77364">
              <w:rPr>
                <w:b/>
                <w:color w:val="000000"/>
                <w:szCs w:val="20"/>
                <w:lang w:val="es-PY"/>
              </w:rPr>
              <w:t>Producción y</w:t>
            </w:r>
          </w:p>
          <w:p w14:paraId="6B6309F9" w14:textId="77777777" w:rsidR="00E77364" w:rsidRPr="00E77364" w:rsidRDefault="00E77364" w:rsidP="00E77364">
            <w:pPr>
              <w:spacing w:after="0"/>
              <w:jc w:val="center"/>
              <w:rPr>
                <w:b/>
                <w:color w:val="000000"/>
                <w:szCs w:val="20"/>
                <w:lang w:val="es-PY"/>
              </w:rPr>
            </w:pPr>
            <w:r w:rsidRPr="00E77364">
              <w:rPr>
                <w:b/>
                <w:color w:val="000000"/>
                <w:szCs w:val="20"/>
                <w:lang w:val="es-PY"/>
              </w:rPr>
              <w:t>transferencia del</w:t>
            </w:r>
          </w:p>
          <w:p w14:paraId="518298BB" w14:textId="77777777" w:rsidR="00E77364" w:rsidRPr="00E77364" w:rsidRDefault="00E77364" w:rsidP="00E77364">
            <w:pPr>
              <w:spacing w:after="0"/>
              <w:jc w:val="center"/>
              <w:rPr>
                <w:b/>
                <w:color w:val="000000"/>
                <w:szCs w:val="20"/>
                <w:lang w:val="es-PY"/>
              </w:rPr>
            </w:pPr>
            <w:r w:rsidRPr="00E77364">
              <w:rPr>
                <w:b/>
                <w:color w:val="000000"/>
                <w:szCs w:val="20"/>
                <w:lang w:val="es-PY"/>
              </w:rPr>
              <w:t>conocimiento</w:t>
            </w:r>
          </w:p>
          <w:p w14:paraId="43482F01" w14:textId="77777777" w:rsidR="008045E3" w:rsidRDefault="00E77364" w:rsidP="00E77364">
            <w:pPr>
              <w:spacing w:after="0"/>
              <w:jc w:val="center"/>
              <w:rPr>
                <w:b/>
                <w:color w:val="FF0000"/>
                <w:szCs w:val="20"/>
                <w:lang w:val="es-PY"/>
              </w:rPr>
            </w:pPr>
            <w:r w:rsidRPr="00E77364">
              <w:rPr>
                <w:b/>
                <w:color w:val="FF0000"/>
                <w:szCs w:val="20"/>
                <w:lang w:val="es-PY"/>
              </w:rPr>
              <w:t>(Sustantivo)</w:t>
            </w:r>
          </w:p>
          <w:p w14:paraId="7BD2013D" w14:textId="7577928F" w:rsidR="00C00B6A" w:rsidRPr="00AA28A4" w:rsidRDefault="00C00B6A" w:rsidP="00E77364">
            <w:pPr>
              <w:spacing w:after="0"/>
              <w:jc w:val="center"/>
              <w:rPr>
                <w:szCs w:val="20"/>
                <w:highlight w:val="yellow"/>
                <w:lang w:val="es-PY"/>
              </w:rPr>
            </w:pPr>
            <w:r w:rsidRPr="00C00B6A">
              <w:rPr>
                <w:b/>
                <w:color w:val="000000" w:themeColor="text1"/>
                <w:szCs w:val="20"/>
                <w:lang w:val="es-PY"/>
              </w:rPr>
              <w:t>(D2.C</w:t>
            </w:r>
            <w:r w:rsidR="00375305">
              <w:rPr>
                <w:b/>
                <w:color w:val="000000" w:themeColor="text1"/>
                <w:szCs w:val="20"/>
                <w:lang w:val="es-PY"/>
              </w:rPr>
              <w:t>3</w:t>
            </w:r>
            <w:r w:rsidRPr="00C00B6A">
              <w:rPr>
                <w:b/>
                <w:color w:val="000000" w:themeColor="text1"/>
                <w:szCs w:val="20"/>
                <w:lang w:val="es-PY"/>
              </w:rPr>
              <w:t>)</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2868C01" w14:textId="3E9E3F32"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Durante el trayecto formativo se generan productos de investigación, innovación o intervención pertinentes al nivel doctoral y susceptibles de aplicació</w:t>
            </w:r>
            <w:r w:rsidR="00F3623F">
              <w:rPr>
                <w:color w:val="000000" w:themeColor="text1"/>
                <w:szCs w:val="20"/>
                <w:lang w:val="es-PY"/>
              </w:rPr>
              <w:t>n en contextos profesionales.</w:t>
            </w:r>
            <w:r w:rsidR="00F3623F">
              <w:rPr>
                <w:color w:val="000000" w:themeColor="text1"/>
                <w:szCs w:val="20"/>
                <w:lang w:val="es-PY"/>
              </w:rPr>
              <w:tab/>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EB5CC2B"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66643D"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6205119" w14:textId="77777777" w:rsidR="008045E3" w:rsidRPr="00375305" w:rsidRDefault="008045E3">
            <w:pPr>
              <w:spacing w:after="0" w:line="240" w:lineRule="auto"/>
              <w:jc w:val="center"/>
              <w:rPr>
                <w:szCs w:val="20"/>
                <w:lang w:val="es-PY"/>
              </w:rPr>
            </w:pPr>
          </w:p>
        </w:tc>
      </w:tr>
      <w:tr w:rsidR="008045E3" w:rsidRPr="00457F5E" w14:paraId="168DF28D" w14:textId="77777777" w:rsidTr="00E7736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471F855" w14:textId="77777777" w:rsidR="008045E3" w:rsidRPr="00375305" w:rsidRDefault="008045E3">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350D2E8" w14:textId="3FDA5A64"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Se promueve la producción conjunta entre doctorandos, tutores y actores del ámbito profesional para favorecer la transferencia del conocimiento.</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EB7FC33"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3531C46"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6708AEA" w14:textId="77777777" w:rsidR="008045E3" w:rsidRPr="00375305" w:rsidRDefault="008045E3">
            <w:pPr>
              <w:spacing w:after="0" w:line="240" w:lineRule="auto"/>
              <w:jc w:val="center"/>
              <w:rPr>
                <w:szCs w:val="20"/>
                <w:lang w:val="es-PY"/>
              </w:rPr>
            </w:pPr>
          </w:p>
        </w:tc>
      </w:tr>
      <w:tr w:rsidR="008045E3" w:rsidRPr="00457F5E" w14:paraId="216C234D" w14:textId="77777777" w:rsidTr="00E7736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E9EBFE5" w14:textId="77777777" w:rsidR="008045E3" w:rsidRPr="00375305" w:rsidRDefault="008045E3">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B34A8A2" w14:textId="2FC7E9FB"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Se implementan mecanismos institucionales para la difusión y transferencia de los conocimien</w:t>
            </w:r>
            <w:r w:rsidR="00C00B6A" w:rsidRPr="00F3623F">
              <w:rPr>
                <w:color w:val="000000" w:themeColor="text1"/>
                <w:szCs w:val="20"/>
                <w:lang w:val="es-PY"/>
              </w:rPr>
              <w:t>tos y productos generados por los</w:t>
            </w:r>
            <w:r w:rsidRPr="00F3623F">
              <w:rPr>
                <w:color w:val="000000" w:themeColor="text1"/>
                <w:szCs w:val="20"/>
                <w:lang w:val="es-PY"/>
              </w:rPr>
              <w:t xml:space="preserve"> programa</w:t>
            </w:r>
            <w:r w:rsidR="00C00B6A" w:rsidRPr="00F3623F">
              <w:rPr>
                <w:color w:val="000000" w:themeColor="text1"/>
                <w:szCs w:val="20"/>
                <w:lang w:val="es-PY"/>
              </w:rPr>
              <w:t>s</w:t>
            </w:r>
            <w:r w:rsidRPr="00F3623F">
              <w:rPr>
                <w:color w:val="000000" w:themeColor="text1"/>
                <w:szCs w:val="20"/>
                <w:lang w:val="es-PY"/>
              </w:rPr>
              <w:t>.</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E360CAA"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90D056"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09579BE" w14:textId="77777777" w:rsidR="008045E3" w:rsidRPr="00375305" w:rsidRDefault="008045E3">
            <w:pPr>
              <w:spacing w:after="0" w:line="240" w:lineRule="auto"/>
              <w:jc w:val="center"/>
              <w:rPr>
                <w:szCs w:val="20"/>
                <w:lang w:val="es-PY"/>
              </w:rPr>
            </w:pPr>
          </w:p>
        </w:tc>
      </w:tr>
      <w:tr w:rsidR="008045E3" w:rsidRPr="00457F5E" w14:paraId="3C0C519A" w14:textId="77777777" w:rsidTr="00E7736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4C92FA11" w14:textId="77777777" w:rsidR="008045E3" w:rsidRPr="00375305" w:rsidRDefault="008045E3">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D9047C0" w14:textId="241CD4C4"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La transferencia de los conocimientos y productos generados, así como su contribución a la mejora de prácticas y procesos del ámbito profesional, son utilizados para in</w:t>
            </w:r>
            <w:r w:rsidR="00C00B6A" w:rsidRPr="00F3623F">
              <w:rPr>
                <w:color w:val="000000" w:themeColor="text1"/>
                <w:szCs w:val="20"/>
                <w:lang w:val="es-PY"/>
              </w:rPr>
              <w:t xml:space="preserve">troducir mejoras en </w:t>
            </w:r>
            <w:r w:rsidR="00375305">
              <w:rPr>
                <w:color w:val="000000" w:themeColor="text1"/>
                <w:szCs w:val="20"/>
                <w:lang w:val="es-PY"/>
              </w:rPr>
              <w:t>los programas.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31D67F7"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2A590D"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5A73E42" w14:textId="77777777" w:rsidR="008045E3" w:rsidRPr="00375305" w:rsidRDefault="008045E3">
            <w:pPr>
              <w:spacing w:after="0" w:line="240" w:lineRule="auto"/>
              <w:jc w:val="center"/>
              <w:rPr>
                <w:szCs w:val="20"/>
                <w:lang w:val="es-PY"/>
              </w:rPr>
            </w:pPr>
          </w:p>
        </w:tc>
      </w:tr>
      <w:tr w:rsidR="008045E3" w:rsidRPr="00457F5E" w14:paraId="5E158133" w14:textId="77777777" w:rsidTr="00A22F53">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64A38666"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7067EDAA" w14:textId="77777777" w:rsidR="008045E3" w:rsidRPr="00A22F53" w:rsidRDefault="008045E3">
            <w:pPr>
              <w:spacing w:after="0" w:line="240" w:lineRule="auto"/>
              <w:rPr>
                <w:szCs w:val="20"/>
                <w:lang w:val="es-PY"/>
              </w:rPr>
            </w:pPr>
          </w:p>
        </w:tc>
      </w:tr>
      <w:tr w:rsidR="008045E3" w:rsidRPr="00A22F53" w14:paraId="7F11DE47" w14:textId="77777777" w:rsidTr="00A22F53">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A0A77D6"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EA445AC" w14:textId="77777777" w:rsidR="008045E3" w:rsidRPr="00A22F53" w:rsidRDefault="00A22F53">
            <w:pPr>
              <w:spacing w:after="0" w:line="240" w:lineRule="auto"/>
              <w:jc w:val="center"/>
              <w:rPr>
                <w:szCs w:val="20"/>
              </w:rPr>
            </w:pPr>
            <w:r w:rsidRPr="00A22F53">
              <w:rPr>
                <w:b/>
                <w:color w:val="000000"/>
                <w:szCs w:val="20"/>
              </w:rPr>
              <w:t>Medios de verificación</w:t>
            </w:r>
          </w:p>
        </w:tc>
      </w:tr>
      <w:tr w:rsidR="008045E3" w:rsidRPr="00A22F53" w14:paraId="589CCDB7" w14:textId="77777777" w:rsidTr="00375305">
        <w:trPr>
          <w:cantSplit/>
          <w:trHeight w:hRule="exact" w:val="9517"/>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6B89414D" w14:textId="77777777" w:rsidR="008045E3" w:rsidRPr="00A22F53" w:rsidRDefault="008045E3" w:rsidP="00375305">
            <w:pPr>
              <w:jc w:val="both"/>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0B9B1C64" w14:textId="77777777" w:rsidR="008045E3" w:rsidRPr="00A22F53" w:rsidRDefault="008045E3" w:rsidP="00375305">
            <w:pPr>
              <w:jc w:val="both"/>
              <w:rPr>
                <w:szCs w:val="20"/>
              </w:rPr>
            </w:pPr>
          </w:p>
        </w:tc>
      </w:tr>
    </w:tbl>
    <w:p w14:paraId="0FAC0157" w14:textId="54BC20FA" w:rsidR="007C2565" w:rsidRDefault="007C2565">
      <w:pPr>
        <w:spacing w:after="0"/>
      </w:pPr>
    </w:p>
    <w:tbl>
      <w:tblPr>
        <w:tblW w:w="0" w:type="auto"/>
        <w:jc w:val="center"/>
        <w:tblLook w:val="04A0" w:firstRow="1" w:lastRow="0" w:firstColumn="1" w:lastColumn="0" w:noHBand="0" w:noVBand="1"/>
      </w:tblPr>
      <w:tblGrid>
        <w:gridCol w:w="1786"/>
        <w:gridCol w:w="4666"/>
        <w:gridCol w:w="804"/>
        <w:gridCol w:w="804"/>
        <w:gridCol w:w="997"/>
      </w:tblGrid>
      <w:tr w:rsidR="00A22F53" w14:paraId="4B342FCC" w14:textId="77777777" w:rsidTr="005A41E6">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12250E9" w14:textId="219F0842" w:rsidR="00A22F53" w:rsidRDefault="00A22F53">
            <w:pPr>
              <w:spacing w:after="0" w:line="240" w:lineRule="auto"/>
              <w:jc w:val="center"/>
            </w:pPr>
            <w:r>
              <w:rPr>
                <w:b/>
                <w:color w:val="000000"/>
                <w:sz w:val="19"/>
              </w:rPr>
              <w:lastRenderedPageBreak/>
              <w:t>C</w:t>
            </w:r>
            <w:r w:rsidR="005A41E6">
              <w:rPr>
                <w:b/>
                <w:color w:val="000000"/>
                <w:sz w:val="19"/>
              </w:rPr>
              <w:t xml:space="preserve">riterio </w:t>
            </w:r>
          </w:p>
        </w:tc>
        <w:tc>
          <w:tcPr>
            <w:tcW w:w="4666" w:type="dxa"/>
            <w:vMerge w:val="restart"/>
            <w:tcBorders>
              <w:top w:val="single" w:sz="5" w:space="0" w:color="444444"/>
              <w:left w:val="single" w:sz="5" w:space="0" w:color="444444"/>
              <w:right w:val="single" w:sz="5" w:space="0" w:color="444444"/>
            </w:tcBorders>
            <w:shd w:val="clear" w:color="auto" w:fill="8AC4A7"/>
            <w:vAlign w:val="center"/>
          </w:tcPr>
          <w:p w14:paraId="4C86E3C5" w14:textId="77777777" w:rsidR="00A22F53" w:rsidRPr="00A22F53" w:rsidRDefault="00A22F53">
            <w:pPr>
              <w:spacing w:after="0" w:line="240" w:lineRule="auto"/>
              <w:jc w:val="center"/>
              <w:rPr>
                <w:szCs w:val="20"/>
              </w:rPr>
            </w:pPr>
            <w:r w:rsidRPr="00A22F53">
              <w:rPr>
                <w:b/>
                <w:color w:val="000000"/>
                <w:szCs w:val="20"/>
              </w:rPr>
              <w:t>Indicadores</w:t>
            </w: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DDCD069"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14:paraId="7B1E57E6" w14:textId="77777777" w:rsidTr="005A41E6">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C1A956E" w14:textId="77777777" w:rsidR="00A22F53" w:rsidRDefault="00A22F53">
            <w:pPr>
              <w:spacing w:after="0" w:line="240" w:lineRule="auto"/>
            </w:pPr>
          </w:p>
        </w:tc>
        <w:tc>
          <w:tcPr>
            <w:tcW w:w="4666" w:type="dxa"/>
            <w:vMerge/>
            <w:tcBorders>
              <w:left w:val="single" w:sz="5" w:space="0" w:color="444444"/>
              <w:bottom w:val="single" w:sz="5" w:space="0" w:color="444444"/>
              <w:right w:val="single" w:sz="5" w:space="0" w:color="444444"/>
            </w:tcBorders>
            <w:shd w:val="clear" w:color="auto" w:fill="8AC4A7"/>
            <w:vAlign w:val="center"/>
          </w:tcPr>
          <w:p w14:paraId="12E35B28" w14:textId="77777777" w:rsidR="00A22F53" w:rsidRPr="00A22F53" w:rsidRDefault="00A22F53">
            <w:pPr>
              <w:spacing w:after="0" w:line="240" w:lineRule="auto"/>
              <w:rPr>
                <w:szCs w:val="20"/>
              </w:rPr>
            </w:pP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72CB7DE" w14:textId="77777777" w:rsidR="00A22F53" w:rsidRPr="00A22F53" w:rsidRDefault="00A22F53">
            <w:pPr>
              <w:spacing w:after="0" w:line="240" w:lineRule="auto"/>
              <w:jc w:val="center"/>
              <w:rPr>
                <w:szCs w:val="20"/>
              </w:rPr>
            </w:pPr>
            <w:r w:rsidRPr="00A22F53">
              <w:rPr>
                <w:b/>
                <w:color w:val="000000"/>
                <w:szCs w:val="20"/>
              </w:rPr>
              <w:t>CT</w:t>
            </w: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9968B2D" w14:textId="77777777" w:rsidR="00A22F53" w:rsidRPr="00A22F53" w:rsidRDefault="00A22F53">
            <w:pPr>
              <w:spacing w:after="0" w:line="240" w:lineRule="auto"/>
              <w:jc w:val="center"/>
              <w:rPr>
                <w:szCs w:val="20"/>
              </w:rPr>
            </w:pPr>
            <w:r w:rsidRPr="00A22F53">
              <w:rPr>
                <w:b/>
                <w:color w:val="000000"/>
                <w:szCs w:val="20"/>
              </w:rPr>
              <w:t>CP</w:t>
            </w:r>
          </w:p>
        </w:tc>
        <w:tc>
          <w:tcPr>
            <w:tcW w:w="997"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F661AC9" w14:textId="77777777" w:rsidR="00A22F53" w:rsidRPr="00A22F53" w:rsidRDefault="00A22F53">
            <w:pPr>
              <w:spacing w:after="0" w:line="240" w:lineRule="auto"/>
              <w:jc w:val="center"/>
              <w:rPr>
                <w:szCs w:val="20"/>
              </w:rPr>
            </w:pPr>
            <w:r w:rsidRPr="00A22F53">
              <w:rPr>
                <w:b/>
                <w:color w:val="000000"/>
                <w:szCs w:val="20"/>
              </w:rPr>
              <w:t>NC</w:t>
            </w:r>
          </w:p>
        </w:tc>
      </w:tr>
      <w:tr w:rsidR="008045E3" w:rsidRPr="00457F5E" w14:paraId="22310F31" w14:textId="77777777" w:rsidTr="005A41E6">
        <w:trPr>
          <w:cantSplit/>
          <w:trHeight w:val="705"/>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334BA4F" w14:textId="77777777" w:rsidR="008045E3" w:rsidRDefault="00477A1C">
            <w:pPr>
              <w:spacing w:after="0"/>
              <w:jc w:val="center"/>
              <w:rPr>
                <w:b/>
                <w:color w:val="E31B23"/>
                <w:sz w:val="19"/>
                <w:lang w:val="es-PY"/>
              </w:rPr>
            </w:pPr>
            <w:r w:rsidRPr="007C2565">
              <w:rPr>
                <w:b/>
                <w:color w:val="000000"/>
                <w:sz w:val="19"/>
                <w:lang w:val="es-PY"/>
              </w:rPr>
              <w:t>Pertinencia del cuerpo académico para la forma</w:t>
            </w:r>
            <w:r w:rsidR="007C2565" w:rsidRPr="007C2565">
              <w:rPr>
                <w:b/>
                <w:color w:val="000000"/>
                <w:sz w:val="19"/>
                <w:lang w:val="es-PY"/>
              </w:rPr>
              <w:t>ción doctoral profesionalizante</w:t>
            </w:r>
            <w:r w:rsidR="00A22F53" w:rsidRPr="007C2565">
              <w:rPr>
                <w:b/>
                <w:color w:val="E31B23"/>
                <w:sz w:val="19"/>
                <w:lang w:val="es-PY"/>
              </w:rPr>
              <w:br/>
              <w:t>(Sustantivo)</w:t>
            </w:r>
          </w:p>
          <w:p w14:paraId="561F0C50" w14:textId="5CB18D57" w:rsidR="005A41E6" w:rsidRPr="007C2565" w:rsidRDefault="005A41E6">
            <w:pPr>
              <w:spacing w:after="0"/>
              <w:jc w:val="center"/>
              <w:rPr>
                <w:lang w:val="es-PY"/>
              </w:rPr>
            </w:pPr>
            <w:r w:rsidRPr="005A41E6">
              <w:rPr>
                <w:b/>
                <w:color w:val="000000" w:themeColor="text1"/>
                <w:sz w:val="19"/>
                <w:lang w:val="es-PY"/>
              </w:rPr>
              <w:t>(D3.C1)</w:t>
            </w: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0283959" w14:textId="51D4D07F" w:rsidR="008045E3" w:rsidRPr="007C2565" w:rsidRDefault="00A22F53">
            <w:pPr>
              <w:spacing w:after="0" w:line="240" w:lineRule="auto"/>
              <w:jc w:val="both"/>
              <w:rPr>
                <w:szCs w:val="20"/>
                <w:lang w:val="es-PY"/>
              </w:rPr>
            </w:pPr>
            <w:r w:rsidRPr="007C2565">
              <w:rPr>
                <w:color w:val="000000"/>
                <w:szCs w:val="20"/>
                <w:lang w:val="es-PY"/>
              </w:rPr>
              <w:t xml:space="preserve">a. </w:t>
            </w:r>
            <w:r w:rsidR="00477A1C" w:rsidRPr="007C2565">
              <w:rPr>
                <w:color w:val="000000"/>
                <w:szCs w:val="20"/>
                <w:lang w:val="es-PY"/>
              </w:rPr>
              <w:t>El cuerpo académico posee formación docto</w:t>
            </w:r>
            <w:r w:rsidR="005A41E6">
              <w:rPr>
                <w:color w:val="000000"/>
                <w:szCs w:val="20"/>
                <w:lang w:val="es-PY"/>
              </w:rPr>
              <w:t>ral  y trayectoria pertinente a los</w:t>
            </w:r>
            <w:r w:rsidR="00477A1C" w:rsidRPr="007C2565">
              <w:rPr>
                <w:color w:val="000000"/>
                <w:szCs w:val="20"/>
                <w:lang w:val="es-PY"/>
              </w:rPr>
              <w:t xml:space="preserve"> programa</w:t>
            </w:r>
            <w:r w:rsidR="005A41E6">
              <w:rPr>
                <w:color w:val="000000"/>
                <w:szCs w:val="20"/>
                <w:lang w:val="es-PY"/>
              </w:rPr>
              <w:t>s</w:t>
            </w:r>
            <w:r w:rsidR="00477A1C" w:rsidRPr="007C2565">
              <w:rPr>
                <w:color w:val="000000"/>
                <w:szCs w:val="20"/>
                <w:lang w:val="es-PY"/>
              </w:rPr>
              <w:t>, conforme a la normativa aplicable.</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22CCE78"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BF9A1D8"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2C2B1F0" w14:textId="77777777" w:rsidR="008045E3" w:rsidRPr="00375305" w:rsidRDefault="008045E3">
            <w:pPr>
              <w:spacing w:after="0" w:line="240" w:lineRule="auto"/>
              <w:jc w:val="center"/>
              <w:rPr>
                <w:szCs w:val="20"/>
                <w:lang w:val="es-PY"/>
              </w:rPr>
            </w:pPr>
          </w:p>
        </w:tc>
      </w:tr>
      <w:tr w:rsidR="008045E3" w:rsidRPr="00457F5E" w14:paraId="669B0858" w14:textId="77777777" w:rsidTr="005A41E6">
        <w:trPr>
          <w:cantSplit/>
          <w:trHeight w:val="55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4F209DD2" w14:textId="77777777" w:rsidR="008045E3" w:rsidRPr="00375305"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536505" w14:textId="649A8429" w:rsidR="008045E3" w:rsidRPr="007C2565" w:rsidRDefault="00A22F53">
            <w:pPr>
              <w:spacing w:after="0" w:line="240" w:lineRule="auto"/>
              <w:jc w:val="both"/>
              <w:rPr>
                <w:szCs w:val="20"/>
                <w:lang w:val="es-PY"/>
              </w:rPr>
            </w:pPr>
            <w:r w:rsidRPr="007C2565">
              <w:rPr>
                <w:color w:val="000000"/>
                <w:szCs w:val="20"/>
                <w:lang w:val="es-PY"/>
              </w:rPr>
              <w:t xml:space="preserve">b. </w:t>
            </w:r>
            <w:r w:rsidR="00477A1C" w:rsidRPr="007C2565">
              <w:rPr>
                <w:color w:val="000000"/>
                <w:szCs w:val="20"/>
                <w:lang w:val="es-PY"/>
              </w:rPr>
              <w:t>Los docentes evidencian producción científica o académica pertinente.</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7574196"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97C105B"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78C2602" w14:textId="77777777" w:rsidR="008045E3" w:rsidRPr="00375305" w:rsidRDefault="008045E3">
            <w:pPr>
              <w:spacing w:after="0" w:line="240" w:lineRule="auto"/>
              <w:jc w:val="center"/>
              <w:rPr>
                <w:szCs w:val="20"/>
                <w:lang w:val="es-PY"/>
              </w:rPr>
            </w:pPr>
          </w:p>
        </w:tc>
      </w:tr>
      <w:tr w:rsidR="008045E3" w:rsidRPr="00457F5E" w14:paraId="2065E32F" w14:textId="77777777" w:rsidTr="005A41E6">
        <w:trPr>
          <w:cantSplit/>
          <w:trHeight w:val="566"/>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49C0E34" w14:textId="77777777" w:rsidR="008045E3" w:rsidRPr="00375305"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1D9D2DB" w14:textId="010204FA" w:rsidR="008045E3" w:rsidRPr="007C2565" w:rsidRDefault="00A22F53" w:rsidP="005A41E6">
            <w:pPr>
              <w:spacing w:after="0" w:line="240" w:lineRule="auto"/>
              <w:jc w:val="both"/>
              <w:rPr>
                <w:szCs w:val="20"/>
                <w:lang w:val="es-PY"/>
              </w:rPr>
            </w:pPr>
            <w:r w:rsidRPr="007C2565">
              <w:rPr>
                <w:color w:val="000000"/>
                <w:szCs w:val="20"/>
                <w:lang w:val="es-PY"/>
              </w:rPr>
              <w:t xml:space="preserve">c. </w:t>
            </w:r>
            <w:r w:rsidR="00477A1C" w:rsidRPr="007C2565">
              <w:rPr>
                <w:color w:val="000000"/>
                <w:szCs w:val="20"/>
                <w:lang w:val="es-PY"/>
              </w:rPr>
              <w:t xml:space="preserve">El cuerpo académico cuenta con experiencia profesional </w:t>
            </w:r>
            <w:r w:rsidR="005A41E6">
              <w:rPr>
                <w:color w:val="000000"/>
                <w:szCs w:val="20"/>
                <w:lang w:val="es-PY"/>
              </w:rPr>
              <w:t>avanzada vinculada al campo de los programas.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C7AFFF7"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5BA697F"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B6DDA8B" w14:textId="77777777" w:rsidR="008045E3" w:rsidRPr="00375305" w:rsidRDefault="008045E3">
            <w:pPr>
              <w:spacing w:after="0" w:line="240" w:lineRule="auto"/>
              <w:jc w:val="center"/>
              <w:rPr>
                <w:szCs w:val="20"/>
                <w:lang w:val="es-PY"/>
              </w:rPr>
            </w:pPr>
          </w:p>
        </w:tc>
      </w:tr>
      <w:tr w:rsidR="008045E3" w:rsidRPr="00457F5E" w14:paraId="79206674" w14:textId="77777777" w:rsidTr="005A41E6">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FC94FFF" w14:textId="77777777" w:rsidR="008045E3" w:rsidRPr="00375305"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90EE63E" w14:textId="18C06D89" w:rsidR="008045E3" w:rsidRPr="007C2565" w:rsidRDefault="00A22F53" w:rsidP="00477A1C">
            <w:pPr>
              <w:spacing w:after="0" w:line="240" w:lineRule="auto"/>
              <w:jc w:val="both"/>
              <w:rPr>
                <w:szCs w:val="20"/>
                <w:lang w:val="es-PY"/>
              </w:rPr>
            </w:pPr>
            <w:r w:rsidRPr="007C2565">
              <w:rPr>
                <w:color w:val="000000"/>
                <w:szCs w:val="20"/>
                <w:lang w:val="es-PY"/>
              </w:rPr>
              <w:t xml:space="preserve">d. </w:t>
            </w:r>
            <w:r w:rsidR="00477A1C" w:rsidRPr="007C2565">
              <w:rPr>
                <w:color w:val="000000"/>
                <w:szCs w:val="20"/>
                <w:lang w:val="es-PY"/>
              </w:rPr>
              <w:t>Los docentes evidencian participación en procesos de innovación, intervención, consultoría, desarrollo, transferencia o solución de problemas complejos.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BA3B50E"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65E6CD"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A54251C" w14:textId="77777777" w:rsidR="008045E3" w:rsidRPr="00375305" w:rsidRDefault="008045E3">
            <w:pPr>
              <w:spacing w:after="0" w:line="240" w:lineRule="auto"/>
              <w:jc w:val="center"/>
              <w:rPr>
                <w:szCs w:val="20"/>
                <w:lang w:val="es-PY"/>
              </w:rPr>
            </w:pPr>
          </w:p>
        </w:tc>
      </w:tr>
      <w:tr w:rsidR="008045E3" w:rsidRPr="00457F5E" w14:paraId="0EA7E69F" w14:textId="77777777" w:rsidTr="005A41E6">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B0774B0" w14:textId="77777777" w:rsidR="008045E3" w:rsidRPr="00375305"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8146A38" w14:textId="60607590" w:rsidR="008045E3" w:rsidRPr="007C2565" w:rsidRDefault="00A22F53" w:rsidP="00477A1C">
            <w:pPr>
              <w:spacing w:after="0" w:line="240" w:lineRule="auto"/>
              <w:jc w:val="both"/>
              <w:rPr>
                <w:szCs w:val="20"/>
                <w:lang w:val="es-PY"/>
              </w:rPr>
            </w:pPr>
            <w:r w:rsidRPr="007C2565">
              <w:rPr>
                <w:color w:val="000000"/>
                <w:szCs w:val="20"/>
                <w:lang w:val="es-PY"/>
              </w:rPr>
              <w:t xml:space="preserve">e. </w:t>
            </w:r>
            <w:r w:rsidR="007C2565" w:rsidRPr="007C2565">
              <w:rPr>
                <w:color w:val="000000"/>
                <w:szCs w:val="20"/>
                <w:lang w:val="es-PY"/>
              </w:rPr>
              <w:t>El desempeño docente en las actividades académicas se evalúa periódicamente</w:t>
            </w:r>
            <w:r w:rsidR="005A41E6">
              <w:rPr>
                <w:color w:val="000000"/>
                <w:szCs w:val="20"/>
                <w:lang w:val="es-PY"/>
              </w:rPr>
              <w:t xml:space="preserve"> para fortalecer la calidad de los programas.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23B9792" w14:textId="77777777" w:rsidR="008045E3" w:rsidRPr="00375305"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332A2D8" w14:textId="77777777" w:rsidR="008045E3" w:rsidRPr="00375305"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89DF409" w14:textId="77777777" w:rsidR="008045E3" w:rsidRPr="00375305" w:rsidRDefault="008045E3">
            <w:pPr>
              <w:spacing w:after="0" w:line="240" w:lineRule="auto"/>
              <w:jc w:val="center"/>
              <w:rPr>
                <w:szCs w:val="20"/>
                <w:lang w:val="es-PY"/>
              </w:rPr>
            </w:pPr>
          </w:p>
        </w:tc>
      </w:tr>
      <w:tr w:rsidR="008045E3" w:rsidRPr="00457F5E" w14:paraId="064B2920" w14:textId="77777777" w:rsidTr="005A41E6">
        <w:trPr>
          <w:cantSplit/>
          <w:trHeight w:hRule="exact" w:val="312"/>
          <w:jc w:val="center"/>
        </w:trPr>
        <w:tc>
          <w:tcPr>
            <w:tcW w:w="6452" w:type="dxa"/>
            <w:gridSpan w:val="2"/>
            <w:tcBorders>
              <w:top w:val="single" w:sz="5" w:space="0" w:color="444444"/>
              <w:left w:val="single" w:sz="5" w:space="0" w:color="444444"/>
              <w:bottom w:val="single" w:sz="5" w:space="0" w:color="444444"/>
              <w:right w:val="single" w:sz="5" w:space="0" w:color="444444"/>
            </w:tcBorders>
            <w:vAlign w:val="center"/>
          </w:tcPr>
          <w:p w14:paraId="5A472412"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605" w:type="dxa"/>
            <w:gridSpan w:val="3"/>
            <w:tcBorders>
              <w:top w:val="single" w:sz="5" w:space="0" w:color="444444"/>
              <w:left w:val="single" w:sz="5" w:space="0" w:color="444444"/>
              <w:bottom w:val="single" w:sz="5" w:space="0" w:color="444444"/>
              <w:right w:val="single" w:sz="5" w:space="0" w:color="444444"/>
            </w:tcBorders>
            <w:vAlign w:val="center"/>
          </w:tcPr>
          <w:p w14:paraId="763FBD39" w14:textId="77777777" w:rsidR="008045E3" w:rsidRPr="00A22F53" w:rsidRDefault="008045E3">
            <w:pPr>
              <w:spacing w:after="0" w:line="240" w:lineRule="auto"/>
              <w:rPr>
                <w:szCs w:val="20"/>
                <w:lang w:val="es-PY"/>
              </w:rPr>
            </w:pPr>
          </w:p>
        </w:tc>
      </w:tr>
      <w:tr w:rsidR="008045E3" w14:paraId="7E9793D7" w14:textId="77777777" w:rsidTr="005A41E6">
        <w:trPr>
          <w:cantSplit/>
          <w:trHeight w:hRule="exact" w:val="340"/>
          <w:jc w:val="center"/>
        </w:trPr>
        <w:tc>
          <w:tcPr>
            <w:tcW w:w="6452"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C755605"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C71A36F" w14:textId="77777777" w:rsidR="008045E3" w:rsidRPr="00A22F53" w:rsidRDefault="00A22F53">
            <w:pPr>
              <w:spacing w:after="0" w:line="240" w:lineRule="auto"/>
              <w:jc w:val="center"/>
              <w:rPr>
                <w:szCs w:val="20"/>
              </w:rPr>
            </w:pPr>
            <w:r w:rsidRPr="00A22F53">
              <w:rPr>
                <w:b/>
                <w:color w:val="000000"/>
                <w:szCs w:val="20"/>
              </w:rPr>
              <w:t>Medios de verificación</w:t>
            </w:r>
          </w:p>
        </w:tc>
      </w:tr>
      <w:tr w:rsidR="008045E3" w14:paraId="141F96AB" w14:textId="77777777" w:rsidTr="00375305">
        <w:trPr>
          <w:cantSplit/>
          <w:trHeight w:hRule="exact" w:val="8228"/>
          <w:jc w:val="center"/>
        </w:trPr>
        <w:tc>
          <w:tcPr>
            <w:tcW w:w="6452" w:type="dxa"/>
            <w:gridSpan w:val="2"/>
            <w:tcBorders>
              <w:top w:val="single" w:sz="5" w:space="0" w:color="444444"/>
              <w:left w:val="single" w:sz="5" w:space="0" w:color="444444"/>
              <w:bottom w:val="single" w:sz="5" w:space="0" w:color="444444"/>
              <w:right w:val="single" w:sz="5" w:space="0" w:color="444444"/>
            </w:tcBorders>
            <w:shd w:val="clear" w:color="auto" w:fill="FFFFFF"/>
          </w:tcPr>
          <w:p w14:paraId="180F99FE" w14:textId="77777777" w:rsidR="008045E3" w:rsidRPr="00A22F53" w:rsidRDefault="008045E3" w:rsidP="00375305">
            <w:pPr>
              <w:jc w:val="both"/>
              <w:rPr>
                <w:szCs w:val="20"/>
              </w:rPr>
            </w:pP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FFFFFF"/>
          </w:tcPr>
          <w:p w14:paraId="2993548E" w14:textId="77777777" w:rsidR="008045E3" w:rsidRPr="00A22F53" w:rsidRDefault="008045E3" w:rsidP="00375305">
            <w:pPr>
              <w:jc w:val="both"/>
              <w:rPr>
                <w:szCs w:val="20"/>
              </w:rPr>
            </w:pPr>
          </w:p>
        </w:tc>
      </w:tr>
    </w:tbl>
    <w:p w14:paraId="1AE3D1C0" w14:textId="77777777" w:rsidR="008045E3" w:rsidRDefault="00A22F53">
      <w:pPr>
        <w:spacing w:after="0"/>
      </w:pPr>
      <w:r>
        <w:br w:type="page"/>
      </w:r>
    </w:p>
    <w:tbl>
      <w:tblPr>
        <w:tblW w:w="0" w:type="auto"/>
        <w:jc w:val="center"/>
        <w:tblLayout w:type="fixed"/>
        <w:tblLook w:val="04A0" w:firstRow="1" w:lastRow="0" w:firstColumn="1" w:lastColumn="0" w:noHBand="0" w:noVBand="1"/>
      </w:tblPr>
      <w:tblGrid>
        <w:gridCol w:w="1786"/>
        <w:gridCol w:w="4667"/>
        <w:gridCol w:w="10"/>
        <w:gridCol w:w="794"/>
        <w:gridCol w:w="11"/>
        <w:gridCol w:w="793"/>
        <w:gridCol w:w="12"/>
        <w:gridCol w:w="805"/>
        <w:gridCol w:w="181"/>
      </w:tblGrid>
      <w:tr w:rsidR="00EF066C" w:rsidRPr="00EF066C" w14:paraId="615F7244" w14:textId="77777777" w:rsidTr="008C635A">
        <w:trPr>
          <w:gridAfter w:val="1"/>
          <w:wAfter w:w="179" w:type="dxa"/>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5468FFC3" w14:textId="78B0B6B8" w:rsidR="00EF066C" w:rsidRPr="00EF066C" w:rsidRDefault="00A22F53">
            <w:pPr>
              <w:spacing w:after="0" w:line="240" w:lineRule="auto"/>
              <w:jc w:val="center"/>
              <w:rPr>
                <w:szCs w:val="20"/>
              </w:rPr>
            </w:pPr>
            <w:r>
              <w:lastRenderedPageBreak/>
              <w:br w:type="page"/>
            </w:r>
            <w:r w:rsidR="006A027C">
              <w:rPr>
                <w:b/>
                <w:color w:val="000000"/>
                <w:szCs w:val="20"/>
              </w:rPr>
              <w:t xml:space="preserve">Criterio </w:t>
            </w:r>
          </w:p>
        </w:tc>
        <w:tc>
          <w:tcPr>
            <w:tcW w:w="4677" w:type="dxa"/>
            <w:gridSpan w:val="2"/>
            <w:vMerge w:val="restart"/>
            <w:tcBorders>
              <w:top w:val="single" w:sz="5" w:space="0" w:color="444444"/>
              <w:left w:val="single" w:sz="5" w:space="0" w:color="444444"/>
              <w:right w:val="single" w:sz="5" w:space="0" w:color="444444"/>
            </w:tcBorders>
            <w:shd w:val="clear" w:color="auto" w:fill="8AC4A7"/>
            <w:vAlign w:val="center"/>
          </w:tcPr>
          <w:p w14:paraId="5B28CCB8"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47429BCA"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rsidRPr="00EF066C" w14:paraId="5DB0BB27" w14:textId="77777777" w:rsidTr="008C635A">
        <w:trPr>
          <w:gridAfter w:val="1"/>
          <w:wAfter w:w="179" w:type="dxa"/>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5AF8B66" w14:textId="77777777" w:rsidR="00EF066C" w:rsidRPr="00EF066C" w:rsidRDefault="00EF066C">
            <w:pPr>
              <w:spacing w:after="0" w:line="240" w:lineRule="auto"/>
              <w:rPr>
                <w:szCs w:val="20"/>
              </w:rPr>
            </w:pPr>
          </w:p>
        </w:tc>
        <w:tc>
          <w:tcPr>
            <w:tcW w:w="4677" w:type="dxa"/>
            <w:gridSpan w:val="2"/>
            <w:vMerge/>
            <w:tcBorders>
              <w:left w:val="single" w:sz="5" w:space="0" w:color="444444"/>
              <w:bottom w:val="single" w:sz="5" w:space="0" w:color="444444"/>
              <w:right w:val="single" w:sz="5" w:space="0" w:color="444444"/>
            </w:tcBorders>
            <w:shd w:val="clear" w:color="auto" w:fill="8AC4A7"/>
            <w:vAlign w:val="center"/>
          </w:tcPr>
          <w:p w14:paraId="5A8382B9" w14:textId="77777777" w:rsidR="00EF066C" w:rsidRPr="00EF066C" w:rsidRDefault="00EF066C">
            <w:pPr>
              <w:spacing w:after="0" w:line="240" w:lineRule="auto"/>
              <w:rPr>
                <w:szCs w:val="20"/>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23AD5AB" w14:textId="77777777" w:rsidR="00EF066C" w:rsidRPr="00EF066C" w:rsidRDefault="00EF066C">
            <w:pPr>
              <w:spacing w:after="0" w:line="240" w:lineRule="auto"/>
              <w:jc w:val="center"/>
              <w:rPr>
                <w:szCs w:val="20"/>
              </w:rPr>
            </w:pPr>
            <w:r w:rsidRPr="00EF066C">
              <w:rPr>
                <w:b/>
                <w:color w:val="000000"/>
                <w:szCs w:val="20"/>
              </w:rPr>
              <w:t>CT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623A829"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0F6F8B9" w14:textId="77777777" w:rsidR="00EF066C" w:rsidRPr="00EF066C" w:rsidRDefault="00EF066C">
            <w:pPr>
              <w:spacing w:after="0" w:line="240" w:lineRule="auto"/>
              <w:jc w:val="center"/>
              <w:rPr>
                <w:szCs w:val="20"/>
              </w:rPr>
            </w:pPr>
            <w:r w:rsidRPr="00EF066C">
              <w:rPr>
                <w:b/>
                <w:color w:val="000000"/>
                <w:szCs w:val="20"/>
              </w:rPr>
              <w:t>NC</w:t>
            </w:r>
          </w:p>
        </w:tc>
      </w:tr>
      <w:tr w:rsidR="008045E3" w:rsidRPr="00457F5E" w14:paraId="28B6EC04" w14:textId="77777777" w:rsidTr="00502812">
        <w:trPr>
          <w:gridAfter w:val="1"/>
          <w:wAfter w:w="179" w:type="dxa"/>
          <w:cantSplit/>
          <w:trHeight w:val="658"/>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1508FF8" w14:textId="76B92F05" w:rsidR="008045E3" w:rsidRDefault="00A22F53" w:rsidP="005A41E6">
            <w:pPr>
              <w:spacing w:after="0"/>
              <w:ind w:left="-112" w:right="-163" w:firstLine="112"/>
              <w:jc w:val="center"/>
              <w:rPr>
                <w:b/>
                <w:color w:val="E31B23"/>
                <w:szCs w:val="20"/>
                <w:lang w:val="es-PY"/>
              </w:rPr>
            </w:pPr>
            <w:r w:rsidRPr="00F83ABC">
              <w:rPr>
                <w:b/>
                <w:color w:val="000000"/>
                <w:szCs w:val="20"/>
                <w:lang w:val="es-PY"/>
              </w:rPr>
              <w:t>Impacto de la internacionali</w:t>
            </w:r>
            <w:r w:rsidR="004E6848">
              <w:rPr>
                <w:b/>
                <w:color w:val="000000"/>
                <w:szCs w:val="20"/>
                <w:lang w:val="es-PY"/>
              </w:rPr>
              <w:t>zación en la formación doctoral</w:t>
            </w:r>
          </w:p>
          <w:p w14:paraId="6008C139" w14:textId="2A3C0C53" w:rsidR="006A027C" w:rsidRPr="00F83ABC" w:rsidRDefault="006A027C" w:rsidP="005A41E6">
            <w:pPr>
              <w:spacing w:after="0"/>
              <w:ind w:left="-112" w:right="-163" w:firstLine="112"/>
              <w:jc w:val="center"/>
              <w:rPr>
                <w:szCs w:val="20"/>
                <w:lang w:val="es-PY"/>
              </w:rPr>
            </w:pPr>
            <w:r w:rsidRPr="006A027C">
              <w:rPr>
                <w:b/>
                <w:color w:val="000000" w:themeColor="text1"/>
                <w:szCs w:val="20"/>
                <w:lang w:val="es-PY"/>
              </w:rPr>
              <w:t>(D3.C</w:t>
            </w:r>
            <w:r w:rsidR="00375305">
              <w:rPr>
                <w:b/>
                <w:color w:val="000000" w:themeColor="text1"/>
                <w:szCs w:val="20"/>
                <w:lang w:val="es-PY"/>
              </w:rPr>
              <w:t>3</w:t>
            </w:r>
            <w:r w:rsidRPr="006A027C">
              <w:rPr>
                <w:b/>
                <w:color w:val="000000" w:themeColor="text1"/>
                <w:szCs w:val="20"/>
                <w:lang w:val="es-PY"/>
              </w:rPr>
              <w:t>)</w:t>
            </w: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AE9A3CA" w14:textId="6CF5CE84" w:rsidR="008045E3" w:rsidRPr="00F83ABC" w:rsidRDefault="00F83ABC" w:rsidP="00B95D30">
            <w:pPr>
              <w:spacing w:after="0" w:line="240" w:lineRule="auto"/>
              <w:jc w:val="both"/>
              <w:rPr>
                <w:szCs w:val="20"/>
                <w:lang w:val="es-PY"/>
              </w:rPr>
            </w:pPr>
            <w:r w:rsidRPr="00F83ABC">
              <w:rPr>
                <w:szCs w:val="20"/>
                <w:lang w:val="es-PY"/>
              </w:rPr>
              <w:t>a. Existen convenios internacionales con fines de investigación conjunta y cooperación académ</w:t>
            </w:r>
            <w:r w:rsidR="00B95D30">
              <w:rPr>
                <w:szCs w:val="20"/>
                <w:lang w:val="es-PY"/>
              </w:rPr>
              <w:t xml:space="preserve">ica que benefician a los programas. </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03D4E6F" w14:textId="77777777" w:rsidR="008045E3" w:rsidRPr="00375305"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AF6A7D4"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3914FFF" w14:textId="77777777" w:rsidR="008045E3" w:rsidRPr="00375305" w:rsidRDefault="008045E3">
            <w:pPr>
              <w:spacing w:after="0" w:line="240" w:lineRule="auto"/>
              <w:jc w:val="center"/>
              <w:rPr>
                <w:szCs w:val="20"/>
                <w:lang w:val="es-PY"/>
              </w:rPr>
            </w:pPr>
          </w:p>
        </w:tc>
      </w:tr>
      <w:tr w:rsidR="008045E3" w:rsidRPr="00457F5E" w14:paraId="07731EF0" w14:textId="77777777" w:rsidTr="00502812">
        <w:trPr>
          <w:gridAfter w:val="1"/>
          <w:wAfter w:w="179" w:type="dxa"/>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0C890B08"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078E084" w14:textId="1EC59739" w:rsidR="008045E3" w:rsidRPr="00F83ABC" w:rsidRDefault="00F83ABC" w:rsidP="00F83ABC">
            <w:pPr>
              <w:spacing w:after="0" w:line="240" w:lineRule="auto"/>
              <w:jc w:val="both"/>
              <w:rPr>
                <w:szCs w:val="20"/>
                <w:lang w:val="es-PY"/>
              </w:rPr>
            </w:pPr>
            <w:r w:rsidRPr="00F83ABC">
              <w:rPr>
                <w:szCs w:val="20"/>
                <w:lang w:val="es-PY"/>
              </w:rPr>
              <w:t>b. Se fomenta la movilidad internacional de docentes y participantes.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849DAAE" w14:textId="77777777" w:rsidR="008045E3" w:rsidRPr="00375305"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4571DEE"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D23F4CD" w14:textId="77777777" w:rsidR="008045E3" w:rsidRPr="00375305" w:rsidRDefault="008045E3">
            <w:pPr>
              <w:spacing w:after="0" w:line="240" w:lineRule="auto"/>
              <w:jc w:val="center"/>
              <w:rPr>
                <w:szCs w:val="20"/>
                <w:lang w:val="es-PY"/>
              </w:rPr>
            </w:pPr>
          </w:p>
        </w:tc>
      </w:tr>
      <w:tr w:rsidR="008045E3" w:rsidRPr="00457F5E" w14:paraId="787D05CF" w14:textId="77777777" w:rsidTr="00502812">
        <w:trPr>
          <w:gridAfter w:val="1"/>
          <w:wAfter w:w="179" w:type="dxa"/>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66769515"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E4233CC" w14:textId="71770C46" w:rsidR="008045E3" w:rsidRPr="00F83ABC" w:rsidRDefault="00F83ABC" w:rsidP="00B95D30">
            <w:pPr>
              <w:spacing w:after="0" w:line="240" w:lineRule="auto"/>
              <w:jc w:val="both"/>
              <w:rPr>
                <w:szCs w:val="20"/>
                <w:lang w:val="es-PY"/>
              </w:rPr>
            </w:pPr>
            <w:r w:rsidRPr="00F83ABC">
              <w:rPr>
                <w:szCs w:val="20"/>
                <w:lang w:val="es-PY"/>
              </w:rPr>
              <w:t xml:space="preserve">c. </w:t>
            </w:r>
            <w:r w:rsidR="00B95D30">
              <w:rPr>
                <w:szCs w:val="20"/>
                <w:lang w:val="es-PY"/>
              </w:rPr>
              <w:t>Los programas</w:t>
            </w:r>
            <w:r w:rsidRPr="00F83ABC">
              <w:rPr>
                <w:szCs w:val="20"/>
                <w:lang w:val="es-PY"/>
              </w:rPr>
              <w:t xml:space="preserve"> promueve</w:t>
            </w:r>
            <w:r w:rsidR="00B95D30">
              <w:rPr>
                <w:szCs w:val="20"/>
                <w:lang w:val="es-PY"/>
              </w:rPr>
              <w:t>n</w:t>
            </w:r>
            <w:r w:rsidRPr="00F83ABC">
              <w:rPr>
                <w:szCs w:val="20"/>
                <w:lang w:val="es-PY"/>
              </w:rPr>
              <w:t xml:space="preserve"> publicaciones y eventos con alcance inter</w:t>
            </w:r>
            <w:r w:rsidR="004E6848">
              <w:rPr>
                <w:szCs w:val="20"/>
                <w:lang w:val="es-PY"/>
              </w:rPr>
              <w:t>nacional, que contribuyen a la proyección académi</w:t>
            </w:r>
            <w:r w:rsidR="006A027C">
              <w:rPr>
                <w:szCs w:val="20"/>
                <w:lang w:val="es-PY"/>
              </w:rPr>
              <w:t>ca, profesional y científica de los</w:t>
            </w:r>
            <w:r w:rsidR="004E6848">
              <w:rPr>
                <w:szCs w:val="20"/>
                <w:lang w:val="es-PY"/>
              </w:rPr>
              <w:t xml:space="preserve"> programa</w:t>
            </w:r>
            <w:r w:rsidR="006A027C">
              <w:rPr>
                <w:szCs w:val="20"/>
                <w:lang w:val="es-PY"/>
              </w:rPr>
              <w:t>s</w:t>
            </w:r>
            <w:r w:rsidR="004E6848">
              <w:rPr>
                <w:szCs w:val="20"/>
                <w:lang w:val="es-PY"/>
              </w:rPr>
              <w: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CCA0BE5" w14:textId="77777777" w:rsidR="008045E3" w:rsidRPr="00375305"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E375AE2"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CA67255" w14:textId="77777777" w:rsidR="008045E3" w:rsidRPr="00375305" w:rsidRDefault="008045E3">
            <w:pPr>
              <w:spacing w:after="0" w:line="240" w:lineRule="auto"/>
              <w:jc w:val="center"/>
              <w:rPr>
                <w:szCs w:val="20"/>
                <w:lang w:val="es-PY"/>
              </w:rPr>
            </w:pPr>
          </w:p>
        </w:tc>
      </w:tr>
      <w:tr w:rsidR="008045E3" w:rsidRPr="00457F5E" w14:paraId="424C6366" w14:textId="77777777" w:rsidTr="00502812">
        <w:trPr>
          <w:gridAfter w:val="1"/>
          <w:wAfter w:w="179" w:type="dxa"/>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6F54DBB8"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57E160F" w14:textId="03892F72" w:rsidR="008045E3" w:rsidRPr="00F83ABC" w:rsidRDefault="00F83ABC" w:rsidP="00F83ABC">
            <w:pPr>
              <w:spacing w:after="0" w:line="240" w:lineRule="auto"/>
              <w:jc w:val="both"/>
              <w:rPr>
                <w:szCs w:val="20"/>
                <w:lang w:val="es-PY"/>
              </w:rPr>
            </w:pPr>
            <w:r w:rsidRPr="00F83ABC">
              <w:rPr>
                <w:szCs w:val="20"/>
                <w:lang w:val="es-PY"/>
              </w:rPr>
              <w:t>d. El currículo incorpora bibliografía especializada y</w:t>
            </w:r>
            <w:r w:rsidR="006D2E6A">
              <w:rPr>
                <w:szCs w:val="20"/>
                <w:lang w:val="es-PY"/>
              </w:rPr>
              <w:t>/o</w:t>
            </w:r>
            <w:r w:rsidRPr="00F83ABC">
              <w:rPr>
                <w:szCs w:val="20"/>
                <w:lang w:val="es-PY"/>
              </w:rPr>
              <w:t xml:space="preserve"> formación en lengua extranjera, acordes con las</w:t>
            </w:r>
            <w:r w:rsidR="004E6848">
              <w:rPr>
                <w:szCs w:val="20"/>
                <w:lang w:val="es-PY"/>
              </w:rPr>
              <w:t xml:space="preserve"> exigencias del nivel doctoral.</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1210CCC" w14:textId="77777777" w:rsidR="008045E3" w:rsidRPr="00375305"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BF4D5AA"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AB58F6F" w14:textId="77777777" w:rsidR="008045E3" w:rsidRPr="00375305" w:rsidRDefault="008045E3">
            <w:pPr>
              <w:spacing w:after="0" w:line="240" w:lineRule="auto"/>
              <w:jc w:val="center"/>
              <w:rPr>
                <w:szCs w:val="20"/>
                <w:lang w:val="es-PY"/>
              </w:rPr>
            </w:pPr>
          </w:p>
        </w:tc>
      </w:tr>
      <w:tr w:rsidR="008045E3" w:rsidRPr="00457F5E" w14:paraId="6AFA94FC" w14:textId="77777777" w:rsidTr="00502812">
        <w:trPr>
          <w:gridAfter w:val="1"/>
          <w:wAfter w:w="179" w:type="dxa"/>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078E243D"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310E603" w14:textId="0E64CD76" w:rsidR="008045E3" w:rsidRPr="00F83ABC" w:rsidRDefault="00F83ABC">
            <w:pPr>
              <w:spacing w:after="0" w:line="240" w:lineRule="auto"/>
              <w:jc w:val="both"/>
              <w:rPr>
                <w:szCs w:val="20"/>
                <w:lang w:val="es-PY"/>
              </w:rPr>
            </w:pPr>
            <w:r w:rsidRPr="00F83ABC">
              <w:rPr>
                <w:szCs w:val="20"/>
                <w:lang w:val="es-PY"/>
              </w:rPr>
              <w:t>e. Los resultados de las acciones de internacionalización se utilizan para mejorar el desarrollo académico</w:t>
            </w:r>
            <w:r w:rsidR="006D2E6A">
              <w:rPr>
                <w:szCs w:val="20"/>
                <w:lang w:val="es-PY"/>
              </w:rPr>
              <w:t>, profesional</w:t>
            </w:r>
            <w:r w:rsidR="00B95D30">
              <w:rPr>
                <w:szCs w:val="20"/>
                <w:lang w:val="es-PY"/>
              </w:rPr>
              <w:t xml:space="preserve"> y científico de los programas.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A550795" w14:textId="77777777" w:rsidR="008045E3" w:rsidRPr="00375305"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B10E121" w14:textId="77777777" w:rsidR="008045E3" w:rsidRPr="00375305"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1998E73" w14:textId="77777777" w:rsidR="008045E3" w:rsidRPr="00375305" w:rsidRDefault="008045E3">
            <w:pPr>
              <w:spacing w:after="0" w:line="240" w:lineRule="auto"/>
              <w:jc w:val="center"/>
              <w:rPr>
                <w:szCs w:val="20"/>
                <w:lang w:val="es-PY"/>
              </w:rPr>
            </w:pPr>
          </w:p>
        </w:tc>
      </w:tr>
      <w:tr w:rsidR="008045E3" w:rsidRPr="00457F5E" w14:paraId="3A596874" w14:textId="77777777" w:rsidTr="00EF066C">
        <w:trPr>
          <w:gridAfter w:val="1"/>
          <w:wAfter w:w="179" w:type="dxa"/>
          <w:cantSplit/>
          <w:trHeight w:hRule="exact" w:val="312"/>
          <w:jc w:val="center"/>
        </w:trPr>
        <w:tc>
          <w:tcPr>
            <w:tcW w:w="6463" w:type="dxa"/>
            <w:gridSpan w:val="3"/>
            <w:tcBorders>
              <w:top w:val="single" w:sz="5" w:space="0" w:color="444444"/>
              <w:left w:val="single" w:sz="5" w:space="0" w:color="444444"/>
              <w:bottom w:val="single" w:sz="5" w:space="0" w:color="444444"/>
              <w:right w:val="single" w:sz="5" w:space="0" w:color="444444"/>
            </w:tcBorders>
            <w:vAlign w:val="center"/>
          </w:tcPr>
          <w:p w14:paraId="2A328521" w14:textId="2B25B775" w:rsidR="008045E3" w:rsidRPr="00EF066C" w:rsidRDefault="008045E3">
            <w:pPr>
              <w:spacing w:after="0" w:line="240" w:lineRule="auto"/>
              <w:jc w:val="center"/>
              <w:rPr>
                <w:szCs w:val="20"/>
                <w:lang w:val="es-PY"/>
              </w:rPr>
            </w:pPr>
          </w:p>
        </w:tc>
        <w:tc>
          <w:tcPr>
            <w:tcW w:w="2415" w:type="dxa"/>
            <w:gridSpan w:val="5"/>
            <w:tcBorders>
              <w:top w:val="single" w:sz="5" w:space="0" w:color="444444"/>
              <w:left w:val="single" w:sz="5" w:space="0" w:color="444444"/>
              <w:bottom w:val="single" w:sz="5" w:space="0" w:color="444444"/>
              <w:right w:val="single" w:sz="5" w:space="0" w:color="444444"/>
            </w:tcBorders>
            <w:vAlign w:val="center"/>
          </w:tcPr>
          <w:p w14:paraId="6F2A06F2" w14:textId="77777777" w:rsidR="008045E3" w:rsidRPr="00EF066C" w:rsidRDefault="008045E3">
            <w:pPr>
              <w:spacing w:after="0" w:line="240" w:lineRule="auto"/>
              <w:rPr>
                <w:szCs w:val="20"/>
                <w:lang w:val="es-PY"/>
              </w:rPr>
            </w:pPr>
          </w:p>
        </w:tc>
      </w:tr>
      <w:tr w:rsidR="008045E3" w:rsidRPr="00EF066C" w14:paraId="04E64FD1" w14:textId="77777777" w:rsidTr="00EF066C">
        <w:trPr>
          <w:gridAfter w:val="1"/>
          <w:wAfter w:w="179" w:type="dxa"/>
          <w:cantSplit/>
          <w:trHeight w:hRule="exact" w:val="340"/>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308EB68"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583BB046"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rsidRPr="00EF066C" w14:paraId="48353F10" w14:textId="77777777" w:rsidTr="00375305">
        <w:trPr>
          <w:gridAfter w:val="1"/>
          <w:wAfter w:w="179" w:type="dxa"/>
          <w:cantSplit/>
          <w:trHeight w:hRule="exact" w:val="9247"/>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FFFFFF"/>
          </w:tcPr>
          <w:p w14:paraId="1290A500" w14:textId="77777777" w:rsidR="008045E3" w:rsidRPr="00EF066C" w:rsidRDefault="008045E3" w:rsidP="00375305">
            <w:pPr>
              <w:jc w:val="both"/>
              <w:rPr>
                <w:szCs w:val="20"/>
              </w:rPr>
            </w:pP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FFFFFF"/>
          </w:tcPr>
          <w:p w14:paraId="52169A96" w14:textId="77777777" w:rsidR="008045E3" w:rsidRPr="00EF066C" w:rsidRDefault="008045E3" w:rsidP="00375305">
            <w:pPr>
              <w:jc w:val="both"/>
              <w:rPr>
                <w:szCs w:val="20"/>
              </w:rPr>
            </w:pPr>
          </w:p>
        </w:tc>
      </w:tr>
      <w:tr w:rsidR="00375305" w14:paraId="787E0730" w14:textId="77777777" w:rsidTr="005A7144">
        <w:trPr>
          <w:cantSplit/>
          <w:trHeight w:val="340"/>
          <w:jc w:val="center"/>
        </w:trPr>
        <w:tc>
          <w:tcPr>
            <w:tcW w:w="1784" w:type="dxa"/>
            <w:vMerge w:val="restart"/>
            <w:tcBorders>
              <w:top w:val="single" w:sz="5" w:space="0" w:color="444444"/>
              <w:left w:val="single" w:sz="5" w:space="0" w:color="444444"/>
              <w:right w:val="single" w:sz="5" w:space="0" w:color="444444"/>
            </w:tcBorders>
            <w:shd w:val="clear" w:color="auto" w:fill="8AC4A7"/>
            <w:vAlign w:val="center"/>
          </w:tcPr>
          <w:p w14:paraId="5CE64E1D" w14:textId="77777777" w:rsidR="00375305" w:rsidRPr="00EF066C" w:rsidRDefault="00375305" w:rsidP="005A7144">
            <w:pPr>
              <w:spacing w:after="0" w:line="240" w:lineRule="auto"/>
              <w:jc w:val="center"/>
              <w:rPr>
                <w:szCs w:val="20"/>
              </w:rPr>
            </w:pPr>
            <w:r>
              <w:rPr>
                <w:b/>
                <w:color w:val="000000"/>
                <w:szCs w:val="20"/>
              </w:rPr>
              <w:lastRenderedPageBreak/>
              <w:t xml:space="preserve">Criterio </w:t>
            </w:r>
          </w:p>
        </w:tc>
        <w:tc>
          <w:tcPr>
            <w:tcW w:w="4667" w:type="dxa"/>
            <w:vMerge w:val="restart"/>
            <w:tcBorders>
              <w:top w:val="single" w:sz="5" w:space="0" w:color="444444"/>
              <w:left w:val="single" w:sz="5" w:space="0" w:color="444444"/>
              <w:right w:val="single" w:sz="5" w:space="0" w:color="444444"/>
            </w:tcBorders>
            <w:shd w:val="clear" w:color="auto" w:fill="8AC4A7"/>
            <w:vAlign w:val="center"/>
          </w:tcPr>
          <w:p w14:paraId="0A4F9411" w14:textId="77777777" w:rsidR="00375305" w:rsidRPr="00EF066C" w:rsidRDefault="00375305" w:rsidP="005A7144">
            <w:pPr>
              <w:spacing w:after="0" w:line="240" w:lineRule="auto"/>
              <w:jc w:val="center"/>
              <w:rPr>
                <w:szCs w:val="20"/>
              </w:rPr>
            </w:pPr>
            <w:r w:rsidRPr="00EF066C">
              <w:rPr>
                <w:b/>
                <w:color w:val="000000"/>
                <w:szCs w:val="20"/>
              </w:rPr>
              <w:t>Indicadores</w:t>
            </w: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29F00860" w14:textId="77777777" w:rsidR="00375305" w:rsidRPr="00EF066C" w:rsidRDefault="00375305" w:rsidP="005A7144">
            <w:pPr>
              <w:spacing w:after="0" w:line="240" w:lineRule="auto"/>
              <w:jc w:val="center"/>
              <w:rPr>
                <w:szCs w:val="20"/>
              </w:rPr>
            </w:pPr>
            <w:r w:rsidRPr="00EF066C">
              <w:rPr>
                <w:b/>
                <w:color w:val="000000"/>
                <w:szCs w:val="20"/>
              </w:rPr>
              <w:t>Nivel de cumplimiento</w:t>
            </w:r>
          </w:p>
        </w:tc>
      </w:tr>
      <w:tr w:rsidR="00375305" w14:paraId="671C9CC3" w14:textId="77777777" w:rsidTr="005A7144">
        <w:trPr>
          <w:cantSplit/>
          <w:trHeight w:hRule="exact" w:val="255"/>
          <w:jc w:val="center"/>
        </w:trPr>
        <w:tc>
          <w:tcPr>
            <w:tcW w:w="1784" w:type="dxa"/>
            <w:vMerge/>
            <w:tcBorders>
              <w:left w:val="single" w:sz="5" w:space="0" w:color="444444"/>
              <w:bottom w:val="single" w:sz="5" w:space="0" w:color="444444"/>
              <w:right w:val="single" w:sz="5" w:space="0" w:color="444444"/>
            </w:tcBorders>
            <w:shd w:val="clear" w:color="auto" w:fill="8AC4A7"/>
            <w:vAlign w:val="center"/>
          </w:tcPr>
          <w:p w14:paraId="15E6C51C" w14:textId="77777777" w:rsidR="00375305" w:rsidRPr="00EF066C" w:rsidRDefault="00375305" w:rsidP="005A7144">
            <w:pPr>
              <w:spacing w:after="0" w:line="240" w:lineRule="auto"/>
              <w:rPr>
                <w:szCs w:val="20"/>
              </w:rPr>
            </w:pPr>
          </w:p>
        </w:tc>
        <w:tc>
          <w:tcPr>
            <w:tcW w:w="4667" w:type="dxa"/>
            <w:vMerge/>
            <w:tcBorders>
              <w:left w:val="single" w:sz="5" w:space="0" w:color="444444"/>
              <w:bottom w:val="single" w:sz="5" w:space="0" w:color="444444"/>
              <w:right w:val="single" w:sz="5" w:space="0" w:color="444444"/>
            </w:tcBorders>
            <w:shd w:val="clear" w:color="auto" w:fill="8AC4A7"/>
            <w:vAlign w:val="center"/>
          </w:tcPr>
          <w:p w14:paraId="512482A3" w14:textId="77777777" w:rsidR="00375305" w:rsidRPr="00EF066C" w:rsidRDefault="00375305" w:rsidP="005A7144">
            <w:pPr>
              <w:spacing w:after="0" w:line="240" w:lineRule="auto"/>
              <w:rPr>
                <w:szCs w:val="20"/>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0B47B4A" w14:textId="77777777" w:rsidR="00375305" w:rsidRPr="00EF066C" w:rsidRDefault="00375305" w:rsidP="005A7144">
            <w:pPr>
              <w:spacing w:after="0" w:line="240" w:lineRule="auto"/>
              <w:jc w:val="center"/>
              <w:rPr>
                <w:szCs w:val="20"/>
              </w:rPr>
            </w:pPr>
            <w:r w:rsidRPr="00EF066C">
              <w:rPr>
                <w:b/>
                <w:color w:val="000000"/>
                <w:szCs w:val="20"/>
              </w:rPr>
              <w:t>CT</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6EA71B8" w14:textId="77777777" w:rsidR="00375305" w:rsidRPr="00EF066C" w:rsidRDefault="00375305" w:rsidP="005A7144">
            <w:pPr>
              <w:spacing w:after="0" w:line="240" w:lineRule="auto"/>
              <w:jc w:val="center"/>
              <w:rPr>
                <w:szCs w:val="20"/>
              </w:rPr>
            </w:pPr>
            <w:r w:rsidRPr="00EF066C">
              <w:rPr>
                <w:b/>
                <w:color w:val="000000"/>
                <w:szCs w:val="20"/>
              </w:rPr>
              <w:t>CP</w:t>
            </w: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B195D4A" w14:textId="77777777" w:rsidR="00375305" w:rsidRPr="00EF066C" w:rsidRDefault="00375305" w:rsidP="005A7144">
            <w:pPr>
              <w:spacing w:after="0" w:line="240" w:lineRule="auto"/>
              <w:jc w:val="center"/>
              <w:rPr>
                <w:szCs w:val="20"/>
              </w:rPr>
            </w:pPr>
            <w:r w:rsidRPr="00EF066C">
              <w:rPr>
                <w:b/>
                <w:color w:val="000000"/>
                <w:szCs w:val="20"/>
              </w:rPr>
              <w:t>NC</w:t>
            </w:r>
          </w:p>
        </w:tc>
      </w:tr>
      <w:tr w:rsidR="00375305" w:rsidRPr="00457F5E" w14:paraId="433DCFCD" w14:textId="77777777" w:rsidTr="005A7144">
        <w:trPr>
          <w:cantSplit/>
          <w:trHeight w:val="564"/>
          <w:jc w:val="center"/>
        </w:trPr>
        <w:tc>
          <w:tcPr>
            <w:tcW w:w="1784"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4FB6C1DD" w14:textId="77777777" w:rsidR="00375305" w:rsidRDefault="00375305" w:rsidP="005A7144">
            <w:pPr>
              <w:spacing w:after="0"/>
              <w:jc w:val="center"/>
              <w:rPr>
                <w:b/>
                <w:color w:val="000000"/>
                <w:szCs w:val="20"/>
                <w:lang w:val="es-PY"/>
              </w:rPr>
            </w:pPr>
            <w:r w:rsidRPr="00EF066C">
              <w:rPr>
                <w:b/>
                <w:color w:val="000000"/>
                <w:szCs w:val="20"/>
                <w:lang w:val="es-PY"/>
              </w:rPr>
              <w:t>Pert</w:t>
            </w:r>
            <w:r>
              <w:rPr>
                <w:b/>
                <w:color w:val="000000"/>
                <w:szCs w:val="20"/>
                <w:lang w:val="es-PY"/>
              </w:rPr>
              <w:t>inencia de las tesis doctorales</w:t>
            </w:r>
          </w:p>
          <w:p w14:paraId="3138155A" w14:textId="77777777" w:rsidR="00375305" w:rsidRPr="008B759A" w:rsidRDefault="00375305" w:rsidP="005A7144">
            <w:pPr>
              <w:spacing w:after="0"/>
              <w:jc w:val="center"/>
              <w:rPr>
                <w:b/>
                <w:color w:val="FF0000"/>
                <w:szCs w:val="20"/>
                <w:lang w:val="es-PY"/>
              </w:rPr>
            </w:pPr>
            <w:r w:rsidRPr="008B759A">
              <w:rPr>
                <w:b/>
                <w:color w:val="FF0000"/>
                <w:szCs w:val="20"/>
                <w:lang w:val="es-PY"/>
              </w:rPr>
              <w:t>(Sustantivo)</w:t>
            </w:r>
          </w:p>
          <w:p w14:paraId="4F97DDE9" w14:textId="467BAB72" w:rsidR="00375305" w:rsidRDefault="00375305" w:rsidP="005A7144">
            <w:pPr>
              <w:spacing w:after="0"/>
              <w:jc w:val="center"/>
              <w:rPr>
                <w:b/>
                <w:color w:val="000000" w:themeColor="text1"/>
                <w:szCs w:val="20"/>
                <w:lang w:val="es-PY"/>
              </w:rPr>
            </w:pPr>
            <w:r w:rsidRPr="00D53187">
              <w:rPr>
                <w:b/>
                <w:color w:val="000000" w:themeColor="text1"/>
                <w:szCs w:val="20"/>
                <w:lang w:val="es-PY"/>
              </w:rPr>
              <w:t>(D4.C</w:t>
            </w:r>
            <w:r>
              <w:rPr>
                <w:b/>
                <w:color w:val="000000" w:themeColor="text1"/>
                <w:szCs w:val="20"/>
                <w:lang w:val="es-PY"/>
              </w:rPr>
              <w:t>1</w:t>
            </w:r>
            <w:r w:rsidRPr="00D53187">
              <w:rPr>
                <w:b/>
                <w:color w:val="000000" w:themeColor="text1"/>
                <w:szCs w:val="20"/>
                <w:lang w:val="es-PY"/>
              </w:rPr>
              <w:t>)</w:t>
            </w:r>
          </w:p>
          <w:p w14:paraId="102900AD" w14:textId="77777777" w:rsidR="00375305" w:rsidRPr="00EF066C" w:rsidRDefault="00375305" w:rsidP="005A7144">
            <w:pPr>
              <w:spacing w:after="0"/>
              <w:jc w:val="cente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00B95D6" w14:textId="77777777" w:rsidR="00375305" w:rsidRPr="00EF066C" w:rsidRDefault="00375305" w:rsidP="005A7144">
            <w:pPr>
              <w:spacing w:after="0" w:line="240" w:lineRule="auto"/>
              <w:jc w:val="both"/>
              <w:rPr>
                <w:szCs w:val="20"/>
                <w:lang w:val="es-PY"/>
              </w:rPr>
            </w:pPr>
            <w:r w:rsidRPr="00EF066C">
              <w:rPr>
                <w:color w:val="000000"/>
                <w:szCs w:val="20"/>
                <w:lang w:val="es-PY"/>
              </w:rPr>
              <w:t xml:space="preserve">a. </w:t>
            </w:r>
            <w:r w:rsidRPr="00D14CED">
              <w:rPr>
                <w:color w:val="000000"/>
                <w:szCs w:val="20"/>
                <w:lang w:val="es-PY"/>
              </w:rPr>
              <w:t xml:space="preserve">Las tesis evidencian aportes originales al conocimiento científico en coherencia con el nivel formativo, las líneas de investigación definidas </w:t>
            </w:r>
            <w:r>
              <w:rPr>
                <w:color w:val="000000"/>
                <w:szCs w:val="20"/>
                <w:lang w:val="es-PY"/>
              </w:rPr>
              <w:t>y la orientación profesional de los programas.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77FF3EE" w14:textId="77777777" w:rsidR="00375305" w:rsidRPr="00375305" w:rsidRDefault="00375305"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2BDCC59" w14:textId="77777777" w:rsidR="00375305" w:rsidRPr="00375305" w:rsidRDefault="00375305"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65558D5" w14:textId="77777777" w:rsidR="00375305" w:rsidRPr="00375305" w:rsidRDefault="00375305" w:rsidP="005A7144">
            <w:pPr>
              <w:spacing w:after="0" w:line="240" w:lineRule="auto"/>
              <w:jc w:val="center"/>
              <w:rPr>
                <w:szCs w:val="20"/>
                <w:lang w:val="es-PY"/>
              </w:rPr>
            </w:pPr>
          </w:p>
        </w:tc>
      </w:tr>
      <w:tr w:rsidR="00375305" w:rsidRPr="00457F5E" w14:paraId="59306BED" w14:textId="77777777" w:rsidTr="005A7144">
        <w:trPr>
          <w:cantSplit/>
          <w:trHeight w:val="55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3559BF05" w14:textId="77777777" w:rsidR="00375305" w:rsidRPr="00375305" w:rsidRDefault="00375305"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F01EA99" w14:textId="77777777" w:rsidR="00375305" w:rsidRPr="00EF066C" w:rsidRDefault="00375305" w:rsidP="005A7144">
            <w:pPr>
              <w:spacing w:after="0" w:line="240" w:lineRule="auto"/>
              <w:jc w:val="both"/>
              <w:rPr>
                <w:szCs w:val="20"/>
                <w:lang w:val="es-PY"/>
              </w:rPr>
            </w:pPr>
            <w:r w:rsidRPr="00EF066C">
              <w:rPr>
                <w:color w:val="000000"/>
                <w:szCs w:val="20"/>
                <w:lang w:val="es-PY"/>
              </w:rPr>
              <w:t xml:space="preserve">b. </w:t>
            </w:r>
            <w:r>
              <w:rPr>
                <w:color w:val="000000"/>
                <w:szCs w:val="20"/>
                <w:lang w:val="es-PY"/>
              </w:rPr>
              <w:t>La evaluación de las t</w:t>
            </w:r>
            <w:r w:rsidRPr="00D14CED">
              <w:rPr>
                <w:color w:val="000000"/>
                <w:szCs w:val="20"/>
                <w:lang w:val="es-PY"/>
              </w:rPr>
              <w:t>esis se realiza con criterios rigurosos previamente establecidos acordes con las exigencias del nivel doctoral.</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791C9E0" w14:textId="77777777" w:rsidR="00375305" w:rsidRPr="00375305" w:rsidRDefault="00375305"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EFA4521" w14:textId="77777777" w:rsidR="00375305" w:rsidRPr="00375305" w:rsidRDefault="00375305"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23AEA03" w14:textId="77777777" w:rsidR="00375305" w:rsidRPr="00375305" w:rsidRDefault="00375305" w:rsidP="005A7144">
            <w:pPr>
              <w:spacing w:after="0" w:line="240" w:lineRule="auto"/>
              <w:jc w:val="center"/>
              <w:rPr>
                <w:szCs w:val="20"/>
                <w:lang w:val="es-PY"/>
              </w:rPr>
            </w:pPr>
          </w:p>
        </w:tc>
      </w:tr>
      <w:tr w:rsidR="00375305" w:rsidRPr="00457F5E" w14:paraId="171E02A2" w14:textId="77777777" w:rsidTr="005A7144">
        <w:trPr>
          <w:cantSplit/>
          <w:trHeight w:val="5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31A9403C" w14:textId="77777777" w:rsidR="00375305" w:rsidRPr="00375305" w:rsidRDefault="00375305"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5120F2B" w14:textId="77777777" w:rsidR="00375305" w:rsidRDefault="00375305" w:rsidP="005A7144">
            <w:pPr>
              <w:spacing w:after="0" w:line="240" w:lineRule="auto"/>
              <w:jc w:val="both"/>
              <w:rPr>
                <w:color w:val="000000"/>
                <w:szCs w:val="20"/>
                <w:lang w:val="es-PY"/>
              </w:rPr>
            </w:pPr>
            <w:r w:rsidRPr="00EF066C">
              <w:rPr>
                <w:color w:val="000000"/>
                <w:szCs w:val="20"/>
                <w:lang w:val="es-PY"/>
              </w:rPr>
              <w:t xml:space="preserve">c. </w:t>
            </w:r>
            <w:r w:rsidRPr="00D14CED">
              <w:rPr>
                <w:color w:val="000000"/>
                <w:szCs w:val="20"/>
                <w:lang w:val="es-PY"/>
              </w:rPr>
              <w:t xml:space="preserve">Los integrantes del </w:t>
            </w:r>
            <w:r>
              <w:rPr>
                <w:color w:val="000000"/>
                <w:szCs w:val="20"/>
                <w:lang w:val="es-PY"/>
              </w:rPr>
              <w:t xml:space="preserve">jurado que evalúan </w:t>
            </w:r>
            <w:r w:rsidRPr="00D14CED">
              <w:rPr>
                <w:color w:val="000000"/>
                <w:szCs w:val="20"/>
                <w:lang w:val="es-PY"/>
              </w:rPr>
              <w:t>las tesis cuentan con formación acorde al área de conocimiento de</w:t>
            </w:r>
          </w:p>
          <w:p w14:paraId="60DCC880" w14:textId="77777777" w:rsidR="00375305" w:rsidRPr="00EF066C" w:rsidRDefault="00375305" w:rsidP="005A7144">
            <w:pPr>
              <w:spacing w:after="0" w:line="240" w:lineRule="auto"/>
              <w:jc w:val="both"/>
              <w:rPr>
                <w:szCs w:val="20"/>
                <w:lang w:val="es-PY"/>
              </w:rPr>
            </w:pPr>
            <w:r>
              <w:rPr>
                <w:color w:val="000000"/>
                <w:szCs w:val="20"/>
                <w:lang w:val="es-PY"/>
              </w:rPr>
              <w:t xml:space="preserve">los </w:t>
            </w:r>
            <w:r w:rsidRPr="00D14CED">
              <w:rPr>
                <w:color w:val="000000"/>
                <w:szCs w:val="20"/>
                <w:lang w:val="es-PY"/>
              </w:rPr>
              <w:t>programa</w:t>
            </w:r>
            <w:r>
              <w:rPr>
                <w:color w:val="000000"/>
                <w:szCs w:val="20"/>
                <w:lang w:val="es-PY"/>
              </w:rPr>
              <w:t>s</w:t>
            </w:r>
            <w:r w:rsidRPr="00D14CED">
              <w:rPr>
                <w:color w:val="000000"/>
                <w:szCs w:val="20"/>
                <w:lang w:val="es-PY"/>
              </w:rPr>
              <w:t xml:space="preserve"> o experiencia en investigación.</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104B536" w14:textId="77777777" w:rsidR="00375305" w:rsidRPr="00375305" w:rsidRDefault="00375305"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CA8A2DE" w14:textId="77777777" w:rsidR="00375305" w:rsidRPr="00375305" w:rsidRDefault="00375305"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6C7D1F13" w14:textId="77777777" w:rsidR="00375305" w:rsidRPr="00375305" w:rsidRDefault="00375305" w:rsidP="005A7144">
            <w:pPr>
              <w:spacing w:after="0" w:line="240" w:lineRule="auto"/>
              <w:jc w:val="center"/>
              <w:rPr>
                <w:szCs w:val="20"/>
                <w:lang w:val="es-PY"/>
              </w:rPr>
            </w:pPr>
          </w:p>
        </w:tc>
      </w:tr>
      <w:tr w:rsidR="00375305" w:rsidRPr="00457F5E" w14:paraId="5A1065C1" w14:textId="77777777" w:rsidTr="005A7144">
        <w:trPr>
          <w:cantSplit/>
          <w:trHeight w:val="41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7557B586" w14:textId="77777777" w:rsidR="00375305" w:rsidRPr="00375305" w:rsidRDefault="00375305"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0DBCA1E" w14:textId="77777777" w:rsidR="00375305" w:rsidRPr="00EF066C" w:rsidRDefault="00375305" w:rsidP="005A7144">
            <w:pPr>
              <w:spacing w:after="0" w:line="240" w:lineRule="auto"/>
              <w:jc w:val="both"/>
              <w:rPr>
                <w:szCs w:val="20"/>
                <w:lang w:val="es-PY"/>
              </w:rPr>
            </w:pPr>
            <w:r w:rsidRPr="00EF066C">
              <w:rPr>
                <w:color w:val="000000"/>
                <w:szCs w:val="20"/>
                <w:lang w:val="es-PY"/>
              </w:rPr>
              <w:t xml:space="preserve">d. </w:t>
            </w:r>
            <w:r w:rsidRPr="00D14CED">
              <w:rPr>
                <w:color w:val="000000"/>
                <w:szCs w:val="20"/>
                <w:lang w:val="es-PY"/>
              </w:rPr>
              <w:t>Se difunden los resultados de las tesis en revistas científicas u otros espacios de divulgación académica reconocidos.</w:t>
            </w:r>
            <w:r w:rsidRPr="00D14CED">
              <w:rPr>
                <w:color w:val="000000"/>
                <w:szCs w:val="20"/>
                <w:lang w:val="es-PY"/>
              </w:rPr>
              <w:tab/>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AE5C53A" w14:textId="77777777" w:rsidR="00375305" w:rsidRPr="00375305" w:rsidRDefault="00375305"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BCC2439" w14:textId="77777777" w:rsidR="00375305" w:rsidRPr="00375305" w:rsidRDefault="00375305"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11969CF7" w14:textId="77777777" w:rsidR="00375305" w:rsidRPr="00375305" w:rsidRDefault="00375305" w:rsidP="005A7144">
            <w:pPr>
              <w:spacing w:after="0" w:line="240" w:lineRule="auto"/>
              <w:jc w:val="center"/>
              <w:rPr>
                <w:szCs w:val="20"/>
                <w:lang w:val="es-PY"/>
              </w:rPr>
            </w:pPr>
          </w:p>
        </w:tc>
      </w:tr>
      <w:tr w:rsidR="00375305" w:rsidRPr="00457F5E" w14:paraId="67524DAC" w14:textId="77777777" w:rsidTr="005A7144">
        <w:trPr>
          <w:cantSplit/>
          <w:trHeight w:val="680"/>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421C7587" w14:textId="77777777" w:rsidR="00375305" w:rsidRPr="00375305" w:rsidRDefault="00375305" w:rsidP="005A7144">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8D5A2C5" w14:textId="77777777" w:rsidR="00375305" w:rsidRPr="00EF066C" w:rsidRDefault="00375305" w:rsidP="005A7144">
            <w:pPr>
              <w:spacing w:after="0" w:line="240" w:lineRule="auto"/>
              <w:jc w:val="both"/>
              <w:rPr>
                <w:szCs w:val="20"/>
                <w:lang w:val="es-PY"/>
              </w:rPr>
            </w:pPr>
            <w:r w:rsidRPr="00EF066C">
              <w:rPr>
                <w:color w:val="000000"/>
                <w:szCs w:val="20"/>
                <w:lang w:val="es-PY"/>
              </w:rPr>
              <w:t xml:space="preserve">e. </w:t>
            </w:r>
            <w:r w:rsidRPr="00D14CED">
              <w:rPr>
                <w:color w:val="000000"/>
                <w:szCs w:val="20"/>
                <w:lang w:val="es-PY"/>
              </w:rPr>
              <w:t>Los resultados poseen potencial de aplicación, transferencia, mejora o transformación de la práctica profesional.</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6D23A88" w14:textId="77777777" w:rsidR="00375305" w:rsidRPr="00375305" w:rsidRDefault="00375305" w:rsidP="005A7144">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A1C3A84" w14:textId="77777777" w:rsidR="00375305" w:rsidRPr="00375305" w:rsidRDefault="00375305" w:rsidP="005A7144">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7FD9BE4" w14:textId="77777777" w:rsidR="00375305" w:rsidRPr="00375305" w:rsidRDefault="00375305" w:rsidP="005A7144">
            <w:pPr>
              <w:spacing w:after="0" w:line="240" w:lineRule="auto"/>
              <w:jc w:val="center"/>
              <w:rPr>
                <w:szCs w:val="20"/>
                <w:lang w:val="es-PY"/>
              </w:rPr>
            </w:pPr>
          </w:p>
        </w:tc>
      </w:tr>
      <w:tr w:rsidR="00375305" w:rsidRPr="00457F5E" w14:paraId="1E3E65B9" w14:textId="77777777" w:rsidTr="005A7144">
        <w:trPr>
          <w:cantSplit/>
          <w:trHeight w:hRule="exact" w:val="312"/>
          <w:jc w:val="center"/>
        </w:trPr>
        <w:tc>
          <w:tcPr>
            <w:tcW w:w="6451" w:type="dxa"/>
            <w:gridSpan w:val="2"/>
            <w:tcBorders>
              <w:top w:val="single" w:sz="5" w:space="0" w:color="444444"/>
              <w:left w:val="single" w:sz="5" w:space="0" w:color="444444"/>
              <w:bottom w:val="single" w:sz="5" w:space="0" w:color="444444"/>
              <w:right w:val="single" w:sz="5" w:space="0" w:color="444444"/>
            </w:tcBorders>
            <w:vAlign w:val="center"/>
          </w:tcPr>
          <w:p w14:paraId="5B7AA323" w14:textId="77777777" w:rsidR="00375305" w:rsidRPr="00EF066C" w:rsidRDefault="00375305" w:rsidP="005A7144">
            <w:pPr>
              <w:spacing w:after="0" w:line="240" w:lineRule="auto"/>
              <w:jc w:val="center"/>
              <w:rPr>
                <w:szCs w:val="20"/>
                <w:lang w:val="es-PY"/>
              </w:rPr>
            </w:pPr>
            <w:r w:rsidRPr="00EF066C">
              <w:rPr>
                <w:b/>
                <w:color w:val="000000"/>
                <w:szCs w:val="20"/>
                <w:lang w:val="es-PY"/>
              </w:rPr>
              <w:t>Nivel de cumplimiento del criterio</w:t>
            </w:r>
          </w:p>
        </w:tc>
        <w:tc>
          <w:tcPr>
            <w:tcW w:w="2606" w:type="dxa"/>
            <w:gridSpan w:val="7"/>
            <w:tcBorders>
              <w:top w:val="single" w:sz="5" w:space="0" w:color="444444"/>
              <w:left w:val="single" w:sz="5" w:space="0" w:color="444444"/>
              <w:bottom w:val="single" w:sz="5" w:space="0" w:color="444444"/>
              <w:right w:val="single" w:sz="5" w:space="0" w:color="444444"/>
            </w:tcBorders>
            <w:vAlign w:val="center"/>
          </w:tcPr>
          <w:p w14:paraId="0AD165E3" w14:textId="77777777" w:rsidR="00375305" w:rsidRPr="00EF066C" w:rsidRDefault="00375305" w:rsidP="005A7144">
            <w:pPr>
              <w:spacing w:after="0" w:line="240" w:lineRule="auto"/>
              <w:rPr>
                <w:szCs w:val="20"/>
                <w:lang w:val="es-PY"/>
              </w:rPr>
            </w:pPr>
          </w:p>
        </w:tc>
      </w:tr>
      <w:tr w:rsidR="00375305" w14:paraId="6C331796" w14:textId="77777777" w:rsidTr="005A7144">
        <w:trPr>
          <w:cantSplit/>
          <w:trHeight w:hRule="exact" w:val="340"/>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5AD11CC8" w14:textId="77777777" w:rsidR="00375305" w:rsidRPr="00EF066C" w:rsidRDefault="00375305" w:rsidP="005A7144">
            <w:pPr>
              <w:spacing w:after="0" w:line="240" w:lineRule="auto"/>
              <w:jc w:val="center"/>
              <w:rPr>
                <w:szCs w:val="20"/>
                <w:lang w:val="es-PY"/>
              </w:rPr>
            </w:pPr>
            <w:r w:rsidRPr="00EF066C">
              <w:rPr>
                <w:b/>
                <w:color w:val="000000"/>
                <w:szCs w:val="20"/>
                <w:lang w:val="es-PY"/>
              </w:rPr>
              <w:t>Argumento que sostiene el nivel de cumplimiento del criterio</w:t>
            </w: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234A15CD" w14:textId="77777777" w:rsidR="00375305" w:rsidRPr="00EF066C" w:rsidRDefault="00375305" w:rsidP="005A7144">
            <w:pPr>
              <w:spacing w:after="0" w:line="240" w:lineRule="auto"/>
              <w:jc w:val="center"/>
              <w:rPr>
                <w:szCs w:val="20"/>
              </w:rPr>
            </w:pPr>
            <w:r w:rsidRPr="00EF066C">
              <w:rPr>
                <w:b/>
                <w:color w:val="000000"/>
                <w:szCs w:val="20"/>
              </w:rPr>
              <w:t>Medios de verificación</w:t>
            </w:r>
          </w:p>
        </w:tc>
      </w:tr>
      <w:tr w:rsidR="00375305" w14:paraId="39E7D137" w14:textId="77777777" w:rsidTr="005A7144">
        <w:trPr>
          <w:cantSplit/>
          <w:trHeight w:hRule="exact" w:val="9036"/>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FFFFFF"/>
          </w:tcPr>
          <w:p w14:paraId="7F1CC595" w14:textId="77777777" w:rsidR="00375305" w:rsidRPr="00EF066C" w:rsidRDefault="00375305" w:rsidP="005A7144">
            <w:pPr>
              <w:rPr>
                <w:szCs w:val="20"/>
              </w:rPr>
            </w:pP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FFFFFF"/>
          </w:tcPr>
          <w:p w14:paraId="0DD4DB25" w14:textId="77777777" w:rsidR="00375305" w:rsidRPr="00EF066C" w:rsidRDefault="00375305" w:rsidP="005A7144">
            <w:pPr>
              <w:rPr>
                <w:szCs w:val="20"/>
              </w:rPr>
            </w:pPr>
          </w:p>
        </w:tc>
      </w:tr>
    </w:tbl>
    <w:p w14:paraId="47C97853" w14:textId="2EE9D2B1" w:rsidR="008045E3" w:rsidRDefault="00A22F53">
      <w:pPr>
        <w:spacing w:after="0"/>
      </w:pPr>
      <w:r>
        <w:br w:type="page"/>
      </w:r>
    </w:p>
    <w:p w14:paraId="18D0CF7D" w14:textId="0DCDB4FF" w:rsidR="008045E3" w:rsidRDefault="008045E3">
      <w:pPr>
        <w:spacing w:after="0"/>
      </w:pPr>
    </w:p>
    <w:p w14:paraId="3400C0B8" w14:textId="17E1DDEA" w:rsidR="008045E3" w:rsidRDefault="008045E3">
      <w:pPr>
        <w:spacing w:after="0"/>
      </w:pPr>
    </w:p>
    <w:tbl>
      <w:tblPr>
        <w:tblW w:w="0" w:type="auto"/>
        <w:jc w:val="center"/>
        <w:tblLayout w:type="fixed"/>
        <w:tblLook w:val="04A0" w:firstRow="1" w:lastRow="0" w:firstColumn="1" w:lastColumn="0" w:noHBand="0" w:noVBand="1"/>
      </w:tblPr>
      <w:tblGrid>
        <w:gridCol w:w="1786"/>
        <w:gridCol w:w="4677"/>
        <w:gridCol w:w="805"/>
        <w:gridCol w:w="805"/>
        <w:gridCol w:w="805"/>
      </w:tblGrid>
      <w:tr w:rsidR="00EF066C" w14:paraId="34962739" w14:textId="77777777" w:rsidTr="008C635A">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1BEE1C80" w14:textId="5854BFA4" w:rsidR="00EF066C" w:rsidRPr="00EF066C" w:rsidRDefault="00502812">
            <w:pPr>
              <w:spacing w:after="0" w:line="240" w:lineRule="auto"/>
              <w:jc w:val="center"/>
              <w:rPr>
                <w:szCs w:val="20"/>
              </w:rPr>
            </w:pPr>
            <w:r>
              <w:rPr>
                <w:b/>
                <w:color w:val="000000"/>
                <w:szCs w:val="20"/>
              </w:rPr>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18C8232F"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0FA7CE4"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66DB27D7" w14:textId="77777777" w:rsidTr="008C635A">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7F6B7ADD" w14:textId="77777777" w:rsidR="00EF066C" w:rsidRPr="00EF066C" w:rsidRDefault="00EF066C">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59556339"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BCC7420"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D8FB11D"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C8A75EE" w14:textId="77777777" w:rsidR="00EF066C" w:rsidRPr="00EF066C" w:rsidRDefault="00EF066C">
            <w:pPr>
              <w:spacing w:after="0" w:line="240" w:lineRule="auto"/>
              <w:jc w:val="center"/>
              <w:rPr>
                <w:szCs w:val="20"/>
              </w:rPr>
            </w:pPr>
            <w:r w:rsidRPr="00EF066C">
              <w:rPr>
                <w:b/>
                <w:color w:val="000000"/>
                <w:szCs w:val="20"/>
              </w:rPr>
              <w:t>NC</w:t>
            </w:r>
          </w:p>
        </w:tc>
      </w:tr>
      <w:tr w:rsidR="00AD316C" w:rsidRPr="00457F5E" w14:paraId="54F96D3E" w14:textId="77777777" w:rsidTr="00251EDB">
        <w:trPr>
          <w:cantSplit/>
          <w:trHeight w:val="680"/>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E3B02C1" w14:textId="2F0DACF0" w:rsidR="00AD316C" w:rsidRDefault="00AD316C" w:rsidP="00AD316C">
            <w:pPr>
              <w:spacing w:after="0"/>
              <w:jc w:val="center"/>
              <w:rPr>
                <w:b/>
                <w:color w:val="000000"/>
                <w:szCs w:val="20"/>
                <w:lang w:val="es-PY"/>
              </w:rPr>
            </w:pPr>
            <w:r w:rsidRPr="00AD316C">
              <w:rPr>
                <w:b/>
                <w:color w:val="000000"/>
                <w:szCs w:val="20"/>
                <w:lang w:val="es-PY"/>
              </w:rPr>
              <w:t>Impacto de los egresados en los ámbitos a</w:t>
            </w:r>
            <w:r w:rsidR="00BC41A0">
              <w:rPr>
                <w:b/>
                <w:color w:val="000000"/>
                <w:szCs w:val="20"/>
                <w:lang w:val="es-PY"/>
              </w:rPr>
              <w:t>cadémico, profesional o social</w:t>
            </w:r>
          </w:p>
          <w:p w14:paraId="3AB036A0" w14:textId="550CAB34" w:rsidR="00502812" w:rsidRPr="00502812" w:rsidRDefault="00502812" w:rsidP="00AD316C">
            <w:pPr>
              <w:spacing w:after="0"/>
              <w:jc w:val="center"/>
              <w:rPr>
                <w:b/>
                <w:color w:val="FF0000"/>
                <w:szCs w:val="20"/>
                <w:lang w:val="es-PY"/>
              </w:rPr>
            </w:pPr>
            <w:r w:rsidRPr="00502812">
              <w:rPr>
                <w:b/>
                <w:color w:val="FF0000"/>
                <w:szCs w:val="20"/>
                <w:lang w:val="es-PY"/>
              </w:rPr>
              <w:t>(Sustantivo)</w:t>
            </w:r>
          </w:p>
          <w:p w14:paraId="10006B79" w14:textId="7C96F18A" w:rsidR="00BE3F6D" w:rsidRDefault="00BE3F6D" w:rsidP="00AD316C">
            <w:pPr>
              <w:spacing w:after="0"/>
              <w:jc w:val="center"/>
              <w:rPr>
                <w:b/>
                <w:color w:val="000000"/>
                <w:szCs w:val="20"/>
                <w:lang w:val="es-PY"/>
              </w:rPr>
            </w:pPr>
            <w:r>
              <w:rPr>
                <w:b/>
                <w:color w:val="000000"/>
                <w:szCs w:val="20"/>
                <w:lang w:val="es-PY"/>
              </w:rPr>
              <w:t>(D4.C</w:t>
            </w:r>
            <w:r w:rsidR="00375305">
              <w:rPr>
                <w:b/>
                <w:color w:val="000000"/>
                <w:szCs w:val="20"/>
                <w:lang w:val="es-PY"/>
              </w:rPr>
              <w:t>2</w:t>
            </w:r>
            <w:r>
              <w:rPr>
                <w:b/>
                <w:color w:val="000000"/>
                <w:szCs w:val="20"/>
                <w:lang w:val="es-PY"/>
              </w:rPr>
              <w:t>)</w:t>
            </w:r>
          </w:p>
          <w:p w14:paraId="00945108" w14:textId="50D1F463" w:rsidR="00BC41A0" w:rsidRPr="00AB0BD3" w:rsidRDefault="00BC41A0" w:rsidP="00502812">
            <w:pPr>
              <w:spacing w:after="0"/>
              <w:jc w:val="cente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4F53EED" w14:textId="21581B2E"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a. </w:t>
            </w:r>
            <w:r w:rsidR="00BE3F6D">
              <w:rPr>
                <w:color w:val="000000"/>
                <w:szCs w:val="20"/>
                <w:lang w:val="es-PY"/>
              </w:rPr>
              <w:t xml:space="preserve">Se registran </w:t>
            </w:r>
            <w:r w:rsidRPr="004A4E40">
              <w:rPr>
                <w:color w:val="000000"/>
                <w:szCs w:val="20"/>
                <w:lang w:val="es-PY"/>
              </w:rPr>
              <w:t>y actualiza</w:t>
            </w:r>
            <w:r w:rsidR="00BE3F6D">
              <w:rPr>
                <w:color w:val="000000"/>
                <w:szCs w:val="20"/>
                <w:lang w:val="es-PY"/>
              </w:rPr>
              <w:t>n</w:t>
            </w:r>
            <w:r w:rsidRPr="004A4E40">
              <w:rPr>
                <w:color w:val="000000"/>
                <w:szCs w:val="20"/>
                <w:lang w:val="es-PY"/>
              </w:rPr>
              <w:t xml:space="preserve"> sistemáticamente la t</w:t>
            </w:r>
            <w:r w:rsidR="00BE3F6D">
              <w:rPr>
                <w:color w:val="000000"/>
                <w:szCs w:val="20"/>
                <w:lang w:val="es-PY"/>
              </w:rPr>
              <w:t xml:space="preserve">rayectoria de los egresados de los </w:t>
            </w:r>
            <w:r w:rsidRPr="004A4E40">
              <w:rPr>
                <w:color w:val="000000"/>
                <w:szCs w:val="20"/>
                <w:lang w:val="es-PY"/>
              </w:rPr>
              <w:t>programa</w:t>
            </w:r>
            <w:r w:rsidR="00BE3F6D">
              <w:rPr>
                <w:color w:val="000000"/>
                <w:szCs w:val="20"/>
                <w:lang w:val="es-PY"/>
              </w:rPr>
              <w:t>s</w:t>
            </w:r>
            <w:r w:rsidR="00251EDB">
              <w:rPr>
                <w:color w:val="000000"/>
                <w:szCs w:val="20"/>
                <w:lang w:val="es-PY"/>
              </w:rPr>
              <w:t xml:space="preserve"> que integran el clúster</w:t>
            </w:r>
            <w:r w:rsidRPr="004A4E40">
              <w:rPr>
                <w:color w:val="000000"/>
                <w:szCs w:val="20"/>
                <w:lang w:val="es-PY"/>
              </w:rPr>
              <w:t xml:space="preserve"> en los ámbitos académico, profesional o social.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7BEB94"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0097E22"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738B15E" w14:textId="77777777" w:rsidR="00AD316C" w:rsidRPr="00375305" w:rsidRDefault="00AD316C" w:rsidP="00AD316C">
            <w:pPr>
              <w:spacing w:after="0" w:line="240" w:lineRule="auto"/>
              <w:jc w:val="center"/>
              <w:rPr>
                <w:szCs w:val="20"/>
                <w:lang w:val="es-PY"/>
              </w:rPr>
            </w:pPr>
          </w:p>
        </w:tc>
      </w:tr>
      <w:tr w:rsidR="00AD316C" w:rsidRPr="00457F5E" w14:paraId="345AD3BC" w14:textId="77777777" w:rsidTr="00251EDB">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FE0B45E" w14:textId="77777777" w:rsidR="00AD316C" w:rsidRPr="00375305"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A7479F9" w14:textId="127E7394"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b. </w:t>
            </w:r>
            <w:r w:rsidRPr="004A4E40">
              <w:rPr>
                <w:color w:val="000000"/>
                <w:szCs w:val="20"/>
                <w:lang w:val="es-PY"/>
              </w:rPr>
              <w:t>Los egresados</w:t>
            </w:r>
            <w:r w:rsidR="00502812">
              <w:rPr>
                <w:color w:val="000000"/>
                <w:szCs w:val="20"/>
                <w:lang w:val="es-PY"/>
              </w:rPr>
              <w:t xml:space="preserve"> de los programas del clúster</w:t>
            </w:r>
            <w:r w:rsidRPr="004A4E40">
              <w:rPr>
                <w:color w:val="000000"/>
                <w:szCs w:val="20"/>
                <w:lang w:val="es-PY"/>
              </w:rPr>
              <w:t xml:space="preserve"> desempeñan funciones de alta responsabilidad, liderazgo, innovación o especialización en su campo.</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178412B"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D68BDD3"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6473220" w14:textId="77777777" w:rsidR="00AD316C" w:rsidRPr="00375305" w:rsidRDefault="00AD316C" w:rsidP="00AD316C">
            <w:pPr>
              <w:spacing w:after="0" w:line="240" w:lineRule="auto"/>
              <w:jc w:val="center"/>
              <w:rPr>
                <w:szCs w:val="20"/>
                <w:lang w:val="es-PY"/>
              </w:rPr>
            </w:pPr>
          </w:p>
        </w:tc>
      </w:tr>
      <w:tr w:rsidR="00AD316C" w:rsidRPr="00457F5E" w14:paraId="15B3C3AC" w14:textId="77777777" w:rsidTr="00251EDB">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B79B289" w14:textId="77777777" w:rsidR="00AD316C" w:rsidRPr="00375305"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6C2E014" w14:textId="22D4EF2D"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c. </w:t>
            </w:r>
            <w:r w:rsidRPr="004A4E40">
              <w:rPr>
                <w:color w:val="000000"/>
                <w:szCs w:val="20"/>
                <w:lang w:val="es-PY"/>
              </w:rPr>
              <w:t xml:space="preserve">Los egresados </w:t>
            </w:r>
            <w:r w:rsidR="00502812">
              <w:rPr>
                <w:color w:val="000000"/>
                <w:szCs w:val="20"/>
                <w:lang w:val="es-PY"/>
              </w:rPr>
              <w:t xml:space="preserve">de los programas del clúster </w:t>
            </w:r>
            <w:r w:rsidRPr="004A4E40">
              <w:rPr>
                <w:color w:val="000000"/>
                <w:szCs w:val="20"/>
                <w:lang w:val="es-PY"/>
              </w:rPr>
              <w:t>aplican conocimientos y capacidades desarrollados durante el doctorado en sus ámbitos profesionales.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D1B1C7C"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42083E2"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E704FD7" w14:textId="77777777" w:rsidR="00AD316C" w:rsidRPr="00375305" w:rsidRDefault="00AD316C" w:rsidP="00AD316C">
            <w:pPr>
              <w:spacing w:after="0" w:line="240" w:lineRule="auto"/>
              <w:jc w:val="center"/>
              <w:rPr>
                <w:szCs w:val="20"/>
                <w:lang w:val="es-PY"/>
              </w:rPr>
            </w:pPr>
          </w:p>
        </w:tc>
      </w:tr>
      <w:tr w:rsidR="00AD316C" w:rsidRPr="00457F5E" w14:paraId="46058B25" w14:textId="77777777" w:rsidTr="00251EDB">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2C666BC9" w14:textId="77777777" w:rsidR="00AD316C" w:rsidRPr="00375305"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041D0BD" w14:textId="00C27085"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d. </w:t>
            </w:r>
            <w:r w:rsidRPr="004A4E40">
              <w:rPr>
                <w:color w:val="000000"/>
                <w:szCs w:val="20"/>
                <w:lang w:val="es-PY"/>
              </w:rPr>
              <w:t>Se evidencian aportes de los egresados a la mejora, transformación o innovación de organizaciones, sectores o comunidades.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7F1D0E2"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2E72913"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91F6F80" w14:textId="77777777" w:rsidR="00AD316C" w:rsidRPr="00375305" w:rsidRDefault="00AD316C" w:rsidP="00AD316C">
            <w:pPr>
              <w:spacing w:after="0" w:line="240" w:lineRule="auto"/>
              <w:jc w:val="center"/>
              <w:rPr>
                <w:szCs w:val="20"/>
                <w:lang w:val="es-PY"/>
              </w:rPr>
            </w:pPr>
          </w:p>
        </w:tc>
      </w:tr>
      <w:tr w:rsidR="00AD316C" w:rsidRPr="00457F5E" w14:paraId="23622C75" w14:textId="77777777" w:rsidTr="00251EDB">
        <w:trPr>
          <w:cantSplit/>
          <w:trHeight w:val="548"/>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DB7EEC5" w14:textId="77777777" w:rsidR="00AD316C" w:rsidRPr="00375305"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44FDDB8" w14:textId="405ABEBF"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e. </w:t>
            </w:r>
            <w:r w:rsidR="00251EDB">
              <w:rPr>
                <w:color w:val="000000"/>
                <w:szCs w:val="20"/>
                <w:lang w:val="es-PY"/>
              </w:rPr>
              <w:t>Los</w:t>
            </w:r>
            <w:r w:rsidR="00502812">
              <w:rPr>
                <w:color w:val="000000"/>
                <w:szCs w:val="20"/>
                <w:lang w:val="es-PY"/>
              </w:rPr>
              <w:t xml:space="preserve"> egresados</w:t>
            </w:r>
            <w:r w:rsidRPr="004A4E40">
              <w:rPr>
                <w:color w:val="000000"/>
                <w:szCs w:val="20"/>
                <w:lang w:val="es-PY"/>
              </w:rPr>
              <w:t xml:space="preserve"> </w:t>
            </w:r>
            <w:r w:rsidR="00502812">
              <w:rPr>
                <w:color w:val="000000"/>
                <w:szCs w:val="20"/>
                <w:lang w:val="es-PY"/>
              </w:rPr>
              <w:t xml:space="preserve">de los </w:t>
            </w:r>
            <w:r w:rsidRPr="004A4E40">
              <w:rPr>
                <w:color w:val="000000"/>
                <w:szCs w:val="20"/>
                <w:lang w:val="es-PY"/>
              </w:rPr>
              <w:t>programa</w:t>
            </w:r>
            <w:r w:rsidR="00251EDB">
              <w:rPr>
                <w:color w:val="000000"/>
                <w:szCs w:val="20"/>
                <w:lang w:val="es-PY"/>
              </w:rPr>
              <w:t>s</w:t>
            </w:r>
            <w:r w:rsidR="00502812">
              <w:rPr>
                <w:color w:val="000000"/>
                <w:szCs w:val="20"/>
                <w:lang w:val="es-PY"/>
              </w:rPr>
              <w:t xml:space="preserve"> del clúster</w:t>
            </w:r>
            <w:r w:rsidR="00251EDB">
              <w:rPr>
                <w:color w:val="000000"/>
                <w:szCs w:val="20"/>
                <w:lang w:val="es-PY"/>
              </w:rPr>
              <w:t xml:space="preserve"> utilizan </w:t>
            </w:r>
            <w:r w:rsidRPr="004A4E40">
              <w:rPr>
                <w:color w:val="000000"/>
                <w:szCs w:val="20"/>
                <w:lang w:val="es-PY"/>
              </w:rPr>
              <w:t>la información sobre desempeño e impacto de los egresados para su mejora continua.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6F9DA19"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A30CD78" w14:textId="77777777" w:rsidR="00AD316C" w:rsidRPr="00375305"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D474D03" w14:textId="77777777" w:rsidR="00AD316C" w:rsidRPr="00375305" w:rsidRDefault="00AD316C" w:rsidP="00AD316C">
            <w:pPr>
              <w:spacing w:after="0" w:line="240" w:lineRule="auto"/>
              <w:jc w:val="center"/>
              <w:rPr>
                <w:szCs w:val="20"/>
                <w:lang w:val="es-PY"/>
              </w:rPr>
            </w:pPr>
          </w:p>
        </w:tc>
      </w:tr>
      <w:tr w:rsidR="008045E3" w:rsidRPr="00457F5E" w14:paraId="378A044F" w14:textId="77777777" w:rsidTr="00EF066C">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0850391B"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08AB87EB" w14:textId="77777777" w:rsidR="008045E3" w:rsidRPr="00EF066C" w:rsidRDefault="008045E3">
            <w:pPr>
              <w:spacing w:after="0" w:line="240" w:lineRule="auto"/>
              <w:rPr>
                <w:szCs w:val="20"/>
                <w:lang w:val="es-PY"/>
              </w:rPr>
            </w:pPr>
          </w:p>
        </w:tc>
      </w:tr>
      <w:tr w:rsidR="008045E3" w14:paraId="7E5407F8" w14:textId="77777777" w:rsidTr="00EF066C">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4D41E8B"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8A49E27"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14:paraId="206E3853" w14:textId="77777777" w:rsidTr="00EF066C">
        <w:trPr>
          <w:cantSplit/>
          <w:trHeight w:hRule="exact" w:val="8274"/>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78C2B212" w14:textId="77777777" w:rsidR="008045E3" w:rsidRDefault="008045E3"/>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60365BD7" w14:textId="77777777" w:rsidR="008045E3" w:rsidRDefault="008045E3"/>
        </w:tc>
      </w:tr>
    </w:tbl>
    <w:p w14:paraId="3F738D3D" w14:textId="77777777" w:rsidR="008045E3" w:rsidRDefault="00A22F53">
      <w:pPr>
        <w:spacing w:after="0"/>
      </w:pPr>
      <w:r>
        <w:br w:type="page"/>
      </w:r>
    </w:p>
    <w:p w14:paraId="3273BD8B" w14:textId="4F0B1E91" w:rsidR="008045E3" w:rsidRDefault="008045E3">
      <w:pPr>
        <w:spacing w:after="0"/>
      </w:pPr>
    </w:p>
    <w:tbl>
      <w:tblPr>
        <w:tblW w:w="0" w:type="auto"/>
        <w:jc w:val="center"/>
        <w:tblLayout w:type="fixed"/>
        <w:tblLook w:val="04A0" w:firstRow="1" w:lastRow="0" w:firstColumn="1" w:lastColumn="0" w:noHBand="0" w:noVBand="1"/>
      </w:tblPr>
      <w:tblGrid>
        <w:gridCol w:w="1786"/>
        <w:gridCol w:w="2742"/>
        <w:gridCol w:w="1935"/>
        <w:gridCol w:w="805"/>
        <w:gridCol w:w="805"/>
        <w:gridCol w:w="805"/>
        <w:gridCol w:w="179"/>
      </w:tblGrid>
      <w:tr w:rsidR="00EF066C" w14:paraId="60F4FA2D" w14:textId="77777777" w:rsidTr="008C635A">
        <w:trPr>
          <w:gridAfter w:val="1"/>
          <w:wAfter w:w="179" w:type="dxa"/>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1D3B4F2C" w14:textId="6A49FC9B" w:rsidR="00EF066C" w:rsidRPr="00EF066C" w:rsidRDefault="00502812">
            <w:pPr>
              <w:spacing w:after="0" w:line="240" w:lineRule="auto"/>
              <w:jc w:val="center"/>
              <w:rPr>
                <w:szCs w:val="20"/>
              </w:rPr>
            </w:pPr>
            <w:r>
              <w:rPr>
                <w:b/>
                <w:color w:val="000000"/>
                <w:szCs w:val="20"/>
              </w:rPr>
              <w:t xml:space="preserve">Criterio </w:t>
            </w:r>
          </w:p>
        </w:tc>
        <w:tc>
          <w:tcPr>
            <w:tcW w:w="4677" w:type="dxa"/>
            <w:gridSpan w:val="2"/>
            <w:vMerge w:val="restart"/>
            <w:tcBorders>
              <w:top w:val="single" w:sz="5" w:space="0" w:color="444444"/>
              <w:left w:val="single" w:sz="5" w:space="0" w:color="444444"/>
              <w:right w:val="single" w:sz="5" w:space="0" w:color="444444"/>
            </w:tcBorders>
            <w:shd w:val="clear" w:color="auto" w:fill="8AC4A7"/>
            <w:vAlign w:val="center"/>
          </w:tcPr>
          <w:p w14:paraId="0758FE04"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C158750"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1AF53CC2" w14:textId="77777777" w:rsidTr="008C635A">
        <w:trPr>
          <w:gridAfter w:val="1"/>
          <w:wAfter w:w="179" w:type="dxa"/>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312E82C4" w14:textId="77777777" w:rsidR="00EF066C" w:rsidRPr="00EF066C" w:rsidRDefault="00EF066C">
            <w:pPr>
              <w:spacing w:after="0" w:line="240" w:lineRule="auto"/>
              <w:rPr>
                <w:szCs w:val="20"/>
              </w:rPr>
            </w:pPr>
          </w:p>
        </w:tc>
        <w:tc>
          <w:tcPr>
            <w:tcW w:w="4677" w:type="dxa"/>
            <w:gridSpan w:val="2"/>
            <w:vMerge/>
            <w:tcBorders>
              <w:left w:val="single" w:sz="5" w:space="0" w:color="444444"/>
              <w:bottom w:val="single" w:sz="5" w:space="0" w:color="444444"/>
              <w:right w:val="single" w:sz="5" w:space="0" w:color="444444"/>
            </w:tcBorders>
            <w:shd w:val="clear" w:color="auto" w:fill="8AC4A7"/>
            <w:vAlign w:val="center"/>
          </w:tcPr>
          <w:p w14:paraId="605B5AB0"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BB308B3"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E61910C"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00640EA" w14:textId="77777777" w:rsidR="00EF066C" w:rsidRPr="00EF066C" w:rsidRDefault="00EF066C">
            <w:pPr>
              <w:spacing w:after="0" w:line="240" w:lineRule="auto"/>
              <w:jc w:val="center"/>
              <w:rPr>
                <w:szCs w:val="20"/>
              </w:rPr>
            </w:pPr>
            <w:r w:rsidRPr="00EF066C">
              <w:rPr>
                <w:b/>
                <w:color w:val="000000"/>
                <w:szCs w:val="20"/>
              </w:rPr>
              <w:t>NC</w:t>
            </w:r>
          </w:p>
        </w:tc>
      </w:tr>
      <w:tr w:rsidR="008045E3" w:rsidRPr="00457F5E" w14:paraId="17B6AC19" w14:textId="77777777" w:rsidTr="00D83FA8">
        <w:trPr>
          <w:gridAfter w:val="1"/>
          <w:wAfter w:w="179" w:type="dxa"/>
          <w:cantSplit/>
          <w:trHeight w:val="765"/>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1F61727" w14:textId="75AC454B" w:rsidR="00912D2E" w:rsidRPr="00D83FA8" w:rsidRDefault="00912D2E" w:rsidP="00912D2E">
            <w:pPr>
              <w:spacing w:after="0"/>
              <w:jc w:val="center"/>
              <w:rPr>
                <w:b/>
                <w:color w:val="000000"/>
                <w:szCs w:val="20"/>
                <w:lang w:val="es-PY"/>
              </w:rPr>
            </w:pPr>
            <w:r w:rsidRPr="00D83FA8">
              <w:rPr>
                <w:b/>
                <w:color w:val="000000"/>
                <w:szCs w:val="20"/>
                <w:lang w:val="es-PY"/>
              </w:rPr>
              <w:t xml:space="preserve">Impacto de la aplicación e innovación en la práctica </w:t>
            </w:r>
            <w:r w:rsidR="00502812">
              <w:rPr>
                <w:b/>
                <w:color w:val="000000"/>
                <w:szCs w:val="20"/>
                <w:lang w:val="es-PY"/>
              </w:rPr>
              <w:t>profesional</w:t>
            </w:r>
          </w:p>
          <w:p w14:paraId="6E05ACE6" w14:textId="77777777" w:rsidR="008045E3" w:rsidRDefault="00A22F53" w:rsidP="00912D2E">
            <w:pPr>
              <w:spacing w:after="0"/>
              <w:jc w:val="center"/>
              <w:rPr>
                <w:b/>
                <w:color w:val="E31B23"/>
                <w:szCs w:val="20"/>
                <w:lang w:val="es-PY"/>
              </w:rPr>
            </w:pPr>
            <w:r w:rsidRPr="00D83FA8">
              <w:rPr>
                <w:b/>
                <w:color w:val="E31B23"/>
                <w:szCs w:val="20"/>
                <w:lang w:val="es-PY"/>
              </w:rPr>
              <w:t>(Sustantivo)</w:t>
            </w:r>
          </w:p>
          <w:p w14:paraId="4D289998" w14:textId="45BD25AE" w:rsidR="00502812" w:rsidRPr="00D83FA8" w:rsidRDefault="00502812" w:rsidP="00912D2E">
            <w:pPr>
              <w:spacing w:after="0"/>
              <w:jc w:val="center"/>
              <w:rPr>
                <w:szCs w:val="20"/>
                <w:lang w:val="es-PY"/>
              </w:rPr>
            </w:pPr>
            <w:r w:rsidRPr="00502812">
              <w:rPr>
                <w:b/>
                <w:color w:val="000000" w:themeColor="text1"/>
                <w:szCs w:val="20"/>
                <w:lang w:val="es-PY"/>
              </w:rPr>
              <w:t>(D4.C3)</w:t>
            </w: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999421F" w14:textId="3FC4C3C0" w:rsidR="008045E3" w:rsidRPr="00D83FA8" w:rsidRDefault="00A22F53">
            <w:pPr>
              <w:spacing w:after="0" w:line="240" w:lineRule="auto"/>
              <w:jc w:val="both"/>
              <w:rPr>
                <w:szCs w:val="20"/>
                <w:lang w:val="es-PY"/>
              </w:rPr>
            </w:pPr>
            <w:r w:rsidRPr="00D83FA8">
              <w:rPr>
                <w:color w:val="000000"/>
                <w:szCs w:val="20"/>
                <w:lang w:val="es-PY"/>
              </w:rPr>
              <w:t xml:space="preserve">a. </w:t>
            </w:r>
            <w:r w:rsidR="00502812">
              <w:rPr>
                <w:color w:val="000000"/>
                <w:szCs w:val="20"/>
                <w:lang w:val="es-PY"/>
              </w:rPr>
              <w:t xml:space="preserve">Los </w:t>
            </w:r>
            <w:r w:rsidR="00912D2E" w:rsidRPr="00D83FA8">
              <w:rPr>
                <w:color w:val="000000"/>
                <w:szCs w:val="20"/>
                <w:lang w:val="es-PY"/>
              </w:rPr>
              <w:t>programa</w:t>
            </w:r>
            <w:r w:rsidR="00502812">
              <w:rPr>
                <w:color w:val="000000"/>
                <w:szCs w:val="20"/>
                <w:lang w:val="es-PY"/>
              </w:rPr>
              <w:t>s</w:t>
            </w:r>
            <w:r w:rsidR="00912D2E" w:rsidRPr="00D83FA8">
              <w:rPr>
                <w:color w:val="000000"/>
                <w:szCs w:val="20"/>
                <w:lang w:val="es-PY"/>
              </w:rPr>
              <w:t xml:space="preserve"> promueve</w:t>
            </w:r>
            <w:r w:rsidR="00502812">
              <w:rPr>
                <w:color w:val="000000"/>
                <w:szCs w:val="20"/>
                <w:lang w:val="es-PY"/>
              </w:rPr>
              <w:t>n</w:t>
            </w:r>
            <w:r w:rsidR="00912D2E" w:rsidRPr="00D83FA8">
              <w:rPr>
                <w:color w:val="000000"/>
                <w:szCs w:val="20"/>
                <w:lang w:val="es-PY"/>
              </w:rPr>
              <w:t xml:space="preserve"> la generación de conocimiento aplicado, orientado a la solución de problemas relevantes del campo profesional.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78A7A4C"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682AA0D"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DC272B1" w14:textId="77777777" w:rsidR="008045E3" w:rsidRPr="00375305" w:rsidRDefault="008045E3">
            <w:pPr>
              <w:spacing w:after="0" w:line="240" w:lineRule="auto"/>
              <w:jc w:val="center"/>
              <w:rPr>
                <w:szCs w:val="20"/>
                <w:highlight w:val="yellow"/>
                <w:lang w:val="es-PY"/>
              </w:rPr>
            </w:pPr>
          </w:p>
        </w:tc>
      </w:tr>
      <w:tr w:rsidR="008045E3" w:rsidRPr="00457F5E" w14:paraId="6A1D07D2" w14:textId="77777777" w:rsidTr="00D83FA8">
        <w:trPr>
          <w:gridAfter w:val="1"/>
          <w:wAfter w:w="179" w:type="dxa"/>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5F4EC9C"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025F8FC" w14:textId="30BA4DE7" w:rsidR="008045E3" w:rsidRPr="00D83FA8" w:rsidRDefault="00A22F53">
            <w:pPr>
              <w:spacing w:after="0" w:line="240" w:lineRule="auto"/>
              <w:jc w:val="both"/>
              <w:rPr>
                <w:szCs w:val="20"/>
                <w:lang w:val="es-PY"/>
              </w:rPr>
            </w:pPr>
            <w:r w:rsidRPr="00D83FA8">
              <w:rPr>
                <w:color w:val="000000"/>
                <w:szCs w:val="20"/>
                <w:lang w:val="es-PY"/>
              </w:rPr>
              <w:t xml:space="preserve">b. </w:t>
            </w:r>
            <w:r w:rsidR="00912D2E" w:rsidRPr="00D83FA8">
              <w:rPr>
                <w:color w:val="000000"/>
                <w:szCs w:val="20"/>
                <w:lang w:val="es-PY"/>
              </w:rPr>
              <w:t>Las tesis doctorales incluyen diagnósticos, propuestas o soluciones innovadoras vinculadas a contextos profesionales específicos.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BCDACFF"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72771F"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E50BADA" w14:textId="77777777" w:rsidR="008045E3" w:rsidRPr="00375305" w:rsidRDefault="008045E3">
            <w:pPr>
              <w:spacing w:after="0" w:line="240" w:lineRule="auto"/>
              <w:jc w:val="center"/>
              <w:rPr>
                <w:szCs w:val="20"/>
                <w:highlight w:val="yellow"/>
                <w:lang w:val="es-PY"/>
              </w:rPr>
            </w:pPr>
          </w:p>
        </w:tc>
      </w:tr>
      <w:tr w:rsidR="008045E3" w:rsidRPr="00457F5E" w14:paraId="3C3898FE" w14:textId="77777777" w:rsidTr="00D83FA8">
        <w:trPr>
          <w:gridAfter w:val="1"/>
          <w:wAfter w:w="179" w:type="dxa"/>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6C20031"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B8E5024" w14:textId="5A9E43EC" w:rsidR="008045E3" w:rsidRPr="00D83FA8" w:rsidRDefault="00A22F53">
            <w:pPr>
              <w:spacing w:after="0" w:line="240" w:lineRule="auto"/>
              <w:jc w:val="both"/>
              <w:rPr>
                <w:szCs w:val="20"/>
                <w:lang w:val="es-PY"/>
              </w:rPr>
            </w:pPr>
            <w:r w:rsidRPr="00D83FA8">
              <w:rPr>
                <w:color w:val="000000"/>
                <w:szCs w:val="20"/>
                <w:lang w:val="es-PY"/>
              </w:rPr>
              <w:t xml:space="preserve">c. </w:t>
            </w:r>
            <w:r w:rsidR="00912D2E" w:rsidRPr="00D83FA8">
              <w:rPr>
                <w:color w:val="000000"/>
                <w:szCs w:val="20"/>
                <w:lang w:val="es-PY"/>
              </w:rPr>
              <w:t>Se evidencia la participación de actores del entorno profesional en el desarrollo, tutoría o evaluación de las investigaciones doctorales.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DA51DC3"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273B3E1"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BC8AA42" w14:textId="77777777" w:rsidR="008045E3" w:rsidRPr="00375305" w:rsidRDefault="008045E3">
            <w:pPr>
              <w:spacing w:after="0" w:line="240" w:lineRule="auto"/>
              <w:jc w:val="center"/>
              <w:rPr>
                <w:szCs w:val="20"/>
                <w:highlight w:val="yellow"/>
                <w:lang w:val="es-PY"/>
              </w:rPr>
            </w:pPr>
          </w:p>
        </w:tc>
      </w:tr>
      <w:tr w:rsidR="008045E3" w:rsidRPr="00457F5E" w14:paraId="7774FFD9" w14:textId="77777777" w:rsidTr="00D83FA8">
        <w:trPr>
          <w:gridAfter w:val="1"/>
          <w:wAfter w:w="179" w:type="dxa"/>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2521B24"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2E8303D" w14:textId="75ECE362" w:rsidR="008045E3" w:rsidRPr="00D83FA8" w:rsidRDefault="00A22F53" w:rsidP="00D83FA8">
            <w:pPr>
              <w:spacing w:after="0" w:line="240" w:lineRule="auto"/>
              <w:jc w:val="both"/>
              <w:rPr>
                <w:szCs w:val="20"/>
                <w:lang w:val="es-PY"/>
              </w:rPr>
            </w:pPr>
            <w:r w:rsidRPr="00D83FA8">
              <w:rPr>
                <w:color w:val="000000"/>
                <w:szCs w:val="20"/>
                <w:lang w:val="es-PY"/>
              </w:rPr>
              <w:t xml:space="preserve">d. </w:t>
            </w:r>
            <w:r w:rsidR="00D83FA8" w:rsidRPr="00D83FA8">
              <w:rPr>
                <w:color w:val="000000"/>
                <w:szCs w:val="20"/>
                <w:lang w:val="es-PY"/>
              </w:rPr>
              <w:t>Los resultados de las tesis doctorales se aplican en contextos profesionales y generan mejoras o innovaciones verificables.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08F46D0"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39C6B50"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2CDAD10" w14:textId="77777777" w:rsidR="008045E3" w:rsidRPr="00375305" w:rsidRDefault="008045E3">
            <w:pPr>
              <w:spacing w:after="0" w:line="240" w:lineRule="auto"/>
              <w:jc w:val="center"/>
              <w:rPr>
                <w:szCs w:val="20"/>
                <w:highlight w:val="yellow"/>
                <w:lang w:val="es-PY"/>
              </w:rPr>
            </w:pPr>
          </w:p>
        </w:tc>
      </w:tr>
      <w:tr w:rsidR="008045E3" w:rsidRPr="00457F5E" w14:paraId="3FD984CC" w14:textId="77777777" w:rsidTr="00D83FA8">
        <w:trPr>
          <w:gridAfter w:val="1"/>
          <w:wAfter w:w="179" w:type="dxa"/>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E881B25" w14:textId="77777777" w:rsidR="008045E3" w:rsidRPr="00375305"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6864943" w14:textId="3459664B" w:rsidR="008045E3" w:rsidRPr="00D83FA8" w:rsidRDefault="00A22F53">
            <w:pPr>
              <w:spacing w:after="0" w:line="240" w:lineRule="auto"/>
              <w:jc w:val="both"/>
              <w:rPr>
                <w:szCs w:val="20"/>
                <w:lang w:val="es-PY"/>
              </w:rPr>
            </w:pPr>
            <w:r w:rsidRPr="00D83FA8">
              <w:rPr>
                <w:color w:val="000000"/>
                <w:szCs w:val="20"/>
                <w:lang w:val="es-PY"/>
              </w:rPr>
              <w:t xml:space="preserve">e. </w:t>
            </w:r>
            <w:r w:rsidR="00502812">
              <w:rPr>
                <w:color w:val="000000"/>
                <w:szCs w:val="20"/>
                <w:lang w:val="es-PY"/>
              </w:rPr>
              <w:t xml:space="preserve">Los </w:t>
            </w:r>
            <w:r w:rsidR="00912D2E" w:rsidRPr="00D83FA8">
              <w:rPr>
                <w:color w:val="000000"/>
                <w:szCs w:val="20"/>
                <w:lang w:val="es-PY"/>
              </w:rPr>
              <w:t>programa</w:t>
            </w:r>
            <w:r w:rsidR="00502812">
              <w:rPr>
                <w:color w:val="000000"/>
                <w:szCs w:val="20"/>
                <w:lang w:val="es-PY"/>
              </w:rPr>
              <w:t>s</w:t>
            </w:r>
            <w:r w:rsidR="00912D2E" w:rsidRPr="00D83FA8">
              <w:rPr>
                <w:color w:val="000000"/>
                <w:szCs w:val="20"/>
                <w:lang w:val="es-PY"/>
              </w:rPr>
              <w:t xml:space="preserve"> cuenta</w:t>
            </w:r>
            <w:r w:rsidR="00502812">
              <w:rPr>
                <w:color w:val="000000"/>
                <w:szCs w:val="20"/>
                <w:lang w:val="es-PY"/>
              </w:rPr>
              <w:t>n</w:t>
            </w:r>
            <w:r w:rsidR="00912D2E" w:rsidRPr="00D83FA8">
              <w:rPr>
                <w:color w:val="000000"/>
                <w:szCs w:val="20"/>
                <w:lang w:val="es-PY"/>
              </w:rPr>
              <w:t xml:space="preserve"> con mecanismos sistemáticos de articulación con el entorno profesional que facilitan la transferencia y validación del conocimiento en la práctica.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8B55B9F"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08892CB" w14:textId="77777777" w:rsidR="008045E3" w:rsidRPr="00375305"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27439C9" w14:textId="77777777" w:rsidR="008045E3" w:rsidRPr="00375305" w:rsidRDefault="008045E3">
            <w:pPr>
              <w:spacing w:after="0" w:line="240" w:lineRule="auto"/>
              <w:jc w:val="center"/>
              <w:rPr>
                <w:szCs w:val="20"/>
                <w:highlight w:val="yellow"/>
                <w:lang w:val="es-PY"/>
              </w:rPr>
            </w:pPr>
          </w:p>
        </w:tc>
      </w:tr>
      <w:tr w:rsidR="008045E3" w:rsidRPr="00457F5E" w14:paraId="35AC4A14" w14:textId="77777777" w:rsidTr="00EF066C">
        <w:trPr>
          <w:gridAfter w:val="1"/>
          <w:wAfter w:w="179" w:type="dxa"/>
          <w:cantSplit/>
          <w:trHeight w:hRule="exact" w:val="312"/>
          <w:jc w:val="center"/>
        </w:trPr>
        <w:tc>
          <w:tcPr>
            <w:tcW w:w="6463" w:type="dxa"/>
            <w:gridSpan w:val="3"/>
            <w:tcBorders>
              <w:top w:val="single" w:sz="5" w:space="0" w:color="444444"/>
              <w:left w:val="single" w:sz="5" w:space="0" w:color="444444"/>
              <w:bottom w:val="single" w:sz="5" w:space="0" w:color="444444"/>
              <w:right w:val="single" w:sz="5" w:space="0" w:color="444444"/>
            </w:tcBorders>
            <w:vAlign w:val="center"/>
          </w:tcPr>
          <w:p w14:paraId="16C86978"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2182E588" w14:textId="77777777" w:rsidR="008045E3" w:rsidRPr="00EF066C" w:rsidRDefault="008045E3">
            <w:pPr>
              <w:spacing w:after="0" w:line="240" w:lineRule="auto"/>
              <w:rPr>
                <w:szCs w:val="20"/>
                <w:lang w:val="es-PY"/>
              </w:rPr>
            </w:pPr>
          </w:p>
        </w:tc>
      </w:tr>
      <w:tr w:rsidR="008045E3" w14:paraId="631AB45E" w14:textId="77777777" w:rsidTr="00EF066C">
        <w:trPr>
          <w:gridAfter w:val="1"/>
          <w:wAfter w:w="179" w:type="dxa"/>
          <w:cantSplit/>
          <w:trHeight w:hRule="exact" w:val="340"/>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DA2B988"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6B46F32"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14:paraId="356183F7" w14:textId="77777777" w:rsidTr="00375305">
        <w:trPr>
          <w:gridAfter w:val="1"/>
          <w:wAfter w:w="179" w:type="dxa"/>
          <w:cantSplit/>
          <w:trHeight w:hRule="exact" w:val="8785"/>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FFFFFF"/>
          </w:tcPr>
          <w:p w14:paraId="128666DF" w14:textId="77777777" w:rsidR="008045E3" w:rsidRPr="00EF066C" w:rsidRDefault="008045E3" w:rsidP="00375305">
            <w:pPr>
              <w:jc w:val="both"/>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492541FE" w14:textId="77777777" w:rsidR="008045E3" w:rsidRPr="00EF066C" w:rsidRDefault="008045E3" w:rsidP="00375305">
            <w:pPr>
              <w:jc w:val="both"/>
              <w:rPr>
                <w:szCs w:val="20"/>
              </w:rPr>
            </w:pPr>
          </w:p>
        </w:tc>
      </w:tr>
      <w:tr w:rsidR="00375305" w:rsidRPr="00457F5E" w14:paraId="0FE7DDE5" w14:textId="77777777" w:rsidTr="005A7144">
        <w:trPr>
          <w:cantSplit/>
          <w:trHeight w:hRule="exact" w:val="340"/>
          <w:jc w:val="center"/>
        </w:trPr>
        <w:tc>
          <w:tcPr>
            <w:tcW w:w="9057"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1C15EB12" w14:textId="77777777" w:rsidR="00375305" w:rsidRPr="00375305" w:rsidRDefault="00375305" w:rsidP="005A7144">
            <w:pPr>
              <w:spacing w:after="0" w:line="240" w:lineRule="auto"/>
              <w:jc w:val="center"/>
              <w:rPr>
                <w:b/>
                <w:color w:val="000000"/>
                <w:szCs w:val="20"/>
                <w:lang w:val="es-PY"/>
              </w:rPr>
            </w:pPr>
            <w:r w:rsidRPr="000043DA">
              <w:rPr>
                <w:b/>
                <w:bCs/>
                <w:color w:val="000000"/>
                <w:szCs w:val="20"/>
                <w:lang w:val="es-PY"/>
              </w:rPr>
              <w:lastRenderedPageBreak/>
              <w:t>Fortalezas y debilidades del cumplimiento de criterios del Marco Disciplinar</w:t>
            </w:r>
          </w:p>
        </w:tc>
      </w:tr>
      <w:tr w:rsidR="00375305" w14:paraId="10E33800" w14:textId="77777777" w:rsidTr="005A7144">
        <w:trPr>
          <w:cantSplit/>
          <w:trHeight w:hRule="exact" w:val="340"/>
          <w:jc w:val="center"/>
        </w:trPr>
        <w:tc>
          <w:tcPr>
            <w:tcW w:w="4528"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D385130" w14:textId="77777777" w:rsidR="00375305" w:rsidRPr="00A22F53" w:rsidRDefault="00375305" w:rsidP="005A7144">
            <w:pPr>
              <w:spacing w:after="0" w:line="240" w:lineRule="auto"/>
              <w:jc w:val="center"/>
              <w:rPr>
                <w:b/>
                <w:color w:val="000000"/>
                <w:szCs w:val="20"/>
              </w:rPr>
            </w:pPr>
            <w:r>
              <w:rPr>
                <w:b/>
                <w:color w:val="000000"/>
                <w:szCs w:val="20"/>
              </w:rPr>
              <w:t>Fortalezas</w:t>
            </w:r>
          </w:p>
        </w:tc>
        <w:tc>
          <w:tcPr>
            <w:tcW w:w="4529"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048F84B8" w14:textId="77777777" w:rsidR="00375305" w:rsidRPr="00A22F53" w:rsidRDefault="00375305" w:rsidP="005A7144">
            <w:pPr>
              <w:spacing w:after="0" w:line="240" w:lineRule="auto"/>
              <w:jc w:val="center"/>
              <w:rPr>
                <w:b/>
                <w:color w:val="000000"/>
                <w:szCs w:val="20"/>
              </w:rPr>
            </w:pPr>
            <w:r>
              <w:rPr>
                <w:b/>
                <w:color w:val="000000"/>
                <w:szCs w:val="20"/>
              </w:rPr>
              <w:t>Debilidades</w:t>
            </w:r>
          </w:p>
        </w:tc>
      </w:tr>
      <w:tr w:rsidR="00375305" w:rsidRPr="00457F5E" w14:paraId="3385B911" w14:textId="77777777" w:rsidTr="00375305">
        <w:trPr>
          <w:cantSplit/>
          <w:trHeight w:hRule="exact" w:val="5619"/>
          <w:jc w:val="center"/>
        </w:trPr>
        <w:tc>
          <w:tcPr>
            <w:tcW w:w="4528" w:type="dxa"/>
            <w:gridSpan w:val="2"/>
            <w:tcBorders>
              <w:top w:val="single" w:sz="5" w:space="0" w:color="444444"/>
              <w:left w:val="single" w:sz="5" w:space="0" w:color="444444"/>
              <w:bottom w:val="single" w:sz="5" w:space="0" w:color="444444"/>
              <w:right w:val="single" w:sz="5" w:space="0" w:color="444444"/>
            </w:tcBorders>
          </w:tcPr>
          <w:p w14:paraId="75486754" w14:textId="77777777" w:rsidR="00375305" w:rsidRDefault="00375305" w:rsidP="00375305">
            <w:pPr>
              <w:spacing w:after="0" w:line="240" w:lineRule="auto"/>
              <w:jc w:val="both"/>
              <w:rPr>
                <w:color w:val="D9D9D9" w:themeColor="background1" w:themeShade="D9"/>
                <w:szCs w:val="20"/>
                <w:lang w:val="es-PY"/>
              </w:rPr>
            </w:pPr>
            <w:r w:rsidRPr="00375305">
              <w:rPr>
                <w:color w:val="D9D9D9" w:themeColor="background1" w:themeShade="D9"/>
                <w:szCs w:val="20"/>
                <w:lang w:val="es-PY"/>
              </w:rPr>
              <w:t>Describen los aspectos en los que el programa, demuestra un nivel superior al esperado, innovaciones, buenas prácticas o resultados sobresalientes que contribuyen significativamente al logro del criterio de calidad. No constituyen mero cumplimiento de los indicadores.</w:t>
            </w:r>
          </w:p>
          <w:p w14:paraId="23CC8AD0" w14:textId="77777777" w:rsidR="00375305" w:rsidRDefault="00375305" w:rsidP="00375305">
            <w:pPr>
              <w:spacing w:after="0" w:line="240" w:lineRule="auto"/>
              <w:jc w:val="both"/>
              <w:rPr>
                <w:color w:val="000000"/>
                <w:szCs w:val="20"/>
                <w:lang w:val="es-PY"/>
              </w:rPr>
            </w:pPr>
          </w:p>
          <w:p w14:paraId="77E81178" w14:textId="75B109A9" w:rsidR="00375305" w:rsidRPr="00375305" w:rsidRDefault="00375305" w:rsidP="00375305">
            <w:pPr>
              <w:spacing w:after="0" w:line="240" w:lineRule="auto"/>
              <w:jc w:val="both"/>
              <w:rPr>
                <w:color w:val="000000"/>
                <w:szCs w:val="20"/>
                <w:lang w:val="es-PY"/>
              </w:rPr>
            </w:pPr>
          </w:p>
        </w:tc>
        <w:tc>
          <w:tcPr>
            <w:tcW w:w="4529" w:type="dxa"/>
            <w:gridSpan w:val="5"/>
            <w:tcBorders>
              <w:top w:val="single" w:sz="5" w:space="0" w:color="444444"/>
              <w:left w:val="single" w:sz="5" w:space="0" w:color="444444"/>
              <w:bottom w:val="single" w:sz="5" w:space="0" w:color="444444"/>
              <w:right w:val="single" w:sz="5" w:space="0" w:color="444444"/>
            </w:tcBorders>
          </w:tcPr>
          <w:p w14:paraId="1CF30EA6" w14:textId="77777777" w:rsidR="00375305" w:rsidRPr="00375305" w:rsidRDefault="00375305" w:rsidP="00375305">
            <w:pPr>
              <w:spacing w:after="0" w:line="240" w:lineRule="auto"/>
              <w:jc w:val="both"/>
              <w:rPr>
                <w:color w:val="000000"/>
                <w:szCs w:val="20"/>
                <w:lang w:val="es-PY"/>
              </w:rPr>
            </w:pPr>
            <w:r w:rsidRPr="00375305">
              <w:rPr>
                <w:color w:val="D9D9D9" w:themeColor="background1" w:themeShade="D9"/>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375305" w14:paraId="6C73E499" w14:textId="77777777" w:rsidTr="005A7144">
        <w:trPr>
          <w:cantSplit/>
          <w:trHeight w:hRule="exact" w:val="340"/>
          <w:jc w:val="center"/>
        </w:trPr>
        <w:tc>
          <w:tcPr>
            <w:tcW w:w="9057"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2C1994F2" w14:textId="77777777" w:rsidR="00375305" w:rsidRPr="00A22F53" w:rsidRDefault="00375305" w:rsidP="005A7144">
            <w:pPr>
              <w:spacing w:after="0" w:line="240" w:lineRule="auto"/>
              <w:jc w:val="center"/>
              <w:rPr>
                <w:szCs w:val="20"/>
              </w:rPr>
            </w:pPr>
            <w:r w:rsidRPr="00A22F53">
              <w:rPr>
                <w:b/>
                <w:color w:val="000000"/>
                <w:szCs w:val="20"/>
              </w:rPr>
              <w:t>Oportunidades de mejora</w:t>
            </w:r>
          </w:p>
        </w:tc>
      </w:tr>
      <w:tr w:rsidR="00375305" w:rsidRPr="00457F5E" w14:paraId="6249B31E" w14:textId="77777777" w:rsidTr="00375305">
        <w:trPr>
          <w:cantSplit/>
          <w:trHeight w:val="4082"/>
          <w:jc w:val="center"/>
        </w:trPr>
        <w:tc>
          <w:tcPr>
            <w:tcW w:w="9057" w:type="dxa"/>
            <w:gridSpan w:val="7"/>
            <w:tcBorders>
              <w:top w:val="single" w:sz="5" w:space="0" w:color="444444"/>
              <w:left w:val="single" w:sz="5" w:space="0" w:color="444444"/>
              <w:bottom w:val="single" w:sz="5" w:space="0" w:color="444444"/>
              <w:right w:val="single" w:sz="5" w:space="0" w:color="444444"/>
            </w:tcBorders>
          </w:tcPr>
          <w:p w14:paraId="50FEFE94" w14:textId="77777777" w:rsidR="00375305" w:rsidRPr="007062D3" w:rsidRDefault="00375305" w:rsidP="00375305">
            <w:pPr>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617958B1" w14:textId="77777777" w:rsidR="00375305" w:rsidRPr="007062D3" w:rsidRDefault="00375305" w:rsidP="00375305">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074C71D8" w14:textId="77777777" w:rsidR="00375305" w:rsidRPr="007062D3" w:rsidRDefault="00375305" w:rsidP="00375305">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1AB82265" w14:textId="77777777" w:rsidR="00375305" w:rsidRPr="007062D3" w:rsidRDefault="00375305" w:rsidP="00375305">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250C35A4" w14:textId="77777777" w:rsidR="00375305" w:rsidRPr="007062D3" w:rsidRDefault="00375305" w:rsidP="00375305">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607289DA" w14:textId="77777777" w:rsidR="00375305" w:rsidRPr="007062D3" w:rsidRDefault="00375305" w:rsidP="00375305">
            <w:pPr>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3515B5DF" w14:textId="77777777" w:rsidR="00375305" w:rsidRPr="00375305" w:rsidRDefault="00375305" w:rsidP="00375305">
            <w:pPr>
              <w:spacing w:after="0" w:line="240" w:lineRule="auto"/>
              <w:jc w:val="both"/>
              <w:rPr>
                <w:b/>
                <w:color w:val="000000"/>
                <w:szCs w:val="20"/>
                <w:lang w:val="es-PY"/>
              </w:rPr>
            </w:pPr>
          </w:p>
          <w:p w14:paraId="1CEF0242" w14:textId="77777777" w:rsidR="00375305" w:rsidRPr="00375305" w:rsidRDefault="00375305" w:rsidP="00375305">
            <w:pPr>
              <w:spacing w:after="0" w:line="240" w:lineRule="auto"/>
              <w:jc w:val="both"/>
              <w:rPr>
                <w:b/>
                <w:color w:val="000000"/>
                <w:szCs w:val="20"/>
                <w:lang w:val="es-PY"/>
              </w:rPr>
            </w:pPr>
          </w:p>
          <w:p w14:paraId="18365414" w14:textId="77777777" w:rsidR="00375305" w:rsidRPr="00375305" w:rsidRDefault="00375305" w:rsidP="00375305">
            <w:pPr>
              <w:spacing w:after="0" w:line="240" w:lineRule="auto"/>
              <w:jc w:val="both"/>
              <w:rPr>
                <w:b/>
                <w:color w:val="000000"/>
                <w:szCs w:val="20"/>
                <w:lang w:val="es-PY"/>
              </w:rPr>
            </w:pPr>
          </w:p>
          <w:p w14:paraId="77443C48" w14:textId="77777777" w:rsidR="00375305" w:rsidRPr="00375305" w:rsidRDefault="00375305" w:rsidP="00375305">
            <w:pPr>
              <w:spacing w:after="0" w:line="240" w:lineRule="auto"/>
              <w:jc w:val="both"/>
              <w:rPr>
                <w:b/>
                <w:color w:val="000000"/>
                <w:szCs w:val="20"/>
                <w:lang w:val="es-PY"/>
              </w:rPr>
            </w:pPr>
          </w:p>
          <w:p w14:paraId="0FC99F21" w14:textId="77777777" w:rsidR="00375305" w:rsidRPr="00375305" w:rsidRDefault="00375305" w:rsidP="00375305">
            <w:pPr>
              <w:spacing w:after="0" w:line="240" w:lineRule="auto"/>
              <w:jc w:val="both"/>
              <w:rPr>
                <w:b/>
                <w:color w:val="000000"/>
                <w:szCs w:val="20"/>
                <w:lang w:val="es-PY"/>
              </w:rPr>
            </w:pPr>
          </w:p>
          <w:p w14:paraId="44EA69F6" w14:textId="77777777" w:rsidR="00375305" w:rsidRPr="00375305" w:rsidRDefault="00375305" w:rsidP="00375305">
            <w:pPr>
              <w:spacing w:after="0" w:line="240" w:lineRule="auto"/>
              <w:jc w:val="both"/>
              <w:rPr>
                <w:b/>
                <w:color w:val="000000"/>
                <w:szCs w:val="20"/>
                <w:lang w:val="es-PY"/>
              </w:rPr>
            </w:pPr>
          </w:p>
          <w:p w14:paraId="024F2094" w14:textId="77777777" w:rsidR="00375305" w:rsidRDefault="00375305" w:rsidP="00375305">
            <w:pPr>
              <w:spacing w:after="0" w:line="240" w:lineRule="auto"/>
              <w:jc w:val="both"/>
              <w:rPr>
                <w:b/>
                <w:color w:val="000000"/>
                <w:szCs w:val="20"/>
                <w:lang w:val="es-PY"/>
              </w:rPr>
            </w:pPr>
          </w:p>
          <w:p w14:paraId="4154DD43" w14:textId="77777777" w:rsidR="00375305" w:rsidRDefault="00375305" w:rsidP="00375305">
            <w:pPr>
              <w:spacing w:after="0" w:line="240" w:lineRule="auto"/>
              <w:jc w:val="both"/>
              <w:rPr>
                <w:b/>
                <w:color w:val="000000"/>
                <w:szCs w:val="20"/>
                <w:lang w:val="es-PY"/>
              </w:rPr>
            </w:pPr>
          </w:p>
          <w:p w14:paraId="303D55E8" w14:textId="2C3AAE4D" w:rsidR="00375305" w:rsidRDefault="00375305" w:rsidP="00375305">
            <w:pPr>
              <w:spacing w:after="0" w:line="240" w:lineRule="auto"/>
              <w:jc w:val="both"/>
              <w:rPr>
                <w:b/>
                <w:color w:val="000000"/>
                <w:szCs w:val="20"/>
                <w:lang w:val="es-PY"/>
              </w:rPr>
            </w:pPr>
          </w:p>
          <w:p w14:paraId="623D9504" w14:textId="6F8A9A82" w:rsidR="00375305" w:rsidRDefault="00375305" w:rsidP="00375305">
            <w:pPr>
              <w:spacing w:after="0" w:line="240" w:lineRule="auto"/>
              <w:jc w:val="both"/>
              <w:rPr>
                <w:b/>
                <w:color w:val="000000"/>
                <w:szCs w:val="20"/>
                <w:lang w:val="es-PY"/>
              </w:rPr>
            </w:pPr>
          </w:p>
          <w:p w14:paraId="3356682F" w14:textId="14E7AFC3" w:rsidR="00375305" w:rsidRDefault="00375305" w:rsidP="00375305">
            <w:pPr>
              <w:spacing w:after="0" w:line="240" w:lineRule="auto"/>
              <w:jc w:val="both"/>
              <w:rPr>
                <w:b/>
                <w:color w:val="000000"/>
                <w:szCs w:val="20"/>
                <w:lang w:val="es-PY"/>
              </w:rPr>
            </w:pPr>
          </w:p>
          <w:p w14:paraId="174E99C5" w14:textId="3D6DCA72" w:rsidR="00375305" w:rsidRDefault="00375305" w:rsidP="00375305">
            <w:pPr>
              <w:spacing w:after="0" w:line="240" w:lineRule="auto"/>
              <w:jc w:val="both"/>
              <w:rPr>
                <w:b/>
                <w:color w:val="000000"/>
                <w:szCs w:val="20"/>
                <w:lang w:val="es-PY"/>
              </w:rPr>
            </w:pPr>
          </w:p>
          <w:p w14:paraId="37FC53E0" w14:textId="662A97C2" w:rsidR="00375305" w:rsidRDefault="00375305" w:rsidP="00375305">
            <w:pPr>
              <w:spacing w:after="0" w:line="240" w:lineRule="auto"/>
              <w:jc w:val="both"/>
              <w:rPr>
                <w:b/>
                <w:color w:val="000000"/>
                <w:szCs w:val="20"/>
                <w:lang w:val="es-PY"/>
              </w:rPr>
            </w:pPr>
          </w:p>
          <w:p w14:paraId="0B0CD016" w14:textId="059790F8" w:rsidR="00375305" w:rsidRDefault="00375305" w:rsidP="00375305">
            <w:pPr>
              <w:spacing w:after="0" w:line="240" w:lineRule="auto"/>
              <w:jc w:val="both"/>
              <w:rPr>
                <w:b/>
                <w:color w:val="000000"/>
                <w:szCs w:val="20"/>
                <w:lang w:val="es-PY"/>
              </w:rPr>
            </w:pPr>
          </w:p>
          <w:p w14:paraId="22A13DAE" w14:textId="1EC80FE8" w:rsidR="00375305" w:rsidRDefault="00375305" w:rsidP="00375305">
            <w:pPr>
              <w:spacing w:after="0" w:line="240" w:lineRule="auto"/>
              <w:jc w:val="both"/>
              <w:rPr>
                <w:b/>
                <w:color w:val="000000"/>
                <w:szCs w:val="20"/>
                <w:lang w:val="es-PY"/>
              </w:rPr>
            </w:pPr>
          </w:p>
          <w:p w14:paraId="7C170CFF" w14:textId="1B5A8B0D" w:rsidR="00375305" w:rsidRDefault="00375305" w:rsidP="00375305">
            <w:pPr>
              <w:spacing w:after="0" w:line="240" w:lineRule="auto"/>
              <w:jc w:val="both"/>
              <w:rPr>
                <w:b/>
                <w:color w:val="000000"/>
                <w:szCs w:val="20"/>
                <w:lang w:val="es-PY"/>
              </w:rPr>
            </w:pPr>
          </w:p>
          <w:p w14:paraId="7B95214C" w14:textId="77777777" w:rsidR="00375305" w:rsidRDefault="00375305" w:rsidP="00375305">
            <w:pPr>
              <w:spacing w:after="0" w:line="240" w:lineRule="auto"/>
              <w:jc w:val="both"/>
              <w:rPr>
                <w:b/>
                <w:color w:val="000000"/>
                <w:szCs w:val="20"/>
                <w:lang w:val="es-PY"/>
              </w:rPr>
            </w:pPr>
          </w:p>
          <w:p w14:paraId="1EBDA551" w14:textId="77777777" w:rsidR="00375305" w:rsidRDefault="00375305" w:rsidP="00375305">
            <w:pPr>
              <w:spacing w:after="0" w:line="240" w:lineRule="auto"/>
              <w:jc w:val="both"/>
              <w:rPr>
                <w:b/>
                <w:color w:val="000000"/>
                <w:szCs w:val="20"/>
                <w:lang w:val="es-PY"/>
              </w:rPr>
            </w:pPr>
          </w:p>
          <w:p w14:paraId="663A5D5C" w14:textId="77777777" w:rsidR="00375305" w:rsidRDefault="00375305" w:rsidP="00375305">
            <w:pPr>
              <w:spacing w:after="0" w:line="240" w:lineRule="auto"/>
              <w:jc w:val="both"/>
              <w:rPr>
                <w:b/>
                <w:color w:val="000000"/>
                <w:szCs w:val="20"/>
                <w:lang w:val="es-PY"/>
              </w:rPr>
            </w:pPr>
          </w:p>
          <w:p w14:paraId="298868F0" w14:textId="77777777" w:rsidR="00375305" w:rsidRDefault="00375305" w:rsidP="00375305">
            <w:pPr>
              <w:spacing w:after="0" w:line="240" w:lineRule="auto"/>
              <w:jc w:val="both"/>
              <w:rPr>
                <w:b/>
                <w:color w:val="000000"/>
                <w:szCs w:val="20"/>
                <w:lang w:val="es-PY"/>
              </w:rPr>
            </w:pPr>
          </w:p>
          <w:p w14:paraId="230ABAB8" w14:textId="77777777" w:rsidR="00375305" w:rsidRDefault="00375305" w:rsidP="00375305">
            <w:pPr>
              <w:spacing w:after="0" w:line="240" w:lineRule="auto"/>
              <w:jc w:val="both"/>
              <w:rPr>
                <w:b/>
                <w:color w:val="000000"/>
                <w:szCs w:val="20"/>
                <w:lang w:val="es-PY"/>
              </w:rPr>
            </w:pPr>
          </w:p>
          <w:p w14:paraId="2B8756D9" w14:textId="6616B141" w:rsidR="00375305" w:rsidRDefault="00375305" w:rsidP="00375305">
            <w:pPr>
              <w:spacing w:after="0" w:line="240" w:lineRule="auto"/>
              <w:jc w:val="both"/>
              <w:rPr>
                <w:b/>
                <w:color w:val="000000"/>
                <w:szCs w:val="20"/>
                <w:lang w:val="es-PY"/>
              </w:rPr>
            </w:pPr>
          </w:p>
          <w:p w14:paraId="0F9AF457" w14:textId="469C6C65" w:rsidR="00375305" w:rsidRDefault="00375305" w:rsidP="00375305">
            <w:pPr>
              <w:spacing w:after="0" w:line="240" w:lineRule="auto"/>
              <w:jc w:val="both"/>
              <w:rPr>
                <w:b/>
                <w:color w:val="000000"/>
                <w:szCs w:val="20"/>
                <w:lang w:val="es-PY"/>
              </w:rPr>
            </w:pPr>
          </w:p>
          <w:p w14:paraId="79F740C5" w14:textId="1D7CBCDB" w:rsidR="00375305" w:rsidRDefault="00375305" w:rsidP="00375305">
            <w:pPr>
              <w:spacing w:after="0" w:line="240" w:lineRule="auto"/>
              <w:jc w:val="both"/>
              <w:rPr>
                <w:b/>
                <w:color w:val="000000"/>
                <w:szCs w:val="20"/>
                <w:lang w:val="es-PY"/>
              </w:rPr>
            </w:pPr>
          </w:p>
          <w:p w14:paraId="5565D7A1" w14:textId="77777777" w:rsidR="00375305" w:rsidRDefault="00375305" w:rsidP="00375305">
            <w:pPr>
              <w:spacing w:after="0" w:line="240" w:lineRule="auto"/>
              <w:jc w:val="both"/>
              <w:rPr>
                <w:b/>
                <w:color w:val="000000"/>
                <w:szCs w:val="20"/>
                <w:lang w:val="es-PY"/>
              </w:rPr>
            </w:pPr>
          </w:p>
          <w:p w14:paraId="6FEFEC50" w14:textId="2431F4C1" w:rsidR="00375305" w:rsidRPr="00375305" w:rsidRDefault="00375305" w:rsidP="00375305">
            <w:pPr>
              <w:spacing w:after="0" w:line="240" w:lineRule="auto"/>
              <w:jc w:val="both"/>
              <w:rPr>
                <w:b/>
                <w:color w:val="000000"/>
                <w:szCs w:val="20"/>
                <w:lang w:val="es-PY"/>
              </w:rPr>
            </w:pPr>
          </w:p>
        </w:tc>
      </w:tr>
      <w:tr w:rsidR="00375305" w:rsidRPr="00190499" w14:paraId="02EF5241" w14:textId="77777777" w:rsidTr="00375305">
        <w:trPr>
          <w:trHeight w:hRule="exact" w:val="312"/>
          <w:jc w:val="center"/>
        </w:trPr>
        <w:tc>
          <w:tcPr>
            <w:tcW w:w="9057" w:type="dxa"/>
            <w:gridSpan w:val="7"/>
            <w:tcBorders>
              <w:top w:val="single" w:sz="5" w:space="0" w:color="53A67D"/>
              <w:left w:val="single" w:sz="5" w:space="0" w:color="53A67D"/>
              <w:bottom w:val="single" w:sz="5" w:space="0" w:color="53A67D"/>
              <w:right w:val="single" w:sz="5" w:space="0" w:color="53A67D"/>
            </w:tcBorders>
            <w:shd w:val="clear" w:color="auto" w:fill="386F53"/>
            <w:vAlign w:val="center"/>
          </w:tcPr>
          <w:p w14:paraId="5971EF1F" w14:textId="77777777" w:rsidR="00375305" w:rsidRPr="00190499" w:rsidRDefault="00375305" w:rsidP="005A7144">
            <w:pPr>
              <w:spacing w:after="0" w:line="240" w:lineRule="auto"/>
              <w:rPr>
                <w:szCs w:val="20"/>
              </w:rPr>
            </w:pPr>
            <w:r>
              <w:rPr>
                <w:b/>
                <w:color w:val="FFFFFF"/>
                <w:szCs w:val="20"/>
              </w:rPr>
              <w:lastRenderedPageBreak/>
              <w:t>8</w:t>
            </w:r>
            <w:r w:rsidRPr="00190499">
              <w:rPr>
                <w:b/>
                <w:color w:val="FFFFFF"/>
                <w:szCs w:val="20"/>
              </w:rPr>
              <w:t>.    SÍNTESIS EVALUATIVA</w:t>
            </w:r>
          </w:p>
        </w:tc>
      </w:tr>
    </w:tbl>
    <w:p w14:paraId="323340DC" w14:textId="77777777" w:rsidR="00375305" w:rsidRPr="00190499" w:rsidRDefault="00375305" w:rsidP="00375305">
      <w:pPr>
        <w:spacing w:before="40" w:after="60"/>
        <w:rPr>
          <w:color w:val="000000"/>
          <w:szCs w:val="20"/>
          <w:lang w:val="es-PY"/>
        </w:rPr>
      </w:pPr>
      <w:r w:rsidRPr="00190499">
        <w:rPr>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842"/>
        <w:gridCol w:w="1247"/>
        <w:gridCol w:w="1020"/>
        <w:gridCol w:w="1304"/>
        <w:gridCol w:w="1247"/>
        <w:gridCol w:w="1020"/>
        <w:gridCol w:w="1247"/>
      </w:tblGrid>
      <w:tr w:rsidR="00375305" w:rsidRPr="00190499" w14:paraId="445726A6" w14:textId="77777777" w:rsidTr="00375305">
        <w:trPr>
          <w:cantSplit/>
          <w:trHeight w:val="454"/>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EAF1DD" w:themeFill="accent3" w:themeFillTint="33"/>
            <w:vAlign w:val="center"/>
          </w:tcPr>
          <w:p w14:paraId="734C0912" w14:textId="77777777" w:rsidR="00375305" w:rsidRPr="00190499" w:rsidRDefault="00375305" w:rsidP="005A7144">
            <w:pPr>
              <w:spacing w:after="0" w:line="240" w:lineRule="auto"/>
              <w:jc w:val="center"/>
              <w:rPr>
                <w:szCs w:val="20"/>
              </w:rPr>
            </w:pPr>
            <w:r w:rsidRPr="00190499">
              <w:rPr>
                <w:b/>
                <w:color w:val="000000"/>
                <w:szCs w:val="20"/>
              </w:rPr>
              <w:t>Tipo de criterio</w:t>
            </w:r>
          </w:p>
        </w:tc>
        <w:tc>
          <w:tcPr>
            <w:tcW w:w="1247" w:type="dxa"/>
            <w:tcBorders>
              <w:top w:val="single" w:sz="5" w:space="0" w:color="444444"/>
              <w:left w:val="single" w:sz="5" w:space="0" w:color="444444"/>
              <w:bottom w:val="single" w:sz="5" w:space="0" w:color="444444"/>
              <w:right w:val="single" w:sz="5" w:space="0" w:color="444444"/>
            </w:tcBorders>
            <w:shd w:val="clear" w:color="auto" w:fill="EAF1DD" w:themeFill="accent3" w:themeFillTint="33"/>
            <w:vAlign w:val="center"/>
          </w:tcPr>
          <w:p w14:paraId="4704DD84" w14:textId="77777777" w:rsidR="00375305" w:rsidRPr="00190499" w:rsidRDefault="00375305" w:rsidP="005A7144">
            <w:pPr>
              <w:spacing w:after="0" w:line="240" w:lineRule="auto"/>
              <w:jc w:val="center"/>
              <w:rPr>
                <w:szCs w:val="20"/>
              </w:rPr>
            </w:pPr>
            <w:r w:rsidRPr="00190499">
              <w:rPr>
                <w:b/>
                <w:color w:val="000000"/>
                <w:szCs w:val="20"/>
              </w:rPr>
              <w:t>Total de criterios</w:t>
            </w:r>
          </w:p>
        </w:tc>
        <w:tc>
          <w:tcPr>
            <w:tcW w:w="1020" w:type="dxa"/>
            <w:tcBorders>
              <w:top w:val="single" w:sz="5" w:space="0" w:color="444444"/>
              <w:left w:val="single" w:sz="5" w:space="0" w:color="444444"/>
              <w:bottom w:val="single" w:sz="5" w:space="0" w:color="444444"/>
              <w:right w:val="single" w:sz="5" w:space="0" w:color="444444"/>
            </w:tcBorders>
            <w:shd w:val="clear" w:color="auto" w:fill="EAF1DD" w:themeFill="accent3" w:themeFillTint="33"/>
            <w:vAlign w:val="center"/>
          </w:tcPr>
          <w:p w14:paraId="20B2F309" w14:textId="77777777" w:rsidR="00375305" w:rsidRPr="00190499" w:rsidRDefault="00375305" w:rsidP="005A7144">
            <w:pPr>
              <w:spacing w:after="0" w:line="240" w:lineRule="auto"/>
              <w:jc w:val="center"/>
              <w:rPr>
                <w:szCs w:val="20"/>
              </w:rPr>
            </w:pPr>
            <w:r w:rsidRPr="00190499">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shd w:val="clear" w:color="auto" w:fill="EAF1DD" w:themeFill="accent3" w:themeFillTint="33"/>
            <w:vAlign w:val="center"/>
          </w:tcPr>
          <w:p w14:paraId="0C227132" w14:textId="77777777" w:rsidR="00375305" w:rsidRPr="00190499" w:rsidRDefault="00375305" w:rsidP="005A7144">
            <w:pPr>
              <w:spacing w:after="0" w:line="240" w:lineRule="auto"/>
              <w:jc w:val="center"/>
              <w:rPr>
                <w:szCs w:val="20"/>
              </w:rPr>
            </w:pPr>
            <w:r w:rsidRPr="00190499">
              <w:rPr>
                <w:b/>
                <w:color w:val="000000"/>
                <w:szCs w:val="20"/>
              </w:rPr>
              <w:t>Satisfactorio</w:t>
            </w:r>
          </w:p>
        </w:tc>
        <w:tc>
          <w:tcPr>
            <w:tcW w:w="1247" w:type="dxa"/>
            <w:tcBorders>
              <w:top w:val="single" w:sz="5" w:space="0" w:color="444444"/>
              <w:left w:val="single" w:sz="5" w:space="0" w:color="444444"/>
              <w:bottom w:val="single" w:sz="5" w:space="0" w:color="444444"/>
              <w:right w:val="single" w:sz="5" w:space="0" w:color="444444"/>
            </w:tcBorders>
            <w:shd w:val="clear" w:color="auto" w:fill="EAF1DD" w:themeFill="accent3" w:themeFillTint="33"/>
            <w:vAlign w:val="center"/>
          </w:tcPr>
          <w:p w14:paraId="205D453C" w14:textId="77777777" w:rsidR="00375305" w:rsidRPr="00190499" w:rsidRDefault="00375305" w:rsidP="005A7144">
            <w:pPr>
              <w:spacing w:after="0" w:line="240" w:lineRule="auto"/>
              <w:jc w:val="center"/>
              <w:rPr>
                <w:szCs w:val="20"/>
              </w:rPr>
            </w:pPr>
            <w:r w:rsidRPr="00190499">
              <w:rPr>
                <w:b/>
                <w:color w:val="000000"/>
                <w:szCs w:val="20"/>
              </w:rPr>
              <w:t>Suficiente</w:t>
            </w:r>
          </w:p>
        </w:tc>
        <w:tc>
          <w:tcPr>
            <w:tcW w:w="1020" w:type="dxa"/>
            <w:tcBorders>
              <w:top w:val="single" w:sz="5" w:space="0" w:color="444444"/>
              <w:left w:val="single" w:sz="5" w:space="0" w:color="444444"/>
              <w:bottom w:val="single" w:sz="5" w:space="0" w:color="444444"/>
              <w:right w:val="single" w:sz="5" w:space="0" w:color="444444"/>
            </w:tcBorders>
            <w:shd w:val="clear" w:color="auto" w:fill="EAF1DD" w:themeFill="accent3" w:themeFillTint="33"/>
            <w:vAlign w:val="center"/>
          </w:tcPr>
          <w:p w14:paraId="3535DFDF" w14:textId="77777777" w:rsidR="00375305" w:rsidRPr="00190499" w:rsidRDefault="00375305" w:rsidP="005A7144">
            <w:pPr>
              <w:spacing w:after="0" w:line="240" w:lineRule="auto"/>
              <w:jc w:val="center"/>
              <w:rPr>
                <w:szCs w:val="20"/>
              </w:rPr>
            </w:pPr>
            <w:r w:rsidRPr="00190499">
              <w:rPr>
                <w:b/>
                <w:color w:val="000000"/>
                <w:szCs w:val="20"/>
              </w:rPr>
              <w:t>Escaso</w:t>
            </w:r>
          </w:p>
        </w:tc>
        <w:tc>
          <w:tcPr>
            <w:tcW w:w="1247" w:type="dxa"/>
            <w:tcBorders>
              <w:top w:val="single" w:sz="5" w:space="0" w:color="444444"/>
              <w:left w:val="single" w:sz="5" w:space="0" w:color="444444"/>
              <w:bottom w:val="single" w:sz="5" w:space="0" w:color="444444"/>
              <w:right w:val="single" w:sz="5" w:space="0" w:color="444444"/>
            </w:tcBorders>
            <w:shd w:val="clear" w:color="auto" w:fill="EAF1DD" w:themeFill="accent3" w:themeFillTint="33"/>
            <w:vAlign w:val="center"/>
          </w:tcPr>
          <w:p w14:paraId="6EDA3604" w14:textId="77777777" w:rsidR="00375305" w:rsidRPr="00190499" w:rsidRDefault="00375305" w:rsidP="005A7144">
            <w:pPr>
              <w:spacing w:after="0" w:line="240" w:lineRule="auto"/>
              <w:jc w:val="center"/>
              <w:rPr>
                <w:szCs w:val="20"/>
              </w:rPr>
            </w:pPr>
            <w:r w:rsidRPr="00190499">
              <w:rPr>
                <w:b/>
                <w:color w:val="000000"/>
                <w:szCs w:val="20"/>
              </w:rPr>
              <w:t>No cumple</w:t>
            </w:r>
          </w:p>
        </w:tc>
      </w:tr>
      <w:tr w:rsidR="00375305" w:rsidRPr="00190499" w14:paraId="16E880B8" w14:textId="77777777" w:rsidTr="00375305">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5E72770F" w14:textId="77777777" w:rsidR="00375305" w:rsidRPr="00375305" w:rsidRDefault="00375305" w:rsidP="005A7144">
            <w:pPr>
              <w:spacing w:after="0" w:line="240" w:lineRule="auto"/>
              <w:rPr>
                <w:b/>
                <w:szCs w:val="20"/>
              </w:rPr>
            </w:pPr>
            <w:r w:rsidRPr="00375305">
              <w:rPr>
                <w:b/>
                <w:color w:val="000000"/>
                <w:szCs w:val="20"/>
              </w:rPr>
              <w:t>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684E6299" w14:textId="77777777" w:rsidR="00375305" w:rsidRPr="00375305" w:rsidRDefault="00375305" w:rsidP="005A7144">
            <w:pPr>
              <w:spacing w:after="0" w:line="240" w:lineRule="auto"/>
              <w:jc w:val="center"/>
              <w:rPr>
                <w:b/>
                <w:szCs w:val="20"/>
              </w:rPr>
            </w:pPr>
            <w:r w:rsidRPr="00375305">
              <w:rPr>
                <w:b/>
                <w:color w:val="000000"/>
                <w:szCs w:val="20"/>
              </w:rPr>
              <w:t>8</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222973DB" w14:textId="77777777" w:rsidR="00375305" w:rsidRPr="00190499" w:rsidRDefault="00375305" w:rsidP="005A7144">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2B4E5E18" w14:textId="77777777" w:rsidR="00375305" w:rsidRPr="00190499" w:rsidRDefault="00375305"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787C87C5" w14:textId="77777777" w:rsidR="00375305" w:rsidRPr="00190499" w:rsidRDefault="00375305" w:rsidP="005A7144">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C719497" w14:textId="77777777" w:rsidR="00375305" w:rsidRPr="00190499" w:rsidRDefault="00375305"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0C5E40CC" w14:textId="77777777" w:rsidR="00375305" w:rsidRPr="00190499" w:rsidRDefault="00375305" w:rsidP="005A7144">
            <w:pPr>
              <w:rPr>
                <w:szCs w:val="20"/>
              </w:rPr>
            </w:pPr>
          </w:p>
        </w:tc>
      </w:tr>
      <w:tr w:rsidR="00375305" w:rsidRPr="00190499" w14:paraId="728CFEE6" w14:textId="77777777" w:rsidTr="00375305">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09EC591" w14:textId="77777777" w:rsidR="00375305" w:rsidRPr="00375305" w:rsidRDefault="00375305" w:rsidP="005A7144">
            <w:pPr>
              <w:spacing w:after="0" w:line="240" w:lineRule="auto"/>
              <w:rPr>
                <w:b/>
                <w:szCs w:val="20"/>
              </w:rPr>
            </w:pPr>
            <w:r w:rsidRPr="00375305">
              <w:rPr>
                <w:b/>
                <w:color w:val="000000"/>
                <w:szCs w:val="20"/>
              </w:rPr>
              <w:t>No 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160E4AC2" w14:textId="77777777" w:rsidR="00375305" w:rsidRPr="00375305" w:rsidRDefault="00375305" w:rsidP="005A7144">
            <w:pPr>
              <w:spacing w:after="0" w:line="240" w:lineRule="auto"/>
              <w:jc w:val="center"/>
              <w:rPr>
                <w:b/>
                <w:szCs w:val="20"/>
              </w:rPr>
            </w:pPr>
            <w:r w:rsidRPr="00375305">
              <w:rPr>
                <w:b/>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3D56AA5A" w14:textId="77777777" w:rsidR="00375305" w:rsidRPr="00190499" w:rsidRDefault="00375305" w:rsidP="005A7144">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40D2092D" w14:textId="77777777" w:rsidR="00375305" w:rsidRPr="00190499" w:rsidRDefault="00375305"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4B6CBF4" w14:textId="77777777" w:rsidR="00375305" w:rsidRPr="00190499" w:rsidRDefault="00375305" w:rsidP="005A7144">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03BB29DC" w14:textId="77777777" w:rsidR="00375305" w:rsidRPr="00190499" w:rsidRDefault="00375305"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3E4184B6" w14:textId="77777777" w:rsidR="00375305" w:rsidRPr="00190499" w:rsidRDefault="00375305" w:rsidP="005A7144">
            <w:pPr>
              <w:rPr>
                <w:szCs w:val="20"/>
              </w:rPr>
            </w:pPr>
          </w:p>
        </w:tc>
      </w:tr>
      <w:tr w:rsidR="00375305" w:rsidRPr="00190499" w14:paraId="5B9C58AF" w14:textId="77777777" w:rsidTr="00375305">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261BB405" w14:textId="77777777" w:rsidR="00375305" w:rsidRPr="00375305" w:rsidRDefault="00375305" w:rsidP="005A7144">
            <w:pPr>
              <w:spacing w:after="0" w:line="240" w:lineRule="auto"/>
              <w:rPr>
                <w:b/>
                <w:szCs w:val="20"/>
              </w:rPr>
            </w:pPr>
            <w:r w:rsidRPr="00375305">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0FD5DE0A" w14:textId="77777777" w:rsidR="00375305" w:rsidRPr="00375305" w:rsidRDefault="00375305" w:rsidP="005A7144">
            <w:pPr>
              <w:spacing w:after="0" w:line="240" w:lineRule="auto"/>
              <w:jc w:val="center"/>
              <w:rPr>
                <w:b/>
                <w:szCs w:val="20"/>
              </w:rPr>
            </w:pPr>
            <w:r w:rsidRPr="00375305">
              <w:rPr>
                <w:b/>
                <w:color w:val="000000"/>
                <w:szCs w:val="20"/>
              </w:rPr>
              <w:t>13</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1AB3DE48" w14:textId="77777777" w:rsidR="00375305" w:rsidRPr="00190499" w:rsidRDefault="00375305" w:rsidP="005A7144">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01632FED" w14:textId="77777777" w:rsidR="00375305" w:rsidRPr="00190499" w:rsidRDefault="00375305"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5323A50" w14:textId="77777777" w:rsidR="00375305" w:rsidRPr="00190499" w:rsidRDefault="00375305" w:rsidP="005A7144">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02F3F725" w14:textId="77777777" w:rsidR="00375305" w:rsidRPr="00190499" w:rsidRDefault="00375305" w:rsidP="005A7144">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645CEA7B" w14:textId="77777777" w:rsidR="00375305" w:rsidRPr="00190499" w:rsidRDefault="00375305" w:rsidP="005A7144">
            <w:pPr>
              <w:rPr>
                <w:szCs w:val="20"/>
              </w:rPr>
            </w:pPr>
          </w:p>
        </w:tc>
      </w:tr>
    </w:tbl>
    <w:p w14:paraId="180326EA" w14:textId="77777777" w:rsidR="00375305" w:rsidRPr="00190499" w:rsidRDefault="00375305" w:rsidP="00375305">
      <w:pPr>
        <w:spacing w:before="160" w:after="40"/>
        <w:rPr>
          <w:szCs w:val="20"/>
        </w:rPr>
      </w:pPr>
    </w:p>
    <w:tbl>
      <w:tblPr>
        <w:tblW w:w="5000" w:type="pct"/>
        <w:jc w:val="center"/>
        <w:tblLook w:val="04A0" w:firstRow="1" w:lastRow="0" w:firstColumn="1" w:lastColumn="0" w:noHBand="0" w:noVBand="1"/>
      </w:tblPr>
      <w:tblGrid>
        <w:gridCol w:w="9053"/>
      </w:tblGrid>
      <w:tr w:rsidR="00375305" w:rsidRPr="00457F5E" w14:paraId="1CAD92FA" w14:textId="77777777" w:rsidTr="00375305">
        <w:trPr>
          <w:cantSplit/>
          <w:trHeight w:hRule="exact" w:val="340"/>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386F53"/>
            <w:tcMar>
              <w:top w:w="55" w:type="dxa"/>
              <w:left w:w="70" w:type="dxa"/>
              <w:bottom w:w="55" w:type="dxa"/>
              <w:right w:w="70" w:type="dxa"/>
            </w:tcMar>
            <w:vAlign w:val="center"/>
          </w:tcPr>
          <w:p w14:paraId="4BF8A3B7" w14:textId="777DDDB6" w:rsidR="00375305" w:rsidRPr="00375305" w:rsidRDefault="00375305" w:rsidP="005A7144">
            <w:pPr>
              <w:rPr>
                <w:b/>
                <w:color w:val="FFFFFF" w:themeColor="background1"/>
                <w:lang w:val="es-PY"/>
              </w:rPr>
            </w:pPr>
            <w:r>
              <w:rPr>
                <w:b/>
                <w:color w:val="FFFFFF" w:themeColor="background1"/>
                <w:lang w:val="es-PY"/>
              </w:rPr>
              <w:t>9. CONCLUSIONES GENERALES Y VALORACIÓN GLOBAL</w:t>
            </w:r>
          </w:p>
        </w:tc>
      </w:tr>
      <w:tr w:rsidR="00375305" w:rsidRPr="00457F5E" w14:paraId="79925E30" w14:textId="77777777" w:rsidTr="00375305">
        <w:trPr>
          <w:cantSplit/>
          <w:trHeight w:val="9730"/>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9EC3F16" w14:textId="77777777" w:rsidR="00375305" w:rsidRPr="000043DA" w:rsidRDefault="00375305" w:rsidP="00375305">
            <w:pPr>
              <w:pStyle w:val="NormalWeb"/>
              <w:spacing w:after="0"/>
              <w:jc w:val="both"/>
              <w:rPr>
                <w:rFonts w:ascii="Garamond" w:hAnsi="Garamond"/>
                <w:color w:val="A6A6A6"/>
                <w:sz w:val="22"/>
                <w:szCs w:val="22"/>
              </w:rPr>
            </w:pPr>
            <w:r w:rsidRPr="000043DA">
              <w:rPr>
                <w:rFonts w:ascii="Garamond" w:hAnsi="Garamond"/>
                <w:color w:val="A6A6A6"/>
                <w:sz w:val="22"/>
                <w:szCs w:val="22"/>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073D06A9" w14:textId="77777777" w:rsidR="00375305" w:rsidRDefault="00375305" w:rsidP="00375305">
            <w:pPr>
              <w:pStyle w:val="NormalWeb"/>
              <w:spacing w:before="0" w:beforeAutospacing="0" w:after="0" w:afterAutospacing="0"/>
              <w:jc w:val="both"/>
            </w:pPr>
            <w:r w:rsidRPr="000043DA">
              <w:rPr>
                <w:rFonts w:ascii="Garamond" w:hAnsi="Garamond"/>
                <w:color w:val="A6A6A6"/>
                <w:sz w:val="22"/>
                <w:szCs w:val="22"/>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4B3548CD" w14:textId="77777777" w:rsidR="00375305" w:rsidRDefault="00375305" w:rsidP="00375305">
            <w:pPr>
              <w:pStyle w:val="NormalWeb"/>
              <w:spacing w:before="0" w:beforeAutospacing="0" w:after="0" w:afterAutospacing="0"/>
              <w:jc w:val="both"/>
            </w:pPr>
          </w:p>
          <w:p w14:paraId="5636BE48" w14:textId="77777777" w:rsidR="00375305" w:rsidRDefault="00375305" w:rsidP="00375305">
            <w:pPr>
              <w:pStyle w:val="NormalWeb"/>
              <w:spacing w:before="0" w:beforeAutospacing="0" w:after="0" w:afterAutospacing="0"/>
              <w:jc w:val="both"/>
            </w:pPr>
          </w:p>
          <w:p w14:paraId="0D2EB9E2" w14:textId="77777777" w:rsidR="00375305" w:rsidRDefault="00375305" w:rsidP="00375305">
            <w:pPr>
              <w:pStyle w:val="NormalWeb"/>
              <w:spacing w:before="0" w:beforeAutospacing="0" w:after="0" w:afterAutospacing="0"/>
              <w:jc w:val="both"/>
            </w:pPr>
          </w:p>
          <w:p w14:paraId="549DD1E4" w14:textId="77777777" w:rsidR="00375305" w:rsidRDefault="00375305" w:rsidP="00375305">
            <w:pPr>
              <w:pStyle w:val="NormalWeb"/>
              <w:spacing w:before="0" w:beforeAutospacing="0" w:after="0" w:afterAutospacing="0"/>
              <w:jc w:val="both"/>
            </w:pPr>
          </w:p>
          <w:p w14:paraId="4589F9E9" w14:textId="77777777" w:rsidR="00375305" w:rsidRDefault="00375305" w:rsidP="00375305">
            <w:pPr>
              <w:jc w:val="both"/>
              <w:rPr>
                <w:b/>
                <w:lang w:val="es-PY"/>
              </w:rPr>
            </w:pPr>
          </w:p>
          <w:p w14:paraId="59453091" w14:textId="77777777" w:rsidR="00375305" w:rsidRDefault="00375305" w:rsidP="00375305">
            <w:pPr>
              <w:jc w:val="both"/>
              <w:rPr>
                <w:b/>
                <w:lang w:val="es-PY"/>
              </w:rPr>
            </w:pPr>
          </w:p>
          <w:p w14:paraId="4E650B1C" w14:textId="77777777" w:rsidR="00375305" w:rsidRDefault="00375305" w:rsidP="00375305">
            <w:pPr>
              <w:jc w:val="both"/>
              <w:rPr>
                <w:b/>
                <w:lang w:val="es-PY"/>
              </w:rPr>
            </w:pPr>
          </w:p>
          <w:p w14:paraId="1568023F" w14:textId="77777777" w:rsidR="00375305" w:rsidRDefault="00375305" w:rsidP="00375305">
            <w:pPr>
              <w:jc w:val="both"/>
              <w:rPr>
                <w:b/>
                <w:lang w:val="es-PY"/>
              </w:rPr>
            </w:pPr>
          </w:p>
          <w:p w14:paraId="522AF2E4" w14:textId="77777777" w:rsidR="00375305" w:rsidRDefault="00375305" w:rsidP="00375305">
            <w:pPr>
              <w:jc w:val="both"/>
              <w:rPr>
                <w:b/>
                <w:lang w:val="es-PY"/>
              </w:rPr>
            </w:pPr>
          </w:p>
          <w:p w14:paraId="54B50405" w14:textId="77777777" w:rsidR="00375305" w:rsidRDefault="00375305" w:rsidP="00375305">
            <w:pPr>
              <w:jc w:val="both"/>
              <w:rPr>
                <w:b/>
                <w:lang w:val="es-PY"/>
              </w:rPr>
            </w:pPr>
          </w:p>
          <w:p w14:paraId="3F6822EF" w14:textId="77777777" w:rsidR="00375305" w:rsidRDefault="00375305" w:rsidP="00375305">
            <w:pPr>
              <w:jc w:val="both"/>
              <w:rPr>
                <w:b/>
                <w:lang w:val="es-PY"/>
              </w:rPr>
            </w:pPr>
          </w:p>
          <w:p w14:paraId="191112FA" w14:textId="77777777" w:rsidR="00375305" w:rsidRDefault="00375305" w:rsidP="00375305">
            <w:pPr>
              <w:jc w:val="both"/>
              <w:rPr>
                <w:b/>
                <w:lang w:val="es-PY"/>
              </w:rPr>
            </w:pPr>
          </w:p>
          <w:p w14:paraId="2801B978" w14:textId="4E359F6A" w:rsidR="00375305" w:rsidRDefault="00375305" w:rsidP="00375305">
            <w:pPr>
              <w:tabs>
                <w:tab w:val="left" w:pos="1128"/>
              </w:tabs>
              <w:jc w:val="both"/>
              <w:rPr>
                <w:b/>
                <w:lang w:val="es-PY"/>
              </w:rPr>
            </w:pPr>
            <w:r>
              <w:rPr>
                <w:b/>
                <w:lang w:val="es-PY"/>
              </w:rPr>
              <w:tab/>
            </w:r>
          </w:p>
          <w:p w14:paraId="387809AA" w14:textId="77777777" w:rsidR="00375305" w:rsidRDefault="00375305" w:rsidP="00375305">
            <w:pPr>
              <w:jc w:val="both"/>
              <w:rPr>
                <w:b/>
                <w:lang w:val="es-PY"/>
              </w:rPr>
            </w:pPr>
          </w:p>
          <w:p w14:paraId="564AFACF" w14:textId="77777777" w:rsidR="00375305" w:rsidRDefault="00375305" w:rsidP="00375305">
            <w:pPr>
              <w:jc w:val="both"/>
              <w:rPr>
                <w:b/>
                <w:lang w:val="es-PY"/>
              </w:rPr>
            </w:pPr>
          </w:p>
          <w:p w14:paraId="1584C965" w14:textId="77777777" w:rsidR="00375305" w:rsidRDefault="00375305" w:rsidP="00375305">
            <w:pPr>
              <w:jc w:val="both"/>
              <w:rPr>
                <w:b/>
                <w:lang w:val="es-PY"/>
              </w:rPr>
            </w:pPr>
          </w:p>
          <w:p w14:paraId="222ED447" w14:textId="77777777" w:rsidR="00375305" w:rsidRPr="009A28C0" w:rsidRDefault="00375305" w:rsidP="00375305">
            <w:pPr>
              <w:jc w:val="both"/>
              <w:rPr>
                <w:b/>
                <w:lang w:val="es-PY"/>
              </w:rPr>
            </w:pPr>
          </w:p>
        </w:tc>
      </w:tr>
      <w:tr w:rsidR="00375305" w:rsidRPr="00E26089" w14:paraId="155548DD" w14:textId="77777777" w:rsidTr="00375305">
        <w:trPr>
          <w:cantSplit/>
          <w:trHeight w:hRule="exact" w:val="444"/>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F3452B1" w14:textId="77777777" w:rsidR="00375305" w:rsidRPr="009A28C0" w:rsidRDefault="00375305" w:rsidP="005A7144">
            <w:pPr>
              <w:rPr>
                <w:b/>
                <w:lang w:val="es-PY"/>
              </w:rPr>
            </w:pPr>
            <w:r w:rsidRPr="009A28C0">
              <w:rPr>
                <w:b/>
                <w:lang w:val="es-PY"/>
              </w:rPr>
              <w:t>Fecha del Informe:</w:t>
            </w:r>
          </w:p>
        </w:tc>
      </w:tr>
    </w:tbl>
    <w:p w14:paraId="373CD405" w14:textId="6DD13074" w:rsidR="008045E3" w:rsidRPr="00375305" w:rsidRDefault="008045E3">
      <w:pPr>
        <w:spacing w:after="0"/>
        <w:rPr>
          <w:lang w:val="es-PY"/>
        </w:rPr>
      </w:pPr>
    </w:p>
    <w:sectPr w:rsidR="008045E3" w:rsidRPr="00375305" w:rsidSect="00034616">
      <w:headerReference w:type="default" r:id="rId11"/>
      <w:pgSz w:w="11906" w:h="16838"/>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27E1E" w14:textId="77777777" w:rsidR="00375305" w:rsidRDefault="00375305" w:rsidP="00375305">
      <w:pPr>
        <w:spacing w:after="0" w:line="240" w:lineRule="auto"/>
      </w:pPr>
      <w:r>
        <w:separator/>
      </w:r>
    </w:p>
  </w:endnote>
  <w:endnote w:type="continuationSeparator" w:id="0">
    <w:p w14:paraId="0EF5CBA3" w14:textId="77777777" w:rsidR="00375305" w:rsidRDefault="00375305" w:rsidP="00375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3D40C" w14:textId="77777777" w:rsidR="00375305" w:rsidRDefault="00375305" w:rsidP="00375305">
      <w:pPr>
        <w:spacing w:after="0" w:line="240" w:lineRule="auto"/>
      </w:pPr>
      <w:r>
        <w:separator/>
      </w:r>
    </w:p>
  </w:footnote>
  <w:footnote w:type="continuationSeparator" w:id="0">
    <w:p w14:paraId="33BB18BC" w14:textId="77777777" w:rsidR="00375305" w:rsidRDefault="00375305" w:rsidP="003753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94AA" w14:textId="77777777" w:rsidR="00375305" w:rsidRPr="00EC15B4" w:rsidRDefault="00375305" w:rsidP="00375305">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1CFD1618" w14:textId="77777777" w:rsidR="00375305" w:rsidRDefault="003753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AE1DBD"/>
    <w:multiLevelType w:val="hybridMultilevel"/>
    <w:tmpl w:val="E606270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0E314ED"/>
    <w:multiLevelType w:val="hybridMultilevel"/>
    <w:tmpl w:val="F9865220"/>
    <w:lvl w:ilvl="0" w:tplc="1026EB2E">
      <w:start w:val="1"/>
      <w:numFmt w:val="lowerLetter"/>
      <w:lvlText w:val="%1."/>
      <w:lvlJc w:val="left"/>
      <w:pPr>
        <w:ind w:left="441" w:hanging="360"/>
      </w:pPr>
      <w:rPr>
        <w:rFonts w:hint="default"/>
      </w:rPr>
    </w:lvl>
    <w:lvl w:ilvl="1" w:tplc="3C0A0019" w:tentative="1">
      <w:start w:val="1"/>
      <w:numFmt w:val="lowerLetter"/>
      <w:lvlText w:val="%2."/>
      <w:lvlJc w:val="left"/>
      <w:pPr>
        <w:ind w:left="1161" w:hanging="360"/>
      </w:pPr>
    </w:lvl>
    <w:lvl w:ilvl="2" w:tplc="3C0A001B" w:tentative="1">
      <w:start w:val="1"/>
      <w:numFmt w:val="lowerRoman"/>
      <w:lvlText w:val="%3."/>
      <w:lvlJc w:val="right"/>
      <w:pPr>
        <w:ind w:left="1881" w:hanging="180"/>
      </w:pPr>
    </w:lvl>
    <w:lvl w:ilvl="3" w:tplc="3C0A000F" w:tentative="1">
      <w:start w:val="1"/>
      <w:numFmt w:val="decimal"/>
      <w:lvlText w:val="%4."/>
      <w:lvlJc w:val="left"/>
      <w:pPr>
        <w:ind w:left="2601" w:hanging="360"/>
      </w:pPr>
    </w:lvl>
    <w:lvl w:ilvl="4" w:tplc="3C0A0019" w:tentative="1">
      <w:start w:val="1"/>
      <w:numFmt w:val="lowerLetter"/>
      <w:lvlText w:val="%5."/>
      <w:lvlJc w:val="left"/>
      <w:pPr>
        <w:ind w:left="3321" w:hanging="360"/>
      </w:pPr>
    </w:lvl>
    <w:lvl w:ilvl="5" w:tplc="3C0A001B" w:tentative="1">
      <w:start w:val="1"/>
      <w:numFmt w:val="lowerRoman"/>
      <w:lvlText w:val="%6."/>
      <w:lvlJc w:val="right"/>
      <w:pPr>
        <w:ind w:left="4041" w:hanging="180"/>
      </w:pPr>
    </w:lvl>
    <w:lvl w:ilvl="6" w:tplc="3C0A000F" w:tentative="1">
      <w:start w:val="1"/>
      <w:numFmt w:val="decimal"/>
      <w:lvlText w:val="%7."/>
      <w:lvlJc w:val="left"/>
      <w:pPr>
        <w:ind w:left="4761" w:hanging="360"/>
      </w:pPr>
    </w:lvl>
    <w:lvl w:ilvl="7" w:tplc="3C0A0019" w:tentative="1">
      <w:start w:val="1"/>
      <w:numFmt w:val="lowerLetter"/>
      <w:lvlText w:val="%8."/>
      <w:lvlJc w:val="left"/>
      <w:pPr>
        <w:ind w:left="5481" w:hanging="360"/>
      </w:pPr>
    </w:lvl>
    <w:lvl w:ilvl="8" w:tplc="3C0A001B" w:tentative="1">
      <w:start w:val="1"/>
      <w:numFmt w:val="lowerRoman"/>
      <w:lvlText w:val="%9."/>
      <w:lvlJc w:val="right"/>
      <w:pPr>
        <w:ind w:left="6201" w:hanging="180"/>
      </w:pPr>
    </w:lvl>
  </w:abstractNum>
  <w:abstractNum w:abstractNumId="13" w15:restartNumberingAfterBreak="0">
    <w:nsid w:val="23B33083"/>
    <w:multiLevelType w:val="hybridMultilevel"/>
    <w:tmpl w:val="813ECD7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D3165A1"/>
    <w:multiLevelType w:val="hybridMultilevel"/>
    <w:tmpl w:val="F83EFD8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369367CC"/>
    <w:multiLevelType w:val="hybridMultilevel"/>
    <w:tmpl w:val="AACAA7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92743E3"/>
    <w:multiLevelType w:val="hybridMultilevel"/>
    <w:tmpl w:val="7C24CDAC"/>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3F1F5822"/>
    <w:multiLevelType w:val="hybridMultilevel"/>
    <w:tmpl w:val="B846D25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3665E4B"/>
    <w:multiLevelType w:val="hybridMultilevel"/>
    <w:tmpl w:val="D90070D6"/>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76C23643"/>
    <w:multiLevelType w:val="hybridMultilevel"/>
    <w:tmpl w:val="4B185B6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01871919">
    <w:abstractNumId w:val="8"/>
  </w:num>
  <w:num w:numId="2" w16cid:durableId="785007136">
    <w:abstractNumId w:val="6"/>
  </w:num>
  <w:num w:numId="3" w16cid:durableId="1651906458">
    <w:abstractNumId w:val="5"/>
  </w:num>
  <w:num w:numId="4" w16cid:durableId="1944729049">
    <w:abstractNumId w:val="4"/>
  </w:num>
  <w:num w:numId="5" w16cid:durableId="1137643686">
    <w:abstractNumId w:val="7"/>
  </w:num>
  <w:num w:numId="6" w16cid:durableId="1189177666">
    <w:abstractNumId w:val="3"/>
  </w:num>
  <w:num w:numId="7" w16cid:durableId="573667674">
    <w:abstractNumId w:val="2"/>
  </w:num>
  <w:num w:numId="8" w16cid:durableId="2101754211">
    <w:abstractNumId w:val="1"/>
  </w:num>
  <w:num w:numId="9" w16cid:durableId="1566187624">
    <w:abstractNumId w:val="0"/>
  </w:num>
  <w:num w:numId="10" w16cid:durableId="24184556">
    <w:abstractNumId w:val="9"/>
  </w:num>
  <w:num w:numId="11" w16cid:durableId="1223563119">
    <w:abstractNumId w:val="18"/>
  </w:num>
  <w:num w:numId="12" w16cid:durableId="1140151080">
    <w:abstractNumId w:val="17"/>
  </w:num>
  <w:num w:numId="13" w16cid:durableId="153960021">
    <w:abstractNumId w:val="10"/>
  </w:num>
  <w:num w:numId="14" w16cid:durableId="894044637">
    <w:abstractNumId w:val="13"/>
  </w:num>
  <w:num w:numId="15" w16cid:durableId="1993827674">
    <w:abstractNumId w:val="11"/>
  </w:num>
  <w:num w:numId="16" w16cid:durableId="183175825">
    <w:abstractNumId w:val="14"/>
  </w:num>
  <w:num w:numId="17" w16cid:durableId="940262206">
    <w:abstractNumId w:val="19"/>
  </w:num>
  <w:num w:numId="18" w16cid:durableId="927812442">
    <w:abstractNumId w:val="16"/>
  </w:num>
  <w:num w:numId="19" w16cid:durableId="57826108">
    <w:abstractNumId w:val="15"/>
  </w:num>
  <w:num w:numId="20" w16cid:durableId="2014334316">
    <w:abstractNumId w:val="20"/>
  </w:num>
  <w:num w:numId="21" w16cid:durableId="1285111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43DA"/>
    <w:rsid w:val="00012C74"/>
    <w:rsid w:val="00024076"/>
    <w:rsid w:val="00034616"/>
    <w:rsid w:val="0005677C"/>
    <w:rsid w:val="0006063C"/>
    <w:rsid w:val="000626B4"/>
    <w:rsid w:val="00080FDF"/>
    <w:rsid w:val="00134BB0"/>
    <w:rsid w:val="00135F8C"/>
    <w:rsid w:val="0014366C"/>
    <w:rsid w:val="0015074B"/>
    <w:rsid w:val="00190499"/>
    <w:rsid w:val="001A5A31"/>
    <w:rsid w:val="001D3CFE"/>
    <w:rsid w:val="001F5358"/>
    <w:rsid w:val="002110D5"/>
    <w:rsid w:val="002138CF"/>
    <w:rsid w:val="002370BA"/>
    <w:rsid w:val="00251EDB"/>
    <w:rsid w:val="00272FA6"/>
    <w:rsid w:val="002865B9"/>
    <w:rsid w:val="0029639D"/>
    <w:rsid w:val="002A0BB2"/>
    <w:rsid w:val="003041CD"/>
    <w:rsid w:val="003110E2"/>
    <w:rsid w:val="00326F90"/>
    <w:rsid w:val="0036724C"/>
    <w:rsid w:val="00375305"/>
    <w:rsid w:val="003779D2"/>
    <w:rsid w:val="00381AB3"/>
    <w:rsid w:val="00457F5E"/>
    <w:rsid w:val="004739FA"/>
    <w:rsid w:val="00477A1C"/>
    <w:rsid w:val="00497E12"/>
    <w:rsid w:val="004A28E3"/>
    <w:rsid w:val="004B2B1C"/>
    <w:rsid w:val="004B6D3D"/>
    <w:rsid w:val="004E5D20"/>
    <w:rsid w:val="004E6848"/>
    <w:rsid w:val="00502812"/>
    <w:rsid w:val="005A0363"/>
    <w:rsid w:val="005A41E6"/>
    <w:rsid w:val="005D35D2"/>
    <w:rsid w:val="00606DF1"/>
    <w:rsid w:val="006A027C"/>
    <w:rsid w:val="006A1632"/>
    <w:rsid w:val="006D2E6A"/>
    <w:rsid w:val="006E0E88"/>
    <w:rsid w:val="006E6C08"/>
    <w:rsid w:val="006F2C2C"/>
    <w:rsid w:val="0072450C"/>
    <w:rsid w:val="00746C32"/>
    <w:rsid w:val="007C2565"/>
    <w:rsid w:val="007E3BD5"/>
    <w:rsid w:val="00802C9F"/>
    <w:rsid w:val="008045E3"/>
    <w:rsid w:val="00811A45"/>
    <w:rsid w:val="008B759A"/>
    <w:rsid w:val="008C13B5"/>
    <w:rsid w:val="008C4EB4"/>
    <w:rsid w:val="008C635A"/>
    <w:rsid w:val="00912D2E"/>
    <w:rsid w:val="00952C37"/>
    <w:rsid w:val="00955833"/>
    <w:rsid w:val="00982D9E"/>
    <w:rsid w:val="00985BD5"/>
    <w:rsid w:val="0099487F"/>
    <w:rsid w:val="009A1B7B"/>
    <w:rsid w:val="009B5917"/>
    <w:rsid w:val="009D588F"/>
    <w:rsid w:val="00A22F53"/>
    <w:rsid w:val="00A26530"/>
    <w:rsid w:val="00A4493D"/>
    <w:rsid w:val="00A62209"/>
    <w:rsid w:val="00AA1D8D"/>
    <w:rsid w:val="00AA28A4"/>
    <w:rsid w:val="00AB0BD3"/>
    <w:rsid w:val="00AD316C"/>
    <w:rsid w:val="00AE145E"/>
    <w:rsid w:val="00AE7C30"/>
    <w:rsid w:val="00B47730"/>
    <w:rsid w:val="00B62A7C"/>
    <w:rsid w:val="00B72F52"/>
    <w:rsid w:val="00B859F1"/>
    <w:rsid w:val="00B95D30"/>
    <w:rsid w:val="00BA00D8"/>
    <w:rsid w:val="00BA5AD0"/>
    <w:rsid w:val="00BA7B84"/>
    <w:rsid w:val="00BC2E4B"/>
    <w:rsid w:val="00BC41A0"/>
    <w:rsid w:val="00BE3F6D"/>
    <w:rsid w:val="00C00B6A"/>
    <w:rsid w:val="00C8617C"/>
    <w:rsid w:val="00CB0664"/>
    <w:rsid w:val="00D10ED3"/>
    <w:rsid w:val="00D14CED"/>
    <w:rsid w:val="00D212CC"/>
    <w:rsid w:val="00D53187"/>
    <w:rsid w:val="00D561DE"/>
    <w:rsid w:val="00D83FA8"/>
    <w:rsid w:val="00DE4C24"/>
    <w:rsid w:val="00E21441"/>
    <w:rsid w:val="00E2171C"/>
    <w:rsid w:val="00E77364"/>
    <w:rsid w:val="00EF066C"/>
    <w:rsid w:val="00F2080B"/>
    <w:rsid w:val="00F3623F"/>
    <w:rsid w:val="00F529B4"/>
    <w:rsid w:val="00F83ABC"/>
    <w:rsid w:val="00FB1A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9E58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A31"/>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9A1B7B"/>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2C2C"/>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TableParagraph">
    <w:name w:val="Table Paragraph"/>
    <w:basedOn w:val="Normal"/>
    <w:uiPriority w:val="1"/>
    <w:qFormat/>
    <w:rsid w:val="008C635A"/>
    <w:pPr>
      <w:widowControl w:val="0"/>
      <w:autoSpaceDE w:val="0"/>
      <w:autoSpaceDN w:val="0"/>
      <w:spacing w:after="0" w:line="240" w:lineRule="auto"/>
    </w:pPr>
    <w:rPr>
      <w:rFonts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36193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30915-41F4-408F-9561-E6792B206DBA}">
  <ds:schemaRefs>
    <ds:schemaRef ds:uri="http://schemas.openxmlformats.org/package/2006/metadata/core-properties"/>
    <ds:schemaRef ds:uri="http://schemas.microsoft.com/office/2006/documentManagement/types"/>
    <ds:schemaRef ds:uri="http://purl.org/dc/elements/1.1/"/>
    <ds:schemaRef ds:uri="04ced7c2-fe6c-4dc0-a90a-a1af3751564d"/>
    <ds:schemaRef ds:uri="http://purl.org/dc/dcmitype/"/>
    <ds:schemaRef ds:uri="e4f75650-8e21-49ba-b91c-b81547c800b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26D57C6-AAC4-48C2-BC3A-B50AE2FC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DAC4FA-C8C9-4A1F-96A0-0D2D02E03278}">
  <ds:schemaRefs>
    <ds:schemaRef ds:uri="http://schemas.microsoft.com/sharepoint/v3/contenttype/forms"/>
  </ds:schemaRefs>
</ds:datastoreItem>
</file>

<file path=customXml/itemProps4.xml><?xml version="1.0" encoding="utf-8"?>
<ds:datastoreItem xmlns:ds="http://schemas.openxmlformats.org/officeDocument/2006/customXml" ds:itemID="{D3114DD1-C7EB-4732-BD0F-323D96842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1685</Words>
  <Characters>9269</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2026-09-07T16:07:00Z</dcterms:created>
  <dcterms:modified xsi:type="dcterms:W3CDTF">2026-09-07T16:07:00Z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