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6E170" w14:textId="77777777" w:rsidR="00CA67AF" w:rsidRDefault="00CA67AF" w:rsidP="00CA67AF">
      <w:pPr>
        <w:spacing w:after="60"/>
        <w:jc w:val="center"/>
        <w:rPr>
          <w:b/>
          <w:color w:val="000000"/>
          <w:sz w:val="28"/>
        </w:rPr>
      </w:pPr>
    </w:p>
    <w:p w14:paraId="34C35124" w14:textId="77777777" w:rsidR="00CA67AF" w:rsidRPr="00EC15B4" w:rsidRDefault="00CA67AF" w:rsidP="00CA67AF">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40CA88C" w14:textId="77777777" w:rsidR="00CA67AF" w:rsidRPr="00EA35D9" w:rsidRDefault="00CA67AF">
      <w:pPr>
        <w:jc w:val="center"/>
        <w:rPr>
          <w:b/>
          <w:color w:val="000000"/>
          <w:lang w:val="es-PY"/>
        </w:rPr>
      </w:pPr>
    </w:p>
    <w:p w14:paraId="34AACDDD" w14:textId="77777777" w:rsidR="00CA67AF" w:rsidRDefault="00CA67AF">
      <w:pPr>
        <w:jc w:val="center"/>
        <w:rPr>
          <w:b/>
          <w:color w:val="000000"/>
          <w:lang w:val="es-PY"/>
        </w:rPr>
      </w:pPr>
    </w:p>
    <w:p w14:paraId="17A86A4F" w14:textId="12012F8F" w:rsidR="004D28B8" w:rsidRPr="00177D63" w:rsidRDefault="00CA67AF">
      <w:pPr>
        <w:jc w:val="center"/>
        <w:rPr>
          <w:b/>
          <w:color w:val="000000"/>
          <w:sz w:val="24"/>
          <w:szCs w:val="24"/>
          <w:lang w:val="es-PY"/>
        </w:rPr>
      </w:pPr>
      <w:r w:rsidRPr="00177D63">
        <w:rPr>
          <w:b/>
          <w:color w:val="000000"/>
          <w:sz w:val="24"/>
          <w:szCs w:val="24"/>
          <w:lang w:val="es-PY"/>
        </w:rPr>
        <w:t>MODELO NACIONAL DE EVALUACIÓN Y ACREDITACIÓN DE LA</w:t>
      </w:r>
      <w:r w:rsidRPr="00177D63">
        <w:rPr>
          <w:b/>
          <w:color w:val="000000"/>
          <w:sz w:val="24"/>
          <w:szCs w:val="24"/>
          <w:lang w:val="es-PY"/>
        </w:rPr>
        <w:br/>
        <w:t>EDUCACIÓN SUPERIOR</w:t>
      </w:r>
    </w:p>
    <w:p w14:paraId="528A3F37" w14:textId="77777777" w:rsidR="00461BC9" w:rsidRPr="00177D63" w:rsidRDefault="00461BC9">
      <w:pPr>
        <w:jc w:val="center"/>
        <w:rPr>
          <w:b/>
          <w:color w:val="000000"/>
          <w:sz w:val="24"/>
          <w:szCs w:val="24"/>
          <w:lang w:val="es-PY"/>
        </w:rPr>
      </w:pPr>
    </w:p>
    <w:p w14:paraId="08EAF2AA" w14:textId="77777777" w:rsidR="00177D63" w:rsidRDefault="00461BC9" w:rsidP="00461BC9">
      <w:pPr>
        <w:jc w:val="center"/>
        <w:rPr>
          <w:b/>
          <w:color w:val="000000"/>
          <w:sz w:val="24"/>
          <w:szCs w:val="24"/>
          <w:lang w:val="es-PY"/>
        </w:rPr>
      </w:pPr>
      <w:r w:rsidRPr="00177D63">
        <w:rPr>
          <w:b/>
          <w:color w:val="000000"/>
          <w:sz w:val="24"/>
          <w:szCs w:val="24"/>
          <w:lang w:val="es-PY"/>
        </w:rPr>
        <w:t xml:space="preserve">SISTEMA DE EVALUACIÓN DE LA CALIDAD DE LA EDUCACIÓN </w:t>
      </w:r>
    </w:p>
    <w:p w14:paraId="2A3C6A6A" w14:textId="3EDEEB05" w:rsidR="00461BC9" w:rsidRPr="00177D63" w:rsidRDefault="00461BC9" w:rsidP="00461BC9">
      <w:pPr>
        <w:jc w:val="center"/>
        <w:rPr>
          <w:b/>
          <w:color w:val="000000"/>
          <w:sz w:val="24"/>
          <w:szCs w:val="24"/>
          <w:lang w:val="es-PY"/>
        </w:rPr>
      </w:pPr>
      <w:r w:rsidRPr="00177D63">
        <w:rPr>
          <w:b/>
          <w:color w:val="000000"/>
          <w:sz w:val="24"/>
          <w:szCs w:val="24"/>
          <w:lang w:val="es-PY"/>
        </w:rPr>
        <w:t xml:space="preserve">SUPERIOR POR FASES </w:t>
      </w:r>
    </w:p>
    <w:p w14:paraId="599B025E" w14:textId="4E6A2C71" w:rsidR="00461BC9" w:rsidRPr="00177D63" w:rsidRDefault="00461BC9" w:rsidP="00461BC9">
      <w:pPr>
        <w:jc w:val="center"/>
        <w:rPr>
          <w:b/>
          <w:color w:val="000000"/>
          <w:sz w:val="24"/>
          <w:szCs w:val="24"/>
          <w:lang w:val="es-PY"/>
        </w:rPr>
      </w:pPr>
      <w:r w:rsidRPr="00177D63">
        <w:rPr>
          <w:b/>
          <w:color w:val="000000"/>
          <w:sz w:val="24"/>
          <w:szCs w:val="24"/>
          <w:lang w:val="es-PY"/>
        </w:rPr>
        <w:t xml:space="preserve">Resolución ANEAES </w:t>
      </w:r>
      <w:proofErr w:type="spellStart"/>
      <w:r w:rsidRPr="00177D63">
        <w:rPr>
          <w:b/>
          <w:color w:val="000000"/>
          <w:sz w:val="24"/>
          <w:szCs w:val="24"/>
          <w:lang w:val="es-PY"/>
        </w:rPr>
        <w:t>N°</w:t>
      </w:r>
      <w:proofErr w:type="spellEnd"/>
      <w:r w:rsidRPr="00177D63">
        <w:rPr>
          <w:b/>
          <w:color w:val="000000"/>
          <w:sz w:val="24"/>
          <w:szCs w:val="24"/>
          <w:lang w:val="es-PY"/>
        </w:rPr>
        <w:t xml:space="preserve"> 309/2025</w:t>
      </w:r>
    </w:p>
    <w:p w14:paraId="3CCF55A5" w14:textId="77777777" w:rsidR="00461BC9" w:rsidRPr="00177D63" w:rsidRDefault="00461BC9">
      <w:pPr>
        <w:jc w:val="center"/>
        <w:rPr>
          <w:sz w:val="24"/>
          <w:szCs w:val="24"/>
          <w:lang w:val="es-PY"/>
        </w:rPr>
      </w:pPr>
    </w:p>
    <w:p w14:paraId="6855CB09" w14:textId="77777777" w:rsidR="00B838BF" w:rsidRPr="00177D63" w:rsidRDefault="00B838BF" w:rsidP="00B838BF">
      <w:pPr>
        <w:jc w:val="center"/>
        <w:rPr>
          <w:b/>
          <w:color w:val="000000"/>
          <w:sz w:val="24"/>
          <w:szCs w:val="24"/>
          <w:lang w:val="es-PY"/>
        </w:rPr>
      </w:pPr>
      <w:r w:rsidRPr="00177D63">
        <w:rPr>
          <w:b/>
          <w:color w:val="000000"/>
          <w:sz w:val="24"/>
          <w:szCs w:val="24"/>
          <w:lang w:val="es-PY"/>
        </w:rPr>
        <w:t xml:space="preserve">INFORME DE AUTOEVALUACIÓN </w:t>
      </w:r>
    </w:p>
    <w:p w14:paraId="18725AF4" w14:textId="3285CADB" w:rsidR="004D28B8" w:rsidRPr="00177D63" w:rsidRDefault="00310149" w:rsidP="00310149">
      <w:pPr>
        <w:jc w:val="center"/>
        <w:rPr>
          <w:b/>
          <w:color w:val="000000"/>
          <w:sz w:val="24"/>
          <w:szCs w:val="24"/>
          <w:lang w:val="es-PY"/>
        </w:rPr>
      </w:pPr>
      <w:r w:rsidRPr="00177D63">
        <w:rPr>
          <w:b/>
          <w:color w:val="000000"/>
          <w:sz w:val="24"/>
          <w:szCs w:val="24"/>
          <w:lang w:val="es-PY"/>
        </w:rPr>
        <w:t xml:space="preserve">CLÚSTER BIMODAL - </w:t>
      </w:r>
      <w:r w:rsidR="00B838BF" w:rsidRPr="00177D63">
        <w:rPr>
          <w:b/>
          <w:color w:val="000000"/>
          <w:sz w:val="24"/>
          <w:szCs w:val="24"/>
          <w:lang w:val="es-PY"/>
        </w:rPr>
        <w:t>DOCTORADOS INVESTIGATIVOS</w:t>
      </w:r>
    </w:p>
    <w:p w14:paraId="51C3FC03" w14:textId="68DBD136" w:rsidR="00310149" w:rsidRPr="00177D63" w:rsidRDefault="00310149" w:rsidP="00310149">
      <w:pPr>
        <w:jc w:val="center"/>
        <w:rPr>
          <w:b/>
          <w:color w:val="000000"/>
          <w:sz w:val="24"/>
          <w:szCs w:val="24"/>
          <w:lang w:val="es-PY"/>
        </w:rPr>
      </w:pPr>
      <w:r w:rsidRPr="00177D63">
        <w:rPr>
          <w:b/>
          <w:color w:val="000000"/>
          <w:sz w:val="24"/>
          <w:szCs w:val="24"/>
          <w:lang w:val="es-PY"/>
        </w:rPr>
        <w:t>MODALIDAD PRESENCIAL Y EDUCACIÓN A DISTANCIA</w:t>
      </w:r>
    </w:p>
    <w:tbl>
      <w:tblPr>
        <w:tblW w:w="0" w:type="auto"/>
        <w:jc w:val="center"/>
        <w:tblLayout w:type="fixed"/>
        <w:tblLook w:val="04A0" w:firstRow="1" w:lastRow="0" w:firstColumn="1" w:lastColumn="0" w:noHBand="0" w:noVBand="1"/>
      </w:tblPr>
      <w:tblGrid>
        <w:gridCol w:w="3033"/>
        <w:gridCol w:w="6323"/>
      </w:tblGrid>
      <w:tr w:rsidR="004D28B8" w14:paraId="0F2FFB3F" w14:textId="7777777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7617EEC5" w14:textId="77777777" w:rsidR="004D28B8" w:rsidRDefault="00CA67AF">
            <w:r>
              <w:rPr>
                <w:b/>
                <w:color w:val="FFFFFF"/>
              </w:rPr>
              <w:t>1. DATOS DE IDENTIFICACIÓN</w:t>
            </w:r>
          </w:p>
        </w:tc>
      </w:tr>
      <w:tr w:rsidR="004D28B8" w14:paraId="5C6FC650"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EC66725" w14:textId="77777777" w:rsidR="004D28B8" w:rsidRDefault="00CA67AF">
            <w:r>
              <w:rPr>
                <w:b/>
                <w:color w:val="FFFFFF"/>
              </w:rPr>
              <w:t>DATOS DE LA INSTITUCIÓN</w:t>
            </w:r>
          </w:p>
        </w:tc>
      </w:tr>
      <w:tr w:rsidR="004D28B8" w14:paraId="53C6E20A"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17DD07" w14:textId="77777777" w:rsidR="004D28B8" w:rsidRDefault="00CA67AF">
            <w:proofErr w:type="spellStart"/>
            <w:r>
              <w:rPr>
                <w:b/>
                <w:color w:val="000000"/>
              </w:rPr>
              <w:t>Institución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8739F2" w14:textId="77777777" w:rsidR="004D28B8" w:rsidRDefault="004D28B8"/>
        </w:tc>
      </w:tr>
      <w:tr w:rsidR="004D28B8" w14:paraId="1DDF74A1"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DA6D7B" w14:textId="77777777" w:rsidR="004D28B8" w:rsidRDefault="00CA67AF">
            <w:r>
              <w:rPr>
                <w:b/>
                <w:color w:val="000000"/>
              </w:rPr>
              <w:t xml:space="preserve">Máxima </w:t>
            </w:r>
            <w:proofErr w:type="spellStart"/>
            <w:r>
              <w:rPr>
                <w:b/>
                <w:color w:val="000000"/>
              </w:rPr>
              <w:t>autoridad</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9A6C4FA" w14:textId="77777777" w:rsidR="004D28B8" w:rsidRDefault="004D28B8"/>
        </w:tc>
      </w:tr>
      <w:tr w:rsidR="004D28B8" w14:paraId="0CAECF8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89F4BF" w14:textId="77777777" w:rsidR="004D28B8" w:rsidRDefault="00CA67AF">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EF5F6" w14:textId="77777777" w:rsidR="004D28B8" w:rsidRDefault="004D28B8"/>
        </w:tc>
      </w:tr>
      <w:tr w:rsidR="004D28B8" w14:paraId="66E4ABB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95B92B5" w14:textId="77777777" w:rsidR="004D28B8" w:rsidRDefault="00CA67AF">
            <w:r>
              <w:rPr>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17F37C" w14:textId="77777777" w:rsidR="004D28B8" w:rsidRDefault="004D28B8"/>
        </w:tc>
      </w:tr>
      <w:tr w:rsidR="004D28B8" w14:paraId="544C8588"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BA8B9" w14:textId="77777777" w:rsidR="004D28B8" w:rsidRDefault="00CA67AF">
            <w:r>
              <w:rPr>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7A4B1FA" w14:textId="77777777" w:rsidR="004D28B8" w:rsidRDefault="004D28B8"/>
        </w:tc>
      </w:tr>
      <w:tr w:rsidR="004D28B8" w14:paraId="0F26769D"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AB97B6" w14:textId="77777777" w:rsidR="004D28B8" w:rsidRDefault="00CA67AF">
            <w:proofErr w:type="spellStart"/>
            <w:r>
              <w:rPr>
                <w:b/>
                <w:color w:val="000000"/>
              </w:rPr>
              <w:t>Teléfono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E7EAC5" w14:textId="77777777" w:rsidR="004D28B8" w:rsidRDefault="004D28B8"/>
        </w:tc>
      </w:tr>
      <w:tr w:rsidR="004D28B8" w14:paraId="6C1B0C0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1FDA" w14:textId="77777777" w:rsidR="004D28B8" w:rsidRDefault="00CA67AF">
            <w:r>
              <w:rPr>
                <w:b/>
                <w:color w:val="000000"/>
              </w:rPr>
              <w:t xml:space="preserve">Correo </w:t>
            </w:r>
            <w:proofErr w:type="spellStart"/>
            <w:r>
              <w:rPr>
                <w:b/>
                <w:color w:val="000000"/>
              </w:rPr>
              <w:t>electrónico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FDE97" w14:textId="77777777" w:rsidR="004D28B8" w:rsidRDefault="004D28B8"/>
        </w:tc>
      </w:tr>
      <w:tr w:rsidR="004D28B8" w:rsidRPr="00D17A0D" w14:paraId="392878F6"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4A8C207" w14:textId="3B683591" w:rsidR="004D28B8" w:rsidRPr="00D17A0D" w:rsidRDefault="00CA67AF">
            <w:pPr>
              <w:rPr>
                <w:lang w:val="es-PY"/>
              </w:rPr>
            </w:pPr>
            <w:r w:rsidRPr="00D17A0D">
              <w:rPr>
                <w:b/>
                <w:color w:val="FFFFFF"/>
                <w:lang w:val="es-PY"/>
              </w:rPr>
              <w:t xml:space="preserve">DATOS ESPECÍFICOS </w:t>
            </w:r>
            <w:r w:rsidR="00600EE1" w:rsidRPr="00D17A0D">
              <w:rPr>
                <w:b/>
                <w:color w:val="FFFFFF"/>
                <w:lang w:val="es-PY"/>
              </w:rPr>
              <w:t xml:space="preserve">DE LOS </w:t>
            </w:r>
            <w:r w:rsidRPr="00D17A0D">
              <w:rPr>
                <w:b/>
                <w:color w:val="FFFFFF"/>
                <w:lang w:val="es-PY"/>
              </w:rPr>
              <w:t>PROGRAMA</w:t>
            </w:r>
            <w:r w:rsidR="00F25D08" w:rsidRPr="00D17A0D">
              <w:rPr>
                <w:b/>
                <w:color w:val="FFFFFF"/>
                <w:lang w:val="es-PY"/>
              </w:rPr>
              <w:t>S</w:t>
            </w:r>
          </w:p>
        </w:tc>
      </w:tr>
      <w:tr w:rsidR="004D28B8" w14:paraId="41D07006"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0B536DA" w14:textId="77777777" w:rsidR="004D28B8" w:rsidRDefault="00CA67AF">
            <w:r>
              <w:rPr>
                <w:b/>
                <w:color w:val="000000"/>
              </w:rPr>
              <w:t xml:space="preserve">Nombre del </w:t>
            </w:r>
            <w:proofErr w:type="spellStart"/>
            <w:r>
              <w:rPr>
                <w:b/>
                <w:color w:val="000000"/>
              </w:rPr>
              <w:t>programa</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063FF5" w14:textId="77777777" w:rsidR="004D28B8" w:rsidRDefault="004D28B8"/>
        </w:tc>
      </w:tr>
      <w:tr w:rsidR="004D28B8" w14:paraId="6C9444A0"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65DBC" w14:textId="77777777" w:rsidR="004D28B8" w:rsidRDefault="00CA67AF">
            <w:proofErr w:type="spellStart"/>
            <w:r>
              <w:rPr>
                <w:b/>
                <w:color w:val="000000"/>
              </w:rPr>
              <w:t>Facultad</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26E10C" w14:textId="77777777" w:rsidR="004D28B8" w:rsidRDefault="004D28B8"/>
        </w:tc>
      </w:tr>
      <w:tr w:rsidR="004D28B8" w:rsidRPr="00D17A0D" w14:paraId="4801F09C"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19A1F8" w14:textId="77777777" w:rsidR="004D28B8" w:rsidRPr="00CA67AF" w:rsidRDefault="00CA67AF">
            <w:pPr>
              <w:rPr>
                <w:lang w:val="es-PY"/>
              </w:rPr>
            </w:pPr>
            <w:r w:rsidRPr="00CA67AF">
              <w:rPr>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6753AD" w14:textId="77777777" w:rsidR="004D28B8" w:rsidRPr="00CA67AF" w:rsidRDefault="004D28B8">
            <w:pPr>
              <w:rPr>
                <w:lang w:val="es-PY"/>
              </w:rPr>
            </w:pPr>
          </w:p>
        </w:tc>
      </w:tr>
      <w:tr w:rsidR="004D28B8" w14:paraId="689897F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786592" w14:textId="77777777" w:rsidR="004D28B8" w:rsidRDefault="00CA67AF">
            <w:proofErr w:type="spellStart"/>
            <w:r>
              <w:rPr>
                <w:b/>
                <w:color w:val="000000"/>
              </w:rPr>
              <w:t>Dirección</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DD3DCC" w14:textId="77777777" w:rsidR="004D28B8" w:rsidRDefault="004D28B8"/>
        </w:tc>
      </w:tr>
      <w:tr w:rsidR="004D28B8" w:rsidRPr="00D17A0D" w14:paraId="36E6724B"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4109FAC7" w14:textId="049608EF" w:rsidR="004D28B8" w:rsidRPr="00CA67AF" w:rsidRDefault="00600EE1">
            <w:pPr>
              <w:rPr>
                <w:lang w:val="es-PY"/>
              </w:rPr>
            </w:pPr>
            <w:r>
              <w:rPr>
                <w:b/>
                <w:color w:val="FFFFFF"/>
                <w:lang w:val="es-PY"/>
              </w:rPr>
              <w:t>DATOS DE LOS RESPONSABLES DE LOS</w:t>
            </w:r>
            <w:r w:rsidR="00CA67AF" w:rsidRPr="00CA67AF">
              <w:rPr>
                <w:b/>
                <w:color w:val="FFFFFF"/>
                <w:lang w:val="es-PY"/>
              </w:rPr>
              <w:t xml:space="preserve"> PROGRAMA</w:t>
            </w:r>
            <w:r>
              <w:rPr>
                <w:b/>
                <w:color w:val="FFFFFF"/>
                <w:lang w:val="es-PY"/>
              </w:rPr>
              <w:t>S</w:t>
            </w:r>
          </w:p>
        </w:tc>
      </w:tr>
      <w:tr w:rsidR="004D28B8" w14:paraId="0024C23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BB8475" w14:textId="77777777" w:rsidR="004D28B8" w:rsidRDefault="00CA67AF">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D554D8" w14:textId="77777777" w:rsidR="004D28B8" w:rsidRDefault="004D28B8"/>
        </w:tc>
      </w:tr>
      <w:tr w:rsidR="004D28B8" w14:paraId="77AC6F8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3C0A28" w14:textId="77777777" w:rsidR="004D28B8" w:rsidRDefault="00CA67AF">
            <w:r>
              <w:rPr>
                <w:b/>
                <w:color w:val="000000"/>
              </w:rPr>
              <w:t xml:space="preserve">Máxima </w:t>
            </w:r>
            <w:proofErr w:type="spellStart"/>
            <w:r>
              <w:rPr>
                <w:b/>
                <w:color w:val="000000"/>
              </w:rPr>
              <w:t>titulación</w:t>
            </w:r>
            <w:proofErr w:type="spellEnd"/>
            <w:r>
              <w:rPr>
                <w:b/>
                <w:color w:val="000000"/>
              </w:rPr>
              <w:t xml:space="preserve"> </w:t>
            </w:r>
            <w:proofErr w:type="spellStart"/>
            <w:r>
              <w:rPr>
                <w:b/>
                <w:color w:val="000000"/>
              </w:rPr>
              <w:t>académica</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5E6744" w14:textId="77777777" w:rsidR="004D28B8" w:rsidRDefault="004D28B8"/>
        </w:tc>
      </w:tr>
      <w:tr w:rsidR="004D28B8" w14:paraId="461DCED6"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03184" w14:textId="77777777" w:rsidR="004D28B8" w:rsidRDefault="00CA67AF">
            <w:proofErr w:type="spellStart"/>
            <w:r>
              <w:rPr>
                <w:b/>
                <w:color w:val="000000"/>
              </w:rPr>
              <w:t>Resolución</w:t>
            </w:r>
            <w:proofErr w:type="spellEnd"/>
            <w:r>
              <w:rPr>
                <w:b/>
                <w:color w:val="000000"/>
              </w:rPr>
              <w:t xml:space="preserve"> de </w:t>
            </w:r>
            <w:proofErr w:type="spellStart"/>
            <w:r>
              <w:rPr>
                <w:b/>
                <w:color w:val="000000"/>
              </w:rPr>
              <w:t>nombramiento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2B85EE9" w14:textId="77777777" w:rsidR="004D28B8" w:rsidRDefault="004D28B8"/>
        </w:tc>
      </w:tr>
      <w:tr w:rsidR="004D28B8" w:rsidRPr="00D17A0D" w14:paraId="41DA758A"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7C23E3E" w14:textId="77777777" w:rsidR="004D28B8" w:rsidRPr="00CA67AF" w:rsidRDefault="00CA67AF">
            <w:pPr>
              <w:rPr>
                <w:lang w:val="es-PY"/>
              </w:rPr>
            </w:pPr>
            <w:r w:rsidRPr="00CA67AF">
              <w:rPr>
                <w:b/>
                <w:color w:val="FFFFFF"/>
                <w:lang w:val="es-PY"/>
              </w:rPr>
              <w:t>DATOS DEL TÉCNICO DE ENLACE</w:t>
            </w:r>
          </w:p>
        </w:tc>
      </w:tr>
      <w:tr w:rsidR="004D28B8" w14:paraId="26095878"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DBFEA1" w14:textId="77777777" w:rsidR="004D28B8" w:rsidRDefault="00CA67AF">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6C45BFA" w14:textId="77777777" w:rsidR="004D28B8" w:rsidRDefault="004D28B8"/>
        </w:tc>
      </w:tr>
      <w:tr w:rsidR="004D28B8" w14:paraId="6EC50E6F"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93B47B" w14:textId="77777777" w:rsidR="004D28B8" w:rsidRDefault="00CA67AF">
            <w:r>
              <w:rPr>
                <w:b/>
                <w:color w:val="000000"/>
              </w:rPr>
              <w:t xml:space="preserve">Correo </w:t>
            </w:r>
            <w:proofErr w:type="spellStart"/>
            <w:r>
              <w:rPr>
                <w:b/>
                <w:color w:val="000000"/>
              </w:rPr>
              <w:t>electrónico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7FB80F" w14:textId="77777777" w:rsidR="004D28B8" w:rsidRDefault="004D28B8"/>
        </w:tc>
      </w:tr>
      <w:tr w:rsidR="004D28B8" w14:paraId="377E80C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C7A340" w14:textId="77777777" w:rsidR="004D28B8" w:rsidRDefault="00CA67AF">
            <w:proofErr w:type="spellStart"/>
            <w:r>
              <w:rPr>
                <w:b/>
                <w:color w:val="000000"/>
              </w:rPr>
              <w:t>Teléfono</w:t>
            </w:r>
            <w:proofErr w:type="spellEnd"/>
            <w:r>
              <w:rPr>
                <w:b/>
                <w:color w:val="000000"/>
              </w:rPr>
              <w:t xml:space="preserve"> de </w:t>
            </w:r>
            <w:proofErr w:type="spellStart"/>
            <w:r>
              <w:rPr>
                <w:b/>
                <w:color w:val="000000"/>
              </w:rPr>
              <w:t>contacto</w:t>
            </w:r>
            <w:proofErr w:type="spellEnd"/>
            <w:r>
              <w:rPr>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CE8985" w14:textId="77777777" w:rsidR="004D28B8" w:rsidRDefault="004D28B8"/>
        </w:tc>
      </w:tr>
    </w:tbl>
    <w:p w14:paraId="0B1FBE8C" w14:textId="77777777" w:rsidR="004D28B8" w:rsidRDefault="00CA67AF">
      <w:r>
        <w:br w:type="page"/>
      </w:r>
    </w:p>
    <w:tbl>
      <w:tblPr>
        <w:tblW w:w="0" w:type="auto"/>
        <w:jc w:val="center"/>
        <w:tblLayout w:type="fixed"/>
        <w:tblLook w:val="04A0" w:firstRow="1" w:lastRow="0" w:firstColumn="1" w:lastColumn="0" w:noHBand="0" w:noVBand="1"/>
      </w:tblPr>
      <w:tblGrid>
        <w:gridCol w:w="9356"/>
      </w:tblGrid>
      <w:tr w:rsidR="004D28B8" w14:paraId="61B58BEC"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BDDA952" w14:textId="77777777" w:rsidR="004D28B8" w:rsidRDefault="00CA67AF">
            <w:r>
              <w:rPr>
                <w:b/>
                <w:color w:val="FFFFFF"/>
              </w:rPr>
              <w:lastRenderedPageBreak/>
              <w:t>2. PRESENTACIÓN DE LA INSTITUCIÓN</w:t>
            </w:r>
          </w:p>
        </w:tc>
      </w:tr>
      <w:tr w:rsidR="004D28B8" w:rsidRPr="00D17A0D" w14:paraId="1C74E37A" w14:textId="77777777">
        <w:trPr>
          <w:cantSplit/>
          <w:trHeight w:hRule="exact" w:val="124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5910D9F"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p w14:paraId="18C454EC" w14:textId="77777777" w:rsidR="00F71B5D" w:rsidRPr="00F71B5D" w:rsidRDefault="00F71B5D" w:rsidP="00F71B5D">
            <w:pPr>
              <w:widowControl w:val="0"/>
              <w:autoSpaceDE w:val="0"/>
              <w:autoSpaceDN w:val="0"/>
              <w:rPr>
                <w:color w:val="A6A6A6"/>
                <w:sz w:val="22"/>
                <w:lang w:val="es-ES"/>
              </w:rPr>
            </w:pPr>
          </w:p>
          <w:p w14:paraId="3EFA922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 xml:space="preserve">Posgrados: </w:t>
            </w:r>
          </w:p>
          <w:p w14:paraId="2DC52F98"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En este apartado, se debe ofrecer una descripción general y contextualizada que permita comprender el marco institucional en el que se desarrolla la oferta académica, objeto de evaluación.  La presentación debe situar a la institución como soporte académico, normativo, organizativo y de gestión, evidenciando su trayectoria, estructura y políticas que garantizan la calidad de los programas de posgrado.</w:t>
            </w:r>
          </w:p>
          <w:p w14:paraId="00BF9CC2" w14:textId="77777777" w:rsidR="00F71B5D" w:rsidRPr="00F71B5D" w:rsidRDefault="00F71B5D" w:rsidP="00F71B5D">
            <w:pPr>
              <w:widowControl w:val="0"/>
              <w:autoSpaceDE w:val="0"/>
              <w:autoSpaceDN w:val="0"/>
              <w:rPr>
                <w:color w:val="A6A6A6"/>
                <w:sz w:val="22"/>
                <w:lang w:val="es-ES"/>
              </w:rPr>
            </w:pPr>
          </w:p>
          <w:p w14:paraId="51ED7D5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La descripción debe incluir, al menos, los siguientes aspectos:</w:t>
            </w:r>
          </w:p>
          <w:p w14:paraId="1EEE5BA9"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1.</w:t>
            </w:r>
            <w:r w:rsidRPr="00F71B5D">
              <w:rPr>
                <w:color w:val="A6A6A6"/>
                <w:sz w:val="22"/>
                <w:lang w:val="es-ES"/>
              </w:rPr>
              <w:tab/>
              <w:t>Identificación institucional:</w:t>
            </w:r>
          </w:p>
          <w:p w14:paraId="393F144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Nombre completo de la institución de educación superior.</w:t>
            </w:r>
          </w:p>
          <w:p w14:paraId="43FA8066"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Naturaleza jurídica (pública, privada, comunitaria).</w:t>
            </w:r>
          </w:p>
          <w:p w14:paraId="7C1CAC4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Año de creación y antecedentes relevantes de su desarrollo histórico.</w:t>
            </w:r>
          </w:p>
          <w:p w14:paraId="73094CB2" w14:textId="77777777" w:rsidR="00F71B5D" w:rsidRPr="00F71B5D" w:rsidRDefault="00F71B5D" w:rsidP="00F71B5D">
            <w:pPr>
              <w:widowControl w:val="0"/>
              <w:autoSpaceDE w:val="0"/>
              <w:autoSpaceDN w:val="0"/>
              <w:rPr>
                <w:color w:val="A6A6A6"/>
                <w:sz w:val="22"/>
                <w:lang w:val="es-ES"/>
              </w:rPr>
            </w:pPr>
          </w:p>
          <w:p w14:paraId="46D03815"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2.</w:t>
            </w:r>
            <w:r w:rsidRPr="00F71B5D">
              <w:rPr>
                <w:color w:val="A6A6A6"/>
                <w:sz w:val="22"/>
                <w:lang w:val="es-ES"/>
              </w:rPr>
              <w:tab/>
              <w:t>Misión, visión y valores institucionales:</w:t>
            </w:r>
          </w:p>
          <w:p w14:paraId="3D045B5D"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Declaración oficial vigente.</w:t>
            </w:r>
          </w:p>
          <w:p w14:paraId="6B31E18A"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Relación con las funciones sustantivas: docencia, investigación y extensión.</w:t>
            </w:r>
          </w:p>
          <w:p w14:paraId="73A6546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Vinculación de la misión institucional con la formación de posgrado.</w:t>
            </w:r>
          </w:p>
          <w:p w14:paraId="4F00FB90" w14:textId="77777777" w:rsidR="00F71B5D" w:rsidRPr="00F71B5D" w:rsidRDefault="00F71B5D" w:rsidP="00F71B5D">
            <w:pPr>
              <w:widowControl w:val="0"/>
              <w:autoSpaceDE w:val="0"/>
              <w:autoSpaceDN w:val="0"/>
              <w:rPr>
                <w:color w:val="A6A6A6"/>
                <w:sz w:val="22"/>
                <w:lang w:val="es-ES"/>
              </w:rPr>
            </w:pPr>
          </w:p>
          <w:p w14:paraId="73BF9EC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3.</w:t>
            </w:r>
            <w:r w:rsidRPr="00F71B5D">
              <w:rPr>
                <w:color w:val="A6A6A6"/>
                <w:sz w:val="22"/>
                <w:lang w:val="es-ES"/>
              </w:rPr>
              <w:tab/>
              <w:t>Estructura organizacional:</w:t>
            </w:r>
          </w:p>
          <w:p w14:paraId="193BEFFF"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Descripción de la estructura general de gobierno y gestión institucional.</w:t>
            </w:r>
          </w:p>
          <w:p w14:paraId="2B72D51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Identificación de las dependencias de la que depende el programa (por ejemplo, Vicerrectorado Académico, Dirección de Posgrado o equivalente).</w:t>
            </w:r>
          </w:p>
          <w:p w14:paraId="6F65A9D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Principales instancias de apoyo a la calidad, investigación y vinculación académica.</w:t>
            </w:r>
          </w:p>
          <w:p w14:paraId="2A30CEA8" w14:textId="77777777" w:rsidR="00F71B5D" w:rsidRPr="00F71B5D" w:rsidRDefault="00F71B5D" w:rsidP="00F71B5D">
            <w:pPr>
              <w:widowControl w:val="0"/>
              <w:autoSpaceDE w:val="0"/>
              <w:autoSpaceDN w:val="0"/>
              <w:rPr>
                <w:color w:val="A6A6A6"/>
                <w:sz w:val="22"/>
                <w:lang w:val="es-ES"/>
              </w:rPr>
            </w:pPr>
          </w:p>
          <w:p w14:paraId="2D74D621"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4.</w:t>
            </w:r>
            <w:r w:rsidRPr="00F71B5D">
              <w:rPr>
                <w:color w:val="A6A6A6"/>
                <w:sz w:val="22"/>
                <w:lang w:val="es-ES"/>
              </w:rPr>
              <w:tab/>
              <w:t>Políticas institucionales vinculadas al posgrado:</w:t>
            </w:r>
          </w:p>
          <w:p w14:paraId="7647745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Políticas y estrategias para el desarrollo de programas.</w:t>
            </w:r>
          </w:p>
          <w:p w14:paraId="2E4660CE"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Normativas internas que regulan la creación, evaluación y mejora de los programas.</w:t>
            </w:r>
          </w:p>
          <w:p w14:paraId="5CFC91C8"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Mecanismos institucionales de aseguramiento de la calidad y mejora continua.</w:t>
            </w:r>
          </w:p>
          <w:p w14:paraId="6071826A" w14:textId="77777777" w:rsidR="00F71B5D" w:rsidRPr="00F71B5D" w:rsidRDefault="00F71B5D" w:rsidP="00F71B5D">
            <w:pPr>
              <w:widowControl w:val="0"/>
              <w:autoSpaceDE w:val="0"/>
              <w:autoSpaceDN w:val="0"/>
              <w:rPr>
                <w:color w:val="A6A6A6"/>
                <w:sz w:val="22"/>
                <w:lang w:val="es-ES"/>
              </w:rPr>
            </w:pPr>
          </w:p>
          <w:p w14:paraId="7DA517C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5.</w:t>
            </w:r>
            <w:r w:rsidRPr="00F71B5D">
              <w:rPr>
                <w:color w:val="A6A6A6"/>
                <w:sz w:val="22"/>
                <w:lang w:val="es-ES"/>
              </w:rPr>
              <w:tab/>
              <w:t>Infraestructura y recursos institucionales:</w:t>
            </w:r>
          </w:p>
          <w:p w14:paraId="418D8C5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Principales recursos físicos, tecnológicos y académicos disponibles para el posgrado (bibliotecas, laboratorios, bases de datos, aulas, plataformas virtuales, etc.).</w:t>
            </w:r>
          </w:p>
          <w:p w14:paraId="6E4D28F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Acciones institucionales para la equidad de acceso, sostenibilidad y apoyo a la investigación.</w:t>
            </w:r>
          </w:p>
          <w:p w14:paraId="212A4DC6" w14:textId="77777777" w:rsidR="00F71B5D" w:rsidRPr="00F71B5D" w:rsidRDefault="00F71B5D" w:rsidP="00F71B5D">
            <w:pPr>
              <w:widowControl w:val="0"/>
              <w:autoSpaceDE w:val="0"/>
              <w:autoSpaceDN w:val="0"/>
              <w:rPr>
                <w:color w:val="A6A6A6"/>
                <w:sz w:val="22"/>
                <w:lang w:val="es-ES"/>
              </w:rPr>
            </w:pPr>
          </w:p>
          <w:p w14:paraId="6EF67314"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6.</w:t>
            </w:r>
            <w:r w:rsidRPr="00F71B5D">
              <w:rPr>
                <w:color w:val="A6A6A6"/>
                <w:sz w:val="22"/>
                <w:lang w:val="es-ES"/>
              </w:rPr>
              <w:tab/>
              <w:t>Trayectoria y posicionamiento académico:</w:t>
            </w:r>
          </w:p>
          <w:p w14:paraId="7FA9B169"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Experiencia institucional en la gestión de programas de posgrado.</w:t>
            </w:r>
          </w:p>
          <w:p w14:paraId="2C07FFC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Logros, reconocimientos o resultados relevantes en materia de investigación o formación avanzada.</w:t>
            </w:r>
          </w:p>
          <w:p w14:paraId="49EB7DA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Participación en redes académicas, consorcios o convenios interinstitucionales.</w:t>
            </w:r>
          </w:p>
          <w:p w14:paraId="6A3F869E" w14:textId="77777777" w:rsidR="00F71B5D" w:rsidRPr="00F71B5D" w:rsidRDefault="00F71B5D" w:rsidP="00F71B5D">
            <w:pPr>
              <w:widowControl w:val="0"/>
              <w:autoSpaceDE w:val="0"/>
              <w:autoSpaceDN w:val="0"/>
              <w:rPr>
                <w:color w:val="A6A6A6"/>
                <w:sz w:val="22"/>
                <w:lang w:val="es-ES"/>
              </w:rPr>
            </w:pPr>
          </w:p>
          <w:p w14:paraId="221C424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 xml:space="preserve">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 </w:t>
            </w:r>
          </w:p>
          <w:p w14:paraId="0CC5D479" w14:textId="77777777" w:rsidR="004D28B8" w:rsidRPr="00EA35D9" w:rsidRDefault="004D28B8">
            <w:pPr>
              <w:rPr>
                <w:lang w:val="es-PY"/>
              </w:rPr>
            </w:pPr>
          </w:p>
        </w:tc>
      </w:tr>
    </w:tbl>
    <w:p w14:paraId="4B4777AB" w14:textId="77777777" w:rsidR="004D28B8" w:rsidRPr="00EA35D9" w:rsidRDefault="00CA67AF">
      <w:pPr>
        <w:rPr>
          <w:lang w:val="es-PY"/>
        </w:rPr>
      </w:pPr>
      <w:r w:rsidRPr="00EA35D9">
        <w:rPr>
          <w:lang w:val="es-PY"/>
        </w:rPr>
        <w:br w:type="page"/>
      </w:r>
    </w:p>
    <w:tbl>
      <w:tblPr>
        <w:tblW w:w="0" w:type="auto"/>
        <w:jc w:val="center"/>
        <w:tblLayout w:type="fixed"/>
        <w:tblLook w:val="04A0" w:firstRow="1" w:lastRow="0" w:firstColumn="1" w:lastColumn="0" w:noHBand="0" w:noVBand="1"/>
      </w:tblPr>
      <w:tblGrid>
        <w:gridCol w:w="9356"/>
      </w:tblGrid>
      <w:tr w:rsidR="004D28B8" w:rsidRPr="00D17A0D" w14:paraId="52C32DF0"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0FC6A561" w14:textId="0AE15EBE" w:rsidR="004D28B8" w:rsidRPr="00B838BF" w:rsidRDefault="00CA67AF" w:rsidP="00600EE1">
            <w:pPr>
              <w:rPr>
                <w:lang w:val="es-PY"/>
              </w:rPr>
            </w:pPr>
            <w:r w:rsidRPr="00B838BF">
              <w:rPr>
                <w:b/>
                <w:color w:val="FFFFFF"/>
                <w:lang w:val="es-PY"/>
              </w:rPr>
              <w:lastRenderedPageBreak/>
              <w:t xml:space="preserve">3. </w:t>
            </w:r>
            <w:r w:rsidR="00B838BF">
              <w:rPr>
                <w:b/>
                <w:color w:val="FFFFFF"/>
                <w:lang w:val="es-PY"/>
              </w:rPr>
              <w:t>CARACTERIZACIÓN DEL CLÚSTER QUE SE SOMETE AL PROCESO</w:t>
            </w:r>
          </w:p>
        </w:tc>
      </w:tr>
      <w:tr w:rsidR="004D28B8" w:rsidRPr="00D17A0D" w14:paraId="632FCA3A" w14:textId="77777777" w:rsidTr="00CA7D33">
        <w:trPr>
          <w:cantSplit/>
          <w:trHeight w:hRule="exact" w:val="124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B8AD209"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color w:val="A6A6A6"/>
                <w:sz w:val="22"/>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77A881AD"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color w:val="A6A6A6"/>
                <w:sz w:val="22"/>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1683C4F5"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b/>
                <w:bCs/>
                <w:color w:val="A6A6A6"/>
                <w:sz w:val="22"/>
                <w:lang w:val="es-PY"/>
              </w:rPr>
              <w:t>Elementos que debe incluir:</w:t>
            </w:r>
          </w:p>
          <w:p w14:paraId="5827AF43" w14:textId="77777777" w:rsidR="00B838BF" w:rsidRPr="00B838BF" w:rsidRDefault="00B838BF" w:rsidP="00B838BF">
            <w:pPr>
              <w:widowControl w:val="0"/>
              <w:numPr>
                <w:ilvl w:val="0"/>
                <w:numId w:val="12"/>
              </w:numPr>
              <w:autoSpaceDE w:val="0"/>
              <w:autoSpaceDN w:val="0"/>
              <w:rPr>
                <w:rFonts w:eastAsia="Times New Roman"/>
                <w:color w:val="A6A6A6"/>
                <w:sz w:val="22"/>
                <w:lang w:val="es-PY"/>
              </w:rPr>
            </w:pPr>
            <w:r w:rsidRPr="00B838BF">
              <w:rPr>
                <w:rFonts w:eastAsia="Times New Roman"/>
                <w:b/>
                <w:bCs/>
                <w:color w:val="A6A6A6"/>
                <w:sz w:val="22"/>
                <w:lang w:val="es-PY"/>
              </w:rPr>
              <w:t>Identificación general</w:t>
            </w:r>
            <w:r w:rsidRPr="00B838BF">
              <w:rPr>
                <w:rFonts w:eastAsia="Times New Roman"/>
                <w:color w:val="A6A6A6"/>
                <w:sz w:val="22"/>
                <w:lang w:val="es-PY"/>
              </w:rPr>
              <w:t xml:space="preserve"> </w:t>
            </w:r>
          </w:p>
          <w:p w14:paraId="057B8964"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Denominación de las ofertas académicas. </w:t>
            </w:r>
          </w:p>
          <w:p w14:paraId="6F5271F4"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Área o áreas del conocimiento a las que pertenecen. </w:t>
            </w:r>
          </w:p>
          <w:p w14:paraId="48EA996C"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Unidad académica o dependencia responsable. </w:t>
            </w:r>
          </w:p>
          <w:p w14:paraId="6B0CA0C5" w14:textId="77777777" w:rsidR="00B838BF" w:rsidRPr="00B838BF" w:rsidRDefault="00B838BF" w:rsidP="00B838BF">
            <w:pPr>
              <w:widowControl w:val="0"/>
              <w:numPr>
                <w:ilvl w:val="0"/>
                <w:numId w:val="14"/>
              </w:numPr>
              <w:autoSpaceDE w:val="0"/>
              <w:autoSpaceDN w:val="0"/>
              <w:rPr>
                <w:rFonts w:eastAsia="Times New Roman"/>
                <w:color w:val="A6A6A6"/>
                <w:sz w:val="22"/>
                <w:lang w:val="es-PY"/>
              </w:rPr>
            </w:pPr>
            <w:r w:rsidRPr="00B838BF">
              <w:rPr>
                <w:rFonts w:eastAsia="Times New Roman"/>
                <w:b/>
                <w:bCs/>
                <w:color w:val="A6A6A6"/>
                <w:sz w:val="22"/>
                <w:lang w:val="es-PY"/>
              </w:rPr>
              <w:t>Composición del clúster</w:t>
            </w:r>
            <w:r w:rsidRPr="00B838BF">
              <w:rPr>
                <w:rFonts w:eastAsia="Times New Roman"/>
                <w:color w:val="A6A6A6"/>
                <w:sz w:val="22"/>
                <w:lang w:val="es-PY"/>
              </w:rPr>
              <w:t xml:space="preserve"> </w:t>
            </w:r>
          </w:p>
          <w:p w14:paraId="5E808BEB"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Ofertas académicas que lo integran, con indicación de su modalidad, sede o filial y año de creación. </w:t>
            </w:r>
          </w:p>
          <w:p w14:paraId="04849502"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Resoluciones de habilitación y, cuando corresponda, de acreditación vigentes. </w:t>
            </w:r>
          </w:p>
          <w:p w14:paraId="6D553102"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Número de cohortes o promociones desarrolladas por cada oferta. </w:t>
            </w:r>
          </w:p>
          <w:p w14:paraId="78461E46" w14:textId="77777777" w:rsidR="00B838BF" w:rsidRPr="00B838BF" w:rsidRDefault="00B838BF" w:rsidP="00B838BF">
            <w:pPr>
              <w:widowControl w:val="0"/>
              <w:numPr>
                <w:ilvl w:val="0"/>
                <w:numId w:val="16"/>
              </w:numPr>
              <w:autoSpaceDE w:val="0"/>
              <w:autoSpaceDN w:val="0"/>
              <w:rPr>
                <w:rFonts w:eastAsia="Times New Roman"/>
                <w:color w:val="A6A6A6"/>
                <w:sz w:val="22"/>
                <w:lang w:val="es-PY"/>
              </w:rPr>
            </w:pPr>
            <w:r w:rsidRPr="00B838BF">
              <w:rPr>
                <w:rFonts w:eastAsia="Times New Roman"/>
                <w:b/>
                <w:bCs/>
                <w:color w:val="A6A6A6"/>
                <w:sz w:val="22"/>
                <w:lang w:val="es-PY"/>
              </w:rPr>
              <w:t>Justificación del agrupamiento</w:t>
            </w:r>
            <w:r w:rsidRPr="00B838BF">
              <w:rPr>
                <w:rFonts w:eastAsia="Times New Roman"/>
                <w:color w:val="A6A6A6"/>
                <w:sz w:val="22"/>
                <w:lang w:val="es-PY"/>
              </w:rPr>
              <w:t xml:space="preserve"> </w:t>
            </w:r>
          </w:p>
          <w:p w14:paraId="350449B5"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008C7C59"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Mecanismos de coordinación y articulación existentes entre las ofertas académicas. </w:t>
            </w:r>
          </w:p>
          <w:p w14:paraId="288B22C6"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Elementos comunes y particularidades relevantes de las ofertas que integran el clúster. </w:t>
            </w:r>
          </w:p>
          <w:p w14:paraId="7CC1C17F" w14:textId="77777777" w:rsidR="00B838BF" w:rsidRPr="00B838BF" w:rsidRDefault="00B838BF" w:rsidP="00B838BF">
            <w:pPr>
              <w:widowControl w:val="0"/>
              <w:numPr>
                <w:ilvl w:val="0"/>
                <w:numId w:val="18"/>
              </w:numPr>
              <w:autoSpaceDE w:val="0"/>
              <w:autoSpaceDN w:val="0"/>
              <w:rPr>
                <w:rFonts w:eastAsia="Times New Roman"/>
                <w:color w:val="A6A6A6"/>
                <w:sz w:val="22"/>
                <w:lang w:val="es-PY"/>
              </w:rPr>
            </w:pPr>
            <w:r w:rsidRPr="00B838BF">
              <w:rPr>
                <w:rFonts w:eastAsia="Times New Roman"/>
                <w:b/>
                <w:bCs/>
                <w:color w:val="A6A6A6"/>
                <w:sz w:val="22"/>
                <w:lang w:val="es-PY"/>
              </w:rPr>
              <w:t>Propósitos y enfoque común</w:t>
            </w:r>
            <w:r w:rsidRPr="00B838BF">
              <w:rPr>
                <w:rFonts w:eastAsia="Times New Roman"/>
                <w:color w:val="A6A6A6"/>
                <w:sz w:val="22"/>
                <w:lang w:val="es-PY"/>
              </w:rPr>
              <w:t xml:space="preserve"> </w:t>
            </w:r>
          </w:p>
          <w:p w14:paraId="302919FD" w14:textId="77777777" w:rsidR="00B838BF" w:rsidRPr="00B838BF" w:rsidRDefault="00B838BF" w:rsidP="00B838BF">
            <w:pPr>
              <w:widowControl w:val="0"/>
              <w:numPr>
                <w:ilvl w:val="0"/>
                <w:numId w:val="19"/>
              </w:numPr>
              <w:autoSpaceDE w:val="0"/>
              <w:autoSpaceDN w:val="0"/>
              <w:rPr>
                <w:rFonts w:eastAsia="Times New Roman"/>
                <w:color w:val="A6A6A6"/>
                <w:sz w:val="22"/>
                <w:lang w:val="es-PY"/>
              </w:rPr>
            </w:pPr>
            <w:r w:rsidRPr="00B838BF">
              <w:rPr>
                <w:rFonts w:eastAsia="Times New Roman"/>
                <w:color w:val="A6A6A6"/>
                <w:sz w:val="22"/>
                <w:lang w:val="es-PY"/>
              </w:rPr>
              <w:t xml:space="preserve">Propósitos formativos compartidos. </w:t>
            </w:r>
          </w:p>
          <w:p w14:paraId="33D6CFE9" w14:textId="77777777" w:rsidR="00B838BF" w:rsidRPr="00B838BF" w:rsidRDefault="00B838BF" w:rsidP="00B838BF">
            <w:pPr>
              <w:widowControl w:val="0"/>
              <w:numPr>
                <w:ilvl w:val="0"/>
                <w:numId w:val="19"/>
              </w:numPr>
              <w:autoSpaceDE w:val="0"/>
              <w:autoSpaceDN w:val="0"/>
              <w:rPr>
                <w:rFonts w:eastAsia="Times New Roman"/>
                <w:color w:val="A6A6A6"/>
                <w:sz w:val="22"/>
                <w:lang w:val="es-PY"/>
              </w:rPr>
            </w:pPr>
            <w:r w:rsidRPr="00B838BF">
              <w:rPr>
                <w:rFonts w:eastAsia="Times New Roman"/>
                <w:color w:val="A6A6A6"/>
                <w:sz w:val="22"/>
                <w:lang w:val="es-PY"/>
              </w:rPr>
              <w:t xml:space="preserve">Contribución del conjunto de ofertas al desarrollo del área del conocimiento y al cumplimiento de las políticas institucionales. </w:t>
            </w:r>
          </w:p>
          <w:p w14:paraId="24C636C4" w14:textId="52F2DEAE" w:rsidR="004D28B8" w:rsidRPr="00EA35D9" w:rsidRDefault="00B838BF" w:rsidP="00B838BF">
            <w:pPr>
              <w:widowControl w:val="0"/>
              <w:autoSpaceDE w:val="0"/>
              <w:autoSpaceDN w:val="0"/>
              <w:rPr>
                <w:lang w:val="es-PY"/>
              </w:rPr>
            </w:pPr>
            <w:r w:rsidRPr="00B838BF">
              <w:rPr>
                <w:rFonts w:eastAsia="Times New Roman"/>
                <w:color w:val="A6A6A6"/>
                <w:sz w:val="22"/>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tc>
      </w:tr>
    </w:tbl>
    <w:p w14:paraId="3B6E08C9" w14:textId="77777777" w:rsidR="004D28B8" w:rsidRPr="00EA35D9" w:rsidRDefault="00CA67AF">
      <w:pPr>
        <w:rPr>
          <w:lang w:val="es-PY"/>
        </w:rPr>
      </w:pPr>
      <w:r w:rsidRPr="00EA35D9">
        <w:rPr>
          <w:lang w:val="es-PY"/>
        </w:rPr>
        <w:br w:type="page"/>
      </w:r>
    </w:p>
    <w:p w14:paraId="62B4D8CA" w14:textId="4F6A2DFD" w:rsidR="00B838BF" w:rsidRPr="00B838BF" w:rsidRDefault="00B838BF" w:rsidP="00B838BF">
      <w:pPr>
        <w:spacing w:after="160" w:line="278" w:lineRule="auto"/>
        <w:rPr>
          <w:rFonts w:eastAsia="Times New Roman" w:cs="Times New Roman"/>
          <w:b/>
          <w:bCs/>
          <w:kern w:val="2"/>
          <w:sz w:val="22"/>
          <w:lang w:val="es-PY"/>
        </w:rPr>
      </w:pPr>
      <w:r w:rsidRPr="00B838BF">
        <w:rPr>
          <w:rFonts w:eastAsia="Times New Roman" w:cs="Times New Roman"/>
          <w:b/>
          <w:bCs/>
          <w:kern w:val="2"/>
          <w:sz w:val="22"/>
          <w:lang w:val="es-PY"/>
        </w:rPr>
        <w:lastRenderedPageBreak/>
        <w:t>TABLA 1. OFERTA</w:t>
      </w:r>
      <w:r w:rsidR="00FA077B">
        <w:rPr>
          <w:rFonts w:eastAsia="Times New Roman" w:cs="Times New Roman"/>
          <w:b/>
          <w:bCs/>
          <w:kern w:val="2"/>
          <w:sz w:val="22"/>
          <w:lang w:val="es-PY"/>
        </w:rPr>
        <w:t xml:space="preserve">S </w:t>
      </w:r>
      <w:r w:rsidRPr="00B838BF">
        <w:rPr>
          <w:rFonts w:eastAsia="Times New Roman" w:cs="Times New Roman"/>
          <w:b/>
          <w:bCs/>
          <w:kern w:val="2"/>
          <w:sz w:val="22"/>
          <w:lang w:val="es-PY"/>
        </w:rPr>
        <w:t>ACADÉMICA</w:t>
      </w:r>
      <w:r w:rsidR="00FA077B">
        <w:rPr>
          <w:rFonts w:eastAsia="Times New Roman" w:cs="Times New Roman"/>
          <w:b/>
          <w:bCs/>
          <w:kern w:val="2"/>
          <w:sz w:val="22"/>
          <w:lang w:val="es-PY"/>
        </w:rPr>
        <w:t>S EVALUADAS</w:t>
      </w:r>
    </w:p>
    <w:tbl>
      <w:tblPr>
        <w:tblStyle w:val="Tablaconcuadrcula2"/>
        <w:tblW w:w="5152" w:type="pct"/>
        <w:tblLook w:val="04A0" w:firstRow="1" w:lastRow="0" w:firstColumn="1" w:lastColumn="0" w:noHBand="0" w:noVBand="1"/>
      </w:tblPr>
      <w:tblGrid>
        <w:gridCol w:w="2524"/>
        <w:gridCol w:w="1428"/>
        <w:gridCol w:w="1264"/>
        <w:gridCol w:w="991"/>
        <w:gridCol w:w="1368"/>
        <w:gridCol w:w="1127"/>
        <w:gridCol w:w="1270"/>
      </w:tblGrid>
      <w:tr w:rsidR="00B838BF" w:rsidRPr="00D17A0D" w14:paraId="14306CB6" w14:textId="77777777" w:rsidTr="005419F4">
        <w:trPr>
          <w:trHeight w:val="1714"/>
        </w:trPr>
        <w:tc>
          <w:tcPr>
            <w:tcW w:w="1265" w:type="pct"/>
            <w:shd w:val="clear" w:color="auto" w:fill="386F53"/>
            <w:vAlign w:val="center"/>
          </w:tcPr>
          <w:p w14:paraId="4EEDB2DF"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Oferta Académica</w:t>
            </w:r>
          </w:p>
        </w:tc>
        <w:tc>
          <w:tcPr>
            <w:tcW w:w="716" w:type="pct"/>
            <w:shd w:val="clear" w:color="auto" w:fill="386F53"/>
            <w:vAlign w:val="center"/>
          </w:tcPr>
          <w:p w14:paraId="0FF3E7A9"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Res. de Habilitación</w:t>
            </w:r>
          </w:p>
        </w:tc>
        <w:tc>
          <w:tcPr>
            <w:tcW w:w="634" w:type="pct"/>
            <w:shd w:val="clear" w:color="auto" w:fill="386F53"/>
            <w:vAlign w:val="center"/>
          </w:tcPr>
          <w:p w14:paraId="1B0AFF49"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Modalidad</w:t>
            </w:r>
          </w:p>
        </w:tc>
        <w:tc>
          <w:tcPr>
            <w:tcW w:w="497" w:type="pct"/>
            <w:shd w:val="clear" w:color="auto" w:fill="386F53"/>
            <w:vAlign w:val="center"/>
          </w:tcPr>
          <w:p w14:paraId="0FF0528A"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Año de inicio</w:t>
            </w:r>
          </w:p>
        </w:tc>
        <w:tc>
          <w:tcPr>
            <w:tcW w:w="686" w:type="pct"/>
            <w:shd w:val="clear" w:color="auto" w:fill="386F53"/>
            <w:vAlign w:val="center"/>
          </w:tcPr>
          <w:p w14:paraId="119B2265"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Cantidad de Estudiantes</w:t>
            </w:r>
          </w:p>
        </w:tc>
        <w:tc>
          <w:tcPr>
            <w:tcW w:w="565" w:type="pct"/>
            <w:shd w:val="clear" w:color="auto" w:fill="386F53"/>
            <w:vAlign w:val="center"/>
          </w:tcPr>
          <w:p w14:paraId="07834141"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Cantidad de Docentes</w:t>
            </w:r>
          </w:p>
        </w:tc>
        <w:tc>
          <w:tcPr>
            <w:tcW w:w="637" w:type="pct"/>
            <w:shd w:val="clear" w:color="auto" w:fill="386F53"/>
            <w:vAlign w:val="center"/>
          </w:tcPr>
          <w:p w14:paraId="516B15CE"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Año de egreso de la primera promoción de egresados</w:t>
            </w:r>
          </w:p>
        </w:tc>
      </w:tr>
      <w:tr w:rsidR="00B838BF" w:rsidRPr="00D17A0D" w14:paraId="34D14D02" w14:textId="77777777" w:rsidTr="00B838BF">
        <w:trPr>
          <w:trHeight w:val="851"/>
        </w:trPr>
        <w:tc>
          <w:tcPr>
            <w:tcW w:w="1265" w:type="pct"/>
          </w:tcPr>
          <w:p w14:paraId="4C7CB77B"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6797CFA9"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46066867"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7EE0015E"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2A17E10"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386E2306"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744276B7" w14:textId="77777777" w:rsidR="00B838BF" w:rsidRPr="00B838BF" w:rsidRDefault="00B838BF" w:rsidP="00B838BF">
            <w:pPr>
              <w:spacing w:after="160" w:line="278" w:lineRule="auto"/>
              <w:rPr>
                <w:rFonts w:ascii="Aptos" w:eastAsia="Times New Roman" w:hAnsi="Aptos" w:cs="Times New Roman"/>
                <w:sz w:val="24"/>
              </w:rPr>
            </w:pPr>
          </w:p>
        </w:tc>
      </w:tr>
      <w:tr w:rsidR="00B838BF" w:rsidRPr="00D17A0D" w14:paraId="4AD5ACFF" w14:textId="77777777" w:rsidTr="00B838BF">
        <w:trPr>
          <w:trHeight w:val="851"/>
        </w:trPr>
        <w:tc>
          <w:tcPr>
            <w:tcW w:w="1265" w:type="pct"/>
          </w:tcPr>
          <w:p w14:paraId="241002B5"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1544AC54"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0693CC70"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6F16A7D2"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533119E6"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1DBB7B14"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3C6D5EAB" w14:textId="77777777" w:rsidR="00B838BF" w:rsidRPr="00B838BF" w:rsidRDefault="00B838BF" w:rsidP="00B838BF">
            <w:pPr>
              <w:spacing w:after="160" w:line="278" w:lineRule="auto"/>
              <w:rPr>
                <w:rFonts w:ascii="Aptos" w:eastAsia="Times New Roman" w:hAnsi="Aptos" w:cs="Times New Roman"/>
                <w:sz w:val="24"/>
              </w:rPr>
            </w:pPr>
          </w:p>
        </w:tc>
      </w:tr>
      <w:tr w:rsidR="00B838BF" w:rsidRPr="00D17A0D" w14:paraId="7480AE91" w14:textId="77777777" w:rsidTr="00B838BF">
        <w:trPr>
          <w:trHeight w:val="851"/>
        </w:trPr>
        <w:tc>
          <w:tcPr>
            <w:tcW w:w="1265" w:type="pct"/>
          </w:tcPr>
          <w:p w14:paraId="423EFE61"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05B1BA3D"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0E427853"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270ECA8A"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D7CE76C"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3BC70B87"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5E120618" w14:textId="77777777" w:rsidR="00B838BF" w:rsidRPr="00B838BF" w:rsidRDefault="00B838BF" w:rsidP="00B838BF">
            <w:pPr>
              <w:spacing w:after="160" w:line="278" w:lineRule="auto"/>
              <w:rPr>
                <w:rFonts w:ascii="Aptos" w:eastAsia="Times New Roman" w:hAnsi="Aptos" w:cs="Times New Roman"/>
                <w:sz w:val="24"/>
              </w:rPr>
            </w:pPr>
          </w:p>
        </w:tc>
      </w:tr>
      <w:tr w:rsidR="00B838BF" w:rsidRPr="00D17A0D" w14:paraId="5EB8F716" w14:textId="77777777" w:rsidTr="00B838BF">
        <w:trPr>
          <w:trHeight w:val="851"/>
        </w:trPr>
        <w:tc>
          <w:tcPr>
            <w:tcW w:w="1265" w:type="pct"/>
          </w:tcPr>
          <w:p w14:paraId="7102DC2C"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15C57009"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5267BA0C"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705941B6"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2B3ADDC7"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0C5ADC1C"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14BAD639" w14:textId="77777777" w:rsidR="00B838BF" w:rsidRPr="00B838BF" w:rsidRDefault="00B838BF" w:rsidP="00B838BF">
            <w:pPr>
              <w:spacing w:after="160" w:line="278" w:lineRule="auto"/>
              <w:rPr>
                <w:rFonts w:ascii="Aptos" w:eastAsia="Times New Roman" w:hAnsi="Aptos" w:cs="Times New Roman"/>
                <w:sz w:val="24"/>
              </w:rPr>
            </w:pPr>
          </w:p>
        </w:tc>
      </w:tr>
      <w:tr w:rsidR="00B838BF" w:rsidRPr="00D17A0D" w14:paraId="72A370D4" w14:textId="77777777" w:rsidTr="00B838BF">
        <w:trPr>
          <w:trHeight w:val="851"/>
        </w:trPr>
        <w:tc>
          <w:tcPr>
            <w:tcW w:w="1265" w:type="pct"/>
          </w:tcPr>
          <w:p w14:paraId="193A3DB1"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6A5D6C11"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1D07ADEE"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4AA85090"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36277AA1"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239855EC"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2624F3A3" w14:textId="77777777" w:rsidR="00B838BF" w:rsidRPr="00B838BF" w:rsidRDefault="00B838BF" w:rsidP="00B838BF">
            <w:pPr>
              <w:spacing w:after="160" w:line="278" w:lineRule="auto"/>
              <w:rPr>
                <w:rFonts w:ascii="Aptos" w:eastAsia="Times New Roman" w:hAnsi="Aptos" w:cs="Times New Roman"/>
                <w:sz w:val="24"/>
              </w:rPr>
            </w:pPr>
          </w:p>
        </w:tc>
      </w:tr>
      <w:tr w:rsidR="00B838BF" w:rsidRPr="00D17A0D" w14:paraId="1D349A80" w14:textId="77777777" w:rsidTr="00B838BF">
        <w:trPr>
          <w:trHeight w:val="851"/>
        </w:trPr>
        <w:tc>
          <w:tcPr>
            <w:tcW w:w="1265" w:type="pct"/>
          </w:tcPr>
          <w:p w14:paraId="39418BC0"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229B214A"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3458D3DF"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4EC4F07F"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44B13D9"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7F455241"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21719382" w14:textId="77777777" w:rsidR="00B838BF" w:rsidRPr="00B838BF" w:rsidRDefault="00B838BF" w:rsidP="00B838BF">
            <w:pPr>
              <w:spacing w:after="160" w:line="278" w:lineRule="auto"/>
              <w:rPr>
                <w:rFonts w:ascii="Aptos" w:eastAsia="Times New Roman" w:hAnsi="Aptos" w:cs="Times New Roman"/>
                <w:sz w:val="24"/>
              </w:rPr>
            </w:pPr>
          </w:p>
        </w:tc>
      </w:tr>
      <w:tr w:rsidR="00B838BF" w:rsidRPr="00D17A0D" w14:paraId="4D65C7A0" w14:textId="77777777" w:rsidTr="00B838BF">
        <w:trPr>
          <w:trHeight w:val="851"/>
        </w:trPr>
        <w:tc>
          <w:tcPr>
            <w:tcW w:w="1265" w:type="pct"/>
          </w:tcPr>
          <w:p w14:paraId="03C55CCA"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45855832"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27955374"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26AF4217"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2C8721A2"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5721FCF2"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4DF1B97D" w14:textId="77777777" w:rsidR="00B838BF" w:rsidRPr="00B838BF" w:rsidRDefault="00B838BF" w:rsidP="00B838BF">
            <w:pPr>
              <w:spacing w:after="160" w:line="278" w:lineRule="auto"/>
              <w:rPr>
                <w:rFonts w:ascii="Aptos" w:eastAsia="Times New Roman" w:hAnsi="Aptos" w:cs="Times New Roman"/>
                <w:sz w:val="24"/>
              </w:rPr>
            </w:pPr>
          </w:p>
        </w:tc>
      </w:tr>
    </w:tbl>
    <w:p w14:paraId="45E1FE72" w14:textId="0E887C3C" w:rsidR="00CA7D33" w:rsidRPr="00CA7D33" w:rsidRDefault="00CA7D33" w:rsidP="00CA7D33">
      <w:pPr>
        <w:pStyle w:val="Prrafodelista"/>
        <w:pageBreakBefore/>
        <w:widowControl w:val="0"/>
        <w:numPr>
          <w:ilvl w:val="1"/>
          <w:numId w:val="10"/>
        </w:numPr>
        <w:shd w:val="clear" w:color="auto" w:fill="386F53"/>
        <w:tabs>
          <w:tab w:val="left" w:pos="142"/>
        </w:tabs>
        <w:autoSpaceDE w:val="0"/>
        <w:autoSpaceDN w:val="0"/>
        <w:spacing w:before="76" w:after="40"/>
        <w:ind w:left="426" w:right="-144"/>
        <w:rPr>
          <w:b/>
          <w:color w:val="FFFFFF"/>
          <w:sz w:val="22"/>
          <w:lang w:val="es-ES"/>
        </w:rPr>
      </w:pPr>
      <w:r w:rsidRPr="00CA7D33">
        <w:rPr>
          <w:b/>
          <w:color w:val="FFFFFF"/>
          <w:sz w:val="22"/>
          <w:shd w:val="clear" w:color="auto" w:fill="386F53"/>
          <w:lang w:val="es-ES"/>
        </w:rPr>
        <w:lastRenderedPageBreak/>
        <w:t>CONFORMACIÓN</w:t>
      </w:r>
      <w:r w:rsidRPr="00CA7D33">
        <w:rPr>
          <w:b/>
          <w:color w:val="FFFFFF"/>
          <w:spacing w:val="-8"/>
          <w:sz w:val="22"/>
          <w:shd w:val="clear" w:color="auto" w:fill="386F53"/>
          <w:lang w:val="es-ES"/>
        </w:rPr>
        <w:t xml:space="preserve"> </w:t>
      </w:r>
      <w:r w:rsidRPr="00CA7D33">
        <w:rPr>
          <w:b/>
          <w:color w:val="FFFFFF"/>
          <w:sz w:val="22"/>
          <w:shd w:val="clear" w:color="auto" w:fill="386F53"/>
          <w:lang w:val="es-ES"/>
        </w:rPr>
        <w:t>DEL</w:t>
      </w:r>
      <w:r w:rsidRPr="00CA7D33">
        <w:rPr>
          <w:b/>
          <w:color w:val="FFFFFF"/>
          <w:spacing w:val="-6"/>
          <w:sz w:val="22"/>
          <w:shd w:val="clear" w:color="auto" w:fill="386F53"/>
          <w:lang w:val="es-ES"/>
        </w:rPr>
        <w:t xml:space="preserve"> </w:t>
      </w:r>
      <w:r w:rsidRPr="00CA7D33">
        <w:rPr>
          <w:b/>
          <w:color w:val="FFFFFF"/>
          <w:sz w:val="22"/>
          <w:shd w:val="clear" w:color="auto" w:fill="386F53"/>
          <w:lang w:val="es-ES"/>
        </w:rPr>
        <w:t>COMITÉ</w:t>
      </w:r>
      <w:r w:rsidRPr="00CA7D33">
        <w:rPr>
          <w:b/>
          <w:color w:val="FFFFFF"/>
          <w:spacing w:val="-4"/>
          <w:sz w:val="22"/>
          <w:shd w:val="clear" w:color="auto" w:fill="386F53"/>
          <w:lang w:val="es-ES"/>
        </w:rPr>
        <w:t xml:space="preserve"> </w:t>
      </w:r>
      <w:r w:rsidRPr="00CA7D33">
        <w:rPr>
          <w:b/>
          <w:color w:val="FFFFFF"/>
          <w:sz w:val="22"/>
          <w:shd w:val="clear" w:color="auto" w:fill="386F53"/>
          <w:lang w:val="es-ES"/>
        </w:rPr>
        <w:t>DE</w:t>
      </w:r>
      <w:r w:rsidRPr="00CA7D33">
        <w:rPr>
          <w:b/>
          <w:color w:val="FFFFFF"/>
          <w:spacing w:val="-4"/>
          <w:sz w:val="22"/>
          <w:shd w:val="clear" w:color="auto" w:fill="386F53"/>
          <w:lang w:val="es-ES"/>
        </w:rPr>
        <w:t xml:space="preserve"> </w:t>
      </w:r>
      <w:r w:rsidRPr="00CA7D33">
        <w:rPr>
          <w:b/>
          <w:color w:val="FFFFFF"/>
          <w:spacing w:val="-2"/>
          <w:sz w:val="22"/>
          <w:shd w:val="clear" w:color="auto" w:fill="386F53"/>
          <w:lang w:val="es-ES"/>
        </w:rPr>
        <w:t>AUTOEVALUACIÓN</w:t>
      </w:r>
    </w:p>
    <w:p w14:paraId="09EB2B11" w14:textId="77777777" w:rsidR="00CA7D33" w:rsidRPr="00CA7D33" w:rsidRDefault="00CA7D33" w:rsidP="00CA7D33">
      <w:pPr>
        <w:widowControl w:val="0"/>
        <w:autoSpaceDE w:val="0"/>
        <w:autoSpaceDN w:val="0"/>
        <w:spacing w:before="5" w:after="40"/>
        <w:rPr>
          <w:b/>
          <w:sz w:val="13"/>
          <w:lang w:val="es-ES"/>
        </w:rPr>
      </w:pPr>
    </w:p>
    <w:tbl>
      <w:tblPr>
        <w:tblStyle w:val="Tablaconcuadrcula1"/>
        <w:tblW w:w="9497" w:type="dxa"/>
        <w:jc w:val="center"/>
        <w:tblLook w:val="04A0" w:firstRow="1" w:lastRow="0" w:firstColumn="1" w:lastColumn="0" w:noHBand="0" w:noVBand="1"/>
      </w:tblPr>
      <w:tblGrid>
        <w:gridCol w:w="9497"/>
      </w:tblGrid>
      <w:tr w:rsidR="00CA7D33" w:rsidRPr="00D17A0D" w14:paraId="36F58595" w14:textId="77777777" w:rsidTr="00CA7D33">
        <w:trPr>
          <w:trHeight w:val="707"/>
          <w:jc w:val="center"/>
        </w:trPr>
        <w:tc>
          <w:tcPr>
            <w:tcW w:w="9497" w:type="dxa"/>
            <w:tcMar>
              <w:top w:w="90" w:type="dxa"/>
              <w:left w:w="100" w:type="dxa"/>
              <w:bottom w:w="90" w:type="dxa"/>
              <w:right w:w="100" w:type="dxa"/>
            </w:tcMar>
          </w:tcPr>
          <w:p w14:paraId="1DDFE1E0" w14:textId="77777777" w:rsidR="00CA7D33" w:rsidRPr="00CA7D33" w:rsidRDefault="00CA7D33" w:rsidP="00CA7D33">
            <w:pPr>
              <w:rPr>
                <w:bCs/>
                <w:color w:val="A6A6A6"/>
                <w:sz w:val="22"/>
                <w:lang w:val="es-ES"/>
              </w:rPr>
            </w:pPr>
            <w:r w:rsidRPr="00CA7D33">
              <w:rPr>
                <w:bCs/>
                <w:color w:val="A6A6A6"/>
                <w:sz w:val="22"/>
                <w:lang w:val="es-ES"/>
              </w:rPr>
              <w:t>Se presenta el comité responsable de la autoevaluación, describiendo el perfil académico y profesional de sus integrantes, así como sus funciones dentro del proceso, mencionando el documento de formalización</w:t>
            </w:r>
          </w:p>
          <w:p w14:paraId="30E918C8" w14:textId="77777777" w:rsidR="00CA7D33" w:rsidRPr="00CA7D33" w:rsidRDefault="00CA7D33" w:rsidP="00CA7D33">
            <w:pPr>
              <w:rPr>
                <w:b/>
                <w:sz w:val="22"/>
                <w:lang w:val="es-ES"/>
              </w:rPr>
            </w:pPr>
          </w:p>
          <w:p w14:paraId="32DB2990" w14:textId="77777777" w:rsidR="00CA7D33" w:rsidRDefault="00CA7D33" w:rsidP="00CA7D33">
            <w:pPr>
              <w:rPr>
                <w:b/>
                <w:sz w:val="22"/>
                <w:lang w:val="es-ES"/>
              </w:rPr>
            </w:pPr>
          </w:p>
          <w:p w14:paraId="65FBA86E" w14:textId="77777777" w:rsidR="00B838BF" w:rsidRDefault="00B838BF" w:rsidP="00CA7D33">
            <w:pPr>
              <w:rPr>
                <w:b/>
                <w:sz w:val="22"/>
                <w:lang w:val="es-ES"/>
              </w:rPr>
            </w:pPr>
          </w:p>
          <w:p w14:paraId="0AD8B08C" w14:textId="77777777" w:rsidR="00B838BF" w:rsidRDefault="00B838BF" w:rsidP="00CA7D33">
            <w:pPr>
              <w:rPr>
                <w:b/>
                <w:sz w:val="22"/>
                <w:lang w:val="es-ES"/>
              </w:rPr>
            </w:pPr>
          </w:p>
          <w:p w14:paraId="4250A806" w14:textId="77777777" w:rsidR="00B838BF" w:rsidRDefault="00B838BF" w:rsidP="00CA7D33">
            <w:pPr>
              <w:rPr>
                <w:b/>
                <w:sz w:val="22"/>
                <w:lang w:val="es-ES"/>
              </w:rPr>
            </w:pPr>
          </w:p>
          <w:p w14:paraId="6D500BDA" w14:textId="77777777" w:rsidR="00B838BF" w:rsidRDefault="00B838BF" w:rsidP="00CA7D33">
            <w:pPr>
              <w:rPr>
                <w:b/>
                <w:sz w:val="22"/>
                <w:lang w:val="es-ES"/>
              </w:rPr>
            </w:pPr>
          </w:p>
          <w:p w14:paraId="5EB18EFA" w14:textId="77777777" w:rsidR="00B838BF" w:rsidRDefault="00B838BF" w:rsidP="00CA7D33">
            <w:pPr>
              <w:rPr>
                <w:b/>
                <w:sz w:val="22"/>
                <w:lang w:val="es-ES"/>
              </w:rPr>
            </w:pPr>
          </w:p>
          <w:p w14:paraId="5A6E1ACF" w14:textId="77777777" w:rsidR="00B838BF" w:rsidRDefault="00B838BF" w:rsidP="00CA7D33">
            <w:pPr>
              <w:rPr>
                <w:b/>
                <w:sz w:val="22"/>
                <w:lang w:val="es-ES"/>
              </w:rPr>
            </w:pPr>
          </w:p>
          <w:p w14:paraId="2E3B0D1B" w14:textId="77777777" w:rsidR="00B838BF" w:rsidRDefault="00B838BF" w:rsidP="00CA7D33">
            <w:pPr>
              <w:rPr>
                <w:b/>
                <w:sz w:val="22"/>
                <w:lang w:val="es-ES"/>
              </w:rPr>
            </w:pPr>
          </w:p>
          <w:p w14:paraId="08854BC4" w14:textId="77777777" w:rsidR="00B838BF" w:rsidRDefault="00B838BF" w:rsidP="00CA7D33">
            <w:pPr>
              <w:rPr>
                <w:b/>
                <w:sz w:val="22"/>
                <w:lang w:val="es-ES"/>
              </w:rPr>
            </w:pPr>
          </w:p>
          <w:p w14:paraId="489215D2" w14:textId="77777777" w:rsidR="00B838BF" w:rsidRDefault="00B838BF" w:rsidP="00CA7D33">
            <w:pPr>
              <w:rPr>
                <w:b/>
                <w:sz w:val="22"/>
                <w:lang w:val="es-ES"/>
              </w:rPr>
            </w:pPr>
          </w:p>
          <w:p w14:paraId="0BB39FE0" w14:textId="77777777" w:rsidR="00B838BF" w:rsidRDefault="00B838BF" w:rsidP="00CA7D33">
            <w:pPr>
              <w:rPr>
                <w:b/>
                <w:sz w:val="22"/>
                <w:lang w:val="es-ES"/>
              </w:rPr>
            </w:pPr>
          </w:p>
          <w:p w14:paraId="443A61FE" w14:textId="77777777" w:rsidR="00B838BF" w:rsidRDefault="00B838BF" w:rsidP="00CA7D33">
            <w:pPr>
              <w:rPr>
                <w:b/>
                <w:sz w:val="22"/>
                <w:lang w:val="es-ES"/>
              </w:rPr>
            </w:pPr>
          </w:p>
          <w:p w14:paraId="13F369E7" w14:textId="77777777" w:rsidR="00B838BF" w:rsidRDefault="00B838BF" w:rsidP="00CA7D33">
            <w:pPr>
              <w:rPr>
                <w:b/>
                <w:sz w:val="22"/>
                <w:lang w:val="es-ES"/>
              </w:rPr>
            </w:pPr>
          </w:p>
          <w:p w14:paraId="37F786BA" w14:textId="77777777" w:rsidR="00B838BF" w:rsidRDefault="00B838BF" w:rsidP="00CA7D33">
            <w:pPr>
              <w:rPr>
                <w:b/>
                <w:sz w:val="22"/>
                <w:lang w:val="es-ES"/>
              </w:rPr>
            </w:pPr>
          </w:p>
          <w:p w14:paraId="29BBA5D3" w14:textId="77777777" w:rsidR="00B838BF" w:rsidRDefault="00B838BF" w:rsidP="00CA7D33">
            <w:pPr>
              <w:rPr>
                <w:b/>
                <w:sz w:val="22"/>
                <w:lang w:val="es-ES"/>
              </w:rPr>
            </w:pPr>
          </w:p>
          <w:p w14:paraId="789F4216" w14:textId="77777777" w:rsidR="00B838BF" w:rsidRDefault="00B838BF" w:rsidP="00CA7D33">
            <w:pPr>
              <w:rPr>
                <w:b/>
                <w:sz w:val="22"/>
                <w:lang w:val="es-ES"/>
              </w:rPr>
            </w:pPr>
          </w:p>
          <w:p w14:paraId="7968724A" w14:textId="77777777" w:rsidR="00B838BF" w:rsidRPr="00CA7D33" w:rsidRDefault="00B838BF" w:rsidP="00CA7D33">
            <w:pPr>
              <w:rPr>
                <w:b/>
                <w:sz w:val="22"/>
                <w:lang w:val="es-ES"/>
              </w:rPr>
            </w:pPr>
          </w:p>
        </w:tc>
      </w:tr>
    </w:tbl>
    <w:p w14:paraId="041272FC" w14:textId="77777777" w:rsidR="00CA7D33" w:rsidRPr="00CA7D33" w:rsidRDefault="00CA7D33" w:rsidP="00CA7D33">
      <w:pPr>
        <w:widowControl w:val="0"/>
        <w:autoSpaceDE w:val="0"/>
        <w:autoSpaceDN w:val="0"/>
        <w:spacing w:before="5" w:after="40"/>
        <w:rPr>
          <w:b/>
          <w:sz w:val="13"/>
          <w:lang w:val="es-ES"/>
        </w:rPr>
      </w:pPr>
    </w:p>
    <w:p w14:paraId="52D1D675" w14:textId="77777777" w:rsidR="00CA7D33" w:rsidRPr="00CA7D33" w:rsidRDefault="00CA7D33" w:rsidP="00CA7D33">
      <w:pPr>
        <w:widowControl w:val="0"/>
        <w:autoSpaceDE w:val="0"/>
        <w:autoSpaceDN w:val="0"/>
        <w:spacing w:before="5" w:after="40"/>
        <w:rPr>
          <w:b/>
          <w:sz w:val="13"/>
          <w:lang w:val="es-ES"/>
        </w:rPr>
      </w:pPr>
    </w:p>
    <w:p w14:paraId="571D2716" w14:textId="0AC40717" w:rsidR="00CA7D33" w:rsidRPr="00CA7D33" w:rsidRDefault="00CA7D33" w:rsidP="00CA7D33">
      <w:pPr>
        <w:pStyle w:val="Prrafodelista"/>
        <w:widowControl w:val="0"/>
        <w:numPr>
          <w:ilvl w:val="1"/>
          <w:numId w:val="10"/>
        </w:numPr>
        <w:shd w:val="clear" w:color="auto" w:fill="386F53"/>
        <w:tabs>
          <w:tab w:val="left" w:pos="426"/>
        </w:tabs>
        <w:autoSpaceDE w:val="0"/>
        <w:autoSpaceDN w:val="0"/>
        <w:spacing w:before="153" w:after="40"/>
        <w:ind w:left="1134" w:hanging="992"/>
        <w:rPr>
          <w:b/>
          <w:color w:val="FFFFFF"/>
          <w:sz w:val="22"/>
          <w:lang w:val="es-ES"/>
        </w:rPr>
      </w:pPr>
      <w:r w:rsidRPr="00CA7D33">
        <w:rPr>
          <w:b/>
          <w:color w:val="FFFFFF"/>
          <w:sz w:val="22"/>
          <w:lang w:val="es-ES"/>
        </w:rPr>
        <w:t>METODOLOGÍA</w:t>
      </w:r>
      <w:r w:rsidRPr="00CA7D33">
        <w:rPr>
          <w:b/>
          <w:color w:val="FFFFFF"/>
          <w:spacing w:val="2"/>
          <w:sz w:val="22"/>
          <w:lang w:val="es-ES"/>
        </w:rPr>
        <w:t xml:space="preserve"> </w:t>
      </w:r>
      <w:r w:rsidRPr="00CA7D33">
        <w:rPr>
          <w:b/>
          <w:color w:val="FFFFFF"/>
          <w:spacing w:val="-2"/>
          <w:sz w:val="22"/>
          <w:lang w:val="es-ES"/>
        </w:rPr>
        <w:t>UTILIZADA</w:t>
      </w:r>
    </w:p>
    <w:p w14:paraId="14715601" w14:textId="77777777" w:rsidR="00CA7D33" w:rsidRPr="00CA7D33" w:rsidRDefault="00CA7D33" w:rsidP="00CA7D33">
      <w:pPr>
        <w:widowControl w:val="0"/>
        <w:autoSpaceDE w:val="0"/>
        <w:autoSpaceDN w:val="0"/>
        <w:spacing w:before="3" w:after="40"/>
        <w:rPr>
          <w:b/>
          <w:sz w:val="14"/>
          <w:lang w:val="es-ES"/>
        </w:rPr>
      </w:pPr>
    </w:p>
    <w:tbl>
      <w:tblPr>
        <w:tblStyle w:val="Tablaconcuadrcula1"/>
        <w:tblW w:w="0" w:type="auto"/>
        <w:jc w:val="center"/>
        <w:tblLook w:val="04A0" w:firstRow="1" w:lastRow="0" w:firstColumn="1" w:lastColumn="0" w:noHBand="0" w:noVBand="1"/>
      </w:tblPr>
      <w:tblGrid>
        <w:gridCol w:w="9394"/>
      </w:tblGrid>
      <w:tr w:rsidR="00CA7D33" w:rsidRPr="00D17A0D" w14:paraId="2ED70C0E" w14:textId="77777777" w:rsidTr="006E6D71">
        <w:trPr>
          <w:trHeight w:val="950"/>
          <w:jc w:val="center"/>
        </w:trPr>
        <w:tc>
          <w:tcPr>
            <w:tcW w:w="9394" w:type="dxa"/>
            <w:tcMar>
              <w:top w:w="90" w:type="dxa"/>
              <w:left w:w="100" w:type="dxa"/>
              <w:bottom w:w="90" w:type="dxa"/>
              <w:right w:w="100" w:type="dxa"/>
            </w:tcMar>
          </w:tcPr>
          <w:p w14:paraId="5AFD2420" w14:textId="77777777" w:rsidR="00CA7D33" w:rsidRPr="00CA7D33" w:rsidRDefault="00CA7D33" w:rsidP="00CA7D33">
            <w:pPr>
              <w:rPr>
                <w:bCs/>
                <w:color w:val="A6A6A6"/>
                <w:sz w:val="22"/>
                <w:lang w:val="es-ES"/>
              </w:rPr>
            </w:pPr>
            <w:r w:rsidRPr="00CA7D33">
              <w:rPr>
                <w:bCs/>
                <w:color w:val="A6A6A6"/>
                <w:sz w:val="22"/>
                <w:lang w:val="es-E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3C5FCF92" w14:textId="77777777" w:rsidR="00CA7D33" w:rsidRPr="00CA7D33" w:rsidRDefault="00CA7D33" w:rsidP="00CA7D33">
            <w:pPr>
              <w:rPr>
                <w:b/>
                <w:sz w:val="22"/>
                <w:lang w:val="es-ES"/>
              </w:rPr>
            </w:pPr>
          </w:p>
          <w:p w14:paraId="5F9FD9D8" w14:textId="77777777" w:rsidR="00CA7D33" w:rsidRDefault="00CA7D33" w:rsidP="00CA7D33">
            <w:pPr>
              <w:rPr>
                <w:b/>
                <w:sz w:val="22"/>
                <w:lang w:val="es-ES"/>
              </w:rPr>
            </w:pPr>
          </w:p>
          <w:p w14:paraId="31B168AC" w14:textId="77777777" w:rsidR="00B838BF" w:rsidRDefault="00B838BF" w:rsidP="00CA7D33">
            <w:pPr>
              <w:rPr>
                <w:b/>
                <w:sz w:val="22"/>
                <w:lang w:val="es-ES"/>
              </w:rPr>
            </w:pPr>
          </w:p>
          <w:p w14:paraId="46E90CDF" w14:textId="77777777" w:rsidR="00B838BF" w:rsidRDefault="00B838BF" w:rsidP="00CA7D33">
            <w:pPr>
              <w:rPr>
                <w:b/>
                <w:sz w:val="22"/>
                <w:lang w:val="es-ES"/>
              </w:rPr>
            </w:pPr>
          </w:p>
          <w:p w14:paraId="08801625" w14:textId="77777777" w:rsidR="00B838BF" w:rsidRDefault="00B838BF" w:rsidP="00CA7D33">
            <w:pPr>
              <w:rPr>
                <w:b/>
                <w:sz w:val="22"/>
                <w:lang w:val="es-ES"/>
              </w:rPr>
            </w:pPr>
          </w:p>
          <w:p w14:paraId="4F29BA24" w14:textId="77777777" w:rsidR="00B838BF" w:rsidRDefault="00B838BF" w:rsidP="00CA7D33">
            <w:pPr>
              <w:rPr>
                <w:b/>
                <w:sz w:val="22"/>
                <w:lang w:val="es-ES"/>
              </w:rPr>
            </w:pPr>
          </w:p>
          <w:p w14:paraId="65CE2E5D" w14:textId="77777777" w:rsidR="00B838BF" w:rsidRDefault="00B838BF" w:rsidP="00CA7D33">
            <w:pPr>
              <w:rPr>
                <w:b/>
                <w:sz w:val="22"/>
                <w:lang w:val="es-ES"/>
              </w:rPr>
            </w:pPr>
          </w:p>
          <w:p w14:paraId="69A74B1A" w14:textId="77777777" w:rsidR="00B838BF" w:rsidRDefault="00B838BF" w:rsidP="00CA7D33">
            <w:pPr>
              <w:rPr>
                <w:b/>
                <w:sz w:val="22"/>
                <w:lang w:val="es-ES"/>
              </w:rPr>
            </w:pPr>
          </w:p>
          <w:p w14:paraId="5A3431B0" w14:textId="77777777" w:rsidR="00B838BF" w:rsidRDefault="00B838BF" w:rsidP="00CA7D33">
            <w:pPr>
              <w:rPr>
                <w:b/>
                <w:sz w:val="22"/>
                <w:lang w:val="es-ES"/>
              </w:rPr>
            </w:pPr>
          </w:p>
          <w:p w14:paraId="36BCBE4F" w14:textId="77777777" w:rsidR="00B838BF" w:rsidRDefault="00B838BF" w:rsidP="00CA7D33">
            <w:pPr>
              <w:rPr>
                <w:b/>
                <w:sz w:val="22"/>
                <w:lang w:val="es-ES"/>
              </w:rPr>
            </w:pPr>
          </w:p>
          <w:p w14:paraId="2FBC744F" w14:textId="77777777" w:rsidR="00B838BF" w:rsidRDefault="00B838BF" w:rsidP="00CA7D33">
            <w:pPr>
              <w:rPr>
                <w:b/>
                <w:sz w:val="22"/>
                <w:lang w:val="es-ES"/>
              </w:rPr>
            </w:pPr>
          </w:p>
          <w:p w14:paraId="43FD3004" w14:textId="77777777" w:rsidR="00B838BF" w:rsidRDefault="00B838BF" w:rsidP="00CA7D33">
            <w:pPr>
              <w:rPr>
                <w:b/>
                <w:sz w:val="22"/>
                <w:lang w:val="es-ES"/>
              </w:rPr>
            </w:pPr>
          </w:p>
          <w:p w14:paraId="0E69AD59" w14:textId="77777777" w:rsidR="00B838BF" w:rsidRDefault="00B838BF" w:rsidP="00CA7D33">
            <w:pPr>
              <w:rPr>
                <w:b/>
                <w:sz w:val="22"/>
                <w:lang w:val="es-ES"/>
              </w:rPr>
            </w:pPr>
          </w:p>
          <w:p w14:paraId="3CFBCA97" w14:textId="77777777" w:rsidR="00B838BF" w:rsidRDefault="00B838BF" w:rsidP="00CA7D33">
            <w:pPr>
              <w:rPr>
                <w:b/>
                <w:sz w:val="22"/>
                <w:lang w:val="es-ES"/>
              </w:rPr>
            </w:pPr>
          </w:p>
          <w:p w14:paraId="38141DAA" w14:textId="77777777" w:rsidR="00B838BF" w:rsidRDefault="00B838BF" w:rsidP="00CA7D33">
            <w:pPr>
              <w:rPr>
                <w:b/>
                <w:sz w:val="22"/>
                <w:lang w:val="es-ES"/>
              </w:rPr>
            </w:pPr>
          </w:p>
          <w:p w14:paraId="297C4EF3" w14:textId="77777777" w:rsidR="00B838BF" w:rsidRDefault="00B838BF" w:rsidP="00CA7D33">
            <w:pPr>
              <w:rPr>
                <w:b/>
                <w:sz w:val="22"/>
                <w:lang w:val="es-ES"/>
              </w:rPr>
            </w:pPr>
          </w:p>
          <w:p w14:paraId="542D5A5E" w14:textId="77777777" w:rsidR="00B838BF" w:rsidRDefault="00B838BF" w:rsidP="00CA7D33">
            <w:pPr>
              <w:rPr>
                <w:b/>
                <w:sz w:val="22"/>
                <w:lang w:val="es-ES"/>
              </w:rPr>
            </w:pPr>
          </w:p>
          <w:p w14:paraId="2B1908E1" w14:textId="77777777" w:rsidR="00B838BF" w:rsidRDefault="00B838BF" w:rsidP="00CA7D33">
            <w:pPr>
              <w:rPr>
                <w:b/>
                <w:sz w:val="22"/>
                <w:lang w:val="es-ES"/>
              </w:rPr>
            </w:pPr>
          </w:p>
          <w:p w14:paraId="2B6593FF" w14:textId="77777777" w:rsidR="00B838BF" w:rsidRDefault="00B838BF" w:rsidP="00CA7D33">
            <w:pPr>
              <w:rPr>
                <w:b/>
                <w:sz w:val="22"/>
                <w:lang w:val="es-ES"/>
              </w:rPr>
            </w:pPr>
          </w:p>
          <w:p w14:paraId="42AAD5C0" w14:textId="77777777" w:rsidR="00B838BF" w:rsidRPr="00CA7D33" w:rsidRDefault="00B838BF" w:rsidP="00CA7D33">
            <w:pPr>
              <w:rPr>
                <w:b/>
                <w:sz w:val="22"/>
                <w:lang w:val="es-ES"/>
              </w:rPr>
            </w:pPr>
          </w:p>
        </w:tc>
      </w:tr>
    </w:tbl>
    <w:p w14:paraId="0AF63EBE" w14:textId="77777777" w:rsidR="00CA7D33" w:rsidRPr="00CA7D33" w:rsidRDefault="00CA7D33" w:rsidP="00CA7D33">
      <w:pPr>
        <w:widowControl w:val="0"/>
        <w:autoSpaceDE w:val="0"/>
        <w:autoSpaceDN w:val="0"/>
        <w:spacing w:before="3" w:after="40"/>
        <w:rPr>
          <w:b/>
          <w:sz w:val="14"/>
          <w:lang w:val="es-ES"/>
        </w:rPr>
        <w:sectPr w:rsidR="00CA7D33" w:rsidRPr="00CA7D33" w:rsidSect="00B838BF">
          <w:pgSz w:w="12240" w:h="15840"/>
          <w:pgMar w:top="1140" w:right="1134" w:bottom="1140" w:left="1418" w:header="720" w:footer="720" w:gutter="0"/>
          <w:cols w:space="720"/>
        </w:sectPr>
      </w:pPr>
    </w:p>
    <w:p w14:paraId="23D1C7B5" w14:textId="77777777" w:rsidR="00CA7D33" w:rsidRPr="00CA7D33" w:rsidRDefault="00CA7D33" w:rsidP="00CA7D33">
      <w:pPr>
        <w:pageBreakBefore/>
        <w:widowControl w:val="0"/>
        <w:numPr>
          <w:ilvl w:val="1"/>
          <w:numId w:val="10"/>
        </w:numPr>
        <w:shd w:val="clear" w:color="auto" w:fill="386F53"/>
        <w:tabs>
          <w:tab w:val="left" w:pos="426"/>
        </w:tabs>
        <w:autoSpaceDE w:val="0"/>
        <w:autoSpaceDN w:val="0"/>
        <w:spacing w:before="89" w:after="40"/>
        <w:ind w:left="645" w:hanging="645"/>
        <w:rPr>
          <w:b/>
          <w:color w:val="FFFFFF"/>
          <w:sz w:val="22"/>
          <w:lang w:val="es-ES"/>
        </w:rPr>
      </w:pPr>
      <w:r w:rsidRPr="00CA7D33">
        <w:rPr>
          <w:b/>
          <w:color w:val="FFFFFF"/>
          <w:sz w:val="22"/>
          <w:lang w:val="es-ES"/>
        </w:rPr>
        <w:lastRenderedPageBreak/>
        <w:t>PRINCIPALES</w:t>
      </w:r>
      <w:r w:rsidRPr="00CA7D33">
        <w:rPr>
          <w:b/>
          <w:color w:val="FFFFFF"/>
          <w:spacing w:val="-6"/>
          <w:sz w:val="22"/>
          <w:lang w:val="es-ES"/>
        </w:rPr>
        <w:t xml:space="preserve"> </w:t>
      </w:r>
      <w:r w:rsidRPr="00CA7D33">
        <w:rPr>
          <w:b/>
          <w:color w:val="FFFFFF"/>
          <w:sz w:val="22"/>
          <w:lang w:val="es-ES"/>
        </w:rPr>
        <w:t>DESAFÍOS</w:t>
      </w:r>
      <w:r w:rsidRPr="00CA7D33">
        <w:rPr>
          <w:b/>
          <w:color w:val="FFFFFF"/>
          <w:spacing w:val="-8"/>
          <w:sz w:val="22"/>
          <w:lang w:val="es-ES"/>
        </w:rPr>
        <w:t xml:space="preserve"> </w:t>
      </w:r>
      <w:r w:rsidRPr="00CA7D33">
        <w:rPr>
          <w:b/>
          <w:color w:val="FFFFFF"/>
          <w:sz w:val="22"/>
          <w:lang w:val="es-ES"/>
        </w:rPr>
        <w:t>ENFRENTADOS</w:t>
      </w:r>
      <w:r w:rsidRPr="00CA7D33">
        <w:rPr>
          <w:b/>
          <w:color w:val="FFFFFF"/>
          <w:spacing w:val="-3"/>
          <w:sz w:val="22"/>
          <w:lang w:val="es-ES"/>
        </w:rPr>
        <w:t xml:space="preserve"> </w:t>
      </w:r>
      <w:r w:rsidRPr="00CA7D33">
        <w:rPr>
          <w:b/>
          <w:color w:val="FFFFFF"/>
          <w:sz w:val="22"/>
          <w:lang w:val="es-ES"/>
        </w:rPr>
        <w:t>EN</w:t>
      </w:r>
      <w:r w:rsidRPr="00CA7D33">
        <w:rPr>
          <w:b/>
          <w:color w:val="FFFFFF"/>
          <w:spacing w:val="-10"/>
          <w:sz w:val="22"/>
          <w:lang w:val="es-ES"/>
        </w:rPr>
        <w:t xml:space="preserve"> </w:t>
      </w:r>
      <w:r w:rsidRPr="00CA7D33">
        <w:rPr>
          <w:b/>
          <w:color w:val="FFFFFF"/>
          <w:sz w:val="22"/>
          <w:lang w:val="es-ES"/>
        </w:rPr>
        <w:t>EL</w:t>
      </w:r>
      <w:r w:rsidRPr="00CA7D33">
        <w:rPr>
          <w:b/>
          <w:color w:val="FFFFFF"/>
          <w:spacing w:val="-8"/>
          <w:sz w:val="22"/>
          <w:lang w:val="es-ES"/>
        </w:rPr>
        <w:t xml:space="preserve"> </w:t>
      </w:r>
      <w:r w:rsidRPr="00CA7D33">
        <w:rPr>
          <w:b/>
          <w:color w:val="FFFFFF"/>
          <w:sz w:val="22"/>
          <w:lang w:val="es-ES"/>
        </w:rPr>
        <w:t>PROCESO</w:t>
      </w:r>
      <w:r w:rsidRPr="00CA7D33">
        <w:rPr>
          <w:b/>
          <w:color w:val="FFFFFF"/>
          <w:spacing w:val="-3"/>
          <w:sz w:val="22"/>
          <w:lang w:val="es-ES"/>
        </w:rPr>
        <w:t xml:space="preserve"> </w:t>
      </w:r>
      <w:r w:rsidRPr="00CA7D33">
        <w:rPr>
          <w:b/>
          <w:color w:val="FFFFFF"/>
          <w:sz w:val="22"/>
          <w:lang w:val="es-ES"/>
        </w:rPr>
        <w:t>DE</w:t>
      </w:r>
      <w:r w:rsidRPr="00CA7D33">
        <w:rPr>
          <w:b/>
          <w:color w:val="FFFFFF"/>
          <w:spacing w:val="-1"/>
          <w:sz w:val="22"/>
          <w:lang w:val="es-ES"/>
        </w:rPr>
        <w:t xml:space="preserve"> </w:t>
      </w:r>
      <w:r w:rsidRPr="00CA7D33">
        <w:rPr>
          <w:b/>
          <w:color w:val="FFFFFF"/>
          <w:spacing w:val="-2"/>
          <w:sz w:val="22"/>
          <w:lang w:val="es-ES"/>
        </w:rPr>
        <w:t>AUTOEVALUACIÓN</w:t>
      </w:r>
    </w:p>
    <w:p w14:paraId="41E72593" w14:textId="77777777" w:rsidR="00CA7D33" w:rsidRPr="00CA7D33" w:rsidRDefault="00CA7D33" w:rsidP="00CA7D33">
      <w:pPr>
        <w:widowControl w:val="0"/>
        <w:autoSpaceDE w:val="0"/>
        <w:autoSpaceDN w:val="0"/>
        <w:spacing w:before="3" w:after="40"/>
        <w:rPr>
          <w:b/>
          <w:sz w:val="15"/>
          <w:lang w:val="es-ES"/>
        </w:rPr>
      </w:pPr>
    </w:p>
    <w:tbl>
      <w:tblPr>
        <w:tblStyle w:val="Tablaconcuadrcula1"/>
        <w:tblW w:w="0" w:type="auto"/>
        <w:jc w:val="center"/>
        <w:tblLook w:val="04A0" w:firstRow="1" w:lastRow="0" w:firstColumn="1" w:lastColumn="0" w:noHBand="0" w:noVBand="1"/>
      </w:tblPr>
      <w:tblGrid>
        <w:gridCol w:w="9391"/>
      </w:tblGrid>
      <w:tr w:rsidR="00CA7D33" w:rsidRPr="00D17A0D" w14:paraId="2196617C" w14:textId="77777777" w:rsidTr="006E6D71">
        <w:trPr>
          <w:trHeight w:val="765"/>
          <w:jc w:val="center"/>
        </w:trPr>
        <w:tc>
          <w:tcPr>
            <w:tcW w:w="9394" w:type="dxa"/>
            <w:tcMar>
              <w:top w:w="90" w:type="dxa"/>
              <w:left w:w="100" w:type="dxa"/>
              <w:bottom w:w="90" w:type="dxa"/>
              <w:right w:w="100" w:type="dxa"/>
            </w:tcMar>
          </w:tcPr>
          <w:p w14:paraId="49BE89C2" w14:textId="77777777" w:rsidR="00CA7D33" w:rsidRDefault="00CA7D33" w:rsidP="00CA7D33">
            <w:pPr>
              <w:rPr>
                <w:bCs/>
                <w:color w:val="A6A6A6"/>
                <w:sz w:val="22"/>
                <w:lang w:val="es-ES"/>
              </w:rPr>
            </w:pPr>
            <w:r w:rsidRPr="00CA7D33">
              <w:rPr>
                <w:bCs/>
                <w:color w:val="A6A6A6"/>
                <w:sz w:val="22"/>
                <w:lang w:val="es-ES"/>
              </w:rPr>
              <w:t>Se identifican las dificultades encontradas durante el proceso de autoevaluación, junto con las estrategias implementadas para superarlas.</w:t>
            </w:r>
          </w:p>
          <w:p w14:paraId="7A11CDFE" w14:textId="77777777" w:rsidR="00B838BF" w:rsidRDefault="00B838BF" w:rsidP="00CA7D33">
            <w:pPr>
              <w:rPr>
                <w:bCs/>
                <w:color w:val="A6A6A6"/>
                <w:sz w:val="22"/>
                <w:lang w:val="es-ES"/>
              </w:rPr>
            </w:pPr>
          </w:p>
          <w:p w14:paraId="7FA12799" w14:textId="77777777" w:rsidR="00B838BF" w:rsidRDefault="00B838BF" w:rsidP="00CA7D33">
            <w:pPr>
              <w:rPr>
                <w:bCs/>
                <w:color w:val="A6A6A6"/>
                <w:sz w:val="22"/>
                <w:lang w:val="es-ES"/>
              </w:rPr>
            </w:pPr>
          </w:p>
          <w:p w14:paraId="1636F77E" w14:textId="77777777" w:rsidR="00B838BF" w:rsidRDefault="00B838BF" w:rsidP="00CA7D33">
            <w:pPr>
              <w:rPr>
                <w:bCs/>
                <w:color w:val="A6A6A6"/>
                <w:sz w:val="22"/>
                <w:lang w:val="es-ES"/>
              </w:rPr>
            </w:pPr>
          </w:p>
          <w:p w14:paraId="78386A7E" w14:textId="77777777" w:rsidR="00B838BF" w:rsidRDefault="00B838BF" w:rsidP="00CA7D33">
            <w:pPr>
              <w:rPr>
                <w:bCs/>
                <w:color w:val="A6A6A6"/>
                <w:sz w:val="22"/>
                <w:lang w:val="es-ES"/>
              </w:rPr>
            </w:pPr>
          </w:p>
          <w:p w14:paraId="4E6A45A5" w14:textId="77777777" w:rsidR="00B838BF" w:rsidRDefault="00B838BF" w:rsidP="00CA7D33">
            <w:pPr>
              <w:rPr>
                <w:bCs/>
                <w:color w:val="A6A6A6"/>
                <w:sz w:val="22"/>
                <w:lang w:val="es-ES"/>
              </w:rPr>
            </w:pPr>
          </w:p>
          <w:p w14:paraId="0B2A13AC" w14:textId="77777777" w:rsidR="00B838BF" w:rsidRDefault="00B838BF" w:rsidP="00CA7D33">
            <w:pPr>
              <w:rPr>
                <w:bCs/>
                <w:color w:val="A6A6A6"/>
                <w:sz w:val="22"/>
                <w:lang w:val="es-ES"/>
              </w:rPr>
            </w:pPr>
          </w:p>
          <w:p w14:paraId="2D8B020D" w14:textId="77777777" w:rsidR="00B838BF" w:rsidRDefault="00B838BF" w:rsidP="00CA7D33">
            <w:pPr>
              <w:rPr>
                <w:bCs/>
                <w:color w:val="A6A6A6"/>
                <w:sz w:val="22"/>
                <w:lang w:val="es-ES"/>
              </w:rPr>
            </w:pPr>
          </w:p>
          <w:p w14:paraId="0124429A" w14:textId="77777777" w:rsidR="00B838BF" w:rsidRDefault="00B838BF" w:rsidP="00CA7D33">
            <w:pPr>
              <w:rPr>
                <w:bCs/>
                <w:color w:val="A6A6A6"/>
                <w:sz w:val="22"/>
                <w:lang w:val="es-ES"/>
              </w:rPr>
            </w:pPr>
          </w:p>
          <w:p w14:paraId="2F92F581" w14:textId="77777777" w:rsidR="00B838BF" w:rsidRDefault="00B838BF" w:rsidP="00CA7D33">
            <w:pPr>
              <w:rPr>
                <w:bCs/>
                <w:color w:val="A6A6A6"/>
                <w:sz w:val="22"/>
                <w:lang w:val="es-ES"/>
              </w:rPr>
            </w:pPr>
          </w:p>
          <w:p w14:paraId="5CF08C1A" w14:textId="77777777" w:rsidR="00B838BF" w:rsidRDefault="00B838BF" w:rsidP="00CA7D33">
            <w:pPr>
              <w:rPr>
                <w:bCs/>
                <w:color w:val="A6A6A6"/>
                <w:sz w:val="22"/>
                <w:lang w:val="es-ES"/>
              </w:rPr>
            </w:pPr>
          </w:p>
          <w:p w14:paraId="721441EE" w14:textId="77777777" w:rsidR="00B838BF" w:rsidRDefault="00B838BF" w:rsidP="00CA7D33">
            <w:pPr>
              <w:rPr>
                <w:bCs/>
                <w:color w:val="A6A6A6"/>
                <w:sz w:val="22"/>
                <w:lang w:val="es-ES"/>
              </w:rPr>
            </w:pPr>
          </w:p>
          <w:p w14:paraId="36004407" w14:textId="77777777" w:rsidR="00B838BF" w:rsidRDefault="00B838BF" w:rsidP="00CA7D33">
            <w:pPr>
              <w:rPr>
                <w:bCs/>
                <w:color w:val="A6A6A6"/>
                <w:sz w:val="22"/>
                <w:lang w:val="es-ES"/>
              </w:rPr>
            </w:pPr>
          </w:p>
          <w:p w14:paraId="539B9470" w14:textId="77777777" w:rsidR="00B838BF" w:rsidRDefault="00B838BF" w:rsidP="00CA7D33">
            <w:pPr>
              <w:rPr>
                <w:bCs/>
                <w:color w:val="A6A6A6"/>
                <w:sz w:val="22"/>
                <w:lang w:val="es-ES"/>
              </w:rPr>
            </w:pPr>
          </w:p>
          <w:p w14:paraId="4819FDB0" w14:textId="77777777" w:rsidR="00B838BF" w:rsidRDefault="00B838BF" w:rsidP="00CA7D33">
            <w:pPr>
              <w:rPr>
                <w:bCs/>
                <w:color w:val="A6A6A6"/>
                <w:sz w:val="22"/>
                <w:lang w:val="es-ES"/>
              </w:rPr>
            </w:pPr>
          </w:p>
          <w:p w14:paraId="5CB47F92" w14:textId="77777777" w:rsidR="00B838BF" w:rsidRDefault="00B838BF" w:rsidP="00CA7D33">
            <w:pPr>
              <w:rPr>
                <w:bCs/>
                <w:color w:val="A6A6A6"/>
                <w:sz w:val="22"/>
                <w:lang w:val="es-ES"/>
              </w:rPr>
            </w:pPr>
          </w:p>
          <w:p w14:paraId="6F2A0122" w14:textId="77777777" w:rsidR="00B838BF" w:rsidRDefault="00B838BF" w:rsidP="00CA7D33">
            <w:pPr>
              <w:rPr>
                <w:bCs/>
                <w:color w:val="A6A6A6"/>
                <w:sz w:val="22"/>
                <w:lang w:val="es-ES"/>
              </w:rPr>
            </w:pPr>
          </w:p>
          <w:p w14:paraId="2A55B666" w14:textId="77777777" w:rsidR="00B838BF" w:rsidRDefault="00B838BF" w:rsidP="00CA7D33">
            <w:pPr>
              <w:rPr>
                <w:bCs/>
                <w:color w:val="A6A6A6"/>
                <w:sz w:val="22"/>
                <w:lang w:val="es-ES"/>
              </w:rPr>
            </w:pPr>
          </w:p>
          <w:p w14:paraId="5B99426E" w14:textId="77777777" w:rsidR="00B838BF" w:rsidRPr="00CA7D33" w:rsidRDefault="00B838BF" w:rsidP="00CA7D33">
            <w:pPr>
              <w:rPr>
                <w:bCs/>
                <w:color w:val="A6A6A6"/>
                <w:sz w:val="22"/>
                <w:lang w:val="es-ES"/>
              </w:rPr>
            </w:pPr>
          </w:p>
        </w:tc>
      </w:tr>
    </w:tbl>
    <w:p w14:paraId="21269EA0" w14:textId="77777777" w:rsidR="00CA7D33" w:rsidRPr="00CA7D33" w:rsidRDefault="00CA7D33" w:rsidP="00CA7D33">
      <w:pPr>
        <w:widowControl w:val="0"/>
        <w:autoSpaceDE w:val="0"/>
        <w:autoSpaceDN w:val="0"/>
        <w:spacing w:before="3" w:after="40"/>
        <w:rPr>
          <w:b/>
          <w:sz w:val="15"/>
          <w:lang w:val="es-ES"/>
        </w:rPr>
      </w:pPr>
    </w:p>
    <w:p w14:paraId="61A02C07" w14:textId="77777777" w:rsidR="00CA7D33" w:rsidRPr="00CA7D33" w:rsidRDefault="00CA7D33" w:rsidP="00CA7D33">
      <w:pPr>
        <w:widowControl w:val="0"/>
        <w:numPr>
          <w:ilvl w:val="1"/>
          <w:numId w:val="10"/>
        </w:numPr>
        <w:shd w:val="clear" w:color="auto" w:fill="386F53"/>
        <w:tabs>
          <w:tab w:val="left" w:pos="567"/>
        </w:tabs>
        <w:autoSpaceDE w:val="0"/>
        <w:autoSpaceDN w:val="0"/>
        <w:spacing w:before="242" w:after="40"/>
        <w:ind w:left="426" w:hanging="426"/>
        <w:rPr>
          <w:b/>
          <w:color w:val="FFFFFF"/>
          <w:sz w:val="22"/>
          <w:lang w:val="es-ES"/>
        </w:rPr>
      </w:pPr>
      <w:r w:rsidRPr="00CA7D33">
        <w:rPr>
          <w:b/>
          <w:color w:val="FFFFFF"/>
          <w:sz w:val="22"/>
          <w:lang w:val="es-ES"/>
        </w:rPr>
        <w:t>PARTICIPACIÓN</w:t>
      </w:r>
      <w:r w:rsidRPr="00CA7D33">
        <w:rPr>
          <w:b/>
          <w:color w:val="FFFFFF"/>
          <w:spacing w:val="-3"/>
          <w:sz w:val="22"/>
          <w:lang w:val="es-ES"/>
        </w:rPr>
        <w:t xml:space="preserve"> </w:t>
      </w:r>
      <w:r w:rsidRPr="00CA7D33">
        <w:rPr>
          <w:b/>
          <w:color w:val="FFFFFF"/>
          <w:sz w:val="22"/>
          <w:lang w:val="es-ES"/>
        </w:rPr>
        <w:t>DE</w:t>
      </w:r>
      <w:r w:rsidRPr="00CA7D33">
        <w:rPr>
          <w:b/>
          <w:color w:val="FFFFFF"/>
          <w:spacing w:val="-4"/>
          <w:sz w:val="22"/>
          <w:lang w:val="es-ES"/>
        </w:rPr>
        <w:t xml:space="preserve"> </w:t>
      </w:r>
      <w:r w:rsidRPr="00CA7D33">
        <w:rPr>
          <w:b/>
          <w:color w:val="FFFFFF"/>
          <w:sz w:val="22"/>
          <w:lang w:val="es-ES"/>
        </w:rPr>
        <w:t>LOS</w:t>
      </w:r>
      <w:r w:rsidRPr="00CA7D33">
        <w:rPr>
          <w:b/>
          <w:color w:val="FFFFFF"/>
          <w:spacing w:val="-6"/>
          <w:sz w:val="22"/>
          <w:lang w:val="es-ES"/>
        </w:rPr>
        <w:t xml:space="preserve"> </w:t>
      </w:r>
      <w:r w:rsidRPr="00CA7D33">
        <w:rPr>
          <w:b/>
          <w:color w:val="FFFFFF"/>
          <w:sz w:val="22"/>
          <w:lang w:val="es-ES"/>
        </w:rPr>
        <w:t>ACTORES</w:t>
      </w:r>
      <w:r w:rsidRPr="00CA7D33">
        <w:rPr>
          <w:b/>
          <w:color w:val="FFFFFF"/>
          <w:spacing w:val="-1"/>
          <w:sz w:val="22"/>
          <w:lang w:val="es-ES"/>
        </w:rPr>
        <w:t xml:space="preserve"> </w:t>
      </w:r>
      <w:r w:rsidRPr="00CA7D33">
        <w:rPr>
          <w:b/>
          <w:color w:val="FFFFFF"/>
          <w:spacing w:val="-2"/>
          <w:sz w:val="22"/>
          <w:lang w:val="es-ES"/>
        </w:rPr>
        <w:t>INSTITUCIONALES</w:t>
      </w:r>
    </w:p>
    <w:p w14:paraId="58C5E275" w14:textId="77777777" w:rsidR="00CA7D33" w:rsidRPr="00CA7D33" w:rsidRDefault="00CA7D33" w:rsidP="00CA7D33">
      <w:pPr>
        <w:widowControl w:val="0"/>
        <w:autoSpaceDE w:val="0"/>
        <w:autoSpaceDN w:val="0"/>
        <w:spacing w:after="40"/>
        <w:rPr>
          <w:sz w:val="15"/>
          <w:lang w:val="es-ES"/>
        </w:rPr>
      </w:pPr>
    </w:p>
    <w:tbl>
      <w:tblPr>
        <w:tblStyle w:val="Tablaconcuadrcula1"/>
        <w:tblW w:w="0" w:type="auto"/>
        <w:jc w:val="center"/>
        <w:tblLook w:val="04A0" w:firstRow="1" w:lastRow="0" w:firstColumn="1" w:lastColumn="0" w:noHBand="0" w:noVBand="1"/>
      </w:tblPr>
      <w:tblGrid>
        <w:gridCol w:w="9391"/>
      </w:tblGrid>
      <w:tr w:rsidR="00CA7D33" w:rsidRPr="00D17A0D" w14:paraId="60BA0FB5" w14:textId="77777777" w:rsidTr="006E6D71">
        <w:trPr>
          <w:trHeight w:val="1018"/>
          <w:jc w:val="center"/>
        </w:trPr>
        <w:tc>
          <w:tcPr>
            <w:tcW w:w="9394" w:type="dxa"/>
            <w:tcMar>
              <w:top w:w="90" w:type="dxa"/>
              <w:left w:w="100" w:type="dxa"/>
              <w:bottom w:w="90" w:type="dxa"/>
              <w:right w:w="100" w:type="dxa"/>
            </w:tcMar>
          </w:tcPr>
          <w:p w14:paraId="703D0170" w14:textId="77777777" w:rsidR="00CA7D33" w:rsidRDefault="00CA7D33" w:rsidP="00CA7D33">
            <w:pPr>
              <w:rPr>
                <w:color w:val="A6A6A6"/>
                <w:sz w:val="22"/>
                <w:lang w:val="es-ES"/>
              </w:rPr>
            </w:pPr>
            <w:r w:rsidRPr="00CA7D33">
              <w:rPr>
                <w:color w:val="A6A6A6"/>
                <w:sz w:val="22"/>
                <w:lang w:val="es-ES"/>
              </w:rPr>
              <w:t xml:space="preserve">Se describe el enfoque adoptado para garantizar la participación de los distintos sectores involucrados en la vida académica e institucional: docentes, </w:t>
            </w:r>
            <w:r w:rsidR="00ED51FB">
              <w:rPr>
                <w:color w:val="A6A6A6"/>
                <w:sz w:val="22"/>
                <w:lang w:val="es-ES"/>
              </w:rPr>
              <w:t>participantes</w:t>
            </w:r>
            <w:r w:rsidRPr="00CA7D33">
              <w:rPr>
                <w:color w:val="A6A6A6"/>
                <w:sz w:val="22"/>
                <w:lang w:val="es-ES"/>
              </w:rPr>
              <w:t>, egresados, personal administrativo, directivo o actores externos.</w:t>
            </w:r>
          </w:p>
          <w:p w14:paraId="4836DA4E" w14:textId="77777777" w:rsidR="00B838BF" w:rsidRDefault="00B838BF" w:rsidP="00CA7D33">
            <w:pPr>
              <w:rPr>
                <w:color w:val="A6A6A6"/>
                <w:sz w:val="22"/>
                <w:lang w:val="es-ES"/>
              </w:rPr>
            </w:pPr>
          </w:p>
          <w:p w14:paraId="6D54F4D9" w14:textId="77777777" w:rsidR="00B838BF" w:rsidRDefault="00B838BF" w:rsidP="00CA7D33">
            <w:pPr>
              <w:rPr>
                <w:color w:val="A6A6A6"/>
                <w:sz w:val="22"/>
                <w:lang w:val="es-ES"/>
              </w:rPr>
            </w:pPr>
          </w:p>
          <w:p w14:paraId="55F9A95D" w14:textId="77777777" w:rsidR="00B838BF" w:rsidRDefault="00B838BF" w:rsidP="00CA7D33">
            <w:pPr>
              <w:rPr>
                <w:color w:val="A6A6A6"/>
                <w:sz w:val="22"/>
                <w:lang w:val="es-ES"/>
              </w:rPr>
            </w:pPr>
          </w:p>
          <w:p w14:paraId="58CDF2CB" w14:textId="77777777" w:rsidR="00B838BF" w:rsidRDefault="00B838BF" w:rsidP="00CA7D33">
            <w:pPr>
              <w:rPr>
                <w:color w:val="A6A6A6"/>
                <w:sz w:val="22"/>
                <w:lang w:val="es-ES"/>
              </w:rPr>
            </w:pPr>
          </w:p>
          <w:p w14:paraId="3C7E7C3F" w14:textId="77777777" w:rsidR="00B838BF" w:rsidRDefault="00B838BF" w:rsidP="00CA7D33">
            <w:pPr>
              <w:rPr>
                <w:color w:val="A6A6A6"/>
                <w:sz w:val="22"/>
                <w:lang w:val="es-ES"/>
              </w:rPr>
            </w:pPr>
          </w:p>
          <w:p w14:paraId="2601F047" w14:textId="77777777" w:rsidR="00B838BF" w:rsidRDefault="00B838BF" w:rsidP="00CA7D33">
            <w:pPr>
              <w:rPr>
                <w:color w:val="A6A6A6"/>
                <w:sz w:val="22"/>
                <w:lang w:val="es-ES"/>
              </w:rPr>
            </w:pPr>
          </w:p>
          <w:p w14:paraId="4410BB9C" w14:textId="77777777" w:rsidR="00B838BF" w:rsidRDefault="00B838BF" w:rsidP="00CA7D33">
            <w:pPr>
              <w:rPr>
                <w:color w:val="A6A6A6"/>
                <w:sz w:val="22"/>
                <w:lang w:val="es-ES"/>
              </w:rPr>
            </w:pPr>
          </w:p>
          <w:p w14:paraId="2A33BFF3" w14:textId="77777777" w:rsidR="00B838BF" w:rsidRDefault="00B838BF" w:rsidP="00CA7D33">
            <w:pPr>
              <w:rPr>
                <w:color w:val="A6A6A6"/>
                <w:sz w:val="22"/>
                <w:lang w:val="es-ES"/>
              </w:rPr>
            </w:pPr>
          </w:p>
          <w:p w14:paraId="22824948" w14:textId="77777777" w:rsidR="00B838BF" w:rsidRDefault="00B838BF" w:rsidP="00CA7D33">
            <w:pPr>
              <w:rPr>
                <w:color w:val="A6A6A6"/>
                <w:sz w:val="22"/>
                <w:lang w:val="es-ES"/>
              </w:rPr>
            </w:pPr>
          </w:p>
          <w:p w14:paraId="3093B9B2" w14:textId="77777777" w:rsidR="00B838BF" w:rsidRDefault="00B838BF" w:rsidP="00CA7D33">
            <w:pPr>
              <w:rPr>
                <w:color w:val="A6A6A6"/>
                <w:sz w:val="22"/>
                <w:lang w:val="es-ES"/>
              </w:rPr>
            </w:pPr>
          </w:p>
          <w:p w14:paraId="0D4DBF71" w14:textId="77777777" w:rsidR="00B838BF" w:rsidRDefault="00B838BF" w:rsidP="00CA7D33">
            <w:pPr>
              <w:rPr>
                <w:color w:val="A6A6A6"/>
                <w:sz w:val="22"/>
                <w:lang w:val="es-ES"/>
              </w:rPr>
            </w:pPr>
          </w:p>
          <w:p w14:paraId="32CE2B6D" w14:textId="77777777" w:rsidR="00B838BF" w:rsidRDefault="00B838BF" w:rsidP="00CA7D33">
            <w:pPr>
              <w:rPr>
                <w:color w:val="A6A6A6"/>
                <w:sz w:val="22"/>
                <w:lang w:val="es-ES"/>
              </w:rPr>
            </w:pPr>
          </w:p>
          <w:p w14:paraId="74B899BE" w14:textId="77777777" w:rsidR="00B838BF" w:rsidRDefault="00B838BF" w:rsidP="00CA7D33">
            <w:pPr>
              <w:rPr>
                <w:color w:val="A6A6A6"/>
                <w:sz w:val="22"/>
                <w:lang w:val="es-ES"/>
              </w:rPr>
            </w:pPr>
          </w:p>
          <w:p w14:paraId="325882FA" w14:textId="77777777" w:rsidR="00B838BF" w:rsidRDefault="00B838BF" w:rsidP="00CA7D33">
            <w:pPr>
              <w:rPr>
                <w:color w:val="A6A6A6"/>
                <w:sz w:val="22"/>
                <w:lang w:val="es-ES"/>
              </w:rPr>
            </w:pPr>
          </w:p>
          <w:p w14:paraId="52DC1A85" w14:textId="77777777" w:rsidR="00B838BF" w:rsidRDefault="00B838BF" w:rsidP="00CA7D33">
            <w:pPr>
              <w:rPr>
                <w:color w:val="A6A6A6"/>
                <w:sz w:val="22"/>
                <w:lang w:val="es-ES"/>
              </w:rPr>
            </w:pPr>
          </w:p>
          <w:p w14:paraId="4AF25C92" w14:textId="77777777" w:rsidR="00B838BF" w:rsidRDefault="00B838BF" w:rsidP="00CA7D33">
            <w:pPr>
              <w:rPr>
                <w:color w:val="A6A6A6"/>
                <w:sz w:val="22"/>
                <w:lang w:val="es-ES"/>
              </w:rPr>
            </w:pPr>
          </w:p>
          <w:p w14:paraId="070EC964" w14:textId="77777777" w:rsidR="00B838BF" w:rsidRDefault="00B838BF" w:rsidP="00CA7D33">
            <w:pPr>
              <w:rPr>
                <w:color w:val="A6A6A6"/>
                <w:sz w:val="22"/>
                <w:lang w:val="es-ES"/>
              </w:rPr>
            </w:pPr>
          </w:p>
          <w:p w14:paraId="7BBF39CF" w14:textId="77777777" w:rsidR="00B838BF" w:rsidRDefault="00B838BF" w:rsidP="00CA7D33">
            <w:pPr>
              <w:rPr>
                <w:color w:val="A6A6A6"/>
                <w:sz w:val="22"/>
                <w:lang w:val="es-ES"/>
              </w:rPr>
            </w:pPr>
          </w:p>
          <w:p w14:paraId="5C92DB4F" w14:textId="77777777" w:rsidR="00B838BF" w:rsidRDefault="00B838BF" w:rsidP="00CA7D33">
            <w:pPr>
              <w:rPr>
                <w:color w:val="A6A6A6"/>
                <w:sz w:val="22"/>
                <w:lang w:val="es-ES"/>
              </w:rPr>
            </w:pPr>
          </w:p>
          <w:p w14:paraId="1F80C86D" w14:textId="77777777" w:rsidR="00B838BF" w:rsidRDefault="00B838BF" w:rsidP="00CA7D33">
            <w:pPr>
              <w:rPr>
                <w:color w:val="A6A6A6"/>
                <w:sz w:val="22"/>
                <w:lang w:val="es-ES"/>
              </w:rPr>
            </w:pPr>
          </w:p>
          <w:p w14:paraId="4C2432A9" w14:textId="77777777" w:rsidR="00B838BF" w:rsidRDefault="00B838BF" w:rsidP="00CA7D33">
            <w:pPr>
              <w:rPr>
                <w:color w:val="A6A6A6"/>
                <w:sz w:val="22"/>
                <w:lang w:val="es-ES"/>
              </w:rPr>
            </w:pPr>
          </w:p>
          <w:p w14:paraId="716D70AC" w14:textId="77777777" w:rsidR="00B838BF" w:rsidRDefault="00B838BF" w:rsidP="00CA7D33">
            <w:pPr>
              <w:rPr>
                <w:color w:val="A6A6A6"/>
                <w:sz w:val="22"/>
                <w:lang w:val="es-ES"/>
              </w:rPr>
            </w:pPr>
          </w:p>
          <w:p w14:paraId="3A8D7B25" w14:textId="03DD97F5" w:rsidR="00B838BF" w:rsidRPr="00CA7D33" w:rsidRDefault="00B838BF" w:rsidP="00CA7D33">
            <w:pPr>
              <w:rPr>
                <w:color w:val="A6A6A6"/>
                <w:sz w:val="22"/>
                <w:lang w:val="es-ES"/>
              </w:rPr>
            </w:pPr>
          </w:p>
        </w:tc>
      </w:tr>
    </w:tbl>
    <w:p w14:paraId="2AA21FA9" w14:textId="02062B36" w:rsidR="004D28B8" w:rsidRDefault="00CA67AF">
      <w:pPr>
        <w:rPr>
          <w:lang w:val="es-PY"/>
        </w:rPr>
      </w:pPr>
      <w:r w:rsidRPr="00CA67AF">
        <w:rPr>
          <w:lang w:val="es-PY"/>
        </w:rPr>
        <w:br w:type="page"/>
      </w:r>
    </w:p>
    <w:p w14:paraId="348B383C" w14:textId="2DF28413" w:rsidR="00CA7D33" w:rsidRPr="00CA7D33" w:rsidRDefault="00CA7D33" w:rsidP="00CA7D33">
      <w:pPr>
        <w:widowControl w:val="0"/>
        <w:numPr>
          <w:ilvl w:val="1"/>
          <w:numId w:val="10"/>
        </w:numPr>
        <w:shd w:val="clear" w:color="auto" w:fill="386F53"/>
        <w:tabs>
          <w:tab w:val="left" w:pos="567"/>
        </w:tabs>
        <w:autoSpaceDE w:val="0"/>
        <w:autoSpaceDN w:val="0"/>
        <w:spacing w:before="242" w:after="40"/>
        <w:ind w:left="426" w:hanging="426"/>
        <w:rPr>
          <w:b/>
          <w:lang w:val="es-ES"/>
        </w:rPr>
      </w:pPr>
      <w:r w:rsidRPr="00CA7D33">
        <w:rPr>
          <w:b/>
          <w:color w:val="FFFFFF"/>
          <w:sz w:val="22"/>
          <w:lang w:val="es-ES"/>
        </w:rPr>
        <w:lastRenderedPageBreak/>
        <w:t>RESULTADOS DEL PROCESO DE AUTOEVALUACIÓN</w:t>
      </w:r>
    </w:p>
    <w:p w14:paraId="41B45B68" w14:textId="77777777" w:rsidR="00CA7D33" w:rsidRPr="00CA67AF" w:rsidRDefault="00CA7D33">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rsidRPr="00EA35D9" w14:paraId="6C1A9320" w14:textId="77777777" w:rsidTr="00D17A0D">
        <w:trPr>
          <w:cantSplit/>
          <w:trHeight w:hRule="exact" w:val="446"/>
          <w:jc w:val="center"/>
        </w:trPr>
        <w:tc>
          <w:tcPr>
            <w:tcW w:w="9356"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8A564D9" w14:textId="74D82A10" w:rsidR="004D28B8" w:rsidRPr="00CA67AF" w:rsidRDefault="00B838BF" w:rsidP="00B838BF">
            <w:pPr>
              <w:jc w:val="center"/>
              <w:rPr>
                <w:lang w:val="es-PY"/>
              </w:rPr>
            </w:pPr>
            <w:r w:rsidRPr="00367CAC">
              <w:rPr>
                <w:b/>
                <w:color w:val="FFFFFF"/>
                <w:sz w:val="22"/>
                <w:szCs w:val="24"/>
                <w:lang w:val="es-PY"/>
              </w:rPr>
              <w:t>MARCO ORGANIZACIONAL</w:t>
            </w:r>
          </w:p>
        </w:tc>
      </w:tr>
      <w:tr w:rsidR="004D28B8" w14:paraId="73479CA9" w14:textId="77777777" w:rsidTr="00D17A0D">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8B189A" w14:textId="58DD43FF" w:rsidR="004D28B8" w:rsidRDefault="00CA67AF">
            <w:pPr>
              <w:jc w:val="center"/>
            </w:pPr>
            <w:proofErr w:type="spellStart"/>
            <w:r>
              <w:rPr>
                <w:b/>
                <w:color w:val="000000"/>
              </w:rPr>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D3BAE07" w14:textId="77777777" w:rsidR="004D28B8" w:rsidRDefault="00CA67AF">
            <w:pPr>
              <w:jc w:val="center"/>
            </w:pPr>
            <w:proofErr w:type="spellStart"/>
            <w:r>
              <w:rPr>
                <w:b/>
                <w:color w:val="00000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5901377" w14:textId="77777777" w:rsidR="004D28B8" w:rsidRDefault="00CA67AF">
            <w:pPr>
              <w:jc w:val="center"/>
            </w:pPr>
            <w:r>
              <w:rPr>
                <w:b/>
                <w:color w:val="000000"/>
              </w:rPr>
              <w:t xml:space="preserve">Nivel de </w:t>
            </w:r>
            <w:proofErr w:type="spellStart"/>
            <w:r>
              <w:rPr>
                <w:b/>
                <w:color w:val="000000"/>
              </w:rPr>
              <w:t>cumplimiento</w:t>
            </w:r>
            <w:proofErr w:type="spellEnd"/>
          </w:p>
        </w:tc>
      </w:tr>
      <w:tr w:rsidR="004D28B8" w14:paraId="2009E01E" w14:textId="77777777" w:rsidTr="00D17A0D">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51F6D5" w14:textId="77777777" w:rsidR="004D28B8" w:rsidRDefault="004D28B8"/>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771188" w14:textId="77777777" w:rsidR="004D28B8" w:rsidRDefault="004D28B8"/>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EE88B8A" w14:textId="77777777" w:rsidR="004D28B8" w:rsidRDefault="00CA67AF">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3DEDCC" w14:textId="77777777" w:rsidR="004D28B8" w:rsidRDefault="00CA67AF">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4D87B96" w14:textId="77777777" w:rsidR="004D28B8" w:rsidRDefault="00CA67AF">
            <w:pPr>
              <w:jc w:val="center"/>
            </w:pPr>
            <w:r>
              <w:rPr>
                <w:b/>
                <w:color w:val="000000"/>
              </w:rPr>
              <w:t>NC</w:t>
            </w:r>
          </w:p>
        </w:tc>
      </w:tr>
      <w:tr w:rsidR="004D28B8" w:rsidRPr="00D17A0D" w14:paraId="6E9582D2" w14:textId="77777777" w:rsidTr="00285B47">
        <w:trPr>
          <w:cantSplit/>
          <w:trHeight w:val="52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CE111E0" w14:textId="10A1E63A" w:rsidR="004D28B8" w:rsidRDefault="00CA67AF">
            <w:pPr>
              <w:jc w:val="center"/>
              <w:rPr>
                <w:b/>
                <w:color w:val="000000"/>
                <w:lang w:val="es-PY"/>
              </w:rPr>
            </w:pPr>
            <w:r w:rsidRPr="00CA67AF">
              <w:rPr>
                <w:b/>
                <w:color w:val="000000"/>
                <w:lang w:val="es-PY"/>
              </w:rPr>
              <w:t>Pertinencia de la estru</w:t>
            </w:r>
            <w:r w:rsidR="007C7156">
              <w:rPr>
                <w:b/>
                <w:color w:val="000000"/>
                <w:lang w:val="es-PY"/>
              </w:rPr>
              <w:t>ctura organizativa de</w:t>
            </w:r>
            <w:r w:rsidR="00B838BF">
              <w:rPr>
                <w:b/>
                <w:color w:val="000000"/>
                <w:lang w:val="es-PY"/>
              </w:rPr>
              <w:t xml:space="preserve"> </w:t>
            </w:r>
            <w:r w:rsidR="007C7156">
              <w:rPr>
                <w:b/>
                <w:color w:val="000000"/>
                <w:lang w:val="es-PY"/>
              </w:rPr>
              <w:t>l</w:t>
            </w:r>
            <w:r w:rsidR="00B838BF">
              <w:rPr>
                <w:b/>
                <w:color w:val="000000"/>
                <w:lang w:val="es-PY"/>
              </w:rPr>
              <w:t xml:space="preserve">os </w:t>
            </w:r>
            <w:r w:rsidR="007C7156">
              <w:rPr>
                <w:b/>
                <w:color w:val="000000"/>
                <w:lang w:val="es-PY"/>
              </w:rPr>
              <w:t>programa</w:t>
            </w:r>
            <w:r w:rsidR="00B838BF">
              <w:rPr>
                <w:b/>
                <w:color w:val="000000"/>
                <w:lang w:val="es-PY"/>
              </w:rPr>
              <w:t>s</w:t>
            </w:r>
            <w:r w:rsidR="007C7156">
              <w:rPr>
                <w:b/>
                <w:color w:val="000000"/>
                <w:lang w:val="es-PY"/>
              </w:rPr>
              <w:t xml:space="preserve"> </w:t>
            </w:r>
          </w:p>
          <w:p w14:paraId="3588CC24" w14:textId="2A7883F7" w:rsidR="00356BFA" w:rsidRDefault="00356BFA">
            <w:pPr>
              <w:jc w:val="center"/>
              <w:rPr>
                <w:b/>
                <w:color w:val="000000"/>
                <w:lang w:val="es-PY"/>
              </w:rPr>
            </w:pPr>
            <w:r>
              <w:rPr>
                <w:b/>
                <w:color w:val="000000"/>
                <w:lang w:val="es-PY"/>
              </w:rPr>
              <w:t>(D1.C1.)</w:t>
            </w:r>
          </w:p>
          <w:p w14:paraId="35E7A256" w14:textId="2ACAC4DF" w:rsidR="007C7156" w:rsidRPr="00CA67AF" w:rsidRDefault="007C7156">
            <w:pPr>
              <w:jc w:val="cente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4B8301" w14:textId="7D790631" w:rsidR="004D28B8" w:rsidRPr="00CA67AF" w:rsidRDefault="00CA67AF">
            <w:pPr>
              <w:jc w:val="both"/>
              <w:rPr>
                <w:lang w:val="es-PY"/>
              </w:rPr>
            </w:pPr>
            <w:r w:rsidRPr="00CA67AF">
              <w:rPr>
                <w:color w:val="000000"/>
                <w:lang w:val="es-PY"/>
              </w:rPr>
              <w:t xml:space="preserve">a. </w:t>
            </w:r>
            <w:r w:rsidR="00B509EC">
              <w:rPr>
                <w:color w:val="000000"/>
                <w:lang w:val="es-PY"/>
              </w:rPr>
              <w:t xml:space="preserve">La </w:t>
            </w:r>
            <w:r w:rsidRPr="00CA67AF">
              <w:rPr>
                <w:color w:val="000000"/>
                <w:lang w:val="es-PY"/>
              </w:rPr>
              <w:t xml:space="preserve">estructura organizativa </w:t>
            </w:r>
            <w:r w:rsidR="00B509EC">
              <w:rPr>
                <w:color w:val="000000"/>
                <w:lang w:val="es-PY"/>
              </w:rPr>
              <w:t xml:space="preserve">de los programas que conforman al clúster está </w:t>
            </w:r>
            <w:r w:rsidRPr="00CA67AF">
              <w:rPr>
                <w:color w:val="000000"/>
                <w:lang w:val="es-PY"/>
              </w:rPr>
              <w:t>definida</w:t>
            </w:r>
            <w:r w:rsidR="00B509EC">
              <w:rPr>
                <w:color w:val="000000"/>
                <w:lang w:val="es-PY"/>
              </w:rPr>
              <w:t xml:space="preserve"> y</w:t>
            </w:r>
            <w:r w:rsidRPr="00CA67AF">
              <w:rPr>
                <w:color w:val="000000"/>
                <w:lang w:val="es-PY"/>
              </w:rPr>
              <w:t xml:space="preserve"> alineada</w:t>
            </w:r>
            <w:r w:rsidR="004E1252">
              <w:rPr>
                <w:color w:val="000000"/>
                <w:lang w:val="es-PY"/>
              </w:rPr>
              <w:t xml:space="preserve"> con los requerimientos de la modalidad y el</w:t>
            </w:r>
            <w:r w:rsidRPr="00CA67AF">
              <w:rPr>
                <w:color w:val="000000"/>
                <w:lang w:val="es-PY"/>
              </w:rPr>
              <w:t xml:space="preserve">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ED74F5"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1ACD2AA"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E1AA0BE" w14:textId="77777777" w:rsidR="004D28B8" w:rsidRPr="00EA35D9" w:rsidRDefault="004D28B8">
            <w:pPr>
              <w:jc w:val="center"/>
              <w:rPr>
                <w:lang w:val="es-PY"/>
              </w:rPr>
            </w:pPr>
          </w:p>
        </w:tc>
      </w:tr>
      <w:tr w:rsidR="004D28B8" w:rsidRPr="00D17A0D" w14:paraId="20C0D860" w14:textId="77777777" w:rsidTr="00285B47">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8C89E68"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72002E" w14:textId="125907F7" w:rsidR="004D28B8" w:rsidRPr="00CA67AF" w:rsidRDefault="00CA67AF">
            <w:pPr>
              <w:jc w:val="both"/>
              <w:rPr>
                <w:lang w:val="es-PY"/>
              </w:rPr>
            </w:pPr>
            <w:r w:rsidRPr="00CA67AF">
              <w:rPr>
                <w:color w:val="000000"/>
                <w:lang w:val="es-PY"/>
              </w:rPr>
              <w:t>b. Las funciones y responsabilidades de los órganos</w:t>
            </w:r>
            <w:r w:rsidR="005E2190">
              <w:rPr>
                <w:color w:val="000000"/>
                <w:lang w:val="es-PY"/>
              </w:rPr>
              <w:t xml:space="preserve"> que integran la estructura</w:t>
            </w:r>
            <w:r w:rsidRPr="00CA67AF">
              <w:rPr>
                <w:color w:val="000000"/>
                <w:lang w:val="es-PY"/>
              </w:rPr>
              <w:t xml:space="preserve"> de</w:t>
            </w:r>
            <w:r w:rsidR="007A610A">
              <w:rPr>
                <w:color w:val="000000"/>
                <w:lang w:val="es-PY"/>
              </w:rPr>
              <w:t xml:space="preserve"> los </w:t>
            </w:r>
            <w:r w:rsidRPr="00CA67AF">
              <w:rPr>
                <w:color w:val="000000"/>
                <w:lang w:val="es-PY"/>
              </w:rPr>
              <w:t>programa</w:t>
            </w:r>
            <w:r w:rsidR="007A610A">
              <w:rPr>
                <w:color w:val="000000"/>
                <w:lang w:val="es-PY"/>
              </w:rPr>
              <w:t>s</w:t>
            </w:r>
            <w:r w:rsidRPr="00CA67AF">
              <w:rPr>
                <w:color w:val="000000"/>
                <w:lang w:val="es-PY"/>
              </w:rPr>
              <w:t xml:space="preserve"> están formalmente establecidas.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77DBD0E"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CA7B7A"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BEFFCC4" w14:textId="77777777" w:rsidR="004D28B8" w:rsidRPr="00EA35D9" w:rsidRDefault="004D28B8">
            <w:pPr>
              <w:jc w:val="center"/>
              <w:rPr>
                <w:lang w:val="es-PY"/>
              </w:rPr>
            </w:pPr>
          </w:p>
        </w:tc>
      </w:tr>
      <w:tr w:rsidR="004D28B8" w:rsidRPr="00D17A0D" w14:paraId="2C5FDE2C" w14:textId="77777777" w:rsidTr="00285B47">
        <w:trPr>
          <w:cantSplit/>
          <w:trHeight w:val="44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39A74E"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D4194D" w14:textId="7FAA101B" w:rsidR="004D28B8" w:rsidRPr="00CA67AF" w:rsidRDefault="00CA67AF">
            <w:pPr>
              <w:jc w:val="both"/>
              <w:rPr>
                <w:lang w:val="es-PY"/>
              </w:rPr>
            </w:pPr>
            <w:r w:rsidRPr="00CA67AF">
              <w:rPr>
                <w:color w:val="000000"/>
                <w:lang w:val="es-PY"/>
              </w:rPr>
              <w:t xml:space="preserve">c. Los cargos académicos y administrativos que intervienen en la gestión </w:t>
            </w:r>
            <w:r w:rsidR="00CA7B2E">
              <w:rPr>
                <w:color w:val="000000"/>
                <w:lang w:val="es-PY"/>
              </w:rPr>
              <w:t xml:space="preserve">académica y tecnológica de los programas del clúster, </w:t>
            </w:r>
            <w:r w:rsidRPr="00CA67AF">
              <w:rPr>
                <w:color w:val="000000"/>
                <w:lang w:val="es-PY"/>
              </w:rPr>
              <w:t>están ocupados por personas con el perfil requerido.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2DB8121"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9F5A6E1"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0FE20C" w14:textId="77777777" w:rsidR="004D28B8" w:rsidRPr="00EA35D9" w:rsidRDefault="004D28B8">
            <w:pPr>
              <w:jc w:val="center"/>
              <w:rPr>
                <w:lang w:val="es-PY"/>
              </w:rPr>
            </w:pPr>
          </w:p>
        </w:tc>
      </w:tr>
      <w:tr w:rsidR="004D28B8" w:rsidRPr="00D17A0D" w14:paraId="6B405E52"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DB028A"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0FD700E" w14:textId="6EBA1B99" w:rsidR="004D28B8" w:rsidRPr="00CA67AF" w:rsidRDefault="00CA67AF">
            <w:pPr>
              <w:jc w:val="both"/>
              <w:rPr>
                <w:lang w:val="es-PY"/>
              </w:rPr>
            </w:pPr>
            <w:r w:rsidRPr="00CA67AF">
              <w:rPr>
                <w:color w:val="000000"/>
                <w:lang w:val="es-PY"/>
              </w:rPr>
              <w:t>d. Existe coordinación entre las instancias académicas y administrativas de</w:t>
            </w:r>
            <w:r w:rsidR="00792E2F">
              <w:rPr>
                <w:color w:val="000000"/>
                <w:lang w:val="es-PY"/>
              </w:rPr>
              <w:t xml:space="preserve"> </w:t>
            </w:r>
            <w:r w:rsidRPr="00CA67AF">
              <w:rPr>
                <w:color w:val="000000"/>
                <w:lang w:val="es-PY"/>
              </w:rPr>
              <w:t>l</w:t>
            </w:r>
            <w:r w:rsidR="00792E2F">
              <w:rPr>
                <w:color w:val="000000"/>
                <w:lang w:val="es-PY"/>
              </w:rPr>
              <w:t>os</w:t>
            </w:r>
            <w:r w:rsidRPr="00CA67AF">
              <w:rPr>
                <w:color w:val="000000"/>
                <w:lang w:val="es-PY"/>
              </w:rPr>
              <w:t xml:space="preserve"> programa</w:t>
            </w:r>
            <w:r w:rsidR="00792E2F">
              <w:rPr>
                <w:color w:val="000000"/>
                <w:lang w:val="es-PY"/>
              </w:rPr>
              <w:t>s del clúster</w:t>
            </w:r>
            <w:r w:rsidRPr="00CA67AF">
              <w:rPr>
                <w:color w:val="000000"/>
                <w:lang w:val="es-PY"/>
              </w:rPr>
              <w:t xml:space="preserve"> y las demás dependencias institucionales.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C08FBE"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5750E1"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BC68DF2" w14:textId="77777777" w:rsidR="004D28B8" w:rsidRPr="00EA35D9" w:rsidRDefault="004D28B8">
            <w:pPr>
              <w:jc w:val="center"/>
              <w:rPr>
                <w:lang w:val="es-PY"/>
              </w:rPr>
            </w:pPr>
          </w:p>
        </w:tc>
      </w:tr>
      <w:tr w:rsidR="004D28B8" w:rsidRPr="00D17A0D" w14:paraId="5FADF810"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6F4EBA"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C2BEE72" w14:textId="29610644" w:rsidR="004D28B8" w:rsidRPr="00CA67AF" w:rsidRDefault="00CA67AF">
            <w:pPr>
              <w:jc w:val="both"/>
              <w:rPr>
                <w:lang w:val="es-PY"/>
              </w:rPr>
            </w:pPr>
            <w:r w:rsidRPr="00CA67AF">
              <w:rPr>
                <w:color w:val="000000"/>
                <w:lang w:val="es-PY"/>
              </w:rPr>
              <w:t xml:space="preserve">e. Se documentan y aplican procesos formales de toma de decisiones en </w:t>
            </w:r>
            <w:r w:rsidR="0064309F">
              <w:rPr>
                <w:color w:val="000000"/>
                <w:lang w:val="es-PY"/>
              </w:rPr>
              <w:t xml:space="preserve">los </w:t>
            </w:r>
            <w:r w:rsidRPr="00CA67AF">
              <w:rPr>
                <w:color w:val="000000"/>
                <w:lang w:val="es-PY"/>
              </w:rPr>
              <w:t>programa</w:t>
            </w:r>
            <w:r w:rsidR="0064309F">
              <w:rPr>
                <w:color w:val="000000"/>
                <w:lang w:val="es-PY"/>
              </w:rPr>
              <w:t>s del clúster</w:t>
            </w:r>
            <w:r w:rsidR="00861F5D">
              <w:rPr>
                <w:color w:val="000000"/>
                <w:lang w:val="es-PY"/>
              </w:rPr>
              <w:t>, contemplando ambas modalidades.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C6739B9"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1E2B6C"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74B76E" w14:textId="77777777" w:rsidR="004D28B8" w:rsidRPr="00EA35D9" w:rsidRDefault="004D28B8">
            <w:pPr>
              <w:jc w:val="center"/>
              <w:rPr>
                <w:lang w:val="es-PY"/>
              </w:rPr>
            </w:pPr>
          </w:p>
        </w:tc>
      </w:tr>
      <w:tr w:rsidR="004D28B8" w:rsidRPr="00D17A0D" w14:paraId="63240BBE" w14:textId="77777777">
        <w:trPr>
          <w:cantSplit/>
          <w:trHeight w:hRule="exact" w:val="446"/>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0125674" w14:textId="77777777" w:rsidR="004D28B8" w:rsidRPr="00CA67AF" w:rsidRDefault="00CA67AF">
            <w:pPr>
              <w:jc w:val="center"/>
              <w:rPr>
                <w:lang w:val="es-PY"/>
              </w:rPr>
            </w:pPr>
            <w:r w:rsidRPr="00CA67AF">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A8B7569" w14:textId="77777777" w:rsidR="004D28B8" w:rsidRPr="00CA67AF" w:rsidRDefault="004D28B8">
            <w:pPr>
              <w:jc w:val="center"/>
              <w:rPr>
                <w:lang w:val="es-PY"/>
              </w:rPr>
            </w:pPr>
          </w:p>
        </w:tc>
      </w:tr>
      <w:tr w:rsidR="004D28B8" w14:paraId="4AD3902F" w14:textId="77777777">
        <w:trPr>
          <w:cantSplit/>
          <w:trHeight w:hRule="exact" w:val="662"/>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8E3669D"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6E49922"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rsidRPr="00D17A0D" w14:paraId="5315BFE3" w14:textId="77777777" w:rsidTr="00D17A0D">
        <w:trPr>
          <w:cantSplit/>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58B5F906" w14:textId="77777777" w:rsidR="00C931C6" w:rsidRPr="00C931C6" w:rsidRDefault="00C931C6" w:rsidP="00356BFA">
            <w:pPr>
              <w:widowControl w:val="0"/>
              <w:autoSpaceDE w:val="0"/>
              <w:autoSpaceDN w:val="0"/>
              <w:jc w:val="both"/>
              <w:rPr>
                <w:color w:val="A6A6A6"/>
                <w:lang w:val="es-PY"/>
              </w:rPr>
            </w:pPr>
            <w:r w:rsidRPr="00C931C6">
              <w:rPr>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581F47E6" w14:textId="77777777" w:rsidR="00C931C6" w:rsidRPr="00C931C6" w:rsidRDefault="00C931C6" w:rsidP="00356BFA">
            <w:pPr>
              <w:widowControl w:val="0"/>
              <w:autoSpaceDE w:val="0"/>
              <w:autoSpaceDN w:val="0"/>
              <w:jc w:val="both"/>
              <w:rPr>
                <w:lang w:val="es-PY"/>
              </w:rPr>
            </w:pPr>
            <w:r w:rsidRPr="00C931C6">
              <w:rPr>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381D6376" w14:textId="77777777" w:rsidR="004D28B8" w:rsidRDefault="004D28B8" w:rsidP="00356BFA">
            <w:pPr>
              <w:jc w:val="both"/>
              <w:rPr>
                <w:lang w:val="es-PY"/>
              </w:rPr>
            </w:pPr>
          </w:p>
          <w:p w14:paraId="17C200A8" w14:textId="77777777" w:rsidR="00D17A0D" w:rsidRDefault="00D17A0D" w:rsidP="00356BFA">
            <w:pPr>
              <w:jc w:val="both"/>
              <w:rPr>
                <w:lang w:val="es-PY"/>
              </w:rPr>
            </w:pPr>
          </w:p>
          <w:p w14:paraId="7CA1FCC9" w14:textId="77777777" w:rsidR="00D17A0D" w:rsidRDefault="00D17A0D" w:rsidP="00356BFA">
            <w:pPr>
              <w:jc w:val="both"/>
              <w:rPr>
                <w:lang w:val="es-PY"/>
              </w:rPr>
            </w:pPr>
          </w:p>
          <w:p w14:paraId="56BCB9A4" w14:textId="77777777" w:rsidR="00D17A0D" w:rsidRDefault="00D17A0D" w:rsidP="00356BFA">
            <w:pPr>
              <w:jc w:val="both"/>
              <w:rPr>
                <w:lang w:val="es-PY"/>
              </w:rPr>
            </w:pPr>
          </w:p>
          <w:p w14:paraId="7F7CC84F" w14:textId="77777777" w:rsidR="00D17A0D" w:rsidRDefault="00D17A0D" w:rsidP="00356BFA">
            <w:pPr>
              <w:jc w:val="both"/>
              <w:rPr>
                <w:lang w:val="es-PY"/>
              </w:rPr>
            </w:pPr>
          </w:p>
          <w:p w14:paraId="150A251D" w14:textId="77777777" w:rsidR="00D17A0D" w:rsidRDefault="00D17A0D" w:rsidP="00356BFA">
            <w:pPr>
              <w:jc w:val="both"/>
              <w:rPr>
                <w:lang w:val="es-PY"/>
              </w:rPr>
            </w:pPr>
          </w:p>
          <w:p w14:paraId="17BB91D5" w14:textId="77777777" w:rsidR="00D17A0D" w:rsidRDefault="00D17A0D" w:rsidP="00356BFA">
            <w:pPr>
              <w:jc w:val="both"/>
              <w:rPr>
                <w:lang w:val="es-PY"/>
              </w:rPr>
            </w:pPr>
          </w:p>
          <w:p w14:paraId="63ECB074" w14:textId="77777777" w:rsidR="00D17A0D" w:rsidRDefault="00D17A0D" w:rsidP="00356BFA">
            <w:pPr>
              <w:jc w:val="both"/>
              <w:rPr>
                <w:lang w:val="es-PY"/>
              </w:rPr>
            </w:pPr>
          </w:p>
          <w:p w14:paraId="79565892" w14:textId="77777777" w:rsidR="00D17A0D" w:rsidRDefault="00D17A0D" w:rsidP="00356BFA">
            <w:pPr>
              <w:jc w:val="both"/>
              <w:rPr>
                <w:lang w:val="es-PY"/>
              </w:rPr>
            </w:pPr>
          </w:p>
          <w:p w14:paraId="4E5E431E" w14:textId="77777777" w:rsidR="00D17A0D" w:rsidRDefault="00D17A0D" w:rsidP="00356BFA">
            <w:pPr>
              <w:jc w:val="both"/>
              <w:rPr>
                <w:lang w:val="es-PY"/>
              </w:rPr>
            </w:pPr>
          </w:p>
          <w:p w14:paraId="1FF72330" w14:textId="77777777" w:rsidR="00D17A0D" w:rsidRDefault="00D17A0D" w:rsidP="00356BFA">
            <w:pPr>
              <w:jc w:val="both"/>
              <w:rPr>
                <w:lang w:val="es-PY"/>
              </w:rPr>
            </w:pPr>
          </w:p>
          <w:p w14:paraId="47E7C09F" w14:textId="77777777" w:rsidR="00D17A0D" w:rsidRDefault="00D17A0D" w:rsidP="00356BFA">
            <w:pPr>
              <w:jc w:val="both"/>
              <w:rPr>
                <w:lang w:val="es-PY"/>
              </w:rPr>
            </w:pPr>
          </w:p>
          <w:p w14:paraId="395B81C7" w14:textId="77777777" w:rsidR="00D17A0D" w:rsidRDefault="00D17A0D" w:rsidP="00356BFA">
            <w:pPr>
              <w:jc w:val="both"/>
              <w:rPr>
                <w:lang w:val="es-PY"/>
              </w:rPr>
            </w:pPr>
          </w:p>
          <w:p w14:paraId="25608CD4" w14:textId="77777777" w:rsidR="00D17A0D" w:rsidRDefault="00D17A0D" w:rsidP="00356BFA">
            <w:pPr>
              <w:jc w:val="both"/>
              <w:rPr>
                <w:lang w:val="es-PY"/>
              </w:rPr>
            </w:pPr>
          </w:p>
          <w:p w14:paraId="292FCCB7" w14:textId="77777777" w:rsidR="00D17A0D" w:rsidRDefault="00D17A0D" w:rsidP="00356BFA">
            <w:pPr>
              <w:jc w:val="both"/>
              <w:rPr>
                <w:lang w:val="es-PY"/>
              </w:rPr>
            </w:pPr>
          </w:p>
          <w:p w14:paraId="41EC52E4" w14:textId="77777777" w:rsidR="00D17A0D" w:rsidRDefault="00D17A0D" w:rsidP="00356BFA">
            <w:pPr>
              <w:jc w:val="both"/>
              <w:rPr>
                <w:lang w:val="es-PY"/>
              </w:rPr>
            </w:pPr>
          </w:p>
          <w:p w14:paraId="314F24F4" w14:textId="77777777" w:rsidR="00D17A0D" w:rsidRPr="00EA35D9" w:rsidRDefault="00D17A0D" w:rsidP="00356BFA">
            <w:pPr>
              <w:jc w:val="both"/>
              <w:rPr>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51754A24"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1BAA286A" w14:textId="77777777" w:rsidR="00C931C6" w:rsidRPr="00F04053" w:rsidRDefault="00C931C6" w:rsidP="00356BFA">
            <w:pPr>
              <w:pStyle w:val="TableParagraph"/>
              <w:jc w:val="both"/>
              <w:rPr>
                <w:color w:val="A6A6A6" w:themeColor="background1" w:themeShade="A6"/>
                <w:sz w:val="20"/>
                <w:lang w:val="es-PY"/>
              </w:rPr>
            </w:pPr>
          </w:p>
          <w:p w14:paraId="69DD1C1C"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628C4173"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4449823A" w14:textId="77777777" w:rsidR="004D28B8" w:rsidRPr="00EA35D9" w:rsidRDefault="004D28B8" w:rsidP="00356BFA">
            <w:pPr>
              <w:jc w:val="both"/>
              <w:rPr>
                <w:lang w:val="es-PY"/>
              </w:rPr>
            </w:pPr>
          </w:p>
        </w:tc>
      </w:tr>
    </w:tbl>
    <w:p w14:paraId="58910E81" w14:textId="0A94E207" w:rsidR="004D28B8" w:rsidRPr="00EA35D9" w:rsidRDefault="00CA67AF">
      <w:pPr>
        <w:rPr>
          <w:lang w:val="es-PY"/>
        </w:rPr>
      </w:pPr>
      <w:r w:rsidRPr="00EA35D9">
        <w:rPr>
          <w:lang w:val="es-PY"/>
        </w:rP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4D7F8A50"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FE64E98" w14:textId="788C761C"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16204FE"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8667411"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2DD4A33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0EA0C9C"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F28594"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BFB4E7C"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2FEF570"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A1AB669" w14:textId="77777777" w:rsidR="004D28B8" w:rsidRPr="00CA67AF" w:rsidRDefault="00CA67AF">
            <w:pPr>
              <w:jc w:val="center"/>
              <w:rPr>
                <w:szCs w:val="20"/>
              </w:rPr>
            </w:pPr>
            <w:r w:rsidRPr="00CA67AF">
              <w:rPr>
                <w:b/>
                <w:color w:val="000000"/>
                <w:szCs w:val="20"/>
              </w:rPr>
              <w:t>NC</w:t>
            </w:r>
          </w:p>
        </w:tc>
      </w:tr>
      <w:tr w:rsidR="004D28B8" w:rsidRPr="00D17A0D" w14:paraId="17993969"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EA47F15" w14:textId="77777777" w:rsidR="004D28B8" w:rsidRDefault="00CA67AF">
            <w:pPr>
              <w:jc w:val="center"/>
              <w:rPr>
                <w:b/>
                <w:color w:val="000000"/>
                <w:szCs w:val="20"/>
                <w:lang w:val="es-PY"/>
              </w:rPr>
            </w:pPr>
            <w:r w:rsidRPr="00CA67AF">
              <w:rPr>
                <w:b/>
                <w:color w:val="000000"/>
                <w:szCs w:val="20"/>
                <w:lang w:val="es-PY"/>
              </w:rPr>
              <w:t>Eficacia de la planifi</w:t>
            </w:r>
            <w:r w:rsidR="00440F79">
              <w:rPr>
                <w:b/>
                <w:color w:val="000000"/>
                <w:szCs w:val="20"/>
                <w:lang w:val="es-PY"/>
              </w:rPr>
              <w:t>cación estratégica de</w:t>
            </w:r>
            <w:r w:rsidR="00356BFA">
              <w:rPr>
                <w:b/>
                <w:color w:val="000000"/>
                <w:szCs w:val="20"/>
                <w:lang w:val="es-PY"/>
              </w:rPr>
              <w:t xml:space="preserve"> </w:t>
            </w:r>
            <w:r w:rsidR="00440F79">
              <w:rPr>
                <w:b/>
                <w:color w:val="000000"/>
                <w:szCs w:val="20"/>
                <w:lang w:val="es-PY"/>
              </w:rPr>
              <w:t>l</w:t>
            </w:r>
            <w:r w:rsidR="00356BFA">
              <w:rPr>
                <w:b/>
                <w:color w:val="000000"/>
                <w:szCs w:val="20"/>
                <w:lang w:val="es-PY"/>
              </w:rPr>
              <w:t>os</w:t>
            </w:r>
            <w:r w:rsidR="00440F79">
              <w:rPr>
                <w:b/>
                <w:color w:val="000000"/>
                <w:szCs w:val="20"/>
                <w:lang w:val="es-PY"/>
              </w:rPr>
              <w:t xml:space="preserve"> programa</w:t>
            </w:r>
            <w:r w:rsidR="00356BFA">
              <w:rPr>
                <w:b/>
                <w:color w:val="000000"/>
                <w:szCs w:val="20"/>
                <w:lang w:val="es-PY"/>
              </w:rPr>
              <w:t>s</w:t>
            </w:r>
          </w:p>
          <w:p w14:paraId="5185B930" w14:textId="282999F3" w:rsidR="00356BFA" w:rsidRPr="00CA67AF" w:rsidRDefault="00356BFA">
            <w:pPr>
              <w:jc w:val="center"/>
              <w:rPr>
                <w:szCs w:val="20"/>
                <w:lang w:val="es-PY"/>
              </w:rPr>
            </w:pPr>
            <w:r>
              <w:rPr>
                <w:b/>
                <w:color w:val="000000"/>
                <w:szCs w:val="20"/>
                <w:lang w:val="es-PY"/>
              </w:rPr>
              <w:t>(D1.C2.)</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1E423A" w14:textId="2F859612" w:rsidR="004D28B8" w:rsidRPr="00CA67AF" w:rsidRDefault="00CA67AF">
            <w:pPr>
              <w:jc w:val="both"/>
              <w:rPr>
                <w:szCs w:val="20"/>
                <w:lang w:val="es-PY"/>
              </w:rPr>
            </w:pPr>
            <w:r w:rsidRPr="00CA67AF">
              <w:rPr>
                <w:color w:val="000000"/>
                <w:szCs w:val="20"/>
                <w:lang w:val="es-PY"/>
              </w:rPr>
              <w:t xml:space="preserve">a. </w:t>
            </w:r>
            <w:r w:rsidR="00356BFA">
              <w:rPr>
                <w:color w:val="000000"/>
                <w:szCs w:val="20"/>
                <w:lang w:val="es-PY"/>
              </w:rPr>
              <w:t>El clúster de doctorados</w:t>
            </w:r>
            <w:r w:rsidR="00A45E67">
              <w:rPr>
                <w:color w:val="000000"/>
                <w:szCs w:val="20"/>
                <w:lang w:val="es-PY"/>
              </w:rPr>
              <w:t xml:space="preserve"> posee una planificación alineada </w:t>
            </w:r>
            <w:r w:rsidRPr="00CA67AF">
              <w:rPr>
                <w:color w:val="000000"/>
                <w:szCs w:val="20"/>
                <w:lang w:val="es-PY"/>
              </w:rPr>
              <w:t>con el PEI y con las políticas nacionales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DF721B"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2930C6"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411A41" w14:textId="77777777" w:rsidR="004D28B8" w:rsidRPr="00EA35D9" w:rsidRDefault="004D28B8">
            <w:pPr>
              <w:jc w:val="center"/>
              <w:rPr>
                <w:szCs w:val="20"/>
                <w:lang w:val="es-PY"/>
              </w:rPr>
            </w:pPr>
          </w:p>
        </w:tc>
      </w:tr>
      <w:tr w:rsidR="004D28B8" w:rsidRPr="00D17A0D" w14:paraId="2D967ABD"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3C261E"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8F36D9" w14:textId="77777777" w:rsidR="004D28B8" w:rsidRPr="00CA67AF" w:rsidRDefault="00CA67AF">
            <w:pPr>
              <w:jc w:val="both"/>
              <w:rPr>
                <w:szCs w:val="20"/>
                <w:lang w:val="es-PY"/>
              </w:rPr>
            </w:pPr>
            <w:r w:rsidRPr="00CA67AF">
              <w:rPr>
                <w:color w:val="000000"/>
                <w:szCs w:val="20"/>
                <w:lang w:val="es-PY"/>
              </w:rPr>
              <w:t>b. El plan contempla objetivos, metas e indicadores de seguimiento.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37F6A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FF2E8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A7D4AB" w14:textId="77777777" w:rsidR="004D28B8" w:rsidRPr="00EA35D9" w:rsidRDefault="004D28B8">
            <w:pPr>
              <w:jc w:val="center"/>
              <w:rPr>
                <w:szCs w:val="20"/>
                <w:lang w:val="es-PY"/>
              </w:rPr>
            </w:pPr>
          </w:p>
        </w:tc>
      </w:tr>
      <w:tr w:rsidR="004D28B8" w:rsidRPr="00D17A0D" w14:paraId="76D10BAD"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0EF7D9B"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EB247B8" w14:textId="77777777" w:rsidR="004D28B8" w:rsidRPr="00CA67AF" w:rsidRDefault="00CA67AF">
            <w:pPr>
              <w:jc w:val="both"/>
              <w:rPr>
                <w:szCs w:val="20"/>
                <w:lang w:val="es-PY"/>
              </w:rPr>
            </w:pPr>
            <w:r w:rsidRPr="00CA67AF">
              <w:rPr>
                <w:color w:val="000000"/>
                <w:szCs w:val="20"/>
                <w:lang w:val="es-PY"/>
              </w:rPr>
              <w:t>c. Existen mecanismos de evaluación periódica del plan, aplicados de manera sistemática y documentada.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7668B1"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9AFD49"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F388BA" w14:textId="77777777" w:rsidR="004D28B8" w:rsidRPr="00EA35D9" w:rsidRDefault="004D28B8">
            <w:pPr>
              <w:jc w:val="center"/>
              <w:rPr>
                <w:szCs w:val="20"/>
                <w:lang w:val="es-PY"/>
              </w:rPr>
            </w:pPr>
          </w:p>
        </w:tc>
      </w:tr>
      <w:tr w:rsidR="004D28B8" w:rsidRPr="00D17A0D" w14:paraId="44F30C5C"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CB9F05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45701B" w14:textId="512C3991" w:rsidR="004D28B8" w:rsidRPr="00CA67AF" w:rsidRDefault="00CA67AF" w:rsidP="002F7D42">
            <w:pPr>
              <w:jc w:val="both"/>
              <w:rPr>
                <w:szCs w:val="20"/>
                <w:lang w:val="es-PY"/>
              </w:rPr>
            </w:pPr>
            <w:r w:rsidRPr="00CA67AF">
              <w:rPr>
                <w:color w:val="000000"/>
                <w:szCs w:val="20"/>
                <w:lang w:val="es-PY"/>
              </w:rPr>
              <w:t xml:space="preserve">d. </w:t>
            </w:r>
            <w:r w:rsidR="0010540A">
              <w:rPr>
                <w:color w:val="000000"/>
                <w:szCs w:val="20"/>
                <w:lang w:val="es-PY"/>
              </w:rPr>
              <w:t>Los programas que integran el clúster</w:t>
            </w:r>
            <w:r w:rsidRPr="00CA67AF">
              <w:rPr>
                <w:color w:val="000000"/>
                <w:szCs w:val="20"/>
                <w:lang w:val="es-PY"/>
              </w:rPr>
              <w:t xml:space="preserve"> incorpora</w:t>
            </w:r>
            <w:r w:rsidR="0010540A">
              <w:rPr>
                <w:color w:val="000000"/>
                <w:szCs w:val="20"/>
                <w:lang w:val="es-PY"/>
              </w:rPr>
              <w:t>n</w:t>
            </w:r>
            <w:r w:rsidRPr="00CA67AF">
              <w:rPr>
                <w:color w:val="000000"/>
                <w:szCs w:val="20"/>
                <w:lang w:val="es-PY"/>
              </w:rPr>
              <w:t xml:space="preserve"> acciones de mejora derivadas del seguimiento y evalua</w:t>
            </w:r>
            <w:r w:rsidR="002F7D42">
              <w:rPr>
                <w:color w:val="000000"/>
                <w:szCs w:val="20"/>
                <w:lang w:val="es-PY"/>
              </w:rPr>
              <w:t>ción de los resultados del plan.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EA680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A541B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D7B2CC" w14:textId="77777777" w:rsidR="004D28B8" w:rsidRPr="00EA35D9" w:rsidRDefault="004D28B8">
            <w:pPr>
              <w:jc w:val="center"/>
              <w:rPr>
                <w:szCs w:val="20"/>
                <w:lang w:val="es-PY"/>
              </w:rPr>
            </w:pPr>
          </w:p>
        </w:tc>
      </w:tr>
      <w:tr w:rsidR="004D28B8" w:rsidRPr="00D17A0D" w14:paraId="6A476913"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2DED8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BFD3DA9" w14:textId="77777777" w:rsidR="004D28B8" w:rsidRPr="00CA67AF" w:rsidRDefault="00CA67AF">
            <w:pPr>
              <w:jc w:val="both"/>
              <w:rPr>
                <w:szCs w:val="20"/>
                <w:lang w:val="es-PY"/>
              </w:rPr>
            </w:pPr>
            <w:r w:rsidRPr="00CA67AF">
              <w:rPr>
                <w:color w:val="000000"/>
                <w:szCs w:val="20"/>
                <w:lang w:val="es-PY"/>
              </w:rPr>
              <w:t>e. La planificación considera metas de internacionalización, coherentes con las políticas institucionales y con la naturaleza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D33676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124FD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8E4706" w14:textId="77777777" w:rsidR="004D28B8" w:rsidRPr="00EA35D9" w:rsidRDefault="004D28B8">
            <w:pPr>
              <w:jc w:val="center"/>
              <w:rPr>
                <w:szCs w:val="20"/>
                <w:lang w:val="es-PY"/>
              </w:rPr>
            </w:pPr>
          </w:p>
        </w:tc>
      </w:tr>
      <w:tr w:rsidR="004D28B8" w:rsidRPr="00D17A0D" w14:paraId="4943EED8"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096EB12"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8C50454" w14:textId="77777777" w:rsidR="004D28B8" w:rsidRPr="00CA67AF" w:rsidRDefault="004D28B8">
            <w:pPr>
              <w:jc w:val="center"/>
              <w:rPr>
                <w:szCs w:val="20"/>
                <w:lang w:val="es-PY"/>
              </w:rPr>
            </w:pPr>
          </w:p>
        </w:tc>
      </w:tr>
      <w:tr w:rsidR="004D28B8" w14:paraId="17A4A5C4"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2EB6A0"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20F003"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739E5AC1" w14:textId="77777777" w:rsidTr="002F11D2">
        <w:trPr>
          <w:cantSplit/>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F9CACB" w14:textId="77777777" w:rsidR="004D28B8" w:rsidRDefault="004D28B8">
            <w:pPr>
              <w:jc w:val="center"/>
            </w:pPr>
          </w:p>
          <w:p w14:paraId="73605FF5" w14:textId="77777777" w:rsidR="002F11D2" w:rsidRDefault="002F11D2">
            <w:pPr>
              <w:jc w:val="center"/>
            </w:pPr>
          </w:p>
          <w:p w14:paraId="7A278011" w14:textId="77777777" w:rsidR="002F11D2" w:rsidRDefault="002F11D2">
            <w:pPr>
              <w:jc w:val="center"/>
            </w:pPr>
          </w:p>
          <w:p w14:paraId="4E12F955" w14:textId="77777777" w:rsidR="002F11D2" w:rsidRDefault="002F11D2">
            <w:pPr>
              <w:jc w:val="center"/>
            </w:pPr>
          </w:p>
          <w:p w14:paraId="54670F8B" w14:textId="77777777" w:rsidR="002F11D2" w:rsidRDefault="002F11D2">
            <w:pPr>
              <w:jc w:val="center"/>
            </w:pPr>
          </w:p>
          <w:p w14:paraId="02081357" w14:textId="77777777" w:rsidR="002F11D2" w:rsidRDefault="002F11D2">
            <w:pPr>
              <w:jc w:val="center"/>
            </w:pPr>
          </w:p>
          <w:p w14:paraId="01CFA00E" w14:textId="77777777" w:rsidR="002F11D2" w:rsidRDefault="002F11D2">
            <w:pPr>
              <w:jc w:val="center"/>
            </w:pPr>
          </w:p>
          <w:p w14:paraId="385335F8" w14:textId="77777777" w:rsidR="002F11D2" w:rsidRDefault="002F11D2">
            <w:pPr>
              <w:jc w:val="center"/>
            </w:pPr>
          </w:p>
          <w:p w14:paraId="17D8C5DD" w14:textId="77777777" w:rsidR="002F11D2" w:rsidRDefault="002F11D2">
            <w:pPr>
              <w:jc w:val="center"/>
            </w:pPr>
          </w:p>
          <w:p w14:paraId="099A74EC" w14:textId="77777777" w:rsidR="002F11D2" w:rsidRDefault="002F11D2">
            <w:pPr>
              <w:jc w:val="center"/>
            </w:pPr>
          </w:p>
          <w:p w14:paraId="3EA08BC5" w14:textId="77777777" w:rsidR="002F11D2" w:rsidRDefault="002F11D2">
            <w:pPr>
              <w:jc w:val="center"/>
            </w:pPr>
          </w:p>
          <w:p w14:paraId="29306582" w14:textId="77777777" w:rsidR="002F11D2" w:rsidRDefault="002F11D2">
            <w:pPr>
              <w:jc w:val="center"/>
            </w:pPr>
          </w:p>
          <w:p w14:paraId="2ECE8DEB" w14:textId="77777777" w:rsidR="002F11D2" w:rsidRDefault="002F11D2">
            <w:pPr>
              <w:jc w:val="center"/>
            </w:pPr>
          </w:p>
          <w:p w14:paraId="0DA79EB1" w14:textId="77777777" w:rsidR="002F11D2" w:rsidRDefault="002F11D2">
            <w:pPr>
              <w:jc w:val="center"/>
            </w:pPr>
          </w:p>
          <w:p w14:paraId="25B6E03E" w14:textId="77777777" w:rsidR="002F11D2" w:rsidRDefault="002F11D2">
            <w:pPr>
              <w:jc w:val="center"/>
            </w:pPr>
          </w:p>
          <w:p w14:paraId="7809DCC5" w14:textId="77777777" w:rsidR="002F11D2" w:rsidRDefault="002F11D2">
            <w:pPr>
              <w:jc w:val="center"/>
            </w:pPr>
          </w:p>
          <w:p w14:paraId="727EFB97" w14:textId="77777777" w:rsidR="002F11D2" w:rsidRDefault="002F11D2">
            <w:pPr>
              <w:jc w:val="center"/>
            </w:pPr>
          </w:p>
          <w:p w14:paraId="281161FE" w14:textId="77777777" w:rsidR="002F11D2" w:rsidRDefault="002F11D2">
            <w:pPr>
              <w:jc w:val="center"/>
            </w:pPr>
          </w:p>
          <w:p w14:paraId="31D99460" w14:textId="77777777" w:rsidR="002F11D2" w:rsidRDefault="002F11D2">
            <w:pPr>
              <w:jc w:val="center"/>
            </w:pPr>
          </w:p>
          <w:p w14:paraId="3059264D" w14:textId="77777777" w:rsidR="002F11D2" w:rsidRDefault="002F11D2">
            <w:pPr>
              <w:jc w:val="center"/>
            </w:pPr>
          </w:p>
          <w:p w14:paraId="315F9167" w14:textId="77777777" w:rsidR="002F11D2" w:rsidRDefault="002F11D2">
            <w:pPr>
              <w:jc w:val="center"/>
            </w:pPr>
          </w:p>
          <w:p w14:paraId="295187C1" w14:textId="77777777" w:rsidR="002F11D2" w:rsidRDefault="002F11D2">
            <w:pPr>
              <w:jc w:val="center"/>
            </w:pPr>
          </w:p>
          <w:p w14:paraId="02256D8C" w14:textId="77777777" w:rsidR="002F11D2" w:rsidRDefault="002F11D2">
            <w:pPr>
              <w:jc w:val="center"/>
            </w:pPr>
          </w:p>
          <w:p w14:paraId="1B197381" w14:textId="77777777" w:rsidR="002F11D2" w:rsidRDefault="002F11D2">
            <w:pPr>
              <w:jc w:val="center"/>
            </w:pPr>
          </w:p>
          <w:p w14:paraId="16673BEA" w14:textId="77777777" w:rsidR="002F11D2" w:rsidRDefault="002F11D2">
            <w:pPr>
              <w:jc w:val="center"/>
            </w:pPr>
          </w:p>
          <w:p w14:paraId="4D7E0F8E" w14:textId="77777777" w:rsidR="002F11D2" w:rsidRDefault="002F11D2" w:rsidP="002F11D2"/>
          <w:p w14:paraId="223F2238" w14:textId="77777777" w:rsidR="002F11D2" w:rsidRDefault="002F11D2" w:rsidP="002F11D2"/>
          <w:p w14:paraId="739D37EB" w14:textId="77777777" w:rsidR="002F11D2" w:rsidRDefault="002F11D2" w:rsidP="002F11D2"/>
          <w:p w14:paraId="06127530" w14:textId="77777777" w:rsidR="002F11D2" w:rsidRDefault="002F11D2" w:rsidP="002F11D2"/>
          <w:p w14:paraId="227821A7" w14:textId="77777777" w:rsidR="002F11D2" w:rsidRDefault="002F11D2" w:rsidP="002F11D2"/>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AFC826" w14:textId="77777777" w:rsidR="004D28B8" w:rsidRDefault="004D28B8"/>
        </w:tc>
      </w:tr>
    </w:tbl>
    <w:p w14:paraId="030A76BE" w14:textId="4E12BCFA"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164BCF47"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A0721" w14:textId="50991251"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B7047FF"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86C54C"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209AE341"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55B8206"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9818F7"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0028E14"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D1160A4" w14:textId="77777777" w:rsidR="004D28B8" w:rsidRDefault="00CA67AF">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B56971" w14:textId="77777777" w:rsidR="004D28B8" w:rsidRDefault="00CA67AF">
            <w:pPr>
              <w:jc w:val="center"/>
            </w:pPr>
            <w:r>
              <w:rPr>
                <w:b/>
                <w:color w:val="000000"/>
              </w:rPr>
              <w:t>NC</w:t>
            </w:r>
          </w:p>
        </w:tc>
      </w:tr>
      <w:tr w:rsidR="004D28B8" w:rsidRPr="00D17A0D" w14:paraId="4180FD99" w14:textId="77777777">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24D633F" w14:textId="77777777" w:rsidR="004D28B8" w:rsidRDefault="00CA67AF">
            <w:pPr>
              <w:jc w:val="center"/>
              <w:rPr>
                <w:b/>
                <w:color w:val="000000"/>
                <w:szCs w:val="20"/>
                <w:lang w:val="es-PY"/>
              </w:rPr>
            </w:pPr>
            <w:r w:rsidRPr="00CA67AF">
              <w:rPr>
                <w:b/>
                <w:color w:val="000000"/>
                <w:szCs w:val="20"/>
                <w:lang w:val="es-PY"/>
              </w:rPr>
              <w:t xml:space="preserve">Eficiencia en la gestión </w:t>
            </w:r>
            <w:r w:rsidR="00E128A1">
              <w:rPr>
                <w:b/>
                <w:color w:val="000000"/>
                <w:szCs w:val="20"/>
                <w:lang w:val="es-PY"/>
              </w:rPr>
              <w:t>del financiamiento del programa</w:t>
            </w:r>
          </w:p>
          <w:p w14:paraId="710CE7DD" w14:textId="59C8C36E" w:rsidR="005E4754" w:rsidRPr="00CA67AF" w:rsidRDefault="005E4754">
            <w:pPr>
              <w:jc w:val="center"/>
              <w:rPr>
                <w:szCs w:val="20"/>
                <w:lang w:val="es-PY"/>
              </w:rPr>
            </w:pPr>
            <w:r>
              <w:rPr>
                <w:b/>
                <w:color w:val="000000"/>
                <w:szCs w:val="20"/>
                <w:lang w:val="es-PY"/>
              </w:rPr>
              <w:t>(D1.C3)</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727EC6B" w14:textId="7EDAA565" w:rsidR="004D28B8" w:rsidRPr="00CA67AF" w:rsidRDefault="00CA67AF">
            <w:pPr>
              <w:jc w:val="both"/>
              <w:rPr>
                <w:szCs w:val="20"/>
                <w:lang w:val="es-PY"/>
              </w:rPr>
            </w:pPr>
            <w:r w:rsidRPr="00CA67AF">
              <w:rPr>
                <w:color w:val="000000"/>
                <w:szCs w:val="20"/>
                <w:lang w:val="es-PY"/>
              </w:rPr>
              <w:t xml:space="preserve">a. El presupuesto asignado </w:t>
            </w:r>
            <w:r w:rsidR="005E4754">
              <w:rPr>
                <w:color w:val="000000"/>
                <w:szCs w:val="20"/>
                <w:lang w:val="es-PY"/>
              </w:rPr>
              <w:t xml:space="preserve">a los programas que conforman el clúster </w:t>
            </w:r>
            <w:r w:rsidRPr="00CA67AF">
              <w:rPr>
                <w:color w:val="000000"/>
                <w:szCs w:val="20"/>
                <w:lang w:val="es-PY"/>
              </w:rPr>
              <w:t>es suficiente para su operación.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1A58455"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D2AB4F"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02EE69" w14:textId="77777777" w:rsidR="004D28B8" w:rsidRPr="00EA35D9" w:rsidRDefault="004D28B8">
            <w:pPr>
              <w:jc w:val="center"/>
              <w:rPr>
                <w:lang w:val="es-PY"/>
              </w:rPr>
            </w:pPr>
          </w:p>
        </w:tc>
      </w:tr>
      <w:tr w:rsidR="004D28B8" w:rsidRPr="00D17A0D" w14:paraId="2585D633" w14:textId="77777777">
        <w:trPr>
          <w:cantSplit/>
          <w:trHeight w:val="83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8DAD0E"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23496BA" w14:textId="3DF8F07C" w:rsidR="004D28B8" w:rsidRPr="00CA67AF" w:rsidRDefault="00CA67AF">
            <w:pPr>
              <w:jc w:val="both"/>
              <w:rPr>
                <w:szCs w:val="20"/>
                <w:lang w:val="es-PY"/>
              </w:rPr>
            </w:pPr>
            <w:r w:rsidRPr="00CA67AF">
              <w:rPr>
                <w:color w:val="000000"/>
                <w:szCs w:val="20"/>
                <w:lang w:val="es-PY"/>
              </w:rPr>
              <w:t>b. Existen fuentes complementarias de financiamiento (proyectos, convenios, cooperación) que apoyan las actividades de</w:t>
            </w:r>
            <w:r w:rsidR="00815E48">
              <w:rPr>
                <w:color w:val="000000"/>
                <w:szCs w:val="20"/>
                <w:lang w:val="es-PY"/>
              </w:rPr>
              <w:t xml:space="preserve"> </w:t>
            </w:r>
            <w:proofErr w:type="gramStart"/>
            <w:r w:rsidR="00815E48">
              <w:rPr>
                <w:color w:val="000000"/>
                <w:szCs w:val="20"/>
                <w:lang w:val="es-PY"/>
              </w:rPr>
              <w:t xml:space="preserve">los </w:t>
            </w:r>
            <w:r w:rsidRPr="00CA67AF">
              <w:rPr>
                <w:color w:val="000000"/>
                <w:szCs w:val="20"/>
                <w:lang w:val="es-PY"/>
              </w:rPr>
              <w:t xml:space="preserve"> programa</w:t>
            </w:r>
            <w:r w:rsidR="00815E48">
              <w:rPr>
                <w:color w:val="000000"/>
                <w:szCs w:val="20"/>
                <w:lang w:val="es-PY"/>
              </w:rPr>
              <w:t>s</w:t>
            </w:r>
            <w:proofErr w:type="gramEnd"/>
            <w:r w:rsidR="00815E48">
              <w:rPr>
                <w:color w:val="000000"/>
                <w:szCs w:val="20"/>
                <w:lang w:val="es-PY"/>
              </w:rPr>
              <w:t xml:space="preserve"> integrados en el clúster</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6873098"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B5FF496"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36EF44" w14:textId="77777777" w:rsidR="004D28B8" w:rsidRPr="00EA35D9" w:rsidRDefault="004D28B8">
            <w:pPr>
              <w:jc w:val="center"/>
              <w:rPr>
                <w:lang w:val="es-PY"/>
              </w:rPr>
            </w:pPr>
          </w:p>
        </w:tc>
      </w:tr>
      <w:tr w:rsidR="004D28B8" w:rsidRPr="00D17A0D" w14:paraId="35B8EAF7"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A773BD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B3F94B9" w14:textId="07DD580E" w:rsidR="004D28B8" w:rsidRPr="00CA67AF" w:rsidRDefault="00CA67AF">
            <w:pPr>
              <w:jc w:val="both"/>
              <w:rPr>
                <w:szCs w:val="20"/>
                <w:lang w:val="es-PY"/>
              </w:rPr>
            </w:pPr>
            <w:r w:rsidRPr="00CA67AF">
              <w:rPr>
                <w:color w:val="000000"/>
                <w:szCs w:val="20"/>
                <w:lang w:val="es-PY"/>
              </w:rPr>
              <w:t>c. Se destinan recursos para investigación y apoyo al doctorando</w:t>
            </w:r>
            <w:r w:rsidR="00AA6139">
              <w:rPr>
                <w:color w:val="000000"/>
                <w:szCs w:val="20"/>
                <w:lang w:val="es-PY"/>
              </w:rPr>
              <w:t xml:space="preserve"> de todos los programas del clúster</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397373"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0EA82B"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56459A" w14:textId="77777777" w:rsidR="004D28B8" w:rsidRPr="00EA35D9" w:rsidRDefault="004D28B8">
            <w:pPr>
              <w:jc w:val="center"/>
              <w:rPr>
                <w:lang w:val="es-PY"/>
              </w:rPr>
            </w:pPr>
          </w:p>
        </w:tc>
      </w:tr>
      <w:tr w:rsidR="004D28B8" w:rsidRPr="00D17A0D" w14:paraId="1613456A"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1AE8E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659593" w14:textId="53D670CE" w:rsidR="004D28B8" w:rsidRPr="00CA67AF" w:rsidRDefault="00CA67AF">
            <w:pPr>
              <w:jc w:val="both"/>
              <w:rPr>
                <w:szCs w:val="20"/>
                <w:lang w:val="es-PY"/>
              </w:rPr>
            </w:pPr>
            <w:r w:rsidRPr="00CA67AF">
              <w:rPr>
                <w:color w:val="000000"/>
                <w:szCs w:val="20"/>
                <w:lang w:val="es-PY"/>
              </w:rPr>
              <w:t xml:space="preserve">d. La gestión financiera vinculada </w:t>
            </w:r>
            <w:r w:rsidR="00AA6139">
              <w:rPr>
                <w:color w:val="000000"/>
                <w:szCs w:val="20"/>
                <w:lang w:val="es-PY"/>
              </w:rPr>
              <w:t xml:space="preserve">a los programas del clúster </w:t>
            </w:r>
            <w:r w:rsidRPr="00CA67AF">
              <w:rPr>
                <w:color w:val="000000"/>
                <w:szCs w:val="20"/>
                <w:lang w:val="es-PY"/>
              </w:rPr>
              <w:t>es conocida por la comunidad académica.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27EFF6"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2D75C0"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0B283C" w14:textId="77777777" w:rsidR="004D28B8" w:rsidRPr="00EA35D9" w:rsidRDefault="004D28B8">
            <w:pPr>
              <w:jc w:val="center"/>
              <w:rPr>
                <w:lang w:val="es-PY"/>
              </w:rPr>
            </w:pPr>
          </w:p>
        </w:tc>
      </w:tr>
      <w:tr w:rsidR="004D28B8" w:rsidRPr="00D17A0D" w14:paraId="62086961" w14:textId="77777777" w:rsidTr="00861F5D">
        <w:trPr>
          <w:cantSplit/>
          <w:trHeight w:val="51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5AAF26"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FE351F" w14:textId="1BF91E98" w:rsidR="004D28B8" w:rsidRPr="00CA67AF" w:rsidRDefault="00CA67AF">
            <w:pPr>
              <w:jc w:val="both"/>
              <w:rPr>
                <w:lang w:val="es-PY"/>
              </w:rPr>
            </w:pPr>
            <w:r w:rsidRPr="00CA67AF">
              <w:rPr>
                <w:color w:val="000000"/>
                <w:lang w:val="es-PY"/>
              </w:rPr>
              <w:t xml:space="preserve">e. Se asegura la continuidad operativa </w:t>
            </w:r>
            <w:r w:rsidR="00F562A3">
              <w:rPr>
                <w:color w:val="000000"/>
                <w:lang w:val="es-PY"/>
              </w:rPr>
              <w:t>de los programas</w:t>
            </w:r>
            <w:r w:rsidRPr="00CA67AF">
              <w:rPr>
                <w:color w:val="000000"/>
                <w:lang w:val="es-PY"/>
              </w:rPr>
              <w:t xml:space="preserve"> a mediano plazo, a través de una planificación financiera institucional.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48CAE4"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9C647E"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C8238B" w14:textId="77777777" w:rsidR="004D28B8" w:rsidRPr="00EA35D9" w:rsidRDefault="004D28B8">
            <w:pPr>
              <w:jc w:val="center"/>
              <w:rPr>
                <w:lang w:val="es-PY"/>
              </w:rPr>
            </w:pPr>
          </w:p>
        </w:tc>
      </w:tr>
      <w:tr w:rsidR="004D28B8" w:rsidRPr="00D17A0D" w14:paraId="0F7D514F"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BF9EED" w14:textId="77777777" w:rsidR="004D28B8" w:rsidRPr="00CA67AF" w:rsidRDefault="00CA67AF">
            <w:pPr>
              <w:jc w:val="center"/>
              <w:rPr>
                <w:lang w:val="es-PY"/>
              </w:rPr>
            </w:pPr>
            <w:r w:rsidRPr="00CA67AF">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40F17F" w14:textId="77777777" w:rsidR="004D28B8" w:rsidRPr="00CA67AF" w:rsidRDefault="004D28B8">
            <w:pPr>
              <w:jc w:val="center"/>
              <w:rPr>
                <w:lang w:val="es-PY"/>
              </w:rPr>
            </w:pPr>
          </w:p>
        </w:tc>
      </w:tr>
      <w:tr w:rsidR="004D28B8" w14:paraId="3855A630"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5A4F1B4"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3D97476"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1506C17F" w14:textId="77777777" w:rsidTr="00CA67AF">
        <w:trPr>
          <w:cantSplit/>
          <w:trHeight w:hRule="exact" w:val="6409"/>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8D558AD"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B7CB80" w14:textId="77777777" w:rsidR="004D28B8" w:rsidRDefault="004D28B8"/>
        </w:tc>
      </w:tr>
    </w:tbl>
    <w:p w14:paraId="497085E9" w14:textId="2223CF06"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385DB089"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5B8D0C" w14:textId="62C47B44"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93EEFE9"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E867C5B"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702DB88F"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D4A4CCF"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671A79F"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385381"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E8666A"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6ADAF60" w14:textId="77777777" w:rsidR="004D28B8" w:rsidRPr="00CA67AF" w:rsidRDefault="00CA67AF">
            <w:pPr>
              <w:jc w:val="center"/>
              <w:rPr>
                <w:szCs w:val="20"/>
              </w:rPr>
            </w:pPr>
            <w:r w:rsidRPr="00CA67AF">
              <w:rPr>
                <w:b/>
                <w:color w:val="000000"/>
                <w:szCs w:val="20"/>
              </w:rPr>
              <w:t>NC</w:t>
            </w:r>
          </w:p>
        </w:tc>
      </w:tr>
      <w:tr w:rsidR="004D28B8" w:rsidRPr="00D17A0D" w14:paraId="0DB8E8C3" w14:textId="77777777" w:rsidTr="00016990">
        <w:trPr>
          <w:cantSplit/>
          <w:trHeight w:val="39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76637D" w14:textId="77777777" w:rsidR="004D28B8" w:rsidRDefault="00CA67AF">
            <w:pPr>
              <w:jc w:val="center"/>
              <w:rPr>
                <w:b/>
                <w:color w:val="FF0000"/>
                <w:szCs w:val="20"/>
                <w:lang w:val="es-PY"/>
              </w:rPr>
            </w:pPr>
            <w:r w:rsidRPr="00CA67AF">
              <w:rPr>
                <w:b/>
                <w:color w:val="000000"/>
                <w:szCs w:val="20"/>
                <w:lang w:val="es-PY"/>
              </w:rPr>
              <w:t>Eficacia del acompañamie</w:t>
            </w:r>
            <w:r w:rsidR="00521045">
              <w:rPr>
                <w:b/>
                <w:color w:val="000000"/>
                <w:szCs w:val="20"/>
                <w:lang w:val="es-PY"/>
              </w:rPr>
              <w:t>nto al proceso de investigación</w:t>
            </w:r>
            <w:r w:rsidRPr="00CA67AF">
              <w:rPr>
                <w:b/>
                <w:color w:val="FF0000"/>
                <w:szCs w:val="20"/>
                <w:lang w:val="es-PY"/>
              </w:rPr>
              <w:br/>
            </w:r>
            <w:r w:rsidRPr="00EA35D9">
              <w:rPr>
                <w:b/>
                <w:color w:val="FF0000"/>
                <w:szCs w:val="20"/>
                <w:lang w:val="es-PY"/>
              </w:rPr>
              <w:t>(Sustantivo)</w:t>
            </w:r>
          </w:p>
          <w:p w14:paraId="250E391E" w14:textId="78A885AE" w:rsidR="00622ED0" w:rsidRPr="00EA35D9" w:rsidRDefault="00861F5D">
            <w:pPr>
              <w:jc w:val="center"/>
              <w:rPr>
                <w:szCs w:val="20"/>
                <w:lang w:val="es-PY"/>
              </w:rPr>
            </w:pPr>
            <w:r>
              <w:rPr>
                <w:b/>
                <w:szCs w:val="20"/>
                <w:lang w:val="es-PY"/>
              </w:rPr>
              <w:t>(D2.C</w:t>
            </w:r>
            <w:r w:rsidR="00622ED0" w:rsidRPr="00622ED0">
              <w:rPr>
                <w:b/>
                <w:szCs w:val="20"/>
                <w:lang w:val="es-PY"/>
              </w:rPr>
              <w:t>2)</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B1EE6B" w14:textId="326BFC1C" w:rsidR="004D28B8" w:rsidRPr="00CA67AF" w:rsidRDefault="00CA67AF" w:rsidP="007D1F70">
            <w:pPr>
              <w:jc w:val="both"/>
              <w:rPr>
                <w:szCs w:val="20"/>
                <w:lang w:val="es-PY"/>
              </w:rPr>
            </w:pPr>
            <w:r w:rsidRPr="00CA67AF">
              <w:rPr>
                <w:color w:val="000000"/>
                <w:szCs w:val="20"/>
                <w:lang w:val="es-PY"/>
              </w:rPr>
              <w:t xml:space="preserve">a. Existe un sistema formal de asignación de </w:t>
            </w:r>
            <w:r w:rsidR="00BF09D6">
              <w:rPr>
                <w:color w:val="000000"/>
                <w:szCs w:val="20"/>
                <w:lang w:val="es-PY"/>
              </w:rPr>
              <w:t xml:space="preserve">asesores </w:t>
            </w:r>
            <w:r w:rsidRPr="00CA67AF">
              <w:rPr>
                <w:color w:val="000000"/>
                <w:szCs w:val="20"/>
                <w:lang w:val="es-PY"/>
              </w:rPr>
              <w:t>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145365"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CFF8F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8F338A" w14:textId="77777777" w:rsidR="004D28B8" w:rsidRPr="00EA35D9" w:rsidRDefault="004D28B8">
            <w:pPr>
              <w:jc w:val="center"/>
              <w:rPr>
                <w:szCs w:val="20"/>
                <w:lang w:val="es-PY"/>
              </w:rPr>
            </w:pPr>
          </w:p>
        </w:tc>
      </w:tr>
      <w:tr w:rsidR="004D28B8" w:rsidRPr="00D17A0D" w14:paraId="5F15FFCA" w14:textId="77777777" w:rsidTr="00016990">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C63A1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4AF2F24" w14:textId="121364AB" w:rsidR="004D28B8" w:rsidRPr="00CA67AF" w:rsidRDefault="00CA67AF" w:rsidP="00EB5A6A">
            <w:pPr>
              <w:jc w:val="both"/>
              <w:rPr>
                <w:szCs w:val="20"/>
                <w:lang w:val="es-PY"/>
              </w:rPr>
            </w:pPr>
            <w:r w:rsidRPr="00CA67AF">
              <w:rPr>
                <w:color w:val="000000"/>
                <w:szCs w:val="20"/>
                <w:lang w:val="es-PY"/>
              </w:rPr>
              <w:t xml:space="preserve">b. Los </w:t>
            </w:r>
            <w:r w:rsidR="00EB5A6A">
              <w:rPr>
                <w:color w:val="000000"/>
                <w:szCs w:val="20"/>
                <w:lang w:val="es-PY"/>
              </w:rPr>
              <w:t>asesores</w:t>
            </w:r>
            <w:r w:rsidRPr="00CA67AF">
              <w:rPr>
                <w:color w:val="000000"/>
                <w:szCs w:val="20"/>
                <w:lang w:val="es-PY"/>
              </w:rPr>
              <w:t xml:space="preserve"> tienen experiencia en investigación y publicaciones en el área.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B0470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A2A8C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32633E" w14:textId="77777777" w:rsidR="004D28B8" w:rsidRPr="00EA35D9" w:rsidRDefault="004D28B8">
            <w:pPr>
              <w:jc w:val="center"/>
              <w:rPr>
                <w:szCs w:val="20"/>
                <w:lang w:val="es-PY"/>
              </w:rPr>
            </w:pPr>
          </w:p>
        </w:tc>
      </w:tr>
      <w:tr w:rsidR="004D28B8" w:rsidRPr="00D17A0D" w14:paraId="50B40BA3" w14:textId="77777777" w:rsidTr="00016990">
        <w:trPr>
          <w:cantSplit/>
          <w:trHeight w:val="35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02C00C"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8E7A22" w14:textId="4B1164FE" w:rsidR="004D28B8" w:rsidRPr="00CA67AF" w:rsidRDefault="00CA67AF">
            <w:pPr>
              <w:jc w:val="both"/>
              <w:rPr>
                <w:szCs w:val="20"/>
                <w:lang w:val="es-PY"/>
              </w:rPr>
            </w:pPr>
            <w:r w:rsidRPr="00CA67AF">
              <w:rPr>
                <w:color w:val="000000"/>
                <w:szCs w:val="20"/>
                <w:lang w:val="es-PY"/>
              </w:rPr>
              <w:t xml:space="preserve">c. </w:t>
            </w:r>
            <w:r w:rsidR="00861F5D">
              <w:rPr>
                <w:color w:val="000000"/>
                <w:szCs w:val="20"/>
                <w:lang w:val="es-PY"/>
              </w:rPr>
              <w:t xml:space="preserve">Cada programa del clúster </w:t>
            </w:r>
            <w:r w:rsidRPr="00CA67AF">
              <w:rPr>
                <w:color w:val="000000"/>
                <w:szCs w:val="20"/>
                <w:lang w:val="es-PY"/>
              </w:rPr>
              <w:t xml:space="preserve">realiza seguimiento </w:t>
            </w:r>
            <w:r w:rsidR="00861F5D">
              <w:rPr>
                <w:color w:val="000000"/>
                <w:szCs w:val="20"/>
                <w:lang w:val="es-PY"/>
              </w:rPr>
              <w:t xml:space="preserve">sistemático del avance de tesis de sus doctorandos. </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F021C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4D78D5"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216888" w14:textId="77777777" w:rsidR="004D28B8" w:rsidRPr="00EA35D9" w:rsidRDefault="004D28B8">
            <w:pPr>
              <w:jc w:val="center"/>
              <w:rPr>
                <w:szCs w:val="20"/>
                <w:lang w:val="es-PY"/>
              </w:rPr>
            </w:pPr>
          </w:p>
        </w:tc>
      </w:tr>
      <w:tr w:rsidR="004D28B8" w:rsidRPr="00D17A0D" w14:paraId="0CD99AB3"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62F4B1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5FF017" w14:textId="41C6B9A3" w:rsidR="004D28B8" w:rsidRPr="00CA67AF" w:rsidRDefault="00CA67AF">
            <w:pPr>
              <w:jc w:val="both"/>
              <w:rPr>
                <w:szCs w:val="20"/>
                <w:lang w:val="es-PY"/>
              </w:rPr>
            </w:pPr>
            <w:r w:rsidRPr="00CA67AF">
              <w:rPr>
                <w:color w:val="000000"/>
                <w:szCs w:val="20"/>
                <w:lang w:val="es-PY"/>
              </w:rPr>
              <w:t xml:space="preserve">d. </w:t>
            </w:r>
            <w:r w:rsidR="00252351" w:rsidRPr="00252351">
              <w:rPr>
                <w:color w:val="000000"/>
                <w:szCs w:val="20"/>
                <w:lang w:val="es-PY"/>
              </w:rPr>
              <w:t>El acompañamiento tutorial orienta el desarrollo del trabajo final conforme a criterios metodológicos, profesionales y éticos establecidos</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8A9A8B"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8775"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F47FDA" w14:textId="77777777" w:rsidR="004D28B8" w:rsidRPr="00EA35D9" w:rsidRDefault="004D28B8">
            <w:pPr>
              <w:jc w:val="center"/>
              <w:rPr>
                <w:szCs w:val="20"/>
                <w:lang w:val="es-PY"/>
              </w:rPr>
            </w:pPr>
          </w:p>
        </w:tc>
      </w:tr>
      <w:tr w:rsidR="004D28B8" w:rsidRPr="00D17A0D" w14:paraId="0667F991" w14:textId="77777777" w:rsidTr="00016990">
        <w:trPr>
          <w:cantSplit/>
          <w:trHeight w:val="57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31089F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898066" w14:textId="5BB16CAF" w:rsidR="004D28B8" w:rsidRPr="00CA67AF" w:rsidRDefault="00CA67AF">
            <w:pPr>
              <w:jc w:val="both"/>
              <w:rPr>
                <w:szCs w:val="20"/>
                <w:lang w:val="es-PY"/>
              </w:rPr>
            </w:pPr>
            <w:r w:rsidRPr="00CA67AF">
              <w:rPr>
                <w:color w:val="000000"/>
                <w:szCs w:val="20"/>
                <w:lang w:val="es-PY"/>
              </w:rPr>
              <w:t xml:space="preserve">e. </w:t>
            </w:r>
            <w:r w:rsidR="00FB4D9C" w:rsidRPr="00FB4D9C">
              <w:rPr>
                <w:color w:val="000000"/>
                <w:szCs w:val="20"/>
                <w:lang w:val="es-PY"/>
              </w:rPr>
              <w:t>Los resultados del seguimiento</w:t>
            </w:r>
            <w:r w:rsidR="00EC321E">
              <w:rPr>
                <w:color w:val="000000"/>
                <w:szCs w:val="20"/>
                <w:lang w:val="es-PY"/>
              </w:rPr>
              <w:t xml:space="preserve"> de cada programa</w:t>
            </w:r>
            <w:r w:rsidR="00FB4D9C" w:rsidRPr="00FB4D9C">
              <w:rPr>
                <w:color w:val="000000"/>
                <w:szCs w:val="20"/>
                <w:lang w:val="es-PY"/>
              </w:rPr>
              <w:t xml:space="preserve"> se utilizan para atender dificultades y favorecer la culminación oportuna de la tesis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0FC7AF"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6C5D83"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4C5BBB" w14:textId="77777777" w:rsidR="004D28B8" w:rsidRPr="00EA35D9" w:rsidRDefault="004D28B8">
            <w:pPr>
              <w:jc w:val="center"/>
              <w:rPr>
                <w:szCs w:val="20"/>
                <w:lang w:val="es-PY"/>
              </w:rPr>
            </w:pPr>
          </w:p>
        </w:tc>
      </w:tr>
      <w:tr w:rsidR="004D28B8" w:rsidRPr="00D17A0D" w14:paraId="18DEB2AB"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DDE0FA"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40CC498" w14:textId="77777777" w:rsidR="004D28B8" w:rsidRPr="00CA67AF" w:rsidRDefault="004D28B8">
            <w:pPr>
              <w:jc w:val="center"/>
              <w:rPr>
                <w:szCs w:val="20"/>
                <w:lang w:val="es-PY"/>
              </w:rPr>
            </w:pPr>
          </w:p>
        </w:tc>
      </w:tr>
      <w:tr w:rsidR="004D28B8" w14:paraId="4E844FD3"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2790D7C"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9070CD6"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1D487FD1" w14:textId="77777777" w:rsidTr="00CA67AF">
        <w:trPr>
          <w:cantSplit/>
          <w:trHeight w:hRule="exact" w:val="619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4F72293"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7F641D5" w14:textId="77777777" w:rsidR="004D28B8" w:rsidRDefault="004D28B8"/>
        </w:tc>
      </w:tr>
    </w:tbl>
    <w:p w14:paraId="665F133D" w14:textId="22E4DCF0"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46BD4A31"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7D2382F" w14:textId="6533B5DC" w:rsidR="004D28B8" w:rsidRPr="00CA67AF" w:rsidRDefault="00CA67AF">
            <w:pPr>
              <w:jc w:val="center"/>
              <w:rPr>
                <w:szCs w:val="20"/>
              </w:rPr>
            </w:pPr>
            <w:proofErr w:type="spellStart"/>
            <w:r w:rsidRPr="00CA67AF">
              <w:rPr>
                <w:b/>
                <w:color w:val="000000"/>
                <w:szCs w:val="20"/>
              </w:rPr>
              <w:lastRenderedPageBreak/>
              <w:t>Criterio</w:t>
            </w:r>
            <w:proofErr w:type="spellEnd"/>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6C234F8" w14:textId="77777777" w:rsidR="004D28B8" w:rsidRPr="00CA67AF" w:rsidRDefault="00CA67AF">
            <w:pPr>
              <w:jc w:val="center"/>
              <w:rPr>
                <w:szCs w:val="20"/>
              </w:rPr>
            </w:pPr>
            <w:proofErr w:type="spellStart"/>
            <w:r w:rsidRPr="00CA67A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6FC63" w14:textId="77777777" w:rsidR="004D28B8" w:rsidRPr="00CA67AF" w:rsidRDefault="00CA67AF">
            <w:pPr>
              <w:jc w:val="center"/>
              <w:rPr>
                <w:szCs w:val="20"/>
              </w:rPr>
            </w:pPr>
            <w:r w:rsidRPr="00CA67AF">
              <w:rPr>
                <w:b/>
                <w:color w:val="000000"/>
                <w:szCs w:val="20"/>
              </w:rPr>
              <w:t xml:space="preserve">Nivel de </w:t>
            </w:r>
            <w:proofErr w:type="spellStart"/>
            <w:r w:rsidRPr="00CA67AF">
              <w:rPr>
                <w:b/>
                <w:color w:val="000000"/>
                <w:szCs w:val="20"/>
              </w:rPr>
              <w:t>cumplimiento</w:t>
            </w:r>
            <w:proofErr w:type="spellEnd"/>
          </w:p>
        </w:tc>
      </w:tr>
      <w:tr w:rsidR="004D28B8" w14:paraId="5E7E3CE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6D406AD"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F11029F"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9E7D8D"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D438ABA"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32DC8D5" w14:textId="77777777" w:rsidR="004D28B8" w:rsidRPr="00CA67AF" w:rsidRDefault="00CA67AF">
            <w:pPr>
              <w:jc w:val="center"/>
              <w:rPr>
                <w:szCs w:val="20"/>
              </w:rPr>
            </w:pPr>
            <w:r w:rsidRPr="00CA67AF">
              <w:rPr>
                <w:b/>
                <w:color w:val="000000"/>
                <w:szCs w:val="20"/>
              </w:rPr>
              <w:t>NC</w:t>
            </w:r>
          </w:p>
        </w:tc>
      </w:tr>
      <w:tr w:rsidR="004D28B8" w:rsidRPr="00D17A0D" w14:paraId="61B90F2A" w14:textId="77777777" w:rsidTr="001255CC">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8087A8F" w14:textId="4F807987" w:rsidR="004D28B8" w:rsidRDefault="00CA67AF">
            <w:pPr>
              <w:jc w:val="center"/>
              <w:rPr>
                <w:b/>
                <w:color w:val="FF0000"/>
                <w:szCs w:val="20"/>
                <w:lang w:val="es-PY"/>
              </w:rPr>
            </w:pPr>
            <w:r w:rsidRPr="00CA67AF">
              <w:rPr>
                <w:b/>
                <w:color w:val="000000"/>
                <w:szCs w:val="20"/>
                <w:lang w:val="es-PY"/>
              </w:rPr>
              <w:t>Eficacia del acompañamiento y desa</w:t>
            </w:r>
            <w:r w:rsidR="009D03D8">
              <w:rPr>
                <w:b/>
                <w:color w:val="000000"/>
                <w:szCs w:val="20"/>
                <w:lang w:val="es-PY"/>
              </w:rPr>
              <w:t>rrollo académico del doctorando</w:t>
            </w:r>
          </w:p>
          <w:p w14:paraId="2BF2C26F" w14:textId="5917FA49" w:rsidR="00622ED0" w:rsidRPr="00EA35D9" w:rsidRDefault="00622ED0">
            <w:pPr>
              <w:jc w:val="center"/>
              <w:rPr>
                <w:szCs w:val="20"/>
                <w:lang w:val="es-PY"/>
              </w:rPr>
            </w:pPr>
            <w:r w:rsidRPr="00622ED0">
              <w:rPr>
                <w:b/>
                <w:szCs w:val="20"/>
                <w:lang w:val="es-PY"/>
              </w:rPr>
              <w:t>(D3.C2.)</w:t>
            </w: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B19DA5E" w14:textId="2DEBC800" w:rsidR="004D28B8" w:rsidRPr="00CA67AF" w:rsidRDefault="00CA67AF" w:rsidP="009D04C1">
            <w:pPr>
              <w:jc w:val="both"/>
              <w:rPr>
                <w:szCs w:val="20"/>
                <w:lang w:val="es-PY"/>
              </w:rPr>
            </w:pPr>
            <w:r w:rsidRPr="00CA67AF">
              <w:rPr>
                <w:color w:val="000000"/>
                <w:szCs w:val="20"/>
                <w:lang w:val="es-PY"/>
              </w:rPr>
              <w:t xml:space="preserve">a. </w:t>
            </w:r>
            <w:r w:rsidR="009D04C1" w:rsidRPr="009D04C1">
              <w:rPr>
                <w:color w:val="000000"/>
                <w:szCs w:val="20"/>
                <w:lang w:val="es-PY"/>
              </w:rPr>
              <w:t xml:space="preserve">Los criterios y requisitos de admisión </w:t>
            </w:r>
            <w:r w:rsidR="00B54679">
              <w:rPr>
                <w:color w:val="000000"/>
                <w:szCs w:val="20"/>
                <w:lang w:val="es-PY"/>
              </w:rPr>
              <w:t xml:space="preserve">a cada programa del clúster, </w:t>
            </w:r>
            <w:r w:rsidR="009D04C1" w:rsidRPr="009D04C1">
              <w:rPr>
                <w:color w:val="000000"/>
                <w:szCs w:val="20"/>
                <w:lang w:val="es-PY"/>
              </w:rPr>
              <w:t>están formalmente establecidos, son de acceso público y pertinentes al nivel doctoral.</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DB0AE9"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3E6069"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059F32" w14:textId="77777777" w:rsidR="004D28B8" w:rsidRPr="00EA35D9" w:rsidRDefault="004D28B8">
            <w:pPr>
              <w:jc w:val="center"/>
              <w:rPr>
                <w:szCs w:val="20"/>
                <w:lang w:val="es-PY"/>
              </w:rPr>
            </w:pPr>
          </w:p>
        </w:tc>
      </w:tr>
      <w:tr w:rsidR="004D28B8" w:rsidRPr="00D17A0D" w14:paraId="798DE2F0" w14:textId="77777777" w:rsidTr="001255CC">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3879B79"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6422EF" w14:textId="4C43C137" w:rsidR="004D28B8" w:rsidRPr="00CA67AF" w:rsidRDefault="00CA67AF">
            <w:pPr>
              <w:jc w:val="both"/>
              <w:rPr>
                <w:szCs w:val="20"/>
                <w:lang w:val="es-PY"/>
              </w:rPr>
            </w:pPr>
            <w:r w:rsidRPr="00CA67AF">
              <w:rPr>
                <w:color w:val="000000"/>
                <w:szCs w:val="20"/>
                <w:lang w:val="es-PY"/>
              </w:rPr>
              <w:t>b. Se realiza seguimiento académico individualizado del doctorando</w:t>
            </w:r>
            <w:r w:rsidR="00B54679">
              <w:rPr>
                <w:color w:val="000000"/>
                <w:szCs w:val="20"/>
                <w:lang w:val="es-PY"/>
              </w:rPr>
              <w:t xml:space="preserve"> de cada programa</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09D0A96"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3ABD537"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1F65B7" w14:textId="77777777" w:rsidR="004D28B8" w:rsidRPr="00EA35D9" w:rsidRDefault="004D28B8">
            <w:pPr>
              <w:jc w:val="center"/>
              <w:rPr>
                <w:szCs w:val="20"/>
                <w:lang w:val="es-PY"/>
              </w:rPr>
            </w:pPr>
          </w:p>
        </w:tc>
      </w:tr>
      <w:tr w:rsidR="004D28B8" w:rsidRPr="00D17A0D" w14:paraId="007253FC" w14:textId="77777777" w:rsidTr="001255CC">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347F9A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40C426" w14:textId="5E5831AC" w:rsidR="004D28B8" w:rsidRPr="00CA67AF" w:rsidRDefault="00CA67AF">
            <w:pPr>
              <w:jc w:val="both"/>
              <w:rPr>
                <w:szCs w:val="20"/>
                <w:lang w:val="es-PY"/>
              </w:rPr>
            </w:pPr>
            <w:r w:rsidRPr="00CA67AF">
              <w:rPr>
                <w:color w:val="000000"/>
                <w:szCs w:val="20"/>
                <w:lang w:val="es-PY"/>
              </w:rPr>
              <w:t xml:space="preserve">c. </w:t>
            </w:r>
            <w:r w:rsidR="00622ED0">
              <w:rPr>
                <w:color w:val="000000"/>
                <w:szCs w:val="20"/>
                <w:lang w:val="es-PY"/>
              </w:rPr>
              <w:t>Los programas del clúster</w:t>
            </w:r>
            <w:r w:rsidRPr="00CA67AF">
              <w:rPr>
                <w:color w:val="000000"/>
                <w:szCs w:val="20"/>
                <w:lang w:val="es-PY"/>
              </w:rPr>
              <w:t xml:space="preserve"> ofrece</w:t>
            </w:r>
            <w:r w:rsidR="00B54679">
              <w:rPr>
                <w:color w:val="000000"/>
                <w:szCs w:val="20"/>
                <w:lang w:val="es-PY"/>
              </w:rPr>
              <w:t>n</w:t>
            </w:r>
            <w:r w:rsidRPr="00CA67AF">
              <w:rPr>
                <w:color w:val="000000"/>
                <w:szCs w:val="20"/>
                <w:lang w:val="es-PY"/>
              </w:rPr>
              <w:t xml:space="preserve"> becas, intercambios o apoyos para la investigación.</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EB1A8CA"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0A5361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D17ADC6" w14:textId="77777777" w:rsidR="004D28B8" w:rsidRPr="00EA35D9" w:rsidRDefault="004D28B8">
            <w:pPr>
              <w:jc w:val="center"/>
              <w:rPr>
                <w:szCs w:val="20"/>
                <w:lang w:val="es-PY"/>
              </w:rPr>
            </w:pPr>
          </w:p>
        </w:tc>
      </w:tr>
      <w:tr w:rsidR="004D28B8" w:rsidRPr="00D17A0D" w14:paraId="19473258" w14:textId="77777777" w:rsidTr="001255CC">
        <w:trPr>
          <w:cantSplit/>
          <w:trHeight w:val="49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0C8FDD"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F7D64C" w14:textId="11738A15" w:rsidR="004D28B8" w:rsidRPr="00CA67AF" w:rsidRDefault="00CA67AF" w:rsidP="00A47192">
            <w:pPr>
              <w:jc w:val="both"/>
              <w:rPr>
                <w:szCs w:val="20"/>
                <w:lang w:val="es-PY"/>
              </w:rPr>
            </w:pPr>
            <w:r w:rsidRPr="00CA67AF">
              <w:rPr>
                <w:color w:val="000000"/>
                <w:szCs w:val="20"/>
                <w:lang w:val="es-PY"/>
              </w:rPr>
              <w:t xml:space="preserve">d. Los </w:t>
            </w:r>
            <w:r w:rsidR="00A47192">
              <w:rPr>
                <w:color w:val="000000"/>
                <w:szCs w:val="20"/>
                <w:lang w:val="es-PY"/>
              </w:rPr>
              <w:t>doctorandos</w:t>
            </w:r>
            <w:r w:rsidRPr="00CA67AF">
              <w:rPr>
                <w:color w:val="000000"/>
                <w:szCs w:val="20"/>
                <w:lang w:val="es-PY"/>
              </w:rPr>
              <w:t xml:space="preserve"> </w:t>
            </w:r>
            <w:r w:rsidR="00B54679">
              <w:rPr>
                <w:color w:val="000000"/>
                <w:szCs w:val="20"/>
                <w:lang w:val="es-PY"/>
              </w:rPr>
              <w:t xml:space="preserve">de cada programa que integra el clúster, </w:t>
            </w:r>
            <w:r w:rsidRPr="00CA67AF">
              <w:rPr>
                <w:color w:val="000000"/>
                <w:szCs w:val="20"/>
                <w:lang w:val="es-PY"/>
              </w:rPr>
              <w:t>participan en actividades científicas desde etapas tempranas.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E4EBB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33979B"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24C0420" w14:textId="77777777" w:rsidR="004D28B8" w:rsidRPr="00EA35D9" w:rsidRDefault="004D28B8">
            <w:pPr>
              <w:jc w:val="center"/>
              <w:rPr>
                <w:szCs w:val="20"/>
                <w:lang w:val="es-PY"/>
              </w:rPr>
            </w:pPr>
          </w:p>
        </w:tc>
      </w:tr>
      <w:tr w:rsidR="004D28B8" w:rsidRPr="00D17A0D" w14:paraId="19A3E072" w14:textId="77777777" w:rsidTr="001255CC">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B6310F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8EBA03" w14:textId="77777777" w:rsidR="004D28B8" w:rsidRPr="00CA67AF" w:rsidRDefault="00CA67AF">
            <w:pPr>
              <w:jc w:val="both"/>
              <w:rPr>
                <w:szCs w:val="20"/>
                <w:lang w:val="es-PY"/>
              </w:rPr>
            </w:pPr>
            <w:r w:rsidRPr="00CA67AF">
              <w:rPr>
                <w:color w:val="000000"/>
                <w:szCs w:val="20"/>
                <w:lang w:val="es-PY"/>
              </w:rPr>
              <w:t>e. Se acompaña la inserción en redes científicas o posdoctorales.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82B63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96485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562C81D" w14:textId="77777777" w:rsidR="004D28B8" w:rsidRPr="00EA35D9" w:rsidRDefault="004D28B8">
            <w:pPr>
              <w:jc w:val="center"/>
              <w:rPr>
                <w:szCs w:val="20"/>
                <w:lang w:val="es-PY"/>
              </w:rPr>
            </w:pPr>
          </w:p>
        </w:tc>
      </w:tr>
      <w:tr w:rsidR="004D28B8" w:rsidRPr="00D17A0D" w14:paraId="6140DFE6"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E63C12"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9B6365" w14:textId="77777777" w:rsidR="004D28B8" w:rsidRPr="00CA67AF" w:rsidRDefault="004D28B8">
            <w:pPr>
              <w:jc w:val="center"/>
              <w:rPr>
                <w:szCs w:val="20"/>
                <w:lang w:val="es-PY"/>
              </w:rPr>
            </w:pPr>
          </w:p>
        </w:tc>
      </w:tr>
      <w:tr w:rsidR="004D28B8" w14:paraId="33B22822"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0DA5BF7"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406CB4E" w14:textId="77777777" w:rsidR="004D28B8" w:rsidRPr="00CA67AF" w:rsidRDefault="00CA67AF">
            <w:pPr>
              <w:jc w:val="center"/>
              <w:rPr>
                <w:szCs w:val="20"/>
              </w:rPr>
            </w:pPr>
            <w:proofErr w:type="spellStart"/>
            <w:r w:rsidRPr="00CA67AF">
              <w:rPr>
                <w:b/>
                <w:color w:val="000000"/>
                <w:szCs w:val="20"/>
              </w:rPr>
              <w:t>Medios</w:t>
            </w:r>
            <w:proofErr w:type="spellEnd"/>
            <w:r w:rsidRPr="00CA67AF">
              <w:rPr>
                <w:b/>
                <w:color w:val="000000"/>
                <w:szCs w:val="20"/>
              </w:rPr>
              <w:t xml:space="preserve"> de </w:t>
            </w:r>
            <w:proofErr w:type="spellStart"/>
            <w:r w:rsidRPr="00CA67AF">
              <w:rPr>
                <w:b/>
                <w:color w:val="000000"/>
                <w:szCs w:val="20"/>
              </w:rPr>
              <w:t>verificación</w:t>
            </w:r>
            <w:proofErr w:type="spellEnd"/>
          </w:p>
        </w:tc>
      </w:tr>
      <w:tr w:rsidR="004D28B8" w14:paraId="5F74A80F" w14:textId="77777777" w:rsidTr="00CA67AF">
        <w:trPr>
          <w:cantSplit/>
          <w:trHeight w:hRule="exact" w:val="691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BA6E0D"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1CD06D" w14:textId="77777777" w:rsidR="004D28B8" w:rsidRPr="00CA67AF" w:rsidRDefault="004D28B8">
            <w:pPr>
              <w:rPr>
                <w:szCs w:val="20"/>
              </w:rPr>
            </w:pPr>
          </w:p>
        </w:tc>
      </w:tr>
    </w:tbl>
    <w:p w14:paraId="6801E924" w14:textId="6B6D12E4" w:rsidR="004D28B8" w:rsidRDefault="00CA67AF">
      <w:r>
        <w:br w:type="page"/>
      </w:r>
    </w:p>
    <w:tbl>
      <w:tblPr>
        <w:tblW w:w="0" w:type="auto"/>
        <w:jc w:val="center"/>
        <w:tblLayout w:type="fixed"/>
        <w:tblLook w:val="04A0" w:firstRow="1" w:lastRow="0" w:firstColumn="1" w:lastColumn="0" w:noHBand="0" w:noVBand="1"/>
      </w:tblPr>
      <w:tblGrid>
        <w:gridCol w:w="4678"/>
        <w:gridCol w:w="4678"/>
      </w:tblGrid>
      <w:tr w:rsidR="00CC2D7C" w:rsidRPr="00D17A0D" w14:paraId="0B24AFF5"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302C6A" w14:textId="501E2BA2" w:rsidR="00CC2D7C" w:rsidRPr="00EA35D9" w:rsidRDefault="00CC2D7C" w:rsidP="00CC2D7C">
            <w:pPr>
              <w:jc w:val="center"/>
              <w:rPr>
                <w:b/>
                <w:lang w:val="es-PY"/>
              </w:rPr>
            </w:pPr>
            <w:r w:rsidRPr="00EA35D9">
              <w:rPr>
                <w:b/>
                <w:lang w:val="es-PY"/>
              </w:rPr>
              <w:lastRenderedPageBreak/>
              <w:t xml:space="preserve">Fortalezas y Debilidades del Cumplimiento de Criterios </w:t>
            </w:r>
            <w:r w:rsidR="002763C2">
              <w:rPr>
                <w:b/>
                <w:lang w:val="es-PY"/>
              </w:rPr>
              <w:t>del Marco Organizacional</w:t>
            </w:r>
          </w:p>
        </w:tc>
      </w:tr>
      <w:tr w:rsidR="00CC2D7C" w:rsidRPr="00CC2D7C" w14:paraId="69E246A0" w14:textId="77777777" w:rsidTr="006E6D71">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97F0E7E" w14:textId="77777777" w:rsidR="00CC2D7C" w:rsidRPr="00CC2D7C" w:rsidRDefault="00CC2D7C" w:rsidP="006C52C2">
            <w:pPr>
              <w:jc w:val="center"/>
              <w:rPr>
                <w:b/>
              </w:rPr>
            </w:pPr>
            <w:proofErr w:type="spellStart"/>
            <w:r w:rsidRPr="00CC2D7C">
              <w:rPr>
                <w:b/>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8AC4A7"/>
            <w:vAlign w:val="center"/>
          </w:tcPr>
          <w:p w14:paraId="3A5BAC00" w14:textId="77777777" w:rsidR="00CC2D7C" w:rsidRPr="00CC2D7C" w:rsidRDefault="00CC2D7C" w:rsidP="006C52C2">
            <w:pPr>
              <w:jc w:val="center"/>
              <w:rPr>
                <w:b/>
              </w:rPr>
            </w:pPr>
            <w:proofErr w:type="spellStart"/>
            <w:r w:rsidRPr="00CC2D7C">
              <w:rPr>
                <w:b/>
              </w:rPr>
              <w:t>Debilidades</w:t>
            </w:r>
            <w:proofErr w:type="spellEnd"/>
          </w:p>
        </w:tc>
      </w:tr>
      <w:tr w:rsidR="00CC2D7C" w:rsidRPr="00D17A0D" w14:paraId="715A47A3" w14:textId="77777777" w:rsidTr="002763C2">
        <w:trPr>
          <w:cantSplit/>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70D9FCF" w14:textId="77777777" w:rsidR="002B6950" w:rsidRPr="002B6950" w:rsidRDefault="002B6950" w:rsidP="002B6950">
            <w:pPr>
              <w:jc w:val="both"/>
              <w:rPr>
                <w:bCs/>
                <w:color w:val="A6A6A6" w:themeColor="background1" w:themeShade="A6"/>
                <w:lang w:val="es-PY"/>
              </w:rPr>
            </w:pPr>
            <w:r w:rsidRPr="002B6950">
              <w:rPr>
                <w:bCs/>
                <w:color w:val="A6A6A6" w:themeColor="background1" w:themeShade="A6"/>
                <w:lang w:val="es-PY"/>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r w:rsidRPr="002B6950">
              <w:rPr>
                <w:bCs/>
                <w:color w:val="A6A6A6" w:themeColor="background1" w:themeShade="A6"/>
                <w:lang w:val="es-PY"/>
              </w:rPr>
              <w:tab/>
            </w:r>
          </w:p>
          <w:p w14:paraId="10B8AAF5" w14:textId="77777777" w:rsidR="002B6950" w:rsidRPr="002B6950" w:rsidRDefault="002B6950" w:rsidP="002B6950">
            <w:pPr>
              <w:jc w:val="both"/>
              <w:rPr>
                <w:bCs/>
                <w:color w:val="A6A6A6" w:themeColor="background1" w:themeShade="A6"/>
                <w:lang w:val="es-PY"/>
              </w:rPr>
            </w:pPr>
          </w:p>
          <w:p w14:paraId="17833BEB" w14:textId="77777777" w:rsidR="002B6950" w:rsidRPr="002B6950" w:rsidRDefault="002B6950" w:rsidP="002B6950">
            <w:pPr>
              <w:jc w:val="both"/>
              <w:rPr>
                <w:bCs/>
                <w:color w:val="A6A6A6" w:themeColor="background1" w:themeShade="A6"/>
                <w:lang w:val="es-PY"/>
              </w:rPr>
            </w:pPr>
          </w:p>
          <w:p w14:paraId="209E61B7" w14:textId="77777777" w:rsidR="002B6950" w:rsidRPr="002B6950" w:rsidRDefault="002B6950" w:rsidP="002B6950">
            <w:pPr>
              <w:jc w:val="both"/>
              <w:rPr>
                <w:bCs/>
                <w:color w:val="A6A6A6" w:themeColor="background1" w:themeShade="A6"/>
                <w:lang w:val="es-PY"/>
              </w:rPr>
            </w:pPr>
          </w:p>
          <w:p w14:paraId="77177DEC" w14:textId="77777777" w:rsidR="002B6950" w:rsidRPr="002B6950" w:rsidRDefault="002B6950" w:rsidP="002B6950">
            <w:pPr>
              <w:jc w:val="both"/>
              <w:rPr>
                <w:bCs/>
                <w:color w:val="A6A6A6" w:themeColor="background1" w:themeShade="A6"/>
                <w:lang w:val="es-PY"/>
              </w:rPr>
            </w:pPr>
          </w:p>
          <w:p w14:paraId="5B46BBC5" w14:textId="77777777" w:rsidR="002B6950" w:rsidRPr="002B6950" w:rsidRDefault="002B6950" w:rsidP="002B6950">
            <w:pPr>
              <w:jc w:val="both"/>
              <w:rPr>
                <w:bCs/>
                <w:color w:val="A6A6A6" w:themeColor="background1" w:themeShade="A6"/>
                <w:lang w:val="es-PY"/>
              </w:rPr>
            </w:pPr>
          </w:p>
          <w:p w14:paraId="439E6A47" w14:textId="77777777" w:rsidR="002B6950" w:rsidRPr="002B6950" w:rsidRDefault="002B6950" w:rsidP="002B6950">
            <w:pPr>
              <w:jc w:val="both"/>
              <w:rPr>
                <w:bCs/>
                <w:color w:val="A6A6A6" w:themeColor="background1" w:themeShade="A6"/>
                <w:lang w:val="es-PY"/>
              </w:rPr>
            </w:pPr>
          </w:p>
          <w:p w14:paraId="2F600D58" w14:textId="77777777" w:rsidR="002B6950" w:rsidRPr="002B6950" w:rsidRDefault="002B6950" w:rsidP="002B6950">
            <w:pPr>
              <w:jc w:val="both"/>
              <w:rPr>
                <w:bCs/>
                <w:color w:val="A6A6A6" w:themeColor="background1" w:themeShade="A6"/>
                <w:lang w:val="es-PY"/>
              </w:rPr>
            </w:pPr>
          </w:p>
          <w:p w14:paraId="12ECC3DC" w14:textId="77777777" w:rsidR="002B6950" w:rsidRPr="002B6950" w:rsidRDefault="002B6950" w:rsidP="002B6950">
            <w:pPr>
              <w:jc w:val="both"/>
              <w:rPr>
                <w:bCs/>
                <w:color w:val="A6A6A6" w:themeColor="background1" w:themeShade="A6"/>
                <w:lang w:val="es-PY"/>
              </w:rPr>
            </w:pPr>
          </w:p>
          <w:p w14:paraId="20228F10" w14:textId="77777777" w:rsidR="002B6950" w:rsidRPr="002B6950" w:rsidRDefault="002B6950" w:rsidP="002B6950">
            <w:pPr>
              <w:jc w:val="both"/>
              <w:rPr>
                <w:bCs/>
                <w:color w:val="A6A6A6" w:themeColor="background1" w:themeShade="A6"/>
                <w:lang w:val="es-PY"/>
              </w:rPr>
            </w:pPr>
          </w:p>
          <w:p w14:paraId="68D71EDE" w14:textId="77777777" w:rsidR="002B6950" w:rsidRPr="002B6950" w:rsidRDefault="002B6950" w:rsidP="002B6950">
            <w:pPr>
              <w:jc w:val="both"/>
              <w:rPr>
                <w:bCs/>
                <w:color w:val="A6A6A6" w:themeColor="background1" w:themeShade="A6"/>
                <w:lang w:val="es-PY"/>
              </w:rPr>
            </w:pPr>
          </w:p>
          <w:p w14:paraId="1FC8247C" w14:textId="77777777" w:rsidR="002B6950" w:rsidRPr="002B6950" w:rsidRDefault="002B6950" w:rsidP="002B6950">
            <w:pPr>
              <w:jc w:val="both"/>
              <w:rPr>
                <w:bCs/>
                <w:color w:val="A6A6A6" w:themeColor="background1" w:themeShade="A6"/>
                <w:lang w:val="es-PY"/>
              </w:rPr>
            </w:pPr>
          </w:p>
          <w:p w14:paraId="5C2C69DC" w14:textId="77777777" w:rsidR="002B6950" w:rsidRPr="002B6950" w:rsidRDefault="002B6950" w:rsidP="002B6950">
            <w:pPr>
              <w:jc w:val="both"/>
              <w:rPr>
                <w:bCs/>
                <w:color w:val="A6A6A6" w:themeColor="background1" w:themeShade="A6"/>
                <w:lang w:val="es-PY"/>
              </w:rPr>
            </w:pPr>
          </w:p>
          <w:p w14:paraId="2EE5FB55" w14:textId="77777777" w:rsidR="002B6950" w:rsidRPr="002B6950" w:rsidRDefault="002B6950" w:rsidP="002B6950">
            <w:pPr>
              <w:jc w:val="both"/>
              <w:rPr>
                <w:bCs/>
                <w:color w:val="A6A6A6" w:themeColor="background1" w:themeShade="A6"/>
                <w:lang w:val="es-PY"/>
              </w:rPr>
            </w:pPr>
          </w:p>
          <w:p w14:paraId="78DE668B" w14:textId="443073B0" w:rsidR="002763C2" w:rsidRPr="002B6950" w:rsidRDefault="002B6950" w:rsidP="002B6950">
            <w:pPr>
              <w:jc w:val="both"/>
              <w:rPr>
                <w:bCs/>
                <w:color w:val="A6A6A6" w:themeColor="background1" w:themeShade="A6"/>
                <w:lang w:val="es-PY"/>
              </w:rPr>
            </w:pPr>
            <w:r w:rsidRPr="002B6950">
              <w:rPr>
                <w:bCs/>
                <w:color w:val="A6A6A6" w:themeColor="background1" w:themeShade="A6"/>
                <w:lang w:val="es-PY"/>
              </w:rPr>
              <w:tab/>
            </w:r>
          </w:p>
          <w:p w14:paraId="2D15275E" w14:textId="77777777" w:rsidR="002763C2" w:rsidRPr="002B6950" w:rsidRDefault="002763C2" w:rsidP="002763C2">
            <w:pPr>
              <w:jc w:val="both"/>
              <w:rPr>
                <w:bCs/>
                <w:color w:val="A6A6A6" w:themeColor="background1" w:themeShade="A6"/>
                <w:lang w:val="es-PY"/>
              </w:rPr>
            </w:pPr>
          </w:p>
          <w:p w14:paraId="0B2D8384" w14:textId="77777777" w:rsidR="002763C2" w:rsidRPr="002B6950" w:rsidRDefault="002763C2" w:rsidP="002763C2">
            <w:pPr>
              <w:jc w:val="both"/>
              <w:rPr>
                <w:bCs/>
                <w:color w:val="A6A6A6" w:themeColor="background1" w:themeShade="A6"/>
                <w:lang w:val="es-PY"/>
              </w:rPr>
            </w:pPr>
          </w:p>
          <w:p w14:paraId="645FC5FC" w14:textId="77777777" w:rsidR="002763C2" w:rsidRPr="002B6950" w:rsidRDefault="002763C2" w:rsidP="002763C2">
            <w:pPr>
              <w:jc w:val="both"/>
              <w:rPr>
                <w:bCs/>
                <w:color w:val="A6A6A6" w:themeColor="background1" w:themeShade="A6"/>
                <w:lang w:val="es-PY"/>
              </w:rPr>
            </w:pPr>
          </w:p>
          <w:p w14:paraId="03B0A11E" w14:textId="77777777" w:rsidR="002763C2" w:rsidRPr="002B6950" w:rsidRDefault="002763C2" w:rsidP="002763C2">
            <w:pPr>
              <w:jc w:val="both"/>
              <w:rPr>
                <w:bCs/>
                <w:color w:val="A6A6A6" w:themeColor="background1" w:themeShade="A6"/>
                <w:lang w:val="es-PY"/>
              </w:rPr>
            </w:pPr>
          </w:p>
          <w:p w14:paraId="67AE1A6D" w14:textId="77777777" w:rsidR="002763C2" w:rsidRPr="002B6950" w:rsidRDefault="002763C2" w:rsidP="002763C2">
            <w:pPr>
              <w:jc w:val="both"/>
              <w:rPr>
                <w:bCs/>
                <w:color w:val="A6A6A6" w:themeColor="background1" w:themeShade="A6"/>
                <w:lang w:val="es-PY"/>
              </w:rPr>
            </w:pPr>
          </w:p>
          <w:p w14:paraId="2472EAE0" w14:textId="77777777" w:rsidR="002763C2" w:rsidRPr="002B6950" w:rsidRDefault="002763C2" w:rsidP="002763C2">
            <w:pPr>
              <w:jc w:val="both"/>
              <w:rPr>
                <w:bCs/>
                <w:color w:val="A6A6A6" w:themeColor="background1" w:themeShade="A6"/>
                <w:lang w:val="es-PY"/>
              </w:rPr>
            </w:pPr>
          </w:p>
          <w:p w14:paraId="2410D5CC" w14:textId="77777777" w:rsidR="002763C2" w:rsidRPr="002B6950" w:rsidRDefault="002763C2" w:rsidP="002763C2">
            <w:pPr>
              <w:jc w:val="both"/>
              <w:rPr>
                <w:bCs/>
                <w:color w:val="A6A6A6" w:themeColor="background1" w:themeShade="A6"/>
                <w:lang w:val="es-PY"/>
              </w:rPr>
            </w:pPr>
          </w:p>
          <w:p w14:paraId="12CA950D" w14:textId="77777777" w:rsidR="002763C2" w:rsidRPr="002B6950" w:rsidRDefault="002763C2" w:rsidP="002763C2">
            <w:pPr>
              <w:jc w:val="both"/>
              <w:rPr>
                <w:bCs/>
                <w:color w:val="A6A6A6" w:themeColor="background1" w:themeShade="A6"/>
                <w:lang w:val="es-PY"/>
              </w:rPr>
            </w:pPr>
          </w:p>
          <w:p w14:paraId="28BC6508" w14:textId="77777777" w:rsidR="002763C2" w:rsidRPr="002B6950" w:rsidRDefault="002763C2" w:rsidP="002763C2">
            <w:pPr>
              <w:jc w:val="both"/>
              <w:rPr>
                <w:bCs/>
                <w:color w:val="A6A6A6" w:themeColor="background1" w:themeShade="A6"/>
                <w:lang w:val="es-PY"/>
              </w:rPr>
            </w:pPr>
          </w:p>
        </w:tc>
        <w:tc>
          <w:tcPr>
            <w:tcW w:w="4678" w:type="dxa"/>
            <w:tcBorders>
              <w:top w:val="single" w:sz="6" w:space="0" w:color="000000"/>
              <w:left w:val="single" w:sz="6" w:space="0" w:color="000000"/>
              <w:bottom w:val="single" w:sz="6" w:space="0" w:color="000000"/>
              <w:right w:val="single" w:sz="6" w:space="0" w:color="000000"/>
            </w:tcBorders>
          </w:tcPr>
          <w:p w14:paraId="5E7CB5E0" w14:textId="11D305CD" w:rsidR="00CC2D7C" w:rsidRPr="002B6950" w:rsidRDefault="002B6950" w:rsidP="002763C2">
            <w:pPr>
              <w:jc w:val="both"/>
              <w:rPr>
                <w:bCs/>
                <w:color w:val="A6A6A6" w:themeColor="background1" w:themeShade="A6"/>
                <w:lang w:val="es-PY"/>
              </w:rPr>
            </w:pPr>
            <w:r w:rsidRPr="002B6950">
              <w:rPr>
                <w:bCs/>
                <w:color w:val="A6A6A6" w:themeColor="background1" w:themeShade="A6"/>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C2D7C" w:rsidRPr="00CC2D7C" w14:paraId="20FA430B"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F7B1C52" w14:textId="77777777" w:rsidR="00CC2D7C" w:rsidRPr="00CC2D7C" w:rsidRDefault="00CC2D7C" w:rsidP="00CC2D7C">
            <w:pPr>
              <w:jc w:val="center"/>
            </w:pPr>
            <w:proofErr w:type="spellStart"/>
            <w:r w:rsidRPr="00CC2D7C">
              <w:rPr>
                <w:b/>
              </w:rPr>
              <w:t>Oportunidades</w:t>
            </w:r>
            <w:proofErr w:type="spellEnd"/>
            <w:r w:rsidRPr="00CC2D7C">
              <w:rPr>
                <w:b/>
              </w:rPr>
              <w:t xml:space="preserve"> de </w:t>
            </w:r>
            <w:proofErr w:type="spellStart"/>
            <w:r w:rsidRPr="00CC2D7C">
              <w:rPr>
                <w:b/>
              </w:rPr>
              <w:t>mejora</w:t>
            </w:r>
            <w:proofErr w:type="spellEnd"/>
          </w:p>
        </w:tc>
      </w:tr>
      <w:tr w:rsidR="00CC2D7C" w:rsidRPr="00D17A0D" w14:paraId="2441E989" w14:textId="77777777" w:rsidTr="002763C2">
        <w:trPr>
          <w:cantSplit/>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9208E12"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Las oportunidades de mejoras deben:</w:t>
            </w:r>
          </w:p>
          <w:p w14:paraId="50F73C74"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Estar directamente vinculadas con las debilidades o hallazgos identificados.</w:t>
            </w:r>
          </w:p>
          <w:p w14:paraId="37D707E8"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Ser viables y pertinentes en el marco del contexto institucional.</w:t>
            </w:r>
          </w:p>
          <w:p w14:paraId="4F5719FC"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Orientar hacia la consolidación de procesos de mejora continua.</w:t>
            </w:r>
          </w:p>
          <w:p w14:paraId="5B8CB60E"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Evitar generalidades o apreciaciones vagas, ofreciendo lineamientos claros para la planificación estratégica.</w:t>
            </w:r>
          </w:p>
          <w:p w14:paraId="40312B4D"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371071A7" w14:textId="77777777" w:rsidR="00CC2D7C" w:rsidRPr="002B6950" w:rsidRDefault="00CC2D7C" w:rsidP="002763C2">
            <w:pPr>
              <w:rPr>
                <w:b/>
                <w:lang w:val="es-PY"/>
              </w:rPr>
            </w:pPr>
          </w:p>
          <w:p w14:paraId="0CE4EFAF" w14:textId="77777777" w:rsidR="00CC2D7C" w:rsidRPr="002B6950" w:rsidRDefault="00CC2D7C" w:rsidP="002763C2">
            <w:pPr>
              <w:rPr>
                <w:b/>
                <w:lang w:val="es-PY"/>
              </w:rPr>
            </w:pPr>
          </w:p>
          <w:p w14:paraId="45CBC226" w14:textId="77777777" w:rsidR="00CC2D7C" w:rsidRPr="002B6950" w:rsidRDefault="00CC2D7C" w:rsidP="002763C2">
            <w:pPr>
              <w:rPr>
                <w:b/>
                <w:lang w:val="es-PY"/>
              </w:rPr>
            </w:pPr>
          </w:p>
          <w:p w14:paraId="5B27C007" w14:textId="77777777" w:rsidR="002763C2" w:rsidRPr="002B6950" w:rsidRDefault="002763C2" w:rsidP="002763C2">
            <w:pPr>
              <w:rPr>
                <w:b/>
                <w:lang w:val="es-PY"/>
              </w:rPr>
            </w:pPr>
          </w:p>
          <w:p w14:paraId="2E4F8C0D" w14:textId="77777777" w:rsidR="002763C2" w:rsidRPr="002B6950" w:rsidRDefault="002763C2" w:rsidP="002763C2">
            <w:pPr>
              <w:rPr>
                <w:b/>
                <w:lang w:val="es-PY"/>
              </w:rPr>
            </w:pPr>
          </w:p>
          <w:p w14:paraId="2C9B6DFC" w14:textId="77777777" w:rsidR="002763C2" w:rsidRPr="002B6950" w:rsidRDefault="002763C2" w:rsidP="002763C2">
            <w:pPr>
              <w:rPr>
                <w:b/>
                <w:lang w:val="es-PY"/>
              </w:rPr>
            </w:pPr>
          </w:p>
          <w:p w14:paraId="183D066A" w14:textId="77777777" w:rsidR="002763C2" w:rsidRPr="002B6950" w:rsidRDefault="002763C2" w:rsidP="002763C2">
            <w:pPr>
              <w:rPr>
                <w:b/>
                <w:lang w:val="es-PY"/>
              </w:rPr>
            </w:pPr>
          </w:p>
          <w:p w14:paraId="45ADC251" w14:textId="77777777" w:rsidR="002763C2" w:rsidRPr="002B6950" w:rsidRDefault="002763C2" w:rsidP="002763C2">
            <w:pPr>
              <w:rPr>
                <w:b/>
                <w:lang w:val="es-PY"/>
              </w:rPr>
            </w:pPr>
          </w:p>
          <w:p w14:paraId="657430F5" w14:textId="77777777" w:rsidR="002763C2" w:rsidRPr="002B6950" w:rsidRDefault="002763C2" w:rsidP="002763C2">
            <w:pPr>
              <w:rPr>
                <w:b/>
                <w:lang w:val="es-PY"/>
              </w:rPr>
            </w:pPr>
          </w:p>
          <w:p w14:paraId="1B1AC365" w14:textId="77777777" w:rsidR="002763C2" w:rsidRPr="002B6950" w:rsidRDefault="002763C2" w:rsidP="002763C2">
            <w:pPr>
              <w:rPr>
                <w:b/>
                <w:lang w:val="es-PY"/>
              </w:rPr>
            </w:pPr>
          </w:p>
          <w:p w14:paraId="21A565FA" w14:textId="77777777" w:rsidR="002763C2" w:rsidRPr="002B6950" w:rsidRDefault="002763C2" w:rsidP="002763C2">
            <w:pPr>
              <w:rPr>
                <w:b/>
                <w:lang w:val="es-PY"/>
              </w:rPr>
            </w:pPr>
          </w:p>
          <w:p w14:paraId="3FF1FE2D" w14:textId="77777777" w:rsidR="002763C2" w:rsidRPr="002B6950" w:rsidRDefault="002763C2" w:rsidP="002763C2">
            <w:pPr>
              <w:rPr>
                <w:b/>
                <w:lang w:val="es-PY"/>
              </w:rPr>
            </w:pPr>
          </w:p>
          <w:p w14:paraId="37883D49" w14:textId="77777777" w:rsidR="002763C2" w:rsidRPr="002B6950" w:rsidRDefault="002763C2" w:rsidP="002763C2">
            <w:pPr>
              <w:rPr>
                <w:b/>
                <w:lang w:val="es-PY"/>
              </w:rPr>
            </w:pPr>
          </w:p>
          <w:p w14:paraId="29FE8505" w14:textId="77777777" w:rsidR="00CC2D7C" w:rsidRPr="002B6950" w:rsidRDefault="00CC2D7C" w:rsidP="002763C2">
            <w:pPr>
              <w:rPr>
                <w:b/>
                <w:lang w:val="es-PY"/>
              </w:rPr>
            </w:pPr>
          </w:p>
        </w:tc>
      </w:tr>
    </w:tbl>
    <w:p w14:paraId="1BED14DB" w14:textId="28B84AF8" w:rsidR="00920E83" w:rsidRPr="002B6950" w:rsidRDefault="00920E83" w:rsidP="002763C2">
      <w:pPr>
        <w:rPr>
          <w:lang w:val="es-PY"/>
        </w:rPr>
      </w:pPr>
    </w:p>
    <w:sectPr w:rsidR="00920E83" w:rsidRPr="002B6950" w:rsidSect="00034616">
      <w:pgSz w:w="12240" w:h="15840"/>
      <w:pgMar w:top="1138" w:right="1138"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D2E6C" w14:textId="77777777" w:rsidR="00894ADD" w:rsidRDefault="00894ADD" w:rsidP="00CA67AF">
      <w:r>
        <w:separator/>
      </w:r>
    </w:p>
  </w:endnote>
  <w:endnote w:type="continuationSeparator" w:id="0">
    <w:p w14:paraId="793C0646" w14:textId="77777777" w:rsidR="00894ADD" w:rsidRDefault="00894ADD" w:rsidP="00CA6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45175" w14:textId="77777777" w:rsidR="00894ADD" w:rsidRDefault="00894ADD" w:rsidP="00CA67AF">
      <w:r>
        <w:separator/>
      </w:r>
    </w:p>
  </w:footnote>
  <w:footnote w:type="continuationSeparator" w:id="0">
    <w:p w14:paraId="3E09868B" w14:textId="77777777" w:rsidR="00894ADD" w:rsidRDefault="00894ADD" w:rsidP="00CA6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26986"/>
    <w:multiLevelType w:val="multilevel"/>
    <w:tmpl w:val="F93E767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color w:val="FFFFFF" w:themeColor="background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889584">
    <w:abstractNumId w:val="8"/>
  </w:num>
  <w:num w:numId="2" w16cid:durableId="1668678584">
    <w:abstractNumId w:val="6"/>
  </w:num>
  <w:num w:numId="3" w16cid:durableId="265617677">
    <w:abstractNumId w:val="5"/>
  </w:num>
  <w:num w:numId="4" w16cid:durableId="1658681240">
    <w:abstractNumId w:val="4"/>
  </w:num>
  <w:num w:numId="5" w16cid:durableId="2141409983">
    <w:abstractNumId w:val="7"/>
  </w:num>
  <w:num w:numId="6" w16cid:durableId="32583748">
    <w:abstractNumId w:val="3"/>
  </w:num>
  <w:num w:numId="7" w16cid:durableId="1798600902">
    <w:abstractNumId w:val="2"/>
  </w:num>
  <w:num w:numId="8" w16cid:durableId="1446541794">
    <w:abstractNumId w:val="1"/>
  </w:num>
  <w:num w:numId="9" w16cid:durableId="1209955802">
    <w:abstractNumId w:val="0"/>
  </w:num>
  <w:num w:numId="10" w16cid:durableId="446780883">
    <w:abstractNumId w:val="17"/>
  </w:num>
  <w:num w:numId="11" w16cid:durableId="1404837799">
    <w:abstractNumId w:val="15"/>
  </w:num>
  <w:num w:numId="12" w16cid:durableId="61803697">
    <w:abstractNumId w:val="12"/>
  </w:num>
  <w:num w:numId="13" w16cid:durableId="1851487376">
    <w:abstractNumId w:val="16"/>
  </w:num>
  <w:num w:numId="14" w16cid:durableId="1159688464">
    <w:abstractNumId w:val="10"/>
  </w:num>
  <w:num w:numId="15" w16cid:durableId="722604031">
    <w:abstractNumId w:val="13"/>
  </w:num>
  <w:num w:numId="16" w16cid:durableId="1557080770">
    <w:abstractNumId w:val="14"/>
  </w:num>
  <w:num w:numId="17" w16cid:durableId="1665207839">
    <w:abstractNumId w:val="9"/>
  </w:num>
  <w:num w:numId="18" w16cid:durableId="1731230217">
    <w:abstractNumId w:val="11"/>
  </w:num>
  <w:num w:numId="19" w16cid:durableId="13869536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6990"/>
    <w:rsid w:val="00034616"/>
    <w:rsid w:val="0006063C"/>
    <w:rsid w:val="000A40AE"/>
    <w:rsid w:val="000C2ED0"/>
    <w:rsid w:val="0010540A"/>
    <w:rsid w:val="001069CD"/>
    <w:rsid w:val="001255CC"/>
    <w:rsid w:val="0015074B"/>
    <w:rsid w:val="00177D63"/>
    <w:rsid w:val="001B4657"/>
    <w:rsid w:val="00222F4B"/>
    <w:rsid w:val="00252351"/>
    <w:rsid w:val="002763C2"/>
    <w:rsid w:val="00285B47"/>
    <w:rsid w:val="0029639D"/>
    <w:rsid w:val="002B6950"/>
    <w:rsid w:val="002F04A7"/>
    <w:rsid w:val="002F11D2"/>
    <w:rsid w:val="002F7D42"/>
    <w:rsid w:val="00310149"/>
    <w:rsid w:val="00326F90"/>
    <w:rsid w:val="00352596"/>
    <w:rsid w:val="00356BFA"/>
    <w:rsid w:val="00367CAC"/>
    <w:rsid w:val="003779D2"/>
    <w:rsid w:val="003E2DBB"/>
    <w:rsid w:val="003E5AAA"/>
    <w:rsid w:val="00423BA1"/>
    <w:rsid w:val="00440F79"/>
    <w:rsid w:val="00461BC9"/>
    <w:rsid w:val="004D28B8"/>
    <w:rsid w:val="004E1252"/>
    <w:rsid w:val="00521045"/>
    <w:rsid w:val="005419F4"/>
    <w:rsid w:val="005441D0"/>
    <w:rsid w:val="005E2190"/>
    <w:rsid w:val="005E4754"/>
    <w:rsid w:val="00600EE1"/>
    <w:rsid w:val="00622ED0"/>
    <w:rsid w:val="00627C90"/>
    <w:rsid w:val="0064309F"/>
    <w:rsid w:val="006C52C2"/>
    <w:rsid w:val="006F2137"/>
    <w:rsid w:val="00792E2F"/>
    <w:rsid w:val="00794D7A"/>
    <w:rsid w:val="007A41A9"/>
    <w:rsid w:val="007A610A"/>
    <w:rsid w:val="007A6692"/>
    <w:rsid w:val="007C7156"/>
    <w:rsid w:val="007D1F70"/>
    <w:rsid w:val="007E3E53"/>
    <w:rsid w:val="008020A5"/>
    <w:rsid w:val="00815E48"/>
    <w:rsid w:val="00816744"/>
    <w:rsid w:val="00861F5D"/>
    <w:rsid w:val="00862786"/>
    <w:rsid w:val="00866EB6"/>
    <w:rsid w:val="00894ADD"/>
    <w:rsid w:val="00920E83"/>
    <w:rsid w:val="009550E7"/>
    <w:rsid w:val="00994BE4"/>
    <w:rsid w:val="009D03D8"/>
    <w:rsid w:val="009D04C1"/>
    <w:rsid w:val="00A01B59"/>
    <w:rsid w:val="00A45E67"/>
    <w:rsid w:val="00A47192"/>
    <w:rsid w:val="00A776B5"/>
    <w:rsid w:val="00AA1D8D"/>
    <w:rsid w:val="00AA6139"/>
    <w:rsid w:val="00B07862"/>
    <w:rsid w:val="00B279BD"/>
    <w:rsid w:val="00B47730"/>
    <w:rsid w:val="00B509EC"/>
    <w:rsid w:val="00B54679"/>
    <w:rsid w:val="00B838BF"/>
    <w:rsid w:val="00BF09D6"/>
    <w:rsid w:val="00C156A0"/>
    <w:rsid w:val="00C931C6"/>
    <w:rsid w:val="00CA67AF"/>
    <w:rsid w:val="00CA7B2E"/>
    <w:rsid w:val="00CA7D33"/>
    <w:rsid w:val="00CB0664"/>
    <w:rsid w:val="00CC2D7C"/>
    <w:rsid w:val="00CF790B"/>
    <w:rsid w:val="00D154E0"/>
    <w:rsid w:val="00D17A0D"/>
    <w:rsid w:val="00DD1799"/>
    <w:rsid w:val="00E10323"/>
    <w:rsid w:val="00E128A1"/>
    <w:rsid w:val="00EA20A5"/>
    <w:rsid w:val="00EA35D9"/>
    <w:rsid w:val="00EA6C80"/>
    <w:rsid w:val="00EB5A6A"/>
    <w:rsid w:val="00EC0B2E"/>
    <w:rsid w:val="00EC321E"/>
    <w:rsid w:val="00ED51FB"/>
    <w:rsid w:val="00F25D08"/>
    <w:rsid w:val="00F562A3"/>
    <w:rsid w:val="00F71B5D"/>
    <w:rsid w:val="00FA077B"/>
    <w:rsid w:val="00FB4D9C"/>
    <w:rsid w:val="00FC693F"/>
    <w:rsid w:val="00FD0D34"/>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CB993"/>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AE"/>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
    <w:name w:val="Tabla con cuadrícula1"/>
    <w:basedOn w:val="Tablanormal"/>
    <w:next w:val="Tablaconcuadrcula"/>
    <w:uiPriority w:val="39"/>
    <w:rsid w:val="00CA7D33"/>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31C6"/>
    <w:pPr>
      <w:widowControl w:val="0"/>
      <w:autoSpaceDE w:val="0"/>
      <w:autoSpaceDN w:val="0"/>
    </w:pPr>
    <w:rPr>
      <w:sz w:val="22"/>
      <w:lang w:val="es-ES"/>
    </w:rPr>
  </w:style>
  <w:style w:type="table" w:customStyle="1" w:styleId="Tablaconcuadrcula2">
    <w:name w:val="Tabla con cuadrícula2"/>
    <w:basedOn w:val="Tablanormal"/>
    <w:next w:val="Tablaconcuadrcula"/>
    <w:uiPriority w:val="39"/>
    <w:rsid w:val="00B838BF"/>
    <w:pPr>
      <w:spacing w:after="0" w:line="240" w:lineRule="auto"/>
    </w:pPr>
    <w:rPr>
      <w:rFonts w:eastAsia="Times New Roman" w:cs="Times New Roman"/>
      <w:kern w:val="2"/>
      <w:sz w:val="24"/>
      <w:szCs w:val="24"/>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0026F-3FFA-4DA0-B2D6-245C94778491}">
  <ds:schemaRefs>
    <ds:schemaRef ds:uri="http://schemas.openxmlformats.org/officeDocument/2006/bibliography"/>
  </ds:schemaRefs>
</ds:datastoreItem>
</file>

<file path=customXml/itemProps2.xml><?xml version="1.0" encoding="utf-8"?>
<ds:datastoreItem xmlns:ds="http://schemas.openxmlformats.org/officeDocument/2006/customXml" ds:itemID="{846F3242-5C2F-4EA4-A401-E3E26F80998B}">
  <ds:schemaRefs>
    <ds:schemaRef ds:uri="http://schemas.microsoft.com/office/2006/metadata/properties"/>
    <ds:schemaRef ds:uri="http://schemas.microsoft.com/office/infopath/2007/PartnerControls"/>
    <ds:schemaRef ds:uri="e4f75650-8e21-49ba-b91c-b81547c800be"/>
  </ds:schemaRefs>
</ds:datastoreItem>
</file>

<file path=customXml/itemProps3.xml><?xml version="1.0" encoding="utf-8"?>
<ds:datastoreItem xmlns:ds="http://schemas.openxmlformats.org/officeDocument/2006/customXml" ds:itemID="{1A1B4E7E-5C17-42C5-850B-063813DF418E}">
  <ds:schemaRefs>
    <ds:schemaRef ds:uri="http://schemas.microsoft.com/sharepoint/v3/contenttype/forms"/>
  </ds:schemaRefs>
</ds:datastoreItem>
</file>

<file path=customXml/itemProps4.xml><?xml version="1.0" encoding="utf-8"?>
<ds:datastoreItem xmlns:ds="http://schemas.openxmlformats.org/officeDocument/2006/customXml" ds:itemID="{DE220C36-9870-42AD-BA77-05E24E71D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2102</Words>
  <Characters>11561</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13636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2026-09-03T14:48:00Z</dcterms:created>
  <dcterms:modified xsi:type="dcterms:W3CDTF">2026-09-03T14:48:00Z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