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530FB" w14:textId="77777777" w:rsidR="006B718D" w:rsidRPr="00EA35D9" w:rsidRDefault="00BF74F5">
      <w:pPr>
        <w:spacing w:after="0"/>
        <w:jc w:val="center"/>
        <w:rPr>
          <w:sz w:val="24"/>
          <w:szCs w:val="24"/>
          <w:lang w:val="es-PY"/>
        </w:rPr>
      </w:pPr>
      <w:r w:rsidRPr="00EA35D9">
        <w:rPr>
          <w:b/>
          <w:color w:val="000000"/>
          <w:sz w:val="24"/>
          <w:szCs w:val="24"/>
          <w:lang w:val="es-PY"/>
        </w:rPr>
        <w:t>MODELO NACIONAL DE EVALUACIÓN Y ACREDITACIÓN DE LA</w:t>
      </w:r>
    </w:p>
    <w:p w14:paraId="7E84CF91" w14:textId="77777777" w:rsidR="006B718D" w:rsidRPr="00EA35D9" w:rsidRDefault="00BF74F5">
      <w:pPr>
        <w:spacing w:after="160"/>
        <w:jc w:val="center"/>
        <w:rPr>
          <w:sz w:val="24"/>
          <w:szCs w:val="24"/>
          <w:lang w:val="es-PY"/>
        </w:rPr>
      </w:pPr>
      <w:r w:rsidRPr="00EA35D9">
        <w:rPr>
          <w:b/>
          <w:color w:val="000000"/>
          <w:sz w:val="24"/>
          <w:szCs w:val="24"/>
          <w:lang w:val="es-PY"/>
        </w:rPr>
        <w:t>EDUCACIÓN SUPERIOR</w:t>
      </w:r>
    </w:p>
    <w:p w14:paraId="09045CAD" w14:textId="77777777" w:rsidR="004D7D58" w:rsidRDefault="00EA35D9" w:rsidP="00EA35D9">
      <w:pPr>
        <w:spacing w:after="0"/>
        <w:jc w:val="center"/>
        <w:rPr>
          <w:b/>
          <w:color w:val="000000"/>
          <w:sz w:val="24"/>
          <w:szCs w:val="24"/>
          <w:lang w:val="es-PY"/>
        </w:rPr>
      </w:pPr>
      <w:r w:rsidRPr="00EA35D9">
        <w:rPr>
          <w:b/>
          <w:color w:val="000000"/>
          <w:sz w:val="24"/>
          <w:szCs w:val="24"/>
          <w:lang w:val="es-PY"/>
        </w:rPr>
        <w:t xml:space="preserve">SISTEMA DE EVALUACIÓN DE LA CALIDAD DE LA EDUCACIÓN </w:t>
      </w:r>
    </w:p>
    <w:p w14:paraId="0AA28592" w14:textId="78EBCC2A"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SUPERIOR POR FASES </w:t>
      </w:r>
    </w:p>
    <w:p w14:paraId="3D3D8049" w14:textId="17EAF387" w:rsidR="00EA35D9" w:rsidRPr="00EA35D9" w:rsidRDefault="00EA35D9" w:rsidP="00EA35D9">
      <w:pPr>
        <w:spacing w:after="0"/>
        <w:jc w:val="center"/>
        <w:rPr>
          <w:b/>
          <w:color w:val="000000"/>
          <w:sz w:val="24"/>
          <w:szCs w:val="24"/>
          <w:lang w:val="es-PY"/>
        </w:rPr>
      </w:pPr>
      <w:r w:rsidRPr="00EA35D9">
        <w:rPr>
          <w:b/>
          <w:color w:val="000000"/>
          <w:sz w:val="24"/>
          <w:szCs w:val="24"/>
          <w:lang w:val="es-PY"/>
        </w:rPr>
        <w:t>Resolución ANEAES N° 309/2025</w:t>
      </w:r>
    </w:p>
    <w:p w14:paraId="78FA2C47" w14:textId="77777777" w:rsidR="00EA35D9" w:rsidRPr="00EA35D9" w:rsidRDefault="00EA35D9">
      <w:pPr>
        <w:spacing w:after="0"/>
        <w:jc w:val="center"/>
        <w:rPr>
          <w:b/>
          <w:color w:val="000000"/>
          <w:sz w:val="24"/>
          <w:szCs w:val="24"/>
          <w:lang w:val="es-PY"/>
        </w:rPr>
      </w:pPr>
    </w:p>
    <w:p w14:paraId="639DF7B9" w14:textId="77777777" w:rsidR="00643F90" w:rsidRPr="00643F90" w:rsidRDefault="00643F90" w:rsidP="00643F90">
      <w:pPr>
        <w:spacing w:after="0"/>
        <w:jc w:val="center"/>
        <w:rPr>
          <w:rFonts w:eastAsia="Times New Roman" w:cs="Times New Roman"/>
          <w:b/>
          <w:color w:val="000000"/>
          <w:sz w:val="24"/>
          <w:szCs w:val="24"/>
          <w:lang w:val="es-PY"/>
        </w:rPr>
      </w:pPr>
      <w:r w:rsidRPr="00643F90">
        <w:rPr>
          <w:rFonts w:eastAsia="Times New Roman" w:cs="Times New Roman"/>
          <w:b/>
          <w:color w:val="000000"/>
          <w:sz w:val="24"/>
          <w:szCs w:val="24"/>
          <w:lang w:val="es-PY"/>
        </w:rPr>
        <w:t>INFORME DE AUTOEVALUACIÓN</w:t>
      </w:r>
    </w:p>
    <w:p w14:paraId="33CE54EF" w14:textId="77777777" w:rsidR="0023038C" w:rsidRPr="00EA35D9" w:rsidRDefault="0023038C" w:rsidP="00D0038D">
      <w:pPr>
        <w:spacing w:after="0"/>
        <w:jc w:val="center"/>
        <w:rPr>
          <w:sz w:val="24"/>
          <w:szCs w:val="24"/>
          <w:lang w:val="es-PY"/>
        </w:rPr>
      </w:pPr>
      <w:r w:rsidRPr="00C57F61">
        <w:rPr>
          <w:b/>
          <w:bCs/>
          <w:sz w:val="24"/>
          <w:szCs w:val="24"/>
          <w:lang w:val="es-PY"/>
        </w:rPr>
        <w:t>CLÚSTER BIMODAL</w:t>
      </w:r>
      <w:r>
        <w:rPr>
          <w:b/>
          <w:bCs/>
          <w:sz w:val="24"/>
          <w:szCs w:val="24"/>
          <w:lang w:val="es-PY"/>
        </w:rPr>
        <w:t xml:space="preserve">- </w:t>
      </w:r>
      <w:r w:rsidRPr="00EA35D9">
        <w:rPr>
          <w:b/>
          <w:color w:val="000000"/>
          <w:sz w:val="24"/>
          <w:szCs w:val="24"/>
          <w:lang w:val="es-PY"/>
        </w:rPr>
        <w:t>DOCTORADO</w:t>
      </w:r>
      <w:r>
        <w:rPr>
          <w:b/>
          <w:color w:val="000000"/>
          <w:sz w:val="24"/>
          <w:szCs w:val="24"/>
          <w:lang w:val="es-PY"/>
        </w:rPr>
        <w:t>S</w:t>
      </w:r>
      <w:r w:rsidRPr="00EA35D9">
        <w:rPr>
          <w:b/>
          <w:color w:val="000000"/>
          <w:sz w:val="24"/>
          <w:szCs w:val="24"/>
          <w:lang w:val="es-PY"/>
        </w:rPr>
        <w:t xml:space="preserve"> PROFESIONALIZANTE</w:t>
      </w:r>
      <w:r>
        <w:rPr>
          <w:b/>
          <w:color w:val="000000"/>
          <w:sz w:val="24"/>
          <w:szCs w:val="24"/>
          <w:lang w:val="es-PY"/>
        </w:rPr>
        <w:t>S</w:t>
      </w:r>
    </w:p>
    <w:p w14:paraId="0D9D2560" w14:textId="77777777" w:rsidR="0023038C" w:rsidRDefault="0023038C" w:rsidP="0023038C">
      <w:pPr>
        <w:spacing w:after="160"/>
        <w:jc w:val="center"/>
        <w:rPr>
          <w:b/>
          <w:color w:val="000000"/>
          <w:sz w:val="24"/>
          <w:szCs w:val="24"/>
          <w:lang w:val="es-PY"/>
        </w:rPr>
      </w:pPr>
      <w:r w:rsidRPr="00C57F61">
        <w:rPr>
          <w:b/>
          <w:color w:val="000000"/>
          <w:sz w:val="24"/>
          <w:szCs w:val="24"/>
          <w:lang w:val="es-PY"/>
        </w:rPr>
        <w:t>MODALIDAD PRESENCIAL Y EDUCACIÓN A DISTANCIA</w:t>
      </w:r>
    </w:p>
    <w:tbl>
      <w:tblPr>
        <w:tblW w:w="9356" w:type="dxa"/>
        <w:jc w:val="center"/>
        <w:tblLayout w:type="fixed"/>
        <w:tblLook w:val="04A0" w:firstRow="1" w:lastRow="0" w:firstColumn="1" w:lastColumn="0" w:noHBand="0" w:noVBand="1"/>
      </w:tblPr>
      <w:tblGrid>
        <w:gridCol w:w="3033"/>
        <w:gridCol w:w="6323"/>
      </w:tblGrid>
      <w:tr w:rsidR="00643F90" w:rsidRPr="00643F90" w14:paraId="2AE19D0D" w14:textId="77777777" w:rsidTr="00193BFD">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0273ADDD" w14:textId="77777777" w:rsidR="00643F90" w:rsidRPr="00643F90" w:rsidRDefault="00643F90" w:rsidP="00643F90">
            <w:pPr>
              <w:rPr>
                <w:rFonts w:eastAsia="Times New Roman" w:cs="Times New Roman"/>
              </w:rPr>
            </w:pPr>
            <w:r w:rsidRPr="00643F90">
              <w:rPr>
                <w:rFonts w:eastAsia="Times New Roman" w:cs="Garamond"/>
                <w:b/>
                <w:color w:val="FFFFFF"/>
              </w:rPr>
              <w:t>1. DATOS DE IDENTIFICACIÓN</w:t>
            </w:r>
          </w:p>
        </w:tc>
      </w:tr>
      <w:tr w:rsidR="00643F90" w:rsidRPr="00643F90" w14:paraId="7E3CFBFD"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2C52C42F" w14:textId="77777777" w:rsidR="00643F90" w:rsidRPr="00643F90" w:rsidRDefault="00643F90" w:rsidP="00643F90">
            <w:pPr>
              <w:rPr>
                <w:rFonts w:eastAsia="Times New Roman" w:cs="Times New Roman"/>
              </w:rPr>
            </w:pPr>
            <w:r w:rsidRPr="00643F90">
              <w:rPr>
                <w:rFonts w:eastAsia="Times New Roman" w:cs="Garamond"/>
                <w:b/>
                <w:color w:val="FFFFFF"/>
              </w:rPr>
              <w:t>DATOS DE LA INSTITUCIÓN</w:t>
            </w:r>
          </w:p>
        </w:tc>
      </w:tr>
      <w:tr w:rsidR="00643F90" w:rsidRPr="00643F90" w14:paraId="10A299E8"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9C0C9A"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Institución:</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19C34CD" w14:textId="77777777" w:rsidR="00643F90" w:rsidRPr="00643F90" w:rsidRDefault="00643F90" w:rsidP="00643F90">
            <w:pPr>
              <w:spacing w:after="0" w:line="240" w:lineRule="auto"/>
              <w:rPr>
                <w:rFonts w:eastAsia="Times New Roman" w:cs="Times New Roman"/>
              </w:rPr>
            </w:pPr>
          </w:p>
        </w:tc>
      </w:tr>
      <w:tr w:rsidR="00643F90" w:rsidRPr="00643F90" w14:paraId="54DDAF42"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8F70F74"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Máxima autoridad:</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918BB7E" w14:textId="77777777" w:rsidR="00643F90" w:rsidRPr="00643F90" w:rsidRDefault="00643F90" w:rsidP="00643F90">
            <w:pPr>
              <w:spacing w:after="0" w:line="240" w:lineRule="auto"/>
              <w:rPr>
                <w:rFonts w:eastAsia="Times New Roman" w:cs="Times New Roman"/>
              </w:rPr>
            </w:pPr>
          </w:p>
        </w:tc>
      </w:tr>
      <w:tr w:rsidR="00643F90" w:rsidRPr="00643F90" w14:paraId="73AEA53C"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79952B0"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Dirección:</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006105E" w14:textId="77777777" w:rsidR="00643F90" w:rsidRPr="00643F90" w:rsidRDefault="00643F90" w:rsidP="00643F90">
            <w:pPr>
              <w:spacing w:after="0" w:line="240" w:lineRule="auto"/>
              <w:rPr>
                <w:rFonts w:eastAsia="Times New Roman" w:cs="Times New Roman"/>
              </w:rPr>
            </w:pPr>
          </w:p>
        </w:tc>
      </w:tr>
      <w:tr w:rsidR="00643F90" w:rsidRPr="00643F90" w14:paraId="1EB2AB07"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E05ECC1"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Departamento: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45868A1" w14:textId="77777777" w:rsidR="00643F90" w:rsidRPr="00643F90" w:rsidRDefault="00643F90" w:rsidP="00643F90">
            <w:pPr>
              <w:spacing w:after="0" w:line="240" w:lineRule="auto"/>
              <w:rPr>
                <w:rFonts w:eastAsia="Times New Roman" w:cs="Times New Roman"/>
              </w:rPr>
            </w:pPr>
          </w:p>
        </w:tc>
      </w:tr>
      <w:tr w:rsidR="00643F90" w:rsidRPr="00643F90" w14:paraId="3103382F"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757EA68"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Ciudad:</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2C880D5" w14:textId="77777777" w:rsidR="00643F90" w:rsidRPr="00643F90" w:rsidRDefault="00643F90" w:rsidP="00643F90">
            <w:pPr>
              <w:spacing w:after="0" w:line="240" w:lineRule="auto"/>
              <w:rPr>
                <w:rFonts w:eastAsia="Times New Roman" w:cs="Times New Roman"/>
              </w:rPr>
            </w:pPr>
          </w:p>
        </w:tc>
      </w:tr>
      <w:tr w:rsidR="00643F90" w:rsidRPr="00643F90" w14:paraId="489AD26A"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38F1D84"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Teléfono: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6C44DF" w14:textId="77777777" w:rsidR="00643F90" w:rsidRPr="00643F90" w:rsidRDefault="00643F90" w:rsidP="00643F90">
            <w:pPr>
              <w:spacing w:after="0" w:line="240" w:lineRule="auto"/>
              <w:rPr>
                <w:rFonts w:eastAsia="Times New Roman" w:cs="Times New Roman"/>
              </w:rPr>
            </w:pPr>
          </w:p>
        </w:tc>
      </w:tr>
      <w:tr w:rsidR="00643F90" w:rsidRPr="00643F90" w14:paraId="0B5FAFD8"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686F735"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Correo electrónico: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2C6B021" w14:textId="77777777" w:rsidR="00643F90" w:rsidRPr="00643F90" w:rsidRDefault="00643F90" w:rsidP="00643F90">
            <w:pPr>
              <w:spacing w:after="0" w:line="240" w:lineRule="auto"/>
              <w:rPr>
                <w:rFonts w:eastAsia="Times New Roman" w:cs="Times New Roman"/>
              </w:rPr>
            </w:pPr>
          </w:p>
        </w:tc>
      </w:tr>
      <w:tr w:rsidR="00643F90" w:rsidRPr="000858EE" w14:paraId="4CD45BD2"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70E99A60" w14:textId="77777777" w:rsidR="00643F90" w:rsidRPr="00643F90" w:rsidRDefault="00643F90" w:rsidP="00643F90">
            <w:pPr>
              <w:rPr>
                <w:rFonts w:eastAsia="Times New Roman" w:cs="Times New Roman"/>
                <w:lang w:val="es-PY"/>
              </w:rPr>
            </w:pPr>
            <w:r w:rsidRPr="00643F90">
              <w:rPr>
                <w:rFonts w:eastAsia="Times New Roman" w:cs="Garamond"/>
                <w:b/>
                <w:color w:val="FFFFFF"/>
                <w:lang w:val="es-PY"/>
              </w:rPr>
              <w:t>DATOS DE LOS PROGRAMAS DEL CLÚSTER</w:t>
            </w:r>
          </w:p>
        </w:tc>
      </w:tr>
      <w:tr w:rsidR="00643F90" w:rsidRPr="00643F90" w14:paraId="5F612121"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9D36660"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Facultad:</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E0B379C" w14:textId="77777777" w:rsidR="00643F90" w:rsidRPr="00643F90" w:rsidRDefault="00643F90" w:rsidP="00643F90">
            <w:pPr>
              <w:spacing w:after="0" w:line="240" w:lineRule="auto"/>
              <w:rPr>
                <w:rFonts w:eastAsia="Times New Roman" w:cs="Times New Roman"/>
              </w:rPr>
            </w:pPr>
          </w:p>
        </w:tc>
      </w:tr>
      <w:tr w:rsidR="00643F90" w:rsidRPr="000858EE" w14:paraId="62C56801"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C40D771" w14:textId="77777777" w:rsidR="00643F90" w:rsidRPr="00643F90" w:rsidRDefault="00643F90" w:rsidP="00643F90">
            <w:pPr>
              <w:spacing w:after="0" w:line="240" w:lineRule="auto"/>
              <w:rPr>
                <w:rFonts w:eastAsia="Times New Roman" w:cs="Times New Roman"/>
                <w:lang w:val="es-PY"/>
              </w:rPr>
            </w:pPr>
            <w:r w:rsidRPr="00643F90">
              <w:rPr>
                <w:rFonts w:eastAsia="Times New Roman" w:cs="Garamond"/>
                <w:b/>
                <w:color w:val="000000"/>
                <w:lang w:val="es-PY"/>
              </w:rPr>
              <w:t>Sede o filial donde se desarrolla:</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E95C578" w14:textId="77777777" w:rsidR="00643F90" w:rsidRPr="00643F90" w:rsidRDefault="00643F90" w:rsidP="00643F90">
            <w:pPr>
              <w:spacing w:after="0" w:line="240" w:lineRule="auto"/>
              <w:rPr>
                <w:rFonts w:eastAsia="Times New Roman" w:cs="Times New Roman"/>
                <w:lang w:val="es-PY"/>
              </w:rPr>
            </w:pPr>
          </w:p>
        </w:tc>
      </w:tr>
      <w:tr w:rsidR="00643F90" w:rsidRPr="00643F90" w14:paraId="62CE8806"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A33DF48"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Dirección:</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3099CBB" w14:textId="77777777" w:rsidR="00643F90" w:rsidRPr="00643F90" w:rsidRDefault="00643F90" w:rsidP="00643F90">
            <w:pPr>
              <w:spacing w:after="0" w:line="240" w:lineRule="auto"/>
              <w:rPr>
                <w:rFonts w:eastAsia="Times New Roman" w:cs="Times New Roman"/>
              </w:rPr>
            </w:pPr>
          </w:p>
        </w:tc>
      </w:tr>
      <w:tr w:rsidR="00643F90" w:rsidRPr="00643F90" w14:paraId="2ADD2A56" w14:textId="77777777" w:rsidTr="00193BFD">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8454312" w14:textId="77777777" w:rsidR="00643F90" w:rsidRPr="00643F90" w:rsidRDefault="00643F90" w:rsidP="00643F90">
            <w:pPr>
              <w:spacing w:after="0" w:line="240" w:lineRule="auto"/>
              <w:rPr>
                <w:rFonts w:eastAsia="Times New Roman" w:cs="Garamond"/>
                <w:b/>
                <w:color w:val="000000"/>
                <w:lang w:val="es-PY"/>
              </w:rPr>
            </w:pPr>
            <w:r w:rsidRPr="00643F90">
              <w:rPr>
                <w:rFonts w:eastAsia="Times New Roman" w:cs="Garamond"/>
                <w:b/>
                <w:color w:val="000000"/>
                <w:lang w:val="es-PY"/>
              </w:rPr>
              <w:t>Programas incluidos en el clúster:</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2ACACE"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1.</w:t>
            </w:r>
          </w:p>
          <w:p w14:paraId="78B2FC53"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2.</w:t>
            </w:r>
          </w:p>
          <w:p w14:paraId="058704E6"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3.</w:t>
            </w:r>
          </w:p>
          <w:p w14:paraId="27D3B210"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4.</w:t>
            </w:r>
          </w:p>
          <w:p w14:paraId="7F62E6BA"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5.</w:t>
            </w:r>
          </w:p>
          <w:p w14:paraId="103A6263"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6.</w:t>
            </w:r>
          </w:p>
        </w:tc>
      </w:tr>
      <w:tr w:rsidR="00643F90" w:rsidRPr="00643F90" w14:paraId="21BF0777"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1ADEBD4" w14:textId="77777777" w:rsidR="00643F90" w:rsidRPr="00643F90" w:rsidRDefault="00643F90" w:rsidP="00643F90">
            <w:pPr>
              <w:spacing w:after="0" w:line="240" w:lineRule="auto"/>
              <w:rPr>
                <w:rFonts w:eastAsia="Times New Roman" w:cs="Garamond"/>
                <w:b/>
                <w:color w:val="000000"/>
                <w:lang w:val="es-PY"/>
              </w:rPr>
            </w:pPr>
            <w:r w:rsidRPr="00643F90">
              <w:rPr>
                <w:rFonts w:eastAsia="Times New Roman" w:cs="Garamond"/>
                <w:b/>
                <w:bCs/>
                <w:color w:val="000000"/>
                <w:lang w:val="es-PY"/>
              </w:rPr>
              <w:t>Área del conocimiento: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83CDB8B" w14:textId="77777777" w:rsidR="00643F90" w:rsidRPr="00643F90" w:rsidRDefault="00643F90" w:rsidP="00643F90">
            <w:pPr>
              <w:spacing w:after="0" w:line="240" w:lineRule="auto"/>
              <w:rPr>
                <w:rFonts w:eastAsia="Times New Roman" w:cs="Times New Roman"/>
                <w:b/>
                <w:bCs/>
                <w:lang w:val="es-PY"/>
              </w:rPr>
            </w:pPr>
          </w:p>
        </w:tc>
      </w:tr>
      <w:tr w:rsidR="00643F90" w:rsidRPr="000858EE" w14:paraId="421CE855"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388E31E5" w14:textId="77777777" w:rsidR="00643F90" w:rsidRPr="00643F90" w:rsidRDefault="00643F90" w:rsidP="00643F90">
            <w:pPr>
              <w:rPr>
                <w:rFonts w:eastAsia="Times New Roman" w:cs="Times New Roman"/>
                <w:lang w:val="es-PY"/>
              </w:rPr>
            </w:pPr>
            <w:r w:rsidRPr="00643F90">
              <w:rPr>
                <w:rFonts w:eastAsia="Times New Roman" w:cs="Garamond"/>
                <w:b/>
                <w:color w:val="FFFFFF"/>
                <w:lang w:val="es-PY"/>
              </w:rPr>
              <w:t>DATOS DE LOS RESPONSABLES DE LOS PROGRAMAS</w:t>
            </w:r>
          </w:p>
        </w:tc>
      </w:tr>
      <w:tr w:rsidR="00643F90" w:rsidRPr="00643F90" w14:paraId="67057C54"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A09E7A2"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Nombres y apellidos:</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9081B21" w14:textId="77777777" w:rsidR="00643F90" w:rsidRPr="00643F90" w:rsidRDefault="00643F90" w:rsidP="00643F90">
            <w:pPr>
              <w:spacing w:after="0" w:line="240" w:lineRule="auto"/>
              <w:rPr>
                <w:rFonts w:eastAsia="Times New Roman" w:cs="Times New Roman"/>
              </w:rPr>
            </w:pPr>
          </w:p>
        </w:tc>
      </w:tr>
      <w:tr w:rsidR="00643F90" w:rsidRPr="00643F90" w14:paraId="08A75F38"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87F9D52"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Máxima titulación académica:</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2C347D4" w14:textId="77777777" w:rsidR="00643F90" w:rsidRPr="00643F90" w:rsidRDefault="00643F90" w:rsidP="00643F90">
            <w:pPr>
              <w:spacing w:after="0" w:line="240" w:lineRule="auto"/>
              <w:rPr>
                <w:rFonts w:eastAsia="Times New Roman" w:cs="Times New Roman"/>
              </w:rPr>
            </w:pPr>
          </w:p>
        </w:tc>
      </w:tr>
      <w:tr w:rsidR="00643F90" w:rsidRPr="00643F90" w14:paraId="7B51E815"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7FC9A99"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Resolución de nombramiento: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0C39C59" w14:textId="77777777" w:rsidR="00643F90" w:rsidRPr="00643F90" w:rsidRDefault="00643F90" w:rsidP="00643F90">
            <w:pPr>
              <w:spacing w:after="0" w:line="240" w:lineRule="auto"/>
              <w:rPr>
                <w:rFonts w:eastAsia="Times New Roman" w:cs="Times New Roman"/>
              </w:rPr>
            </w:pPr>
          </w:p>
        </w:tc>
      </w:tr>
      <w:tr w:rsidR="00643F90" w:rsidRPr="000858EE" w14:paraId="3736AC1D"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10416119" w14:textId="77777777" w:rsidR="00643F90" w:rsidRPr="00643F90" w:rsidRDefault="00643F90" w:rsidP="00643F90">
            <w:pPr>
              <w:rPr>
                <w:rFonts w:eastAsia="Times New Roman" w:cs="Times New Roman"/>
                <w:lang w:val="es-PY"/>
              </w:rPr>
            </w:pPr>
            <w:r w:rsidRPr="00643F90">
              <w:rPr>
                <w:rFonts w:eastAsia="Times New Roman" w:cs="Garamond"/>
                <w:b/>
                <w:color w:val="FFFFFF"/>
                <w:lang w:val="es-PY"/>
              </w:rPr>
              <w:t>DATOS DEL TÉCNICO DE ENLACE</w:t>
            </w:r>
          </w:p>
        </w:tc>
      </w:tr>
      <w:tr w:rsidR="00643F90" w:rsidRPr="00643F90" w14:paraId="728CF810"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7759892"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Nombres y apellidos:</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56AF02F" w14:textId="77777777" w:rsidR="00643F90" w:rsidRPr="00643F90" w:rsidRDefault="00643F90" w:rsidP="00643F90">
            <w:pPr>
              <w:spacing w:after="0" w:line="240" w:lineRule="auto"/>
              <w:rPr>
                <w:rFonts w:eastAsia="Times New Roman" w:cs="Times New Roman"/>
              </w:rPr>
            </w:pPr>
          </w:p>
        </w:tc>
      </w:tr>
      <w:tr w:rsidR="00643F90" w:rsidRPr="00643F90" w14:paraId="0A61B5FB"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5157879"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Correo electrónico: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3BB7AC5" w14:textId="77777777" w:rsidR="00643F90" w:rsidRPr="00643F90" w:rsidRDefault="00643F90" w:rsidP="00643F90">
            <w:pPr>
              <w:spacing w:after="0" w:line="240" w:lineRule="auto"/>
              <w:rPr>
                <w:rFonts w:eastAsia="Times New Roman" w:cs="Times New Roman"/>
              </w:rPr>
            </w:pPr>
          </w:p>
        </w:tc>
      </w:tr>
      <w:tr w:rsidR="00643F90" w:rsidRPr="00643F90" w14:paraId="3E960F00"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18F0C90"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Teléfono de contacto: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7E1DADC" w14:textId="77777777" w:rsidR="00643F90" w:rsidRPr="00643F90" w:rsidRDefault="00643F90" w:rsidP="00643F90">
            <w:pPr>
              <w:spacing w:after="0" w:line="240" w:lineRule="auto"/>
              <w:rPr>
                <w:rFonts w:eastAsia="Times New Roman" w:cs="Times New Roman"/>
              </w:rPr>
            </w:pPr>
          </w:p>
        </w:tc>
      </w:tr>
    </w:tbl>
    <w:p w14:paraId="4A338995" w14:textId="77777777" w:rsidR="006B718D" w:rsidRDefault="00BF74F5">
      <w:pPr>
        <w:spacing w:after="0"/>
      </w:pPr>
      <w:r>
        <w:br w:type="page"/>
      </w:r>
    </w:p>
    <w:tbl>
      <w:tblPr>
        <w:tblW w:w="9066" w:type="dxa"/>
        <w:tblLook w:val="04A0" w:firstRow="1" w:lastRow="0" w:firstColumn="1" w:lastColumn="0" w:noHBand="0" w:noVBand="1"/>
      </w:tblPr>
      <w:tblGrid>
        <w:gridCol w:w="9066"/>
      </w:tblGrid>
      <w:tr w:rsidR="006B718D" w:rsidRPr="000858EE" w14:paraId="5E4AC128" w14:textId="77777777" w:rsidTr="00B05CC6">
        <w:trPr>
          <w:trHeight w:hRule="exact" w:val="312"/>
        </w:trPr>
        <w:tc>
          <w:tcPr>
            <w:tcW w:w="9066"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62FEA69D" w14:textId="297C4EF3" w:rsidR="006B718D" w:rsidRPr="00B05CC6" w:rsidRDefault="00ED1B76" w:rsidP="00B05CC6">
            <w:pPr>
              <w:spacing w:after="0" w:line="240" w:lineRule="auto"/>
              <w:ind w:right="-393"/>
              <w:rPr>
                <w:sz w:val="22"/>
                <w:lang w:val="es-PY"/>
              </w:rPr>
            </w:pPr>
            <w:r w:rsidRPr="00B05CC6">
              <w:rPr>
                <w:b/>
                <w:color w:val="FFFFFF"/>
                <w:sz w:val="22"/>
                <w:lang w:val="es-PY"/>
              </w:rPr>
              <w:lastRenderedPageBreak/>
              <w:t>7</w:t>
            </w:r>
            <w:r w:rsidR="00BF74F5" w:rsidRPr="00B05CC6">
              <w:rPr>
                <w:b/>
                <w:color w:val="FFFFFF"/>
                <w:sz w:val="22"/>
                <w:lang w:val="es-PY"/>
              </w:rPr>
              <w:t>.    RESULTADOS DEL PROCESO DE AUTOEVALUACIÓN</w:t>
            </w:r>
          </w:p>
        </w:tc>
      </w:tr>
    </w:tbl>
    <w:p w14:paraId="17BB91D5" w14:textId="77777777" w:rsidR="00EA35D9" w:rsidRPr="00446BE8" w:rsidRDefault="00EA35D9" w:rsidP="00EA35D9">
      <w:pPr>
        <w:spacing w:after="0" w:line="240" w:lineRule="auto"/>
        <w:rPr>
          <w:lang w:val="es-PY"/>
        </w:rPr>
      </w:pPr>
    </w:p>
    <w:tbl>
      <w:tblPr>
        <w:tblW w:w="5000" w:type="pct"/>
        <w:jc w:val="center"/>
        <w:tblLook w:val="04A0" w:firstRow="1" w:lastRow="0" w:firstColumn="1" w:lastColumn="0" w:noHBand="0" w:noVBand="1"/>
      </w:tblPr>
      <w:tblGrid>
        <w:gridCol w:w="1822"/>
        <w:gridCol w:w="4771"/>
        <w:gridCol w:w="821"/>
        <w:gridCol w:w="821"/>
        <w:gridCol w:w="822"/>
      </w:tblGrid>
      <w:tr w:rsidR="006B718D" w:rsidRPr="00D449DF" w14:paraId="75D02811" w14:textId="77777777" w:rsidTr="00B05CC6">
        <w:trPr>
          <w:trHeight w:hRule="exact" w:val="369"/>
          <w:jc w:val="center"/>
        </w:trPr>
        <w:tc>
          <w:tcPr>
            <w:tcW w:w="5000" w:type="pct"/>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74E0F97D" w14:textId="3FFFE0CC" w:rsidR="006B718D" w:rsidRPr="00D449DF" w:rsidRDefault="00643F90" w:rsidP="00EA35D9">
            <w:pPr>
              <w:spacing w:after="0" w:line="240" w:lineRule="auto"/>
              <w:jc w:val="center"/>
              <w:rPr>
                <w:b/>
                <w:bCs/>
                <w:color w:val="FFFFFF" w:themeColor="background1"/>
                <w:sz w:val="22"/>
                <w:lang w:val="es-PY"/>
              </w:rPr>
            </w:pPr>
            <w:r w:rsidRPr="00D449DF">
              <w:rPr>
                <w:b/>
                <w:bCs/>
                <w:color w:val="FFFFFF" w:themeColor="background1"/>
                <w:sz w:val="22"/>
                <w:lang w:val="es-PY"/>
              </w:rPr>
              <w:t>MARCO DISCIPLINAR – DOCTORADO …………… (Presencial)</w:t>
            </w:r>
          </w:p>
        </w:tc>
      </w:tr>
      <w:tr w:rsidR="00BF74F5" w:rsidRPr="00BF74F5" w14:paraId="036A50F3" w14:textId="77777777" w:rsidTr="00643F90">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6A8D64BB" w14:textId="09480227" w:rsidR="00BF74F5" w:rsidRPr="00BF74F5" w:rsidRDefault="00BF74F5">
            <w:pPr>
              <w:spacing w:after="0" w:line="240" w:lineRule="auto"/>
              <w:jc w:val="center"/>
              <w:rPr>
                <w:szCs w:val="20"/>
              </w:rPr>
            </w:pPr>
            <w:r w:rsidRPr="00BF74F5">
              <w:rPr>
                <w:b/>
                <w:color w:val="000000"/>
                <w:szCs w:val="20"/>
              </w:rPr>
              <w:t>Criterio</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4D5E5231" w14:textId="77777777" w:rsidR="00BF74F5" w:rsidRPr="00BF74F5" w:rsidRDefault="00BF74F5">
            <w:pPr>
              <w:spacing w:after="0" w:line="240" w:lineRule="auto"/>
              <w:jc w:val="center"/>
              <w:rPr>
                <w:szCs w:val="20"/>
              </w:rPr>
            </w:pPr>
            <w:r w:rsidRPr="00BF74F5">
              <w:rPr>
                <w:b/>
                <w:color w:val="000000"/>
                <w:szCs w:val="20"/>
              </w:rPr>
              <w:t>Indicadores</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841019" w14:textId="77777777" w:rsidR="00BF74F5" w:rsidRPr="00BF74F5" w:rsidRDefault="00BF74F5">
            <w:pPr>
              <w:spacing w:after="0" w:line="240" w:lineRule="auto"/>
              <w:jc w:val="center"/>
              <w:rPr>
                <w:szCs w:val="20"/>
              </w:rPr>
            </w:pPr>
            <w:r w:rsidRPr="00BF74F5">
              <w:rPr>
                <w:b/>
                <w:color w:val="000000"/>
                <w:szCs w:val="20"/>
              </w:rPr>
              <w:t>Nivel de cumplimiento</w:t>
            </w:r>
          </w:p>
        </w:tc>
      </w:tr>
      <w:tr w:rsidR="00BF74F5" w:rsidRPr="00BF74F5" w14:paraId="2F25B5BD" w14:textId="77777777" w:rsidTr="00643F90">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20B020CB"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1FE6CD29"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4596752"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4DDB54B" w14:textId="77777777" w:rsidR="00BF74F5" w:rsidRPr="00BF74F5" w:rsidRDefault="00BF74F5">
            <w:pPr>
              <w:spacing w:after="0" w:line="240" w:lineRule="auto"/>
              <w:jc w:val="center"/>
              <w:rPr>
                <w:szCs w:val="20"/>
              </w:rPr>
            </w:pPr>
            <w:r w:rsidRPr="00BF74F5">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880C580" w14:textId="77777777" w:rsidR="00BF74F5" w:rsidRPr="00BF74F5" w:rsidRDefault="00BF74F5">
            <w:pPr>
              <w:spacing w:after="0" w:line="240" w:lineRule="auto"/>
              <w:jc w:val="center"/>
              <w:rPr>
                <w:szCs w:val="20"/>
              </w:rPr>
            </w:pPr>
            <w:r w:rsidRPr="00BF74F5">
              <w:rPr>
                <w:b/>
                <w:color w:val="000000"/>
                <w:szCs w:val="20"/>
              </w:rPr>
              <w:t>NC</w:t>
            </w:r>
          </w:p>
        </w:tc>
      </w:tr>
      <w:tr w:rsidR="006B718D" w:rsidRPr="000858EE" w14:paraId="774A760A" w14:textId="77777777" w:rsidTr="00643F90">
        <w:trPr>
          <w:cantSplit/>
          <w:trHeight w:val="680"/>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208C80DF" w14:textId="77777777" w:rsidR="006B718D" w:rsidRDefault="00BF74F5">
            <w:pPr>
              <w:spacing w:after="0"/>
              <w:jc w:val="center"/>
              <w:rPr>
                <w:b/>
                <w:color w:val="E31B23"/>
                <w:szCs w:val="20"/>
                <w:lang w:val="es-PY"/>
              </w:rPr>
            </w:pPr>
            <w:r w:rsidRPr="004B35A4">
              <w:rPr>
                <w:b/>
                <w:color w:val="000000"/>
                <w:szCs w:val="20"/>
                <w:lang w:val="es-PY"/>
              </w:rPr>
              <w:t xml:space="preserve">Pertinencia del diseño curricular </w:t>
            </w:r>
            <w:r w:rsidR="003F3BF7" w:rsidRPr="004B35A4">
              <w:rPr>
                <w:b/>
                <w:color w:val="000000"/>
                <w:szCs w:val="20"/>
                <w:lang w:val="es-PY"/>
              </w:rPr>
              <w:t xml:space="preserve">con </w:t>
            </w:r>
            <w:r w:rsidR="004B35A4" w:rsidRPr="004B35A4">
              <w:rPr>
                <w:b/>
                <w:color w:val="000000"/>
                <w:szCs w:val="20"/>
                <w:lang w:val="es-PY"/>
              </w:rPr>
              <w:t xml:space="preserve">la </w:t>
            </w:r>
            <w:r w:rsidR="003F3BF7" w:rsidRPr="004B35A4">
              <w:rPr>
                <w:b/>
                <w:color w:val="000000"/>
                <w:szCs w:val="20"/>
                <w:lang w:val="es-PY"/>
              </w:rPr>
              <w:t>orientación profesionalizante</w:t>
            </w:r>
            <w:r w:rsidRPr="00BF74F5">
              <w:rPr>
                <w:b/>
                <w:color w:val="E31B23"/>
                <w:szCs w:val="20"/>
                <w:lang w:val="es-PY"/>
              </w:rPr>
              <w:br/>
              <w:t>(Sustantivo)</w:t>
            </w:r>
          </w:p>
          <w:p w14:paraId="54B9DF43" w14:textId="5F8449C8" w:rsidR="004B51FA" w:rsidRPr="004B51FA" w:rsidRDefault="004B51FA">
            <w:pPr>
              <w:spacing w:after="0"/>
              <w:jc w:val="center"/>
              <w:rPr>
                <w:b/>
                <w:bCs/>
                <w:szCs w:val="20"/>
                <w:lang w:val="es-PY"/>
              </w:rPr>
            </w:pPr>
            <w:r>
              <w:rPr>
                <w:b/>
                <w:bCs/>
                <w:szCs w:val="20"/>
                <w:lang w:val="es-PY"/>
              </w:rPr>
              <w:t>(</w:t>
            </w:r>
            <w:r w:rsidRPr="004B51FA">
              <w:rPr>
                <w:b/>
                <w:bCs/>
                <w:szCs w:val="20"/>
                <w:lang w:val="es-PY"/>
              </w:rPr>
              <w:t>D2.C1</w:t>
            </w:r>
            <w:r>
              <w:rPr>
                <w:b/>
                <w:bCs/>
                <w:szCs w:val="20"/>
                <w:lang w:val="es-PY"/>
              </w:rPr>
              <w:t>)</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9B6F1BE" w14:textId="2CCBE607"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a. </w:t>
            </w:r>
            <w:r w:rsidR="00D10C6E" w:rsidRPr="00D10C6E">
              <w:rPr>
                <w:color w:val="000000"/>
                <w:szCs w:val="20"/>
                <w:lang w:val="es-PY"/>
              </w:rPr>
              <w:t>El perfil de egreso define capacidades de nivel doctoral para abordar problemas complejos del campo profesional mediante investigación, innovación y aplicación del conocimiento.</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64EF2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D3758A7"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50BC09" w14:textId="77777777" w:rsidR="006B718D" w:rsidRPr="00EA35D9" w:rsidRDefault="006B718D">
            <w:pPr>
              <w:spacing w:after="0" w:line="240" w:lineRule="auto"/>
              <w:jc w:val="center"/>
              <w:rPr>
                <w:szCs w:val="20"/>
                <w:lang w:val="es-PY"/>
              </w:rPr>
            </w:pPr>
          </w:p>
        </w:tc>
      </w:tr>
      <w:tr w:rsidR="006B718D" w:rsidRPr="000858EE" w14:paraId="100A86DE"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7E9F567D"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1C5F92A" w14:textId="552EDF31"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b. </w:t>
            </w:r>
            <w:r w:rsidR="00D10C6E" w:rsidRPr="00D10C6E">
              <w:rPr>
                <w:color w:val="000000"/>
                <w:szCs w:val="20"/>
                <w:lang w:val="es-PY"/>
              </w:rPr>
              <w:t>El plan de estudios articula formación avanzada disciplinar, investigación aplicada y práctica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F48E8E"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B0DD6AB"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CF14C57" w14:textId="77777777" w:rsidR="006B718D" w:rsidRPr="00EA35D9" w:rsidRDefault="006B718D">
            <w:pPr>
              <w:spacing w:after="0" w:line="240" w:lineRule="auto"/>
              <w:jc w:val="center"/>
              <w:rPr>
                <w:szCs w:val="20"/>
                <w:lang w:val="es-PY"/>
              </w:rPr>
            </w:pPr>
          </w:p>
        </w:tc>
      </w:tr>
      <w:tr w:rsidR="006B718D" w:rsidRPr="000858EE" w14:paraId="6BA669AB"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7EE49D47"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372BA8F" w14:textId="67347012"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c. </w:t>
            </w:r>
            <w:r w:rsidR="00D10C6E" w:rsidRPr="00D10C6E">
              <w:rPr>
                <w:color w:val="000000"/>
                <w:szCs w:val="20"/>
                <w:lang w:val="es-PY"/>
              </w:rPr>
              <w:t>Los contenidos y experiencias formativas responden a necesidades, desafíos y transformaciones del campo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36BCCE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9A0824C"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DB38947" w14:textId="77777777" w:rsidR="006B718D" w:rsidRPr="00EA35D9" w:rsidRDefault="006B718D">
            <w:pPr>
              <w:spacing w:after="0" w:line="240" w:lineRule="auto"/>
              <w:jc w:val="center"/>
              <w:rPr>
                <w:szCs w:val="20"/>
                <w:lang w:val="es-PY"/>
              </w:rPr>
            </w:pPr>
          </w:p>
        </w:tc>
      </w:tr>
      <w:tr w:rsidR="006B718D" w:rsidRPr="000858EE" w14:paraId="7F3911E7"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A30AF24"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BBF92D" w14:textId="36C4C99B"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d. </w:t>
            </w:r>
            <w:r w:rsidR="00D10C6E" w:rsidRPr="00D10C6E">
              <w:rPr>
                <w:color w:val="000000"/>
                <w:szCs w:val="20"/>
                <w:lang w:val="es-PY"/>
              </w:rPr>
              <w:t>El currículo contempla espacios para el análisis, diseño, implementación y evaluación de soluciones o intervenciones en contextos reales</w:t>
            </w:r>
            <w:r w:rsidRPr="00BF74F5">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53324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8BC9C18"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BD1770" w14:textId="77777777" w:rsidR="006B718D" w:rsidRPr="00EA35D9" w:rsidRDefault="006B718D">
            <w:pPr>
              <w:spacing w:after="0" w:line="240" w:lineRule="auto"/>
              <w:jc w:val="center"/>
              <w:rPr>
                <w:szCs w:val="20"/>
                <w:lang w:val="es-PY"/>
              </w:rPr>
            </w:pPr>
          </w:p>
        </w:tc>
      </w:tr>
      <w:tr w:rsidR="006B718D" w:rsidRPr="000858EE" w14:paraId="04D2532F"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4B70D28A"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249C948" w14:textId="36B08F4E"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e. </w:t>
            </w:r>
            <w:r w:rsidR="00D10C6E" w:rsidRPr="00D10C6E">
              <w:rPr>
                <w:color w:val="000000"/>
                <w:szCs w:val="20"/>
                <w:lang w:val="es-PY"/>
              </w:rPr>
              <w:t>La revisión y actualización curricular incorpora sistemáticamente información proveniente del entorno profesional, científico y social</w:t>
            </w:r>
            <w:r w:rsidRPr="00BF74F5">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3BB9E22"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AE430F"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B4F85F2" w14:textId="77777777" w:rsidR="006B718D" w:rsidRPr="00EA35D9" w:rsidRDefault="006B718D">
            <w:pPr>
              <w:spacing w:after="0" w:line="240" w:lineRule="auto"/>
              <w:jc w:val="center"/>
              <w:rPr>
                <w:szCs w:val="20"/>
                <w:lang w:val="es-PY"/>
              </w:rPr>
            </w:pPr>
          </w:p>
        </w:tc>
      </w:tr>
      <w:tr w:rsidR="006B718D" w:rsidRPr="000858EE" w14:paraId="6C2FE2C0" w14:textId="77777777" w:rsidTr="00643F90">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13CDE361"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5C98C7A5" w14:textId="77777777" w:rsidR="006B718D" w:rsidRPr="00BF74F5" w:rsidRDefault="006B718D">
            <w:pPr>
              <w:spacing w:after="0" w:line="240" w:lineRule="auto"/>
              <w:rPr>
                <w:szCs w:val="20"/>
                <w:lang w:val="es-PY"/>
              </w:rPr>
            </w:pPr>
          </w:p>
        </w:tc>
      </w:tr>
      <w:tr w:rsidR="006B718D" w:rsidRPr="00BF74F5" w14:paraId="06D05021" w14:textId="77777777" w:rsidTr="00643F90">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41AC97A"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2B00C30" w14:textId="77777777" w:rsidR="006B718D" w:rsidRPr="00BF74F5" w:rsidRDefault="00BF74F5">
            <w:pPr>
              <w:spacing w:after="0" w:line="240" w:lineRule="auto"/>
              <w:jc w:val="center"/>
              <w:rPr>
                <w:szCs w:val="20"/>
              </w:rPr>
            </w:pPr>
            <w:r w:rsidRPr="00BF74F5">
              <w:rPr>
                <w:b/>
                <w:color w:val="000000"/>
                <w:szCs w:val="20"/>
              </w:rPr>
              <w:t>Medios de verificación</w:t>
            </w:r>
          </w:p>
        </w:tc>
      </w:tr>
      <w:tr w:rsidR="006B718D" w:rsidRPr="000858EE" w14:paraId="4156E955" w14:textId="77777777" w:rsidTr="00643F90">
        <w:trPr>
          <w:cantSplit/>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661D7D5D"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145F58C4"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6FE843D0" w14:textId="1141AF84" w:rsidR="00643F90" w:rsidRPr="00A35006" w:rsidRDefault="00643F90" w:rsidP="00A35006">
            <w:pPr>
              <w:spacing w:line="240" w:lineRule="auto"/>
              <w:rPr>
                <w:color w:val="A6A6A6" w:themeColor="background1" w:themeShade="A6"/>
                <w:szCs w:val="20"/>
                <w:lang w:val="es-PY"/>
              </w:rPr>
            </w:pPr>
          </w:p>
          <w:p w14:paraId="5B715620" w14:textId="77777777" w:rsidR="00643F90" w:rsidRPr="00A35006" w:rsidRDefault="00643F90" w:rsidP="00A35006">
            <w:pPr>
              <w:spacing w:line="240" w:lineRule="auto"/>
              <w:rPr>
                <w:color w:val="A6A6A6" w:themeColor="background1" w:themeShade="A6"/>
                <w:szCs w:val="20"/>
                <w:lang w:val="es-PY"/>
              </w:rPr>
            </w:pPr>
          </w:p>
          <w:p w14:paraId="336BA7CA" w14:textId="77777777" w:rsidR="00643F90" w:rsidRPr="00A35006" w:rsidRDefault="00643F90" w:rsidP="00A35006">
            <w:pPr>
              <w:spacing w:line="240" w:lineRule="auto"/>
              <w:rPr>
                <w:color w:val="A6A6A6" w:themeColor="background1" w:themeShade="A6"/>
                <w:szCs w:val="20"/>
                <w:lang w:val="es-PY"/>
              </w:rPr>
            </w:pPr>
          </w:p>
          <w:p w14:paraId="50FA3799" w14:textId="77777777" w:rsidR="00643F90" w:rsidRPr="00A35006" w:rsidRDefault="00643F90" w:rsidP="00A35006">
            <w:pPr>
              <w:spacing w:line="240" w:lineRule="auto"/>
              <w:rPr>
                <w:color w:val="A6A6A6" w:themeColor="background1" w:themeShade="A6"/>
                <w:szCs w:val="20"/>
                <w:lang w:val="es-PY"/>
              </w:rPr>
            </w:pPr>
          </w:p>
          <w:p w14:paraId="1E579F2D" w14:textId="77777777" w:rsidR="00643F90" w:rsidRPr="00A35006" w:rsidRDefault="00643F90" w:rsidP="00A35006">
            <w:pPr>
              <w:spacing w:line="240" w:lineRule="auto"/>
              <w:rPr>
                <w:color w:val="A6A6A6" w:themeColor="background1" w:themeShade="A6"/>
                <w:szCs w:val="20"/>
                <w:lang w:val="es-PY"/>
              </w:rPr>
            </w:pPr>
          </w:p>
          <w:p w14:paraId="7B421104" w14:textId="77777777" w:rsidR="00643F90" w:rsidRPr="00A35006" w:rsidRDefault="00643F90" w:rsidP="00A35006">
            <w:pPr>
              <w:spacing w:line="240" w:lineRule="auto"/>
              <w:rPr>
                <w:color w:val="A6A6A6" w:themeColor="background1" w:themeShade="A6"/>
                <w:szCs w:val="20"/>
                <w:lang w:val="es-PY"/>
              </w:rPr>
            </w:pPr>
          </w:p>
          <w:p w14:paraId="17833BEB" w14:textId="77777777" w:rsidR="00A35006" w:rsidRPr="00A35006" w:rsidRDefault="00A35006" w:rsidP="00A35006">
            <w:pPr>
              <w:spacing w:line="240" w:lineRule="auto"/>
              <w:rPr>
                <w:color w:val="A6A6A6" w:themeColor="background1" w:themeShade="A6"/>
                <w:szCs w:val="20"/>
                <w:lang w:val="es-PY"/>
              </w:rPr>
            </w:pPr>
          </w:p>
          <w:p w14:paraId="2E47A33A" w14:textId="77777777" w:rsidR="00643F90" w:rsidRPr="00A35006" w:rsidRDefault="00643F90" w:rsidP="00A35006">
            <w:pPr>
              <w:spacing w:line="240" w:lineRule="auto"/>
              <w:rPr>
                <w:color w:val="A6A6A6" w:themeColor="background1" w:themeShade="A6"/>
                <w:szCs w:val="20"/>
                <w:lang w:val="es-PY"/>
              </w:rPr>
            </w:pPr>
          </w:p>
          <w:p w14:paraId="7AB5FD95" w14:textId="77777777" w:rsidR="00643F90" w:rsidRPr="00A35006" w:rsidRDefault="00643F90" w:rsidP="00A35006">
            <w:pPr>
              <w:spacing w:line="240" w:lineRule="auto"/>
              <w:rPr>
                <w:color w:val="A6A6A6" w:themeColor="background1" w:themeShade="A6"/>
                <w:szCs w:val="20"/>
                <w:lang w:val="es-PY"/>
              </w:rPr>
            </w:pPr>
          </w:p>
          <w:p w14:paraId="08A591EE" w14:textId="77777777" w:rsidR="00643F90" w:rsidRPr="00A35006" w:rsidRDefault="00643F90" w:rsidP="00A35006">
            <w:pPr>
              <w:spacing w:line="240" w:lineRule="auto"/>
              <w:rPr>
                <w:color w:val="A6A6A6" w:themeColor="background1" w:themeShade="A6"/>
                <w:szCs w:val="20"/>
                <w:lang w:val="es-PY"/>
              </w:rPr>
            </w:pPr>
          </w:p>
          <w:p w14:paraId="670D9FCF" w14:textId="77777777" w:rsidR="00A35006" w:rsidRPr="00A35006" w:rsidRDefault="00A35006" w:rsidP="00A35006">
            <w:pPr>
              <w:spacing w:line="240" w:lineRule="auto"/>
              <w:rPr>
                <w:color w:val="A6A6A6" w:themeColor="background1" w:themeShade="A6"/>
                <w:szCs w:val="20"/>
                <w:lang w:val="es-PY"/>
              </w:rPr>
            </w:pPr>
          </w:p>
          <w:p w14:paraId="3E286B3E" w14:textId="77777777" w:rsidR="00643F90" w:rsidRDefault="00643F90" w:rsidP="00A35006">
            <w:pPr>
              <w:spacing w:line="240" w:lineRule="auto"/>
              <w:rPr>
                <w:color w:val="A6A6A6" w:themeColor="background1" w:themeShade="A6"/>
                <w:szCs w:val="20"/>
                <w:lang w:val="es-PY"/>
              </w:rPr>
            </w:pPr>
          </w:p>
          <w:p w14:paraId="009EA86E" w14:textId="77777777" w:rsidR="00A35006" w:rsidRPr="00A35006" w:rsidRDefault="00A35006" w:rsidP="00A35006">
            <w:pPr>
              <w:spacing w:line="240" w:lineRule="auto"/>
              <w:rPr>
                <w:color w:val="A6A6A6" w:themeColor="background1" w:themeShade="A6"/>
                <w:szCs w:val="20"/>
                <w:lang w:val="es-PY"/>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63ECB074"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Enumerar los Medios de Verificación, ejemplo:</w:t>
            </w:r>
          </w:p>
          <w:p w14:paraId="79565892"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Anexo 1. Estatuto</w:t>
            </w:r>
          </w:p>
          <w:p w14:paraId="0090CEE8" w14:textId="77777777" w:rsidR="00A35006" w:rsidRPr="00A35006" w:rsidRDefault="00A35006" w:rsidP="00A35006">
            <w:pPr>
              <w:spacing w:line="240" w:lineRule="auto"/>
              <w:rPr>
                <w:color w:val="A6A6A6" w:themeColor="background1" w:themeShade="A6"/>
                <w:szCs w:val="20"/>
                <w:lang w:val="es-PY"/>
              </w:rPr>
            </w:pPr>
            <w:r w:rsidRPr="00A35006">
              <w:rPr>
                <w:color w:val="A6A6A6" w:themeColor="background1" w:themeShade="A6"/>
                <w:szCs w:val="20"/>
                <w:lang w:val="es-PY"/>
              </w:rPr>
              <w:t>Anexo 2. Manual de Funciones</w:t>
            </w:r>
          </w:p>
          <w:p w14:paraId="61B03E67" w14:textId="77777777" w:rsidR="006B718D" w:rsidRPr="00A35006" w:rsidRDefault="006B718D" w:rsidP="00A35006">
            <w:pPr>
              <w:spacing w:line="240" w:lineRule="auto"/>
              <w:rPr>
                <w:color w:val="A6A6A6" w:themeColor="background1" w:themeShade="A6"/>
                <w:szCs w:val="20"/>
                <w:lang w:val="es-PY"/>
              </w:rPr>
            </w:pPr>
          </w:p>
        </w:tc>
      </w:tr>
    </w:tbl>
    <w:p w14:paraId="6BC6C840" w14:textId="77777777" w:rsidR="00643F90" w:rsidRPr="00A35006" w:rsidRDefault="00643F90">
      <w:pPr>
        <w:rPr>
          <w:lang w:val="es-PY"/>
        </w:rPr>
      </w:pPr>
    </w:p>
    <w:tbl>
      <w:tblPr>
        <w:tblW w:w="5000" w:type="pct"/>
        <w:jc w:val="center"/>
        <w:tblLook w:val="04A0" w:firstRow="1" w:lastRow="0" w:firstColumn="1" w:lastColumn="0" w:noHBand="0" w:noVBand="1"/>
      </w:tblPr>
      <w:tblGrid>
        <w:gridCol w:w="1822"/>
        <w:gridCol w:w="4771"/>
        <w:gridCol w:w="821"/>
        <w:gridCol w:w="821"/>
        <w:gridCol w:w="822"/>
      </w:tblGrid>
      <w:tr w:rsidR="00811186" w14:paraId="705180B5"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4FE0D3A9" w14:textId="01136FA4" w:rsidR="00811186" w:rsidRPr="00811186" w:rsidRDefault="00811186">
            <w:pPr>
              <w:spacing w:after="0" w:line="240" w:lineRule="auto"/>
              <w:jc w:val="center"/>
              <w:rPr>
                <w:szCs w:val="20"/>
              </w:rPr>
            </w:pPr>
            <w:r w:rsidRPr="00811186">
              <w:rPr>
                <w:b/>
                <w:color w:val="000000"/>
                <w:szCs w:val="20"/>
              </w:rPr>
              <w:lastRenderedPageBreak/>
              <w:t>Criterio</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7F24EC82" w14:textId="77777777" w:rsidR="00811186" w:rsidRPr="00811186" w:rsidRDefault="00811186">
            <w:pPr>
              <w:spacing w:after="0" w:line="240" w:lineRule="auto"/>
              <w:jc w:val="center"/>
              <w:rPr>
                <w:szCs w:val="20"/>
              </w:rPr>
            </w:pPr>
            <w:r w:rsidRPr="00811186">
              <w:rPr>
                <w:b/>
                <w:color w:val="000000"/>
                <w:szCs w:val="20"/>
              </w:rPr>
              <w:t>Indicadores</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6922991" w14:textId="77777777" w:rsidR="00811186" w:rsidRPr="00811186" w:rsidRDefault="00811186">
            <w:pPr>
              <w:spacing w:after="0" w:line="240" w:lineRule="auto"/>
              <w:jc w:val="center"/>
              <w:rPr>
                <w:szCs w:val="20"/>
              </w:rPr>
            </w:pPr>
            <w:r w:rsidRPr="00811186">
              <w:rPr>
                <w:b/>
                <w:color w:val="000000"/>
                <w:szCs w:val="20"/>
              </w:rPr>
              <w:t>Nivel de cumplimiento</w:t>
            </w:r>
          </w:p>
        </w:tc>
      </w:tr>
      <w:tr w:rsidR="00811186" w14:paraId="1B91E023" w14:textId="77777777" w:rsidTr="004B51FA">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1C38237" w14:textId="77777777" w:rsidR="00811186" w:rsidRPr="00811186" w:rsidRDefault="00811186">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44671F2B" w14:textId="77777777" w:rsidR="00811186" w:rsidRPr="00811186" w:rsidRDefault="00811186">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3238E63" w14:textId="77777777" w:rsidR="00811186" w:rsidRPr="00811186" w:rsidRDefault="00811186">
            <w:pPr>
              <w:spacing w:after="0" w:line="240" w:lineRule="auto"/>
              <w:jc w:val="center"/>
              <w:rPr>
                <w:szCs w:val="20"/>
              </w:rPr>
            </w:pPr>
            <w:r w:rsidRPr="00811186">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61A4DAC" w14:textId="77777777" w:rsidR="00811186" w:rsidRPr="00811186" w:rsidRDefault="00811186">
            <w:pPr>
              <w:spacing w:after="0" w:line="240" w:lineRule="auto"/>
              <w:jc w:val="center"/>
              <w:rPr>
                <w:szCs w:val="20"/>
              </w:rPr>
            </w:pPr>
            <w:r w:rsidRPr="00811186">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A2293ED" w14:textId="77777777" w:rsidR="00811186" w:rsidRPr="00811186" w:rsidRDefault="00811186">
            <w:pPr>
              <w:spacing w:after="0" w:line="240" w:lineRule="auto"/>
              <w:jc w:val="center"/>
              <w:rPr>
                <w:szCs w:val="20"/>
              </w:rPr>
            </w:pPr>
            <w:r w:rsidRPr="00811186">
              <w:rPr>
                <w:b/>
                <w:color w:val="000000"/>
                <w:szCs w:val="20"/>
              </w:rPr>
              <w:t>NC</w:t>
            </w:r>
          </w:p>
        </w:tc>
      </w:tr>
      <w:tr w:rsidR="006B718D" w:rsidRPr="000858EE" w14:paraId="74FB4190" w14:textId="77777777" w:rsidTr="004B51FA">
        <w:trPr>
          <w:cantSplit/>
          <w:trHeight w:val="680"/>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D83FB5C" w14:textId="6BF598D3" w:rsidR="0014681D" w:rsidRPr="00BF0657" w:rsidRDefault="0014681D" w:rsidP="00E02CB9">
            <w:pPr>
              <w:spacing w:after="0"/>
              <w:jc w:val="center"/>
              <w:rPr>
                <w:b/>
                <w:color w:val="000000"/>
                <w:szCs w:val="20"/>
                <w:lang w:val="es-PY"/>
              </w:rPr>
            </w:pPr>
            <w:r w:rsidRPr="00BF0657">
              <w:rPr>
                <w:b/>
                <w:color w:val="000000"/>
                <w:szCs w:val="20"/>
                <w:lang w:val="es-PY"/>
              </w:rPr>
              <w:t>Producción</w:t>
            </w:r>
            <w:r w:rsidR="00A71CC4" w:rsidRPr="00BF0657">
              <w:rPr>
                <w:b/>
                <w:color w:val="000000"/>
                <w:szCs w:val="20"/>
                <w:lang w:val="es-PY"/>
              </w:rPr>
              <w:t xml:space="preserve"> y</w:t>
            </w:r>
          </w:p>
          <w:p w14:paraId="1F6886AA" w14:textId="3096279C" w:rsidR="0014681D" w:rsidRPr="00BF0657" w:rsidRDefault="0014681D" w:rsidP="00E02CB9">
            <w:pPr>
              <w:spacing w:after="0"/>
              <w:jc w:val="center"/>
              <w:rPr>
                <w:b/>
                <w:color w:val="000000"/>
                <w:szCs w:val="20"/>
                <w:lang w:val="es-PY"/>
              </w:rPr>
            </w:pPr>
            <w:r w:rsidRPr="00BF0657">
              <w:rPr>
                <w:b/>
                <w:color w:val="000000"/>
                <w:szCs w:val="20"/>
                <w:lang w:val="es-PY"/>
              </w:rPr>
              <w:t>transferencia del</w:t>
            </w:r>
          </w:p>
          <w:p w14:paraId="3C6F80C9" w14:textId="77777777" w:rsidR="00034DF0" w:rsidRDefault="0014681D" w:rsidP="004B51FA">
            <w:pPr>
              <w:spacing w:after="0"/>
              <w:jc w:val="center"/>
              <w:rPr>
                <w:b/>
                <w:color w:val="E31B23"/>
                <w:szCs w:val="20"/>
                <w:lang w:val="es-PY"/>
              </w:rPr>
            </w:pPr>
            <w:r w:rsidRPr="00BF0657">
              <w:rPr>
                <w:b/>
                <w:color w:val="000000"/>
                <w:szCs w:val="20"/>
                <w:lang w:val="es-PY"/>
              </w:rPr>
              <w:t>conocimiento</w:t>
            </w:r>
            <w:r w:rsidR="00BF74F5" w:rsidRPr="00BF0657">
              <w:rPr>
                <w:b/>
                <w:color w:val="E31B23"/>
                <w:szCs w:val="20"/>
                <w:lang w:val="es-PY"/>
              </w:rPr>
              <w:br/>
              <w:t>(Sustantivo)</w:t>
            </w:r>
          </w:p>
          <w:p w14:paraId="46506E10" w14:textId="710F692D" w:rsidR="004B51FA" w:rsidRPr="004B51FA" w:rsidRDefault="004B51FA" w:rsidP="004B51FA">
            <w:pPr>
              <w:spacing w:after="0"/>
              <w:jc w:val="center"/>
              <w:rPr>
                <w:b/>
                <w:color w:val="E31B23"/>
                <w:szCs w:val="20"/>
                <w:lang w:val="es-PY"/>
              </w:rPr>
            </w:pPr>
            <w:r w:rsidRPr="004B51FA">
              <w:rPr>
                <w:b/>
                <w:szCs w:val="20"/>
                <w:lang w:val="es-PY"/>
              </w:rPr>
              <w:t>(D2.C3)</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69B435E" w14:textId="56B8AC52" w:rsidR="006B718D" w:rsidRPr="00E02CB9"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Durante el trayecto formativo se generan productos de investigación, innovación o intervención pertinentes al nivel doctoral y susceptibles de aplicación en contextos profesionales.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7421AC"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B3CA9FC" w14:textId="77777777" w:rsidR="006B718D" w:rsidRPr="00EA35D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15214F7" w14:textId="77777777" w:rsidR="006B718D" w:rsidRPr="00EA35D9" w:rsidRDefault="006B718D" w:rsidP="000237B4">
            <w:pPr>
              <w:spacing w:after="0" w:line="240" w:lineRule="auto"/>
              <w:jc w:val="both"/>
              <w:rPr>
                <w:szCs w:val="20"/>
                <w:lang w:val="es-PY"/>
              </w:rPr>
            </w:pPr>
          </w:p>
        </w:tc>
      </w:tr>
      <w:tr w:rsidR="006B718D" w:rsidRPr="000858EE" w14:paraId="2C10A26C" w14:textId="77777777" w:rsidTr="004B51F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0F18A3" w14:textId="77777777" w:rsidR="006B718D" w:rsidRPr="00EA35D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C3111A2" w14:textId="62F37278" w:rsidR="00E02CB9" w:rsidRPr="00E02CB9"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Se promueve la producción conjunta entre doctorandos, tutores y actores del ámbito profesional para favorecer la transferencia del conocimiento.</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7E6DB0"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A42B9E6" w14:textId="77777777" w:rsidR="006B718D" w:rsidRPr="00EA35D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CE298E7" w14:textId="77777777" w:rsidR="006B718D" w:rsidRPr="00EA35D9" w:rsidRDefault="006B718D" w:rsidP="000237B4">
            <w:pPr>
              <w:spacing w:after="0" w:line="240" w:lineRule="auto"/>
              <w:jc w:val="both"/>
              <w:rPr>
                <w:szCs w:val="20"/>
                <w:lang w:val="es-PY"/>
              </w:rPr>
            </w:pPr>
          </w:p>
        </w:tc>
      </w:tr>
      <w:tr w:rsidR="006B718D" w:rsidRPr="000858EE" w14:paraId="382B0A7B" w14:textId="77777777" w:rsidTr="004B51F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1533CE2C" w14:textId="77777777" w:rsidR="006B718D" w:rsidRPr="00EA35D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F7925A7" w14:textId="76CAEFA8" w:rsidR="006B718D" w:rsidRPr="00BF0657"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Se implementan mecanismos institucionales para la difusión</w:t>
            </w:r>
            <w:r w:rsidR="00A71CC4">
              <w:rPr>
                <w:color w:val="000000"/>
                <w:szCs w:val="20"/>
                <w:lang w:val="es-PY"/>
              </w:rPr>
              <w:t xml:space="preserve"> y</w:t>
            </w:r>
            <w:r w:rsidRPr="00E02CB9">
              <w:rPr>
                <w:color w:val="000000"/>
                <w:szCs w:val="20"/>
                <w:lang w:val="es-PY"/>
              </w:rPr>
              <w:t xml:space="preserve"> transferencia de los conocimientos y productos generados por 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5A6764B" w14:textId="77777777" w:rsidR="006B718D" w:rsidRPr="00E02CB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E151A8D" w14:textId="77777777" w:rsidR="006B718D" w:rsidRPr="00E02CB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A85E00" w14:textId="77777777" w:rsidR="006B718D" w:rsidRPr="00E02CB9" w:rsidRDefault="006B718D" w:rsidP="000237B4">
            <w:pPr>
              <w:spacing w:after="0" w:line="240" w:lineRule="auto"/>
              <w:jc w:val="both"/>
              <w:rPr>
                <w:szCs w:val="20"/>
                <w:lang w:val="es-PY"/>
              </w:rPr>
            </w:pPr>
          </w:p>
        </w:tc>
      </w:tr>
      <w:tr w:rsidR="006B718D" w:rsidRPr="000858EE" w14:paraId="78A71DF4" w14:textId="77777777" w:rsidTr="004B51FA">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3DDA69" w14:textId="77777777" w:rsidR="006B718D" w:rsidRPr="00E02CB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F0E427" w14:textId="4A782500" w:rsidR="006B718D" w:rsidRPr="00BF0657" w:rsidRDefault="00A71CC4" w:rsidP="00E02CB9">
            <w:pPr>
              <w:pStyle w:val="Prrafodelista"/>
              <w:numPr>
                <w:ilvl w:val="0"/>
                <w:numId w:val="13"/>
              </w:numPr>
              <w:spacing w:after="0" w:line="240" w:lineRule="auto"/>
              <w:ind w:left="227" w:hanging="219"/>
              <w:jc w:val="both"/>
              <w:rPr>
                <w:color w:val="000000"/>
                <w:szCs w:val="20"/>
                <w:lang w:val="es-PY"/>
              </w:rPr>
            </w:pPr>
            <w:r w:rsidRPr="00BF0657">
              <w:rPr>
                <w:color w:val="000000"/>
                <w:szCs w:val="20"/>
                <w:lang w:val="es-PY"/>
              </w:rPr>
              <w:t>L</w:t>
            </w:r>
            <w:r w:rsidR="00E02CB9" w:rsidRPr="00BF0657">
              <w:rPr>
                <w:color w:val="000000"/>
                <w:szCs w:val="20"/>
                <w:lang w:val="es-PY"/>
              </w:rPr>
              <w:t xml:space="preserve">a </w:t>
            </w:r>
            <w:r w:rsidRPr="00BF0657">
              <w:rPr>
                <w:color w:val="000000"/>
                <w:szCs w:val="20"/>
                <w:lang w:val="es-PY"/>
              </w:rPr>
              <w:t>transferencia</w:t>
            </w:r>
            <w:r w:rsidR="00E02CB9" w:rsidRPr="00BF0657">
              <w:rPr>
                <w:color w:val="000000"/>
                <w:szCs w:val="20"/>
                <w:lang w:val="es-PY"/>
              </w:rPr>
              <w:t xml:space="preserve"> de los conocimientos y productos generados, </w:t>
            </w:r>
            <w:r w:rsidRPr="00BF0657">
              <w:rPr>
                <w:color w:val="000000"/>
                <w:szCs w:val="20"/>
                <w:lang w:val="es-PY"/>
              </w:rPr>
              <w:t>así como su contribución a la mejora de prácticas y procesos del ámbito profesional, son utilizados para introducir mejoras en 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D6DAF97"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3F624C7" w14:textId="77777777" w:rsidR="006B718D" w:rsidRPr="00EA35D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4ED8F82" w14:textId="77777777" w:rsidR="006B718D" w:rsidRPr="00EA35D9" w:rsidRDefault="006B718D" w:rsidP="000237B4">
            <w:pPr>
              <w:spacing w:after="0" w:line="240" w:lineRule="auto"/>
              <w:jc w:val="both"/>
              <w:rPr>
                <w:szCs w:val="20"/>
                <w:lang w:val="es-PY"/>
              </w:rPr>
            </w:pPr>
          </w:p>
        </w:tc>
      </w:tr>
      <w:tr w:rsidR="006B718D" w:rsidRPr="000858EE" w14:paraId="208AB9CC"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57FCB70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1505F4BD" w14:textId="77777777" w:rsidR="006B718D" w:rsidRPr="00811186" w:rsidRDefault="006B718D">
            <w:pPr>
              <w:spacing w:after="0" w:line="240" w:lineRule="auto"/>
              <w:rPr>
                <w:szCs w:val="20"/>
                <w:lang w:val="es-PY"/>
              </w:rPr>
            </w:pPr>
          </w:p>
        </w:tc>
      </w:tr>
      <w:tr w:rsidR="006B718D" w14:paraId="5DF460A9"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506975D"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8E96C80" w14:textId="77777777" w:rsidR="006B718D" w:rsidRPr="00811186" w:rsidRDefault="00BF74F5">
            <w:pPr>
              <w:spacing w:after="0" w:line="240" w:lineRule="auto"/>
              <w:jc w:val="center"/>
              <w:rPr>
                <w:szCs w:val="20"/>
              </w:rPr>
            </w:pPr>
            <w:r w:rsidRPr="00811186">
              <w:rPr>
                <w:b/>
                <w:color w:val="000000"/>
                <w:szCs w:val="20"/>
              </w:rPr>
              <w:t>Medios de verificación</w:t>
            </w:r>
          </w:p>
        </w:tc>
      </w:tr>
      <w:tr w:rsidR="006B718D" w14:paraId="47B9F5F3" w14:textId="77777777" w:rsidTr="001A2F92">
        <w:trPr>
          <w:cantSplit/>
          <w:trHeight w:hRule="exact" w:val="958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032D1E65" w14:textId="77777777" w:rsidR="006B718D" w:rsidRPr="00811186" w:rsidRDefault="006B718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74F3CADA" w14:textId="77777777" w:rsidR="006B718D" w:rsidRPr="00811186" w:rsidRDefault="006B718D">
            <w:pPr>
              <w:rPr>
                <w:szCs w:val="20"/>
              </w:rPr>
            </w:pPr>
          </w:p>
        </w:tc>
      </w:tr>
    </w:tbl>
    <w:p w14:paraId="6FC53117" w14:textId="77777777" w:rsidR="006B718D" w:rsidRDefault="00BF74F5">
      <w:pPr>
        <w:spacing w:after="0"/>
      </w:pPr>
      <w:r>
        <w:br w:type="page"/>
      </w:r>
    </w:p>
    <w:tbl>
      <w:tblPr>
        <w:tblW w:w="5000" w:type="pct"/>
        <w:jc w:val="center"/>
        <w:tblLook w:val="04A0" w:firstRow="1" w:lastRow="0" w:firstColumn="1" w:lastColumn="0" w:noHBand="0" w:noVBand="1"/>
      </w:tblPr>
      <w:tblGrid>
        <w:gridCol w:w="1785"/>
        <w:gridCol w:w="4668"/>
        <w:gridCol w:w="804"/>
        <w:gridCol w:w="804"/>
        <w:gridCol w:w="996"/>
      </w:tblGrid>
      <w:tr w:rsidR="00811186" w14:paraId="6CD786C3" w14:textId="77777777" w:rsidTr="00C44A12">
        <w:trPr>
          <w:cantSplit/>
          <w:trHeight w:val="340"/>
          <w:jc w:val="center"/>
        </w:trPr>
        <w:tc>
          <w:tcPr>
            <w:tcW w:w="985" w:type="pct"/>
            <w:vMerge w:val="restart"/>
            <w:tcBorders>
              <w:top w:val="single" w:sz="5" w:space="0" w:color="444444"/>
              <w:left w:val="single" w:sz="5" w:space="0" w:color="444444"/>
              <w:right w:val="single" w:sz="5" w:space="0" w:color="444444"/>
            </w:tcBorders>
            <w:shd w:val="clear" w:color="auto" w:fill="8AC4A7"/>
            <w:vAlign w:val="center"/>
          </w:tcPr>
          <w:p w14:paraId="7CFBD621" w14:textId="525C86A5" w:rsidR="00811186" w:rsidRDefault="00811186">
            <w:pPr>
              <w:spacing w:after="0" w:line="240" w:lineRule="auto"/>
              <w:jc w:val="center"/>
            </w:pPr>
            <w:r>
              <w:rPr>
                <w:b/>
                <w:color w:val="000000"/>
                <w:sz w:val="19"/>
              </w:rPr>
              <w:lastRenderedPageBreak/>
              <w:t>Criterio</w:t>
            </w:r>
          </w:p>
        </w:tc>
        <w:tc>
          <w:tcPr>
            <w:tcW w:w="2577" w:type="pct"/>
            <w:vMerge w:val="restart"/>
            <w:tcBorders>
              <w:top w:val="single" w:sz="5" w:space="0" w:color="444444"/>
              <w:left w:val="single" w:sz="5" w:space="0" w:color="444444"/>
              <w:right w:val="single" w:sz="5" w:space="0" w:color="444444"/>
            </w:tcBorders>
            <w:shd w:val="clear" w:color="auto" w:fill="8AC4A7"/>
            <w:vAlign w:val="center"/>
          </w:tcPr>
          <w:p w14:paraId="6452B535" w14:textId="77777777" w:rsidR="00811186" w:rsidRPr="00811186" w:rsidRDefault="00811186">
            <w:pPr>
              <w:spacing w:after="0" w:line="240" w:lineRule="auto"/>
              <w:jc w:val="center"/>
              <w:rPr>
                <w:szCs w:val="20"/>
              </w:rPr>
            </w:pPr>
            <w:r w:rsidRPr="00811186">
              <w:rPr>
                <w:b/>
                <w:color w:val="000000"/>
                <w:szCs w:val="20"/>
              </w:rPr>
              <w:t>Indicadores</w:t>
            </w:r>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3FEB0F5" w14:textId="77777777" w:rsidR="00811186" w:rsidRPr="00811186" w:rsidRDefault="00811186">
            <w:pPr>
              <w:spacing w:after="0" w:line="240" w:lineRule="auto"/>
              <w:jc w:val="center"/>
              <w:rPr>
                <w:szCs w:val="20"/>
              </w:rPr>
            </w:pPr>
            <w:r w:rsidRPr="00811186">
              <w:rPr>
                <w:b/>
                <w:color w:val="000000"/>
                <w:szCs w:val="20"/>
              </w:rPr>
              <w:t>Nivel de cumplimiento</w:t>
            </w:r>
          </w:p>
        </w:tc>
      </w:tr>
      <w:tr w:rsidR="00811186" w14:paraId="77CE410F" w14:textId="77777777" w:rsidTr="00C44A12">
        <w:trPr>
          <w:cantSplit/>
          <w:trHeight w:hRule="exact" w:val="255"/>
          <w:jc w:val="center"/>
        </w:trPr>
        <w:tc>
          <w:tcPr>
            <w:tcW w:w="985" w:type="pct"/>
            <w:vMerge/>
            <w:tcBorders>
              <w:left w:val="single" w:sz="5" w:space="0" w:color="444444"/>
              <w:bottom w:val="single" w:sz="5" w:space="0" w:color="444444"/>
              <w:right w:val="single" w:sz="5" w:space="0" w:color="444444"/>
            </w:tcBorders>
            <w:shd w:val="clear" w:color="auto" w:fill="8AC4A7"/>
            <w:vAlign w:val="center"/>
          </w:tcPr>
          <w:p w14:paraId="2359C5ED" w14:textId="77777777" w:rsidR="00811186" w:rsidRDefault="00811186">
            <w:pPr>
              <w:spacing w:after="0" w:line="240" w:lineRule="auto"/>
            </w:pPr>
          </w:p>
        </w:tc>
        <w:tc>
          <w:tcPr>
            <w:tcW w:w="2577" w:type="pct"/>
            <w:vMerge/>
            <w:tcBorders>
              <w:left w:val="single" w:sz="5" w:space="0" w:color="444444"/>
              <w:bottom w:val="single" w:sz="5" w:space="0" w:color="444444"/>
              <w:right w:val="single" w:sz="5" w:space="0" w:color="444444"/>
            </w:tcBorders>
            <w:shd w:val="clear" w:color="auto" w:fill="8AC4A7"/>
            <w:vAlign w:val="center"/>
          </w:tcPr>
          <w:p w14:paraId="460ADBE8" w14:textId="77777777" w:rsidR="00811186" w:rsidRPr="00811186" w:rsidRDefault="00811186">
            <w:pPr>
              <w:spacing w:after="0" w:line="240" w:lineRule="auto"/>
              <w:rPr>
                <w:szCs w:val="20"/>
              </w:rPr>
            </w:pP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A31FB6" w14:textId="77777777" w:rsidR="00811186" w:rsidRPr="00811186" w:rsidRDefault="00811186">
            <w:pPr>
              <w:spacing w:after="0" w:line="240" w:lineRule="auto"/>
              <w:jc w:val="center"/>
              <w:rPr>
                <w:szCs w:val="20"/>
              </w:rPr>
            </w:pPr>
            <w:r w:rsidRPr="00811186">
              <w:rPr>
                <w:b/>
                <w:color w:val="000000"/>
                <w:szCs w:val="20"/>
              </w:rPr>
              <w:t>CT</w:t>
            </w: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2044715" w14:textId="77777777" w:rsidR="00811186" w:rsidRPr="00811186" w:rsidRDefault="00811186">
            <w:pPr>
              <w:spacing w:after="0" w:line="240" w:lineRule="auto"/>
              <w:jc w:val="center"/>
              <w:rPr>
                <w:szCs w:val="20"/>
              </w:rPr>
            </w:pPr>
            <w:r w:rsidRPr="00811186">
              <w:rPr>
                <w:b/>
                <w:color w:val="000000"/>
                <w:szCs w:val="20"/>
              </w:rPr>
              <w:t>CP</w:t>
            </w:r>
          </w:p>
        </w:tc>
        <w:tc>
          <w:tcPr>
            <w:tcW w:w="55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27D2C9" w14:textId="77777777" w:rsidR="00811186" w:rsidRPr="00811186" w:rsidRDefault="00811186">
            <w:pPr>
              <w:spacing w:after="0" w:line="240" w:lineRule="auto"/>
              <w:jc w:val="center"/>
              <w:rPr>
                <w:szCs w:val="20"/>
              </w:rPr>
            </w:pPr>
            <w:r w:rsidRPr="00811186">
              <w:rPr>
                <w:b/>
                <w:color w:val="000000"/>
                <w:szCs w:val="20"/>
              </w:rPr>
              <w:t>NC</w:t>
            </w:r>
          </w:p>
        </w:tc>
      </w:tr>
      <w:tr w:rsidR="006B718D" w:rsidRPr="000858EE" w14:paraId="04E8DAA3" w14:textId="77777777" w:rsidTr="00C44A12">
        <w:trPr>
          <w:cantSplit/>
          <w:trHeight w:val="624"/>
          <w:jc w:val="center"/>
        </w:trPr>
        <w:tc>
          <w:tcPr>
            <w:tcW w:w="98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DEB097C" w14:textId="77777777" w:rsidR="00AC24E2" w:rsidRPr="00BD1F1A" w:rsidRDefault="00AC24E2" w:rsidP="00AC24E2">
            <w:pPr>
              <w:spacing w:after="0"/>
              <w:jc w:val="center"/>
              <w:rPr>
                <w:b/>
                <w:color w:val="000000"/>
                <w:sz w:val="19"/>
                <w:lang w:val="es-PY"/>
              </w:rPr>
            </w:pPr>
            <w:r w:rsidRPr="00BD1F1A">
              <w:rPr>
                <w:b/>
                <w:color w:val="000000"/>
                <w:sz w:val="19"/>
                <w:lang w:val="es-PY"/>
              </w:rPr>
              <w:t>Pertinencia del</w:t>
            </w:r>
          </w:p>
          <w:p w14:paraId="5CD7A499" w14:textId="77777777" w:rsidR="00AC24E2" w:rsidRPr="00BD1F1A" w:rsidRDefault="00AC24E2" w:rsidP="00AC24E2">
            <w:pPr>
              <w:spacing w:after="0"/>
              <w:jc w:val="center"/>
              <w:rPr>
                <w:b/>
                <w:color w:val="000000"/>
                <w:sz w:val="19"/>
                <w:lang w:val="es-PY"/>
              </w:rPr>
            </w:pPr>
            <w:r w:rsidRPr="00BD1F1A">
              <w:rPr>
                <w:b/>
                <w:color w:val="000000"/>
                <w:sz w:val="19"/>
                <w:lang w:val="es-PY"/>
              </w:rPr>
              <w:t>cuerpo académico</w:t>
            </w:r>
          </w:p>
          <w:p w14:paraId="57D27785" w14:textId="77777777" w:rsidR="00AC24E2" w:rsidRPr="00BD1F1A" w:rsidRDefault="00AC24E2" w:rsidP="00AC24E2">
            <w:pPr>
              <w:spacing w:after="0"/>
              <w:jc w:val="center"/>
              <w:rPr>
                <w:b/>
                <w:color w:val="000000"/>
                <w:sz w:val="19"/>
                <w:lang w:val="es-PY"/>
              </w:rPr>
            </w:pPr>
            <w:r w:rsidRPr="00BD1F1A">
              <w:rPr>
                <w:b/>
                <w:color w:val="000000"/>
                <w:sz w:val="19"/>
                <w:lang w:val="es-PY"/>
              </w:rPr>
              <w:t>para la formación</w:t>
            </w:r>
          </w:p>
          <w:p w14:paraId="403FFF69" w14:textId="77777777" w:rsidR="00AC24E2" w:rsidRPr="00BD1F1A" w:rsidRDefault="00AC24E2" w:rsidP="00AC24E2">
            <w:pPr>
              <w:spacing w:after="0"/>
              <w:jc w:val="center"/>
              <w:rPr>
                <w:b/>
                <w:color w:val="000000"/>
                <w:sz w:val="19"/>
                <w:lang w:val="es-PY"/>
              </w:rPr>
            </w:pPr>
            <w:r w:rsidRPr="00BD1F1A">
              <w:rPr>
                <w:b/>
                <w:color w:val="000000"/>
                <w:sz w:val="19"/>
                <w:lang w:val="es-PY"/>
              </w:rPr>
              <w:t>doctoral</w:t>
            </w:r>
          </w:p>
          <w:p w14:paraId="14745068" w14:textId="77777777" w:rsidR="006B718D" w:rsidRDefault="00AC24E2" w:rsidP="00AC24E2">
            <w:pPr>
              <w:spacing w:after="0"/>
              <w:jc w:val="center"/>
              <w:rPr>
                <w:b/>
                <w:color w:val="E31B23"/>
                <w:sz w:val="19"/>
                <w:lang w:val="es-PY"/>
              </w:rPr>
            </w:pPr>
            <w:r w:rsidRPr="00BD1F1A">
              <w:rPr>
                <w:b/>
                <w:color w:val="000000"/>
                <w:sz w:val="19"/>
                <w:lang w:val="es-PY"/>
              </w:rPr>
              <w:t>profesionalizante</w:t>
            </w:r>
            <w:r w:rsidR="00BF74F5" w:rsidRPr="00BF74F5">
              <w:rPr>
                <w:b/>
                <w:color w:val="E31B23"/>
                <w:sz w:val="19"/>
                <w:lang w:val="es-PY"/>
              </w:rPr>
              <w:br/>
            </w:r>
            <w:r w:rsidR="00BF74F5" w:rsidRPr="00811186">
              <w:rPr>
                <w:b/>
                <w:color w:val="E31B23"/>
                <w:sz w:val="19"/>
                <w:lang w:val="es-PY"/>
              </w:rPr>
              <w:t>(Sustantivo)</w:t>
            </w:r>
          </w:p>
          <w:p w14:paraId="3EA2C6B3" w14:textId="78E97FC5" w:rsidR="00196118" w:rsidRPr="00811186" w:rsidRDefault="00196118" w:rsidP="00AC24E2">
            <w:pPr>
              <w:spacing w:after="0"/>
              <w:jc w:val="center"/>
              <w:rPr>
                <w:lang w:val="es-PY"/>
              </w:rPr>
            </w:pPr>
            <w:r w:rsidRPr="00C44A12">
              <w:rPr>
                <w:b/>
                <w:bCs/>
                <w:szCs w:val="20"/>
                <w:lang w:val="es-PY"/>
              </w:rPr>
              <w:t>(D3.C</w:t>
            </w:r>
            <w:r>
              <w:rPr>
                <w:b/>
                <w:bCs/>
                <w:szCs w:val="20"/>
                <w:lang w:val="es-PY"/>
              </w:rPr>
              <w:t>1</w:t>
            </w:r>
            <w:r w:rsidRPr="00C44A12">
              <w:rPr>
                <w:b/>
                <w:bCs/>
                <w:szCs w:val="20"/>
                <w:lang w:val="es-PY"/>
              </w:rPr>
              <w:t>)</w:t>
            </w: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5AD8A63" w14:textId="6DD73058" w:rsidR="006B718D" w:rsidRPr="00BD1F1A" w:rsidRDefault="00BF74F5" w:rsidP="00BD1F1A">
            <w:pPr>
              <w:spacing w:after="0" w:line="240" w:lineRule="auto"/>
              <w:ind w:left="225" w:hanging="225"/>
              <w:jc w:val="both"/>
              <w:rPr>
                <w:szCs w:val="20"/>
                <w:lang w:val="es-PY"/>
              </w:rPr>
            </w:pPr>
            <w:r w:rsidRPr="00034DF0">
              <w:rPr>
                <w:color w:val="000000"/>
                <w:szCs w:val="20"/>
                <w:lang w:val="es-PY"/>
              </w:rPr>
              <w:t xml:space="preserve">a. </w:t>
            </w:r>
            <w:r w:rsidR="00AC24E2" w:rsidRPr="00034DF0">
              <w:rPr>
                <w:color w:val="000000"/>
                <w:szCs w:val="20"/>
                <w:lang w:val="es-PY"/>
              </w:rPr>
              <w:t xml:space="preserve">El cuerpo académico posee formación doctoral </w:t>
            </w:r>
            <w:r w:rsidR="00BD1F1A" w:rsidRPr="00BD1F1A">
              <w:rPr>
                <w:color w:val="000000"/>
                <w:szCs w:val="20"/>
                <w:lang w:val="es-PY"/>
              </w:rPr>
              <w:t>en áreas afines</w:t>
            </w:r>
            <w:r w:rsidR="00BD1F1A">
              <w:rPr>
                <w:color w:val="000000"/>
                <w:szCs w:val="20"/>
                <w:lang w:val="es-PY"/>
              </w:rPr>
              <w:t xml:space="preserve"> al programa</w:t>
            </w:r>
            <w:r w:rsidR="00BD1F1A" w:rsidRPr="00BD1F1A">
              <w:rPr>
                <w:color w:val="000000"/>
                <w:szCs w:val="20"/>
                <w:lang w:val="es-PY"/>
              </w:rPr>
              <w:t>.</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A2A4C5"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3980B3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F3C567" w14:textId="77777777" w:rsidR="006B718D" w:rsidRPr="00EA35D9" w:rsidRDefault="006B718D">
            <w:pPr>
              <w:spacing w:after="0" w:line="240" w:lineRule="auto"/>
              <w:jc w:val="center"/>
              <w:rPr>
                <w:szCs w:val="20"/>
                <w:lang w:val="es-PY"/>
              </w:rPr>
            </w:pPr>
          </w:p>
        </w:tc>
      </w:tr>
      <w:tr w:rsidR="006B718D" w:rsidRPr="000858EE" w14:paraId="423059DE" w14:textId="77777777" w:rsidTr="00C44A12">
        <w:trPr>
          <w:cantSplit/>
          <w:trHeight w:val="680"/>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74184700"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68B625" w14:textId="067416BB"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b. </w:t>
            </w:r>
            <w:r w:rsidR="00AC24E2" w:rsidRPr="00034DF0">
              <w:rPr>
                <w:color w:val="000000"/>
                <w:szCs w:val="20"/>
                <w:lang w:val="es-PY"/>
              </w:rPr>
              <w:t>Los docentes evidencian producción científica o académica pertinente.</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20A00D"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CA9012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9E9E6B" w14:textId="77777777" w:rsidR="006B718D" w:rsidRPr="00EA35D9" w:rsidRDefault="006B718D">
            <w:pPr>
              <w:spacing w:after="0" w:line="240" w:lineRule="auto"/>
              <w:jc w:val="center"/>
              <w:rPr>
                <w:szCs w:val="20"/>
                <w:lang w:val="es-PY"/>
              </w:rPr>
            </w:pPr>
          </w:p>
        </w:tc>
      </w:tr>
      <w:tr w:rsidR="006B718D" w:rsidRPr="000858EE" w14:paraId="45BBE564" w14:textId="77777777" w:rsidTr="00C44A1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53F4822C"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32BABB" w14:textId="31376477"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c. </w:t>
            </w:r>
            <w:r w:rsidR="00AC24E2" w:rsidRPr="00034DF0">
              <w:rPr>
                <w:color w:val="000000"/>
                <w:szCs w:val="20"/>
                <w:lang w:val="es-PY"/>
              </w:rPr>
              <w:t>El cuerpo académico cuenta con experiencia profesional</w:t>
            </w:r>
            <w:r w:rsidR="00BD1F1A">
              <w:rPr>
                <w:color w:val="000000"/>
                <w:szCs w:val="20"/>
                <w:lang w:val="es-PY"/>
              </w:rPr>
              <w:t xml:space="preserve"> </w:t>
            </w:r>
            <w:r w:rsidR="00AC24E2" w:rsidRPr="00034DF0">
              <w:rPr>
                <w:color w:val="000000"/>
                <w:szCs w:val="20"/>
                <w:lang w:val="es-PY"/>
              </w:rPr>
              <w:t>avanzada vinculada al campo del programa.</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329597"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6A18CCA"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EA2C711" w14:textId="77777777" w:rsidR="006B718D" w:rsidRPr="00EA35D9" w:rsidRDefault="006B718D">
            <w:pPr>
              <w:spacing w:after="0" w:line="240" w:lineRule="auto"/>
              <w:jc w:val="center"/>
              <w:rPr>
                <w:szCs w:val="20"/>
                <w:lang w:val="es-PY"/>
              </w:rPr>
            </w:pPr>
          </w:p>
        </w:tc>
      </w:tr>
      <w:tr w:rsidR="006B718D" w:rsidRPr="000858EE" w14:paraId="4483C36A" w14:textId="77777777" w:rsidTr="00C44A1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545BFDE0"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275E54" w14:textId="78F9E1C3"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d. </w:t>
            </w:r>
            <w:r w:rsidR="00AC24E2" w:rsidRPr="00034DF0">
              <w:rPr>
                <w:color w:val="000000"/>
                <w:szCs w:val="20"/>
                <w:lang w:val="es-PY"/>
              </w:rPr>
              <w:t xml:space="preserve">Los docentes </w:t>
            </w:r>
            <w:r w:rsidR="00BD1F1A">
              <w:rPr>
                <w:color w:val="000000"/>
                <w:szCs w:val="20"/>
                <w:lang w:val="es-PY"/>
              </w:rPr>
              <w:t xml:space="preserve">participan </w:t>
            </w:r>
            <w:r w:rsidR="00BD1F1A" w:rsidRPr="00034DF0">
              <w:rPr>
                <w:color w:val="000000"/>
                <w:szCs w:val="20"/>
                <w:lang w:val="es-PY"/>
              </w:rPr>
              <w:t>en</w:t>
            </w:r>
            <w:r w:rsidR="00AC24E2" w:rsidRPr="00034DF0">
              <w:rPr>
                <w:color w:val="000000"/>
                <w:szCs w:val="20"/>
                <w:lang w:val="es-PY"/>
              </w:rPr>
              <w:t xml:space="preserve"> procesos de</w:t>
            </w:r>
            <w:r w:rsidR="00BD1F1A">
              <w:rPr>
                <w:color w:val="000000"/>
                <w:szCs w:val="20"/>
                <w:lang w:val="es-PY"/>
              </w:rPr>
              <w:t xml:space="preserve"> </w:t>
            </w:r>
            <w:r w:rsidR="00AC24E2" w:rsidRPr="00034DF0">
              <w:rPr>
                <w:color w:val="000000"/>
                <w:szCs w:val="20"/>
                <w:lang w:val="es-PY"/>
              </w:rPr>
              <w:t>innovación, intervención, consultoría, desarrollo, transferencia o solución de problemas complejos.</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95AA231"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50D1E4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350240C" w14:textId="77777777" w:rsidR="006B718D" w:rsidRPr="00EA35D9" w:rsidRDefault="006B718D">
            <w:pPr>
              <w:spacing w:after="0" w:line="240" w:lineRule="auto"/>
              <w:jc w:val="center"/>
              <w:rPr>
                <w:szCs w:val="20"/>
                <w:lang w:val="es-PY"/>
              </w:rPr>
            </w:pPr>
          </w:p>
        </w:tc>
      </w:tr>
      <w:tr w:rsidR="006B718D" w:rsidRPr="000858EE" w14:paraId="6770FA39" w14:textId="77777777" w:rsidTr="00C44A1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0DEC984C"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89B4678" w14:textId="39CD4FF8"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e. </w:t>
            </w:r>
            <w:r w:rsidR="00BD1F1A" w:rsidRPr="00BD1F1A">
              <w:rPr>
                <w:color w:val="000000"/>
                <w:szCs w:val="20"/>
                <w:lang w:val="es-PY"/>
              </w:rPr>
              <w:t>El desempeño docente en las actividades académicas se evalúa periódicamente para fortalecer la calidad del programa.</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7EB3F8A"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F151B8"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2D8EFB6" w14:textId="77777777" w:rsidR="006B718D" w:rsidRPr="00EA35D9" w:rsidRDefault="006B718D">
            <w:pPr>
              <w:spacing w:after="0" w:line="240" w:lineRule="auto"/>
              <w:jc w:val="center"/>
              <w:rPr>
                <w:szCs w:val="20"/>
                <w:lang w:val="es-PY"/>
              </w:rPr>
            </w:pPr>
          </w:p>
        </w:tc>
      </w:tr>
      <w:tr w:rsidR="006B718D" w:rsidRPr="000858EE" w14:paraId="150AC635" w14:textId="77777777" w:rsidTr="001A2F92">
        <w:trPr>
          <w:cantSplit/>
          <w:trHeight w:hRule="exact" w:val="312"/>
          <w:jc w:val="center"/>
        </w:trPr>
        <w:tc>
          <w:tcPr>
            <w:tcW w:w="3562" w:type="pct"/>
            <w:gridSpan w:val="2"/>
            <w:tcBorders>
              <w:top w:val="single" w:sz="5" w:space="0" w:color="444444"/>
              <w:left w:val="single" w:sz="5" w:space="0" w:color="444444"/>
              <w:bottom w:val="single" w:sz="5" w:space="0" w:color="444444"/>
              <w:right w:val="single" w:sz="5" w:space="0" w:color="444444"/>
            </w:tcBorders>
            <w:vAlign w:val="center"/>
          </w:tcPr>
          <w:p w14:paraId="743C4621"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438" w:type="pct"/>
            <w:gridSpan w:val="3"/>
            <w:tcBorders>
              <w:top w:val="single" w:sz="5" w:space="0" w:color="444444"/>
              <w:left w:val="single" w:sz="5" w:space="0" w:color="444444"/>
              <w:bottom w:val="single" w:sz="5" w:space="0" w:color="444444"/>
              <w:right w:val="single" w:sz="5" w:space="0" w:color="444444"/>
            </w:tcBorders>
            <w:vAlign w:val="center"/>
          </w:tcPr>
          <w:p w14:paraId="475B4FA2" w14:textId="77777777" w:rsidR="006B718D" w:rsidRPr="00811186" w:rsidRDefault="006B718D">
            <w:pPr>
              <w:spacing w:after="0" w:line="240" w:lineRule="auto"/>
              <w:rPr>
                <w:szCs w:val="20"/>
                <w:lang w:val="es-PY"/>
              </w:rPr>
            </w:pPr>
          </w:p>
        </w:tc>
      </w:tr>
      <w:tr w:rsidR="006B718D" w14:paraId="2A004190" w14:textId="77777777" w:rsidTr="001A2F92">
        <w:trPr>
          <w:cantSplit/>
          <w:trHeight w:hRule="exact" w:val="340"/>
          <w:jc w:val="center"/>
        </w:trPr>
        <w:tc>
          <w:tcPr>
            <w:tcW w:w="3562"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9629640"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2AFB87" w14:textId="77777777" w:rsidR="006B718D" w:rsidRPr="00811186" w:rsidRDefault="00BF74F5">
            <w:pPr>
              <w:spacing w:after="0" w:line="240" w:lineRule="auto"/>
              <w:jc w:val="center"/>
              <w:rPr>
                <w:szCs w:val="20"/>
              </w:rPr>
            </w:pPr>
            <w:r w:rsidRPr="00811186">
              <w:rPr>
                <w:b/>
                <w:color w:val="000000"/>
                <w:szCs w:val="20"/>
              </w:rPr>
              <w:t>Medios de verificación</w:t>
            </w:r>
          </w:p>
        </w:tc>
      </w:tr>
      <w:tr w:rsidR="006B718D" w14:paraId="023F68BC" w14:textId="77777777" w:rsidTr="001A2F92">
        <w:trPr>
          <w:cantSplit/>
          <w:trHeight w:hRule="exact" w:val="9331"/>
          <w:jc w:val="center"/>
        </w:trPr>
        <w:tc>
          <w:tcPr>
            <w:tcW w:w="3562" w:type="pct"/>
            <w:gridSpan w:val="2"/>
            <w:tcBorders>
              <w:top w:val="single" w:sz="5" w:space="0" w:color="444444"/>
              <w:left w:val="single" w:sz="5" w:space="0" w:color="444444"/>
              <w:bottom w:val="single" w:sz="5" w:space="0" w:color="444444"/>
              <w:right w:val="single" w:sz="5" w:space="0" w:color="444444"/>
            </w:tcBorders>
            <w:shd w:val="clear" w:color="auto" w:fill="FFFFFF"/>
          </w:tcPr>
          <w:p w14:paraId="66DFEAC8" w14:textId="77777777" w:rsidR="006B718D" w:rsidRPr="00811186" w:rsidRDefault="006B718D">
            <w:pPr>
              <w:rPr>
                <w:szCs w:val="20"/>
              </w:rPr>
            </w:pPr>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FFFFFF"/>
          </w:tcPr>
          <w:p w14:paraId="373EE0B6" w14:textId="77777777" w:rsidR="006B718D" w:rsidRPr="00811186" w:rsidRDefault="006B718D">
            <w:pPr>
              <w:rPr>
                <w:szCs w:val="20"/>
              </w:rPr>
            </w:pPr>
          </w:p>
        </w:tc>
      </w:tr>
    </w:tbl>
    <w:p w14:paraId="55A193C4" w14:textId="77777777" w:rsidR="006B718D" w:rsidRDefault="00BF74F5">
      <w:pPr>
        <w:spacing w:after="0"/>
      </w:pPr>
      <w:r>
        <w:br w:type="page"/>
      </w:r>
    </w:p>
    <w:tbl>
      <w:tblPr>
        <w:tblW w:w="5000" w:type="pct"/>
        <w:jc w:val="center"/>
        <w:tblLook w:val="04A0" w:firstRow="1" w:lastRow="0" w:firstColumn="1" w:lastColumn="0" w:noHBand="0" w:noVBand="1"/>
      </w:tblPr>
      <w:tblGrid>
        <w:gridCol w:w="1937"/>
        <w:gridCol w:w="4741"/>
        <w:gridCol w:w="792"/>
        <w:gridCol w:w="792"/>
        <w:gridCol w:w="795"/>
      </w:tblGrid>
      <w:tr w:rsidR="00811186" w14:paraId="128BEFCB" w14:textId="77777777" w:rsidTr="00C44A12">
        <w:trPr>
          <w:cantSplit/>
          <w:trHeight w:val="340"/>
          <w:jc w:val="center"/>
        </w:trPr>
        <w:tc>
          <w:tcPr>
            <w:tcW w:w="1069" w:type="pct"/>
            <w:vMerge w:val="restart"/>
            <w:tcBorders>
              <w:top w:val="single" w:sz="5" w:space="0" w:color="444444"/>
              <w:left w:val="single" w:sz="5" w:space="0" w:color="444444"/>
              <w:right w:val="single" w:sz="5" w:space="0" w:color="444444"/>
            </w:tcBorders>
            <w:shd w:val="clear" w:color="auto" w:fill="8AC4A7"/>
            <w:vAlign w:val="center"/>
          </w:tcPr>
          <w:p w14:paraId="27520428" w14:textId="1C064144" w:rsidR="00811186" w:rsidRPr="00811186" w:rsidRDefault="00811186" w:rsidP="00AB4A27">
            <w:pPr>
              <w:spacing w:after="0" w:line="240" w:lineRule="auto"/>
              <w:jc w:val="center"/>
              <w:rPr>
                <w:szCs w:val="20"/>
              </w:rPr>
            </w:pPr>
            <w:r w:rsidRPr="00811186">
              <w:rPr>
                <w:b/>
                <w:color w:val="000000"/>
                <w:szCs w:val="20"/>
              </w:rPr>
              <w:lastRenderedPageBreak/>
              <w:t>Criterio</w:t>
            </w:r>
          </w:p>
        </w:tc>
        <w:tc>
          <w:tcPr>
            <w:tcW w:w="2618" w:type="pct"/>
            <w:vMerge w:val="restart"/>
            <w:tcBorders>
              <w:top w:val="single" w:sz="5" w:space="0" w:color="444444"/>
              <w:left w:val="single" w:sz="5" w:space="0" w:color="444444"/>
              <w:right w:val="single" w:sz="5" w:space="0" w:color="444444"/>
            </w:tcBorders>
            <w:shd w:val="clear" w:color="auto" w:fill="8AC4A7"/>
            <w:vAlign w:val="center"/>
          </w:tcPr>
          <w:p w14:paraId="1076475A" w14:textId="77777777" w:rsidR="00811186" w:rsidRPr="00811186" w:rsidRDefault="00811186" w:rsidP="00AB4A27">
            <w:pPr>
              <w:spacing w:after="0" w:line="240" w:lineRule="auto"/>
              <w:jc w:val="center"/>
              <w:rPr>
                <w:szCs w:val="20"/>
              </w:rPr>
            </w:pPr>
            <w:r w:rsidRPr="00811186">
              <w:rPr>
                <w:b/>
                <w:color w:val="000000"/>
                <w:szCs w:val="20"/>
              </w:rPr>
              <w:t>Indicadores</w:t>
            </w:r>
          </w:p>
        </w:tc>
        <w:tc>
          <w:tcPr>
            <w:tcW w:w="1313"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49C12DA" w14:textId="77777777" w:rsidR="00811186" w:rsidRPr="00811186" w:rsidRDefault="00811186" w:rsidP="00AB4A27">
            <w:pPr>
              <w:spacing w:after="0" w:line="240" w:lineRule="auto"/>
              <w:jc w:val="center"/>
              <w:rPr>
                <w:szCs w:val="20"/>
              </w:rPr>
            </w:pPr>
            <w:r w:rsidRPr="00811186">
              <w:rPr>
                <w:b/>
                <w:color w:val="000000"/>
                <w:szCs w:val="20"/>
              </w:rPr>
              <w:t>Nivel de cumplimiento</w:t>
            </w:r>
          </w:p>
        </w:tc>
      </w:tr>
      <w:tr w:rsidR="00811186" w14:paraId="4697CFB7" w14:textId="77777777" w:rsidTr="00C44A12">
        <w:trPr>
          <w:cantSplit/>
          <w:trHeight w:hRule="exact" w:val="255"/>
          <w:jc w:val="center"/>
        </w:trPr>
        <w:tc>
          <w:tcPr>
            <w:tcW w:w="1069" w:type="pct"/>
            <w:vMerge/>
            <w:tcBorders>
              <w:left w:val="single" w:sz="5" w:space="0" w:color="444444"/>
              <w:bottom w:val="single" w:sz="5" w:space="0" w:color="444444"/>
              <w:right w:val="single" w:sz="5" w:space="0" w:color="444444"/>
            </w:tcBorders>
            <w:shd w:val="clear" w:color="auto" w:fill="8AC4A7"/>
            <w:vAlign w:val="center"/>
          </w:tcPr>
          <w:p w14:paraId="1D7AF3DF" w14:textId="77777777" w:rsidR="00811186" w:rsidRPr="00811186" w:rsidRDefault="00811186" w:rsidP="00AB4A27">
            <w:pPr>
              <w:spacing w:after="0" w:line="240" w:lineRule="auto"/>
              <w:rPr>
                <w:szCs w:val="20"/>
              </w:rPr>
            </w:pPr>
          </w:p>
        </w:tc>
        <w:tc>
          <w:tcPr>
            <w:tcW w:w="2618" w:type="pct"/>
            <w:vMerge/>
            <w:tcBorders>
              <w:left w:val="single" w:sz="5" w:space="0" w:color="444444"/>
              <w:bottom w:val="single" w:sz="5" w:space="0" w:color="444444"/>
              <w:right w:val="single" w:sz="5" w:space="0" w:color="444444"/>
            </w:tcBorders>
            <w:shd w:val="clear" w:color="auto" w:fill="8AC4A7"/>
            <w:vAlign w:val="center"/>
          </w:tcPr>
          <w:p w14:paraId="10EA8389" w14:textId="77777777" w:rsidR="00811186" w:rsidRPr="00811186" w:rsidRDefault="00811186" w:rsidP="00AB4A27">
            <w:pPr>
              <w:spacing w:after="0" w:line="240" w:lineRule="auto"/>
              <w:rPr>
                <w:szCs w:val="20"/>
              </w:rPr>
            </w:pPr>
          </w:p>
        </w:tc>
        <w:tc>
          <w:tcPr>
            <w:tcW w:w="437"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FC4EA3A" w14:textId="77777777" w:rsidR="00811186" w:rsidRPr="00811186" w:rsidRDefault="00811186" w:rsidP="00AB4A27">
            <w:pPr>
              <w:spacing w:after="0" w:line="240" w:lineRule="auto"/>
              <w:jc w:val="center"/>
              <w:rPr>
                <w:szCs w:val="20"/>
              </w:rPr>
            </w:pPr>
            <w:r w:rsidRPr="00811186">
              <w:rPr>
                <w:b/>
                <w:color w:val="000000"/>
                <w:szCs w:val="20"/>
              </w:rPr>
              <w:t>CT</w:t>
            </w:r>
          </w:p>
        </w:tc>
        <w:tc>
          <w:tcPr>
            <w:tcW w:w="437"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105A632D" w14:textId="77777777" w:rsidR="00811186" w:rsidRPr="00811186" w:rsidRDefault="00811186" w:rsidP="00AB4A27">
            <w:pPr>
              <w:spacing w:after="0" w:line="240" w:lineRule="auto"/>
              <w:jc w:val="center"/>
              <w:rPr>
                <w:szCs w:val="20"/>
              </w:rPr>
            </w:pPr>
            <w:r w:rsidRPr="00811186">
              <w:rPr>
                <w:b/>
                <w:color w:val="000000"/>
                <w:szCs w:val="20"/>
              </w:rPr>
              <w:t>CP</w:t>
            </w:r>
          </w:p>
        </w:tc>
        <w:tc>
          <w:tcPr>
            <w:tcW w:w="43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69B8059" w14:textId="77777777" w:rsidR="00811186" w:rsidRPr="00811186" w:rsidRDefault="00811186" w:rsidP="00AB4A27">
            <w:pPr>
              <w:spacing w:after="0" w:line="240" w:lineRule="auto"/>
              <w:jc w:val="center"/>
              <w:rPr>
                <w:szCs w:val="20"/>
              </w:rPr>
            </w:pPr>
            <w:r w:rsidRPr="00811186">
              <w:rPr>
                <w:b/>
                <w:color w:val="000000"/>
                <w:szCs w:val="20"/>
              </w:rPr>
              <w:t>NC</w:t>
            </w:r>
          </w:p>
        </w:tc>
      </w:tr>
      <w:tr w:rsidR="00811186" w:rsidRPr="000858EE" w14:paraId="4FC2FDA5" w14:textId="77777777" w:rsidTr="00C44A12">
        <w:trPr>
          <w:cantSplit/>
          <w:trHeight w:val="765"/>
          <w:jc w:val="center"/>
        </w:trPr>
        <w:tc>
          <w:tcPr>
            <w:tcW w:w="1069"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082F7F5E" w14:textId="77777777" w:rsidR="00811186" w:rsidRDefault="00811186" w:rsidP="00AB4A27">
            <w:pPr>
              <w:spacing w:after="0"/>
              <w:jc w:val="center"/>
              <w:rPr>
                <w:b/>
                <w:color w:val="E31B23"/>
                <w:szCs w:val="20"/>
                <w:lang w:val="es-PY"/>
              </w:rPr>
            </w:pPr>
            <w:r w:rsidRPr="00811186">
              <w:rPr>
                <w:b/>
                <w:color w:val="000000"/>
                <w:szCs w:val="20"/>
                <w:lang w:val="es-PY"/>
              </w:rPr>
              <w:t>Impacto de la internacionalización en la formación doctoral</w:t>
            </w:r>
            <w:r w:rsidRPr="00811186">
              <w:rPr>
                <w:b/>
                <w:color w:val="E31B23"/>
                <w:szCs w:val="20"/>
                <w:lang w:val="es-PY"/>
              </w:rPr>
              <w:br/>
              <w:t>(Sustantivo)</w:t>
            </w:r>
          </w:p>
          <w:p w14:paraId="49088336" w14:textId="7CD49034" w:rsidR="00C44A12" w:rsidRPr="00C44A12" w:rsidRDefault="00C44A12" w:rsidP="00AB4A27">
            <w:pPr>
              <w:spacing w:after="0"/>
              <w:jc w:val="center"/>
              <w:rPr>
                <w:b/>
                <w:bCs/>
                <w:szCs w:val="20"/>
                <w:lang w:val="es-PY"/>
              </w:rPr>
            </w:pPr>
            <w:r w:rsidRPr="00C44A12">
              <w:rPr>
                <w:b/>
                <w:bCs/>
                <w:szCs w:val="20"/>
                <w:lang w:val="es-PY"/>
              </w:rPr>
              <w:t>(D3.C3)</w:t>
            </w: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9E7F63" w14:textId="77777777" w:rsidR="00811186" w:rsidRPr="00811186" w:rsidRDefault="00811186" w:rsidP="00AB4A27">
            <w:pPr>
              <w:spacing w:after="0" w:line="240" w:lineRule="auto"/>
              <w:jc w:val="both"/>
              <w:rPr>
                <w:szCs w:val="20"/>
                <w:lang w:val="es-PY"/>
              </w:rPr>
            </w:pPr>
            <w:r w:rsidRPr="00811186">
              <w:rPr>
                <w:color w:val="000000"/>
                <w:szCs w:val="20"/>
                <w:lang w:val="es-PY"/>
              </w:rPr>
              <w:t>a. Existen convenios internacionales con fines de investigación conjunta y cooperación académica que benefician al programa.</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989F1D2"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C0F04F7"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73E655A" w14:textId="77777777" w:rsidR="00811186" w:rsidRPr="00EA35D9" w:rsidRDefault="00811186" w:rsidP="00AB4A27">
            <w:pPr>
              <w:spacing w:after="0" w:line="240" w:lineRule="auto"/>
              <w:jc w:val="center"/>
              <w:rPr>
                <w:szCs w:val="20"/>
                <w:lang w:val="es-PY"/>
              </w:rPr>
            </w:pPr>
          </w:p>
        </w:tc>
      </w:tr>
      <w:tr w:rsidR="00811186" w:rsidRPr="000858EE" w14:paraId="0B78003D" w14:textId="77777777" w:rsidTr="00C44A12">
        <w:trPr>
          <w:cantSplit/>
          <w:trHeight w:val="624"/>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06897584"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6E02DF" w14:textId="1FAFC5F4" w:rsidR="00811186" w:rsidRPr="00811186" w:rsidRDefault="00811186" w:rsidP="00AB4A27">
            <w:pPr>
              <w:spacing w:after="0" w:line="240" w:lineRule="auto"/>
              <w:jc w:val="both"/>
              <w:rPr>
                <w:szCs w:val="20"/>
                <w:lang w:val="es-PY"/>
              </w:rPr>
            </w:pPr>
            <w:r w:rsidRPr="00811186">
              <w:rPr>
                <w:color w:val="000000"/>
                <w:szCs w:val="20"/>
                <w:lang w:val="es-PY"/>
              </w:rPr>
              <w:t xml:space="preserve">b. Se fomenta la movilidad internacional de docentes y </w:t>
            </w:r>
            <w:r w:rsidR="004825E4">
              <w:rPr>
                <w:color w:val="000000"/>
                <w:szCs w:val="20"/>
                <w:lang w:val="es-PY"/>
              </w:rPr>
              <w:t>doctorandos</w:t>
            </w:r>
            <w:r w:rsidRPr="00811186">
              <w:rPr>
                <w:color w:val="000000"/>
                <w:szCs w:val="20"/>
                <w:lang w:val="es-PY"/>
              </w:rPr>
              <w:t>.</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710E83"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94687D6"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1D60B31" w14:textId="77777777" w:rsidR="00811186" w:rsidRPr="00EA35D9" w:rsidRDefault="00811186" w:rsidP="00AB4A27">
            <w:pPr>
              <w:spacing w:after="0" w:line="240" w:lineRule="auto"/>
              <w:jc w:val="center"/>
              <w:rPr>
                <w:szCs w:val="20"/>
                <w:lang w:val="es-PY"/>
              </w:rPr>
            </w:pPr>
          </w:p>
        </w:tc>
      </w:tr>
      <w:tr w:rsidR="00811186" w:rsidRPr="000858EE" w14:paraId="7C4664A9" w14:textId="77777777" w:rsidTr="00C44A12">
        <w:trPr>
          <w:cantSplit/>
          <w:trHeight w:val="765"/>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15ADE8CD"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BC8B344" w14:textId="3C6B70B2" w:rsidR="00811186" w:rsidRPr="00811186" w:rsidRDefault="00811186" w:rsidP="00AB4A27">
            <w:pPr>
              <w:spacing w:after="0" w:line="240" w:lineRule="auto"/>
              <w:jc w:val="both"/>
              <w:rPr>
                <w:szCs w:val="20"/>
                <w:lang w:val="es-PY"/>
              </w:rPr>
            </w:pPr>
            <w:r w:rsidRPr="00811186">
              <w:rPr>
                <w:color w:val="000000"/>
                <w:szCs w:val="20"/>
                <w:lang w:val="es-PY"/>
              </w:rPr>
              <w:t>c. Se promueven publicaciones y eventos con alcance internacional, que contribuyen a la proyección académica</w:t>
            </w:r>
            <w:r w:rsidR="00AF0446">
              <w:rPr>
                <w:color w:val="000000"/>
                <w:szCs w:val="20"/>
                <w:lang w:val="es-PY"/>
              </w:rPr>
              <w:t>, profesional</w:t>
            </w:r>
            <w:r w:rsidRPr="00811186">
              <w:rPr>
                <w:color w:val="000000"/>
                <w:szCs w:val="20"/>
                <w:lang w:val="es-PY"/>
              </w:rPr>
              <w:t xml:space="preserve"> y científica del programa.</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920823"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64F135D"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2A698F2" w14:textId="77777777" w:rsidR="00811186" w:rsidRPr="00EA35D9" w:rsidRDefault="00811186" w:rsidP="00AB4A27">
            <w:pPr>
              <w:spacing w:after="0" w:line="240" w:lineRule="auto"/>
              <w:jc w:val="center"/>
              <w:rPr>
                <w:szCs w:val="20"/>
                <w:lang w:val="es-PY"/>
              </w:rPr>
            </w:pPr>
          </w:p>
        </w:tc>
      </w:tr>
      <w:tr w:rsidR="00811186" w:rsidRPr="000858EE" w14:paraId="1231F404" w14:textId="77777777" w:rsidTr="00C44A12">
        <w:trPr>
          <w:cantSplit/>
          <w:trHeight w:val="680"/>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3390A533"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F1E6E77" w14:textId="73D53538" w:rsidR="00811186" w:rsidRPr="00811186" w:rsidRDefault="00811186" w:rsidP="00AB4A27">
            <w:pPr>
              <w:spacing w:after="0" w:line="240" w:lineRule="auto"/>
              <w:jc w:val="both"/>
              <w:rPr>
                <w:szCs w:val="20"/>
                <w:lang w:val="es-PY"/>
              </w:rPr>
            </w:pPr>
            <w:r w:rsidRPr="00811186">
              <w:rPr>
                <w:color w:val="000000"/>
                <w:szCs w:val="20"/>
                <w:lang w:val="es-PY"/>
              </w:rPr>
              <w:t xml:space="preserve">d. </w:t>
            </w:r>
            <w:r w:rsidR="00AF0446" w:rsidRPr="00AF0446">
              <w:rPr>
                <w:szCs w:val="20"/>
                <w:lang w:val="es-PY"/>
              </w:rPr>
              <w:t>El currículo incorpora bibliografía especializada y</w:t>
            </w:r>
            <w:r w:rsidR="00AF0446">
              <w:rPr>
                <w:szCs w:val="20"/>
                <w:lang w:val="es-PY"/>
              </w:rPr>
              <w:t>/o</w:t>
            </w:r>
            <w:r w:rsidR="00AF0446" w:rsidRPr="00AF0446">
              <w:rPr>
                <w:szCs w:val="20"/>
                <w:lang w:val="es-PY"/>
              </w:rPr>
              <w:t xml:space="preserve"> formación en lengua extranjera, acordes con las exigencias del nivel doctoral.</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80BC5F"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EC76CFE"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3AD1601" w14:textId="77777777" w:rsidR="00811186" w:rsidRPr="00EA35D9" w:rsidRDefault="00811186" w:rsidP="00AB4A27">
            <w:pPr>
              <w:spacing w:after="0" w:line="240" w:lineRule="auto"/>
              <w:jc w:val="center"/>
              <w:rPr>
                <w:szCs w:val="20"/>
                <w:lang w:val="es-PY"/>
              </w:rPr>
            </w:pPr>
          </w:p>
        </w:tc>
      </w:tr>
      <w:tr w:rsidR="00811186" w:rsidRPr="000858EE" w14:paraId="2F3FE631" w14:textId="77777777" w:rsidTr="00C44A12">
        <w:trPr>
          <w:cantSplit/>
          <w:trHeight w:val="879"/>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216AF427"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254693" w14:textId="5B92A571" w:rsidR="00AF0446" w:rsidRPr="00AF0446" w:rsidRDefault="00AF0446" w:rsidP="00AF0446">
            <w:pPr>
              <w:spacing w:after="0" w:line="240" w:lineRule="auto"/>
              <w:jc w:val="both"/>
              <w:rPr>
                <w:szCs w:val="20"/>
                <w:lang w:val="es-PY"/>
              </w:rPr>
            </w:pPr>
            <w:r w:rsidRPr="00AF0446">
              <w:rPr>
                <w:szCs w:val="20"/>
                <w:lang w:val="es-PY"/>
              </w:rPr>
              <w:t xml:space="preserve">d. </w:t>
            </w:r>
            <w:r>
              <w:rPr>
                <w:szCs w:val="20"/>
                <w:lang w:val="es-PY"/>
              </w:rPr>
              <w:t xml:space="preserve"> </w:t>
            </w:r>
            <w:r w:rsidRPr="00AF0446">
              <w:rPr>
                <w:szCs w:val="20"/>
                <w:lang w:val="es-PY"/>
              </w:rPr>
              <w:t>Los resultados de las acciones de internacionalización se utilizan para mejorar el desarrollo académico</w:t>
            </w:r>
            <w:r>
              <w:rPr>
                <w:szCs w:val="20"/>
                <w:lang w:val="es-PY"/>
              </w:rPr>
              <w:t>, profesional</w:t>
            </w:r>
            <w:r w:rsidRPr="00AF0446">
              <w:rPr>
                <w:szCs w:val="20"/>
                <w:lang w:val="es-PY"/>
              </w:rPr>
              <w:t xml:space="preserve"> y científico del programa.</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4113709"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37958F7"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156EFF1" w14:textId="77777777" w:rsidR="00811186" w:rsidRPr="00EA35D9" w:rsidRDefault="00811186" w:rsidP="00AB4A27">
            <w:pPr>
              <w:spacing w:after="0" w:line="240" w:lineRule="auto"/>
              <w:jc w:val="center"/>
              <w:rPr>
                <w:szCs w:val="20"/>
                <w:lang w:val="es-PY"/>
              </w:rPr>
            </w:pPr>
          </w:p>
        </w:tc>
      </w:tr>
      <w:tr w:rsidR="00811186" w:rsidRPr="000858EE" w14:paraId="3D1B5E90" w14:textId="77777777" w:rsidTr="00C44A12">
        <w:trPr>
          <w:cantSplit/>
          <w:trHeight w:hRule="exact" w:val="312"/>
          <w:jc w:val="center"/>
        </w:trPr>
        <w:tc>
          <w:tcPr>
            <w:tcW w:w="3687" w:type="pct"/>
            <w:gridSpan w:val="2"/>
            <w:tcBorders>
              <w:top w:val="single" w:sz="5" w:space="0" w:color="444444"/>
              <w:left w:val="single" w:sz="5" w:space="0" w:color="444444"/>
              <w:bottom w:val="single" w:sz="5" w:space="0" w:color="444444"/>
              <w:right w:val="single" w:sz="5" w:space="0" w:color="444444"/>
            </w:tcBorders>
            <w:vAlign w:val="center"/>
          </w:tcPr>
          <w:p w14:paraId="416EA02C" w14:textId="77777777" w:rsidR="00811186" w:rsidRPr="00811186" w:rsidRDefault="00811186" w:rsidP="00AB4A27">
            <w:pPr>
              <w:spacing w:after="0" w:line="240" w:lineRule="auto"/>
              <w:jc w:val="center"/>
              <w:rPr>
                <w:szCs w:val="20"/>
                <w:lang w:val="es-PY"/>
              </w:rPr>
            </w:pPr>
            <w:r w:rsidRPr="00811186">
              <w:rPr>
                <w:b/>
                <w:color w:val="000000"/>
                <w:szCs w:val="20"/>
                <w:lang w:val="es-PY"/>
              </w:rPr>
              <w:t>Nivel de cumplimiento del criterio</w:t>
            </w:r>
          </w:p>
        </w:tc>
        <w:tc>
          <w:tcPr>
            <w:tcW w:w="1313" w:type="pct"/>
            <w:gridSpan w:val="3"/>
            <w:tcBorders>
              <w:top w:val="single" w:sz="5" w:space="0" w:color="444444"/>
              <w:left w:val="single" w:sz="5" w:space="0" w:color="444444"/>
              <w:bottom w:val="single" w:sz="5" w:space="0" w:color="444444"/>
              <w:right w:val="single" w:sz="5" w:space="0" w:color="444444"/>
            </w:tcBorders>
            <w:vAlign w:val="center"/>
          </w:tcPr>
          <w:p w14:paraId="4C037E91" w14:textId="77777777" w:rsidR="00811186" w:rsidRPr="00811186" w:rsidRDefault="00811186" w:rsidP="00AB4A27">
            <w:pPr>
              <w:spacing w:after="0" w:line="240" w:lineRule="auto"/>
              <w:rPr>
                <w:szCs w:val="20"/>
                <w:lang w:val="es-PY"/>
              </w:rPr>
            </w:pPr>
          </w:p>
        </w:tc>
      </w:tr>
      <w:tr w:rsidR="00811186" w14:paraId="63520B20" w14:textId="77777777" w:rsidTr="00C44A12">
        <w:trPr>
          <w:cantSplit/>
          <w:trHeight w:hRule="exact" w:val="340"/>
          <w:jc w:val="center"/>
        </w:trPr>
        <w:tc>
          <w:tcPr>
            <w:tcW w:w="3687"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E0784A4" w14:textId="77777777" w:rsidR="00811186" w:rsidRPr="00811186" w:rsidRDefault="00811186" w:rsidP="00AB4A27">
            <w:pPr>
              <w:spacing w:after="0" w:line="240" w:lineRule="auto"/>
              <w:jc w:val="center"/>
              <w:rPr>
                <w:szCs w:val="20"/>
                <w:lang w:val="es-PY"/>
              </w:rPr>
            </w:pPr>
            <w:r w:rsidRPr="00811186">
              <w:rPr>
                <w:b/>
                <w:color w:val="000000"/>
                <w:szCs w:val="20"/>
                <w:lang w:val="es-PY"/>
              </w:rPr>
              <w:t>Argumento que sostiene el nivel de cumplimiento del criterio</w:t>
            </w:r>
          </w:p>
        </w:tc>
        <w:tc>
          <w:tcPr>
            <w:tcW w:w="1313"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178689C" w14:textId="77777777" w:rsidR="00811186" w:rsidRPr="00811186" w:rsidRDefault="00811186" w:rsidP="00AB4A27">
            <w:pPr>
              <w:spacing w:after="0" w:line="240" w:lineRule="auto"/>
              <w:jc w:val="center"/>
              <w:rPr>
                <w:szCs w:val="20"/>
              </w:rPr>
            </w:pPr>
            <w:r w:rsidRPr="00811186">
              <w:rPr>
                <w:b/>
                <w:color w:val="000000"/>
                <w:szCs w:val="20"/>
              </w:rPr>
              <w:t>Medios de verificación</w:t>
            </w:r>
          </w:p>
        </w:tc>
      </w:tr>
      <w:tr w:rsidR="00811186" w14:paraId="09FEA77B" w14:textId="77777777" w:rsidTr="00C44A12">
        <w:trPr>
          <w:cantSplit/>
          <w:trHeight w:hRule="exact" w:val="9163"/>
          <w:jc w:val="center"/>
        </w:trPr>
        <w:tc>
          <w:tcPr>
            <w:tcW w:w="3687" w:type="pct"/>
            <w:gridSpan w:val="2"/>
            <w:tcBorders>
              <w:top w:val="single" w:sz="5" w:space="0" w:color="444444"/>
              <w:left w:val="single" w:sz="5" w:space="0" w:color="444444"/>
              <w:bottom w:val="single" w:sz="5" w:space="0" w:color="444444"/>
              <w:right w:val="single" w:sz="5" w:space="0" w:color="444444"/>
            </w:tcBorders>
            <w:shd w:val="clear" w:color="auto" w:fill="FFFFFF"/>
          </w:tcPr>
          <w:p w14:paraId="5D81BE63" w14:textId="77777777" w:rsidR="00811186" w:rsidRPr="00811186" w:rsidRDefault="00811186" w:rsidP="00AB4A27">
            <w:pPr>
              <w:rPr>
                <w:szCs w:val="20"/>
              </w:rPr>
            </w:pPr>
          </w:p>
        </w:tc>
        <w:tc>
          <w:tcPr>
            <w:tcW w:w="1313" w:type="pct"/>
            <w:gridSpan w:val="3"/>
            <w:tcBorders>
              <w:top w:val="single" w:sz="5" w:space="0" w:color="444444"/>
              <w:left w:val="single" w:sz="5" w:space="0" w:color="444444"/>
              <w:bottom w:val="single" w:sz="5" w:space="0" w:color="444444"/>
              <w:right w:val="single" w:sz="5" w:space="0" w:color="444444"/>
            </w:tcBorders>
            <w:shd w:val="clear" w:color="auto" w:fill="FFFFFF"/>
          </w:tcPr>
          <w:p w14:paraId="5571CE28" w14:textId="77777777" w:rsidR="00811186" w:rsidRPr="00811186" w:rsidRDefault="00811186" w:rsidP="00AB4A27">
            <w:pPr>
              <w:rPr>
                <w:szCs w:val="20"/>
              </w:rPr>
            </w:pPr>
          </w:p>
        </w:tc>
      </w:tr>
    </w:tbl>
    <w:p w14:paraId="6D8FC6BD" w14:textId="77777777" w:rsidR="00372667" w:rsidRDefault="00372667"/>
    <w:tbl>
      <w:tblPr>
        <w:tblW w:w="5000" w:type="pct"/>
        <w:jc w:val="center"/>
        <w:tblLook w:val="04A0" w:firstRow="1" w:lastRow="0" w:firstColumn="1" w:lastColumn="0" w:noHBand="0" w:noVBand="1"/>
      </w:tblPr>
      <w:tblGrid>
        <w:gridCol w:w="1818"/>
        <w:gridCol w:w="4663"/>
        <w:gridCol w:w="799"/>
        <w:gridCol w:w="801"/>
        <w:gridCol w:w="976"/>
      </w:tblGrid>
      <w:tr w:rsidR="00446BE8" w14:paraId="7848AE91" w14:textId="77777777" w:rsidTr="008F77F3">
        <w:trPr>
          <w:cantSplit/>
          <w:trHeight w:val="340"/>
          <w:jc w:val="center"/>
        </w:trPr>
        <w:tc>
          <w:tcPr>
            <w:tcW w:w="1004" w:type="pct"/>
            <w:vMerge w:val="restart"/>
            <w:tcBorders>
              <w:top w:val="single" w:sz="5" w:space="0" w:color="444444"/>
              <w:left w:val="single" w:sz="5" w:space="0" w:color="444444"/>
              <w:right w:val="single" w:sz="5" w:space="0" w:color="444444"/>
            </w:tcBorders>
            <w:shd w:val="clear" w:color="auto" w:fill="8AC4A7"/>
            <w:vAlign w:val="center"/>
          </w:tcPr>
          <w:p w14:paraId="637EC755" w14:textId="441B8D68" w:rsidR="00446BE8" w:rsidRPr="00811186" w:rsidRDefault="00446BE8" w:rsidP="00446BE8">
            <w:pPr>
              <w:spacing w:after="0" w:line="240" w:lineRule="auto"/>
              <w:jc w:val="center"/>
              <w:rPr>
                <w:szCs w:val="20"/>
              </w:rPr>
            </w:pPr>
            <w:r w:rsidRPr="00811186">
              <w:rPr>
                <w:b/>
                <w:color w:val="000000"/>
                <w:szCs w:val="20"/>
              </w:rPr>
              <w:t>Criterio</w:t>
            </w:r>
          </w:p>
        </w:tc>
        <w:tc>
          <w:tcPr>
            <w:tcW w:w="2574" w:type="pct"/>
            <w:vMerge w:val="restart"/>
            <w:tcBorders>
              <w:top w:val="single" w:sz="5" w:space="0" w:color="444444"/>
              <w:left w:val="single" w:sz="5" w:space="0" w:color="444444"/>
              <w:right w:val="single" w:sz="5" w:space="0" w:color="444444"/>
            </w:tcBorders>
            <w:shd w:val="clear" w:color="auto" w:fill="8AC4A7"/>
            <w:vAlign w:val="center"/>
          </w:tcPr>
          <w:p w14:paraId="11B1F4C1" w14:textId="77777777" w:rsidR="00446BE8" w:rsidRPr="00811186" w:rsidRDefault="00446BE8" w:rsidP="00446BE8">
            <w:pPr>
              <w:spacing w:after="0" w:line="240" w:lineRule="auto"/>
              <w:jc w:val="center"/>
              <w:rPr>
                <w:szCs w:val="20"/>
              </w:rPr>
            </w:pPr>
            <w:r w:rsidRPr="00811186">
              <w:rPr>
                <w:b/>
                <w:color w:val="000000"/>
                <w:szCs w:val="20"/>
              </w:rPr>
              <w:t>Indicadores</w:t>
            </w:r>
          </w:p>
        </w:tc>
        <w:tc>
          <w:tcPr>
            <w:tcW w:w="1422"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30740AA" w14:textId="77777777" w:rsidR="00446BE8" w:rsidRPr="00811186" w:rsidRDefault="00446BE8" w:rsidP="00446BE8">
            <w:pPr>
              <w:spacing w:after="0" w:line="240" w:lineRule="auto"/>
              <w:jc w:val="center"/>
              <w:rPr>
                <w:szCs w:val="20"/>
              </w:rPr>
            </w:pPr>
            <w:r w:rsidRPr="00811186">
              <w:rPr>
                <w:b/>
                <w:color w:val="000000"/>
                <w:szCs w:val="20"/>
              </w:rPr>
              <w:t>Nivel de cumplimiento</w:t>
            </w:r>
          </w:p>
        </w:tc>
      </w:tr>
      <w:tr w:rsidR="00446BE8" w14:paraId="61881411" w14:textId="77777777" w:rsidTr="008F77F3">
        <w:trPr>
          <w:cantSplit/>
          <w:trHeight w:hRule="exact" w:val="255"/>
          <w:jc w:val="center"/>
        </w:trPr>
        <w:tc>
          <w:tcPr>
            <w:tcW w:w="1004" w:type="pct"/>
            <w:vMerge/>
            <w:tcBorders>
              <w:left w:val="single" w:sz="5" w:space="0" w:color="444444"/>
              <w:bottom w:val="single" w:sz="5" w:space="0" w:color="444444"/>
              <w:right w:val="single" w:sz="5" w:space="0" w:color="444444"/>
            </w:tcBorders>
            <w:shd w:val="clear" w:color="auto" w:fill="8AC4A7"/>
            <w:vAlign w:val="center"/>
          </w:tcPr>
          <w:p w14:paraId="175DF7C6" w14:textId="77777777" w:rsidR="00446BE8" w:rsidRPr="00811186" w:rsidRDefault="00446BE8" w:rsidP="00446BE8">
            <w:pPr>
              <w:spacing w:after="0" w:line="240" w:lineRule="auto"/>
              <w:rPr>
                <w:szCs w:val="20"/>
              </w:rPr>
            </w:pPr>
          </w:p>
        </w:tc>
        <w:tc>
          <w:tcPr>
            <w:tcW w:w="2574" w:type="pct"/>
            <w:vMerge/>
            <w:tcBorders>
              <w:left w:val="single" w:sz="5" w:space="0" w:color="444444"/>
              <w:bottom w:val="single" w:sz="5" w:space="0" w:color="444444"/>
              <w:right w:val="single" w:sz="5" w:space="0" w:color="444444"/>
            </w:tcBorders>
            <w:shd w:val="clear" w:color="auto" w:fill="8AC4A7"/>
            <w:vAlign w:val="center"/>
          </w:tcPr>
          <w:p w14:paraId="0AF72D97" w14:textId="77777777" w:rsidR="00446BE8" w:rsidRPr="00811186" w:rsidRDefault="00446BE8" w:rsidP="00446BE8">
            <w:pPr>
              <w:spacing w:after="0" w:line="240" w:lineRule="auto"/>
              <w:rPr>
                <w:szCs w:val="20"/>
              </w:rPr>
            </w:pPr>
          </w:p>
        </w:tc>
        <w:tc>
          <w:tcPr>
            <w:tcW w:w="441"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79CB858" w14:textId="77777777" w:rsidR="00446BE8" w:rsidRPr="00811186" w:rsidRDefault="00446BE8" w:rsidP="00446BE8">
            <w:pPr>
              <w:spacing w:after="0" w:line="240" w:lineRule="auto"/>
              <w:jc w:val="center"/>
              <w:rPr>
                <w:szCs w:val="20"/>
              </w:rPr>
            </w:pPr>
            <w:r w:rsidRPr="00811186">
              <w:rPr>
                <w:b/>
                <w:color w:val="000000"/>
                <w:szCs w:val="20"/>
              </w:rPr>
              <w:t>CT</w:t>
            </w:r>
          </w:p>
        </w:tc>
        <w:tc>
          <w:tcPr>
            <w:tcW w:w="442"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258F48A" w14:textId="77777777" w:rsidR="00446BE8" w:rsidRPr="00811186" w:rsidRDefault="00446BE8" w:rsidP="00446BE8">
            <w:pPr>
              <w:spacing w:after="0" w:line="240" w:lineRule="auto"/>
              <w:jc w:val="center"/>
              <w:rPr>
                <w:szCs w:val="20"/>
              </w:rPr>
            </w:pPr>
            <w:r w:rsidRPr="00811186">
              <w:rPr>
                <w:b/>
                <w:color w:val="000000"/>
                <w:szCs w:val="20"/>
              </w:rPr>
              <w:t>CP</w:t>
            </w:r>
          </w:p>
        </w:tc>
        <w:tc>
          <w:tcPr>
            <w:tcW w:w="539"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9AA338B" w14:textId="77777777" w:rsidR="00446BE8" w:rsidRPr="00811186" w:rsidRDefault="00446BE8" w:rsidP="00446BE8">
            <w:pPr>
              <w:spacing w:after="0" w:line="240" w:lineRule="auto"/>
              <w:jc w:val="center"/>
              <w:rPr>
                <w:szCs w:val="20"/>
              </w:rPr>
            </w:pPr>
            <w:r w:rsidRPr="00811186">
              <w:rPr>
                <w:b/>
                <w:color w:val="000000"/>
                <w:szCs w:val="20"/>
              </w:rPr>
              <w:t>NC</w:t>
            </w:r>
          </w:p>
        </w:tc>
      </w:tr>
      <w:tr w:rsidR="00446BE8" w:rsidRPr="000858EE" w14:paraId="2329B903" w14:textId="77777777" w:rsidTr="008F77F3">
        <w:trPr>
          <w:cantSplit/>
          <w:trHeight w:val="624"/>
          <w:jc w:val="center"/>
        </w:trPr>
        <w:tc>
          <w:tcPr>
            <w:tcW w:w="1004"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386CCAED" w14:textId="77777777" w:rsidR="00446BE8" w:rsidRDefault="00446BE8" w:rsidP="00446BE8">
            <w:pPr>
              <w:spacing w:after="0"/>
              <w:jc w:val="center"/>
              <w:rPr>
                <w:b/>
                <w:color w:val="E31B23"/>
                <w:szCs w:val="20"/>
                <w:lang w:val="es-PY"/>
              </w:rPr>
            </w:pPr>
            <w:r w:rsidRPr="00811186">
              <w:rPr>
                <w:b/>
                <w:color w:val="000000"/>
                <w:szCs w:val="20"/>
                <w:lang w:val="es-PY"/>
              </w:rPr>
              <w:t>Pertinencia de las tesis doctorales</w:t>
            </w:r>
            <w:r w:rsidRPr="00811186">
              <w:rPr>
                <w:b/>
                <w:color w:val="E31B23"/>
                <w:szCs w:val="20"/>
                <w:lang w:val="es-PY"/>
              </w:rPr>
              <w:br/>
              <w:t>(Sustantivo)</w:t>
            </w:r>
          </w:p>
          <w:p w14:paraId="3C76AF56" w14:textId="7742D649" w:rsidR="008F77F3" w:rsidRPr="008F77F3" w:rsidRDefault="008F77F3" w:rsidP="00446BE8">
            <w:pPr>
              <w:spacing w:after="0"/>
              <w:jc w:val="center"/>
              <w:rPr>
                <w:b/>
                <w:bCs/>
                <w:szCs w:val="20"/>
                <w:lang w:val="es-PY"/>
              </w:rPr>
            </w:pPr>
            <w:r w:rsidRPr="008F77F3">
              <w:rPr>
                <w:b/>
                <w:bCs/>
                <w:szCs w:val="20"/>
                <w:lang w:val="es-PY"/>
              </w:rPr>
              <w:t>(D4.C1)</w:t>
            </w: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03143F2" w14:textId="38C7D0BD"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color w:val="000000"/>
                <w:szCs w:val="20"/>
                <w:lang w:val="es-PY"/>
              </w:rPr>
              <w:t>Las tesis evidencian aportes originales al conocimiento científico en coherencia con el nivel formativo, las líneas de investigación definidas y la orientación profesional del programa.</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085C40"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4C7EC12"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4B8733D" w14:textId="77777777" w:rsidR="00446BE8" w:rsidRPr="00EA35D9" w:rsidRDefault="00446BE8" w:rsidP="00446BE8">
            <w:pPr>
              <w:spacing w:after="0" w:line="240" w:lineRule="auto"/>
              <w:jc w:val="center"/>
              <w:rPr>
                <w:szCs w:val="20"/>
                <w:lang w:val="es-PY"/>
              </w:rPr>
            </w:pPr>
          </w:p>
        </w:tc>
      </w:tr>
      <w:tr w:rsidR="00446BE8" w:rsidRPr="000858EE" w14:paraId="77020C66" w14:textId="77777777" w:rsidTr="008F77F3">
        <w:trPr>
          <w:cantSplit/>
          <w:trHeight w:val="624"/>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12AB775E"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70F0B5E" w14:textId="0EDFAF32"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La evaluación de las Tesis se realiza con criterios rigurosos previamente establecidos acordes con las exigencias del nivel doctoral.</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733F428"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2A88A9"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DC9850D" w14:textId="77777777" w:rsidR="00446BE8" w:rsidRPr="00EA35D9" w:rsidRDefault="00446BE8" w:rsidP="00446BE8">
            <w:pPr>
              <w:spacing w:after="0" w:line="240" w:lineRule="auto"/>
              <w:jc w:val="center"/>
              <w:rPr>
                <w:szCs w:val="20"/>
                <w:lang w:val="es-PY"/>
              </w:rPr>
            </w:pPr>
          </w:p>
        </w:tc>
      </w:tr>
      <w:tr w:rsidR="00446BE8" w:rsidRPr="000858EE" w14:paraId="0BF0BF2E" w14:textId="77777777" w:rsidTr="008F77F3">
        <w:trPr>
          <w:cantSplit/>
          <w:trHeight w:val="765"/>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24A2AC9A"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FC45A0D" w14:textId="2A997604"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 xml:space="preserve">Los integrantes del jurado que evalúa las tesis cuentan con formación </w:t>
            </w:r>
            <w:r w:rsidRPr="003E08CB">
              <w:rPr>
                <w:color w:val="000000"/>
                <w:szCs w:val="20"/>
                <w:lang w:val="es-PY"/>
              </w:rPr>
              <w:t>acorde al área de conocimiento del programa</w:t>
            </w:r>
            <w:r w:rsidRPr="003E08CB">
              <w:rPr>
                <w:szCs w:val="20"/>
                <w:lang w:val="es-PY"/>
              </w:rPr>
              <w:t xml:space="preserve"> o experiencia en investigación.</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BF70D9"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D5923A7"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FB98A04" w14:textId="77777777" w:rsidR="00446BE8" w:rsidRPr="00EA35D9" w:rsidRDefault="00446BE8" w:rsidP="00446BE8">
            <w:pPr>
              <w:spacing w:after="0" w:line="240" w:lineRule="auto"/>
              <w:jc w:val="center"/>
              <w:rPr>
                <w:szCs w:val="20"/>
                <w:lang w:val="es-PY"/>
              </w:rPr>
            </w:pPr>
          </w:p>
        </w:tc>
      </w:tr>
      <w:tr w:rsidR="00446BE8" w:rsidRPr="000858EE" w14:paraId="64F8129E" w14:textId="77777777" w:rsidTr="008F77F3">
        <w:trPr>
          <w:cantSplit/>
          <w:trHeight w:val="624"/>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2DE307C7"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9AE1C61" w14:textId="4BBB2DB4"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Se difunden los resultados de las tesis en revistas científicas u otros espacios de divulgación académica reconocidos.</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783B332"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27E45AE"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143E6BF" w14:textId="77777777" w:rsidR="00446BE8" w:rsidRPr="00EA35D9" w:rsidRDefault="00446BE8" w:rsidP="00446BE8">
            <w:pPr>
              <w:spacing w:after="0" w:line="240" w:lineRule="auto"/>
              <w:jc w:val="center"/>
              <w:rPr>
                <w:szCs w:val="20"/>
                <w:lang w:val="es-PY"/>
              </w:rPr>
            </w:pPr>
          </w:p>
        </w:tc>
      </w:tr>
      <w:tr w:rsidR="00446BE8" w:rsidRPr="000858EE" w14:paraId="6E06F067" w14:textId="77777777" w:rsidTr="008F77F3">
        <w:trPr>
          <w:cantSplit/>
          <w:trHeight w:val="680"/>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1BEF1117"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D6F6317" w14:textId="5DBEFAF6" w:rsidR="00446BE8" w:rsidRPr="003E08CB" w:rsidRDefault="00446BE8" w:rsidP="00446BE8">
            <w:pPr>
              <w:pStyle w:val="Prrafodelista"/>
              <w:numPr>
                <w:ilvl w:val="0"/>
                <w:numId w:val="15"/>
              </w:numPr>
              <w:spacing w:after="0" w:line="240" w:lineRule="auto"/>
              <w:ind w:left="231" w:hanging="219"/>
              <w:jc w:val="both"/>
              <w:rPr>
                <w:color w:val="000000"/>
                <w:szCs w:val="20"/>
                <w:lang w:val="es-PY"/>
              </w:rPr>
            </w:pPr>
            <w:r w:rsidRPr="003E08CB">
              <w:rPr>
                <w:color w:val="000000"/>
                <w:szCs w:val="20"/>
                <w:lang w:val="es-PY"/>
              </w:rPr>
              <w:t>Los resultados poseen potencial de aplicación, transferencia, mejora o transformación de la práctica profesional.</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5394AFC"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FE9963"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F4F3DEA" w14:textId="77777777" w:rsidR="00446BE8" w:rsidRPr="00EA35D9" w:rsidRDefault="00446BE8" w:rsidP="00446BE8">
            <w:pPr>
              <w:spacing w:after="0" w:line="240" w:lineRule="auto"/>
              <w:jc w:val="center"/>
              <w:rPr>
                <w:szCs w:val="20"/>
                <w:lang w:val="es-PY"/>
              </w:rPr>
            </w:pPr>
          </w:p>
        </w:tc>
      </w:tr>
      <w:tr w:rsidR="00446BE8" w:rsidRPr="000858EE" w14:paraId="73AFD6CC" w14:textId="77777777" w:rsidTr="008F77F3">
        <w:trPr>
          <w:cantSplit/>
          <w:trHeight w:hRule="exact" w:val="312"/>
          <w:jc w:val="center"/>
        </w:trPr>
        <w:tc>
          <w:tcPr>
            <w:tcW w:w="3578" w:type="pct"/>
            <w:gridSpan w:val="2"/>
            <w:tcBorders>
              <w:top w:val="single" w:sz="5" w:space="0" w:color="444444"/>
              <w:left w:val="single" w:sz="5" w:space="0" w:color="444444"/>
              <w:bottom w:val="single" w:sz="5" w:space="0" w:color="444444"/>
              <w:right w:val="single" w:sz="5" w:space="0" w:color="444444"/>
            </w:tcBorders>
            <w:vAlign w:val="center"/>
          </w:tcPr>
          <w:p w14:paraId="1B419AAD" w14:textId="77777777" w:rsidR="00446BE8" w:rsidRPr="00811186" w:rsidRDefault="00446BE8" w:rsidP="00446BE8">
            <w:pPr>
              <w:spacing w:after="0" w:line="240" w:lineRule="auto"/>
              <w:jc w:val="center"/>
              <w:rPr>
                <w:szCs w:val="20"/>
                <w:lang w:val="es-PY"/>
              </w:rPr>
            </w:pPr>
            <w:r w:rsidRPr="00811186">
              <w:rPr>
                <w:b/>
                <w:color w:val="000000"/>
                <w:szCs w:val="20"/>
                <w:lang w:val="es-PY"/>
              </w:rPr>
              <w:t>Nivel de cumplimiento del criterio</w:t>
            </w:r>
          </w:p>
        </w:tc>
        <w:tc>
          <w:tcPr>
            <w:tcW w:w="1422" w:type="pct"/>
            <w:gridSpan w:val="3"/>
            <w:tcBorders>
              <w:top w:val="single" w:sz="5" w:space="0" w:color="444444"/>
              <w:left w:val="single" w:sz="5" w:space="0" w:color="444444"/>
              <w:bottom w:val="single" w:sz="5" w:space="0" w:color="444444"/>
              <w:right w:val="single" w:sz="5" w:space="0" w:color="444444"/>
            </w:tcBorders>
            <w:vAlign w:val="center"/>
          </w:tcPr>
          <w:p w14:paraId="3ED7B10B" w14:textId="77777777" w:rsidR="00446BE8" w:rsidRPr="00811186" w:rsidRDefault="00446BE8" w:rsidP="00446BE8">
            <w:pPr>
              <w:spacing w:after="0" w:line="240" w:lineRule="auto"/>
              <w:rPr>
                <w:szCs w:val="20"/>
                <w:lang w:val="es-PY"/>
              </w:rPr>
            </w:pPr>
          </w:p>
        </w:tc>
      </w:tr>
      <w:tr w:rsidR="00446BE8" w14:paraId="03ADF69F" w14:textId="77777777" w:rsidTr="008F77F3">
        <w:trPr>
          <w:cantSplit/>
          <w:trHeight w:hRule="exact" w:val="340"/>
          <w:jc w:val="center"/>
        </w:trPr>
        <w:tc>
          <w:tcPr>
            <w:tcW w:w="3578"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BD04E37" w14:textId="77777777" w:rsidR="00446BE8" w:rsidRPr="00811186" w:rsidRDefault="00446BE8" w:rsidP="00446BE8">
            <w:pPr>
              <w:spacing w:after="0" w:line="240" w:lineRule="auto"/>
              <w:jc w:val="center"/>
              <w:rPr>
                <w:szCs w:val="20"/>
                <w:lang w:val="es-PY"/>
              </w:rPr>
            </w:pPr>
            <w:r w:rsidRPr="00811186">
              <w:rPr>
                <w:b/>
                <w:color w:val="000000"/>
                <w:szCs w:val="20"/>
                <w:lang w:val="es-PY"/>
              </w:rPr>
              <w:t>Argumento que sostiene el nivel de cumplimiento del criterio</w:t>
            </w:r>
          </w:p>
        </w:tc>
        <w:tc>
          <w:tcPr>
            <w:tcW w:w="1422"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155626E" w14:textId="77777777" w:rsidR="00446BE8" w:rsidRPr="00811186" w:rsidRDefault="00446BE8" w:rsidP="00446BE8">
            <w:pPr>
              <w:spacing w:after="0" w:line="240" w:lineRule="auto"/>
              <w:jc w:val="center"/>
              <w:rPr>
                <w:szCs w:val="20"/>
              </w:rPr>
            </w:pPr>
            <w:r w:rsidRPr="00811186">
              <w:rPr>
                <w:b/>
                <w:color w:val="000000"/>
                <w:szCs w:val="20"/>
              </w:rPr>
              <w:t>Medios de verificación</w:t>
            </w:r>
          </w:p>
        </w:tc>
      </w:tr>
      <w:tr w:rsidR="000858EE" w14:paraId="5E13E70A" w14:textId="77777777" w:rsidTr="000858EE">
        <w:trPr>
          <w:cantSplit/>
          <w:trHeight w:val="8739"/>
          <w:jc w:val="center"/>
        </w:trPr>
        <w:tc>
          <w:tcPr>
            <w:tcW w:w="3578" w:type="pct"/>
            <w:gridSpan w:val="2"/>
            <w:tcBorders>
              <w:top w:val="single" w:sz="5" w:space="0" w:color="444444"/>
              <w:left w:val="single" w:sz="5" w:space="0" w:color="444444"/>
              <w:bottom w:val="single" w:sz="5" w:space="0" w:color="444444"/>
              <w:right w:val="single" w:sz="5" w:space="0" w:color="444444"/>
            </w:tcBorders>
            <w:shd w:val="clear" w:color="auto" w:fill="FFFFFF" w:themeFill="background1"/>
          </w:tcPr>
          <w:p w14:paraId="7ADE8ECC" w14:textId="77777777" w:rsidR="000858EE" w:rsidRDefault="000858EE" w:rsidP="000858EE">
            <w:pPr>
              <w:spacing w:after="0" w:line="240" w:lineRule="auto"/>
              <w:rPr>
                <w:b/>
                <w:color w:val="000000"/>
                <w:szCs w:val="20"/>
                <w:lang w:val="es-PY"/>
              </w:rPr>
            </w:pPr>
          </w:p>
          <w:p w14:paraId="278340F9" w14:textId="77777777" w:rsidR="000858EE" w:rsidRDefault="000858EE" w:rsidP="000858EE">
            <w:pPr>
              <w:spacing w:after="0" w:line="240" w:lineRule="auto"/>
              <w:rPr>
                <w:b/>
                <w:color w:val="000000"/>
                <w:szCs w:val="20"/>
                <w:lang w:val="es-PY"/>
              </w:rPr>
            </w:pPr>
          </w:p>
          <w:p w14:paraId="1631CCF4" w14:textId="77777777" w:rsidR="000858EE" w:rsidRDefault="000858EE" w:rsidP="000858EE">
            <w:pPr>
              <w:spacing w:after="0" w:line="240" w:lineRule="auto"/>
              <w:rPr>
                <w:b/>
                <w:color w:val="000000"/>
                <w:szCs w:val="20"/>
                <w:lang w:val="es-PY"/>
              </w:rPr>
            </w:pPr>
          </w:p>
          <w:p w14:paraId="340B8ACF" w14:textId="77777777" w:rsidR="000858EE" w:rsidRDefault="000858EE" w:rsidP="000858EE">
            <w:pPr>
              <w:spacing w:after="0" w:line="240" w:lineRule="auto"/>
              <w:rPr>
                <w:b/>
                <w:color w:val="000000"/>
                <w:szCs w:val="20"/>
                <w:lang w:val="es-PY"/>
              </w:rPr>
            </w:pPr>
          </w:p>
          <w:p w14:paraId="52DC0765" w14:textId="77777777" w:rsidR="000858EE" w:rsidRDefault="000858EE" w:rsidP="000858EE">
            <w:pPr>
              <w:spacing w:after="0" w:line="240" w:lineRule="auto"/>
              <w:rPr>
                <w:b/>
                <w:color w:val="000000"/>
                <w:szCs w:val="20"/>
                <w:lang w:val="es-PY"/>
              </w:rPr>
            </w:pPr>
          </w:p>
          <w:p w14:paraId="53A34975" w14:textId="77777777" w:rsidR="000858EE" w:rsidRDefault="000858EE" w:rsidP="000858EE">
            <w:pPr>
              <w:spacing w:after="0" w:line="240" w:lineRule="auto"/>
              <w:rPr>
                <w:b/>
                <w:color w:val="000000"/>
                <w:szCs w:val="20"/>
                <w:lang w:val="es-PY"/>
              </w:rPr>
            </w:pPr>
          </w:p>
          <w:p w14:paraId="29528F6A" w14:textId="77777777" w:rsidR="000858EE" w:rsidRDefault="000858EE" w:rsidP="000858EE">
            <w:pPr>
              <w:spacing w:after="0" w:line="240" w:lineRule="auto"/>
              <w:rPr>
                <w:b/>
                <w:color w:val="000000"/>
                <w:szCs w:val="20"/>
                <w:lang w:val="es-PY"/>
              </w:rPr>
            </w:pPr>
          </w:p>
          <w:p w14:paraId="4D2E4E25" w14:textId="77777777" w:rsidR="000858EE" w:rsidRDefault="000858EE" w:rsidP="000858EE">
            <w:pPr>
              <w:spacing w:after="0" w:line="240" w:lineRule="auto"/>
              <w:rPr>
                <w:b/>
                <w:color w:val="000000"/>
                <w:szCs w:val="20"/>
                <w:lang w:val="es-PY"/>
              </w:rPr>
            </w:pPr>
          </w:p>
          <w:p w14:paraId="260ED255" w14:textId="77777777" w:rsidR="000858EE" w:rsidRDefault="000858EE" w:rsidP="000858EE">
            <w:pPr>
              <w:spacing w:after="0" w:line="240" w:lineRule="auto"/>
              <w:rPr>
                <w:b/>
                <w:color w:val="000000"/>
                <w:szCs w:val="20"/>
                <w:lang w:val="es-PY"/>
              </w:rPr>
            </w:pPr>
          </w:p>
          <w:p w14:paraId="3BE6F83F" w14:textId="77777777" w:rsidR="000858EE" w:rsidRDefault="000858EE" w:rsidP="000858EE">
            <w:pPr>
              <w:spacing w:after="0" w:line="240" w:lineRule="auto"/>
              <w:rPr>
                <w:b/>
                <w:color w:val="000000"/>
                <w:szCs w:val="20"/>
                <w:lang w:val="es-PY"/>
              </w:rPr>
            </w:pPr>
          </w:p>
          <w:p w14:paraId="566F0E16" w14:textId="77777777" w:rsidR="000858EE" w:rsidRDefault="000858EE" w:rsidP="000858EE">
            <w:pPr>
              <w:spacing w:after="0" w:line="240" w:lineRule="auto"/>
              <w:rPr>
                <w:b/>
                <w:color w:val="000000"/>
                <w:szCs w:val="20"/>
                <w:lang w:val="es-PY"/>
              </w:rPr>
            </w:pPr>
          </w:p>
          <w:p w14:paraId="241594C6" w14:textId="77777777" w:rsidR="000858EE" w:rsidRDefault="000858EE" w:rsidP="000858EE">
            <w:pPr>
              <w:spacing w:after="0" w:line="240" w:lineRule="auto"/>
              <w:rPr>
                <w:b/>
                <w:color w:val="000000"/>
                <w:szCs w:val="20"/>
                <w:lang w:val="es-PY"/>
              </w:rPr>
            </w:pPr>
          </w:p>
          <w:p w14:paraId="7695F2FF" w14:textId="77777777" w:rsidR="000858EE" w:rsidRDefault="000858EE" w:rsidP="000858EE">
            <w:pPr>
              <w:spacing w:after="0" w:line="240" w:lineRule="auto"/>
              <w:rPr>
                <w:b/>
                <w:color w:val="000000"/>
                <w:szCs w:val="20"/>
                <w:lang w:val="es-PY"/>
              </w:rPr>
            </w:pPr>
          </w:p>
          <w:p w14:paraId="739B3093" w14:textId="77777777" w:rsidR="000858EE" w:rsidRDefault="000858EE" w:rsidP="000858EE">
            <w:pPr>
              <w:spacing w:after="0" w:line="240" w:lineRule="auto"/>
              <w:rPr>
                <w:b/>
                <w:color w:val="000000"/>
                <w:szCs w:val="20"/>
                <w:lang w:val="es-PY"/>
              </w:rPr>
            </w:pPr>
          </w:p>
          <w:p w14:paraId="4FCBD717" w14:textId="77777777" w:rsidR="000858EE" w:rsidRDefault="000858EE" w:rsidP="000858EE">
            <w:pPr>
              <w:spacing w:after="0" w:line="240" w:lineRule="auto"/>
              <w:rPr>
                <w:b/>
                <w:color w:val="000000"/>
                <w:szCs w:val="20"/>
                <w:lang w:val="es-PY"/>
              </w:rPr>
            </w:pPr>
          </w:p>
          <w:p w14:paraId="6BE03A5F" w14:textId="77777777" w:rsidR="000858EE" w:rsidRDefault="000858EE" w:rsidP="000858EE">
            <w:pPr>
              <w:spacing w:after="0" w:line="240" w:lineRule="auto"/>
              <w:rPr>
                <w:b/>
                <w:color w:val="000000"/>
                <w:szCs w:val="20"/>
                <w:lang w:val="es-PY"/>
              </w:rPr>
            </w:pPr>
          </w:p>
          <w:p w14:paraId="02F9F27A" w14:textId="77777777" w:rsidR="000858EE" w:rsidRDefault="000858EE" w:rsidP="000858EE">
            <w:pPr>
              <w:spacing w:after="0" w:line="240" w:lineRule="auto"/>
              <w:rPr>
                <w:b/>
                <w:color w:val="000000"/>
                <w:szCs w:val="20"/>
                <w:lang w:val="es-PY"/>
              </w:rPr>
            </w:pPr>
          </w:p>
          <w:p w14:paraId="783ECFCF" w14:textId="77777777" w:rsidR="000858EE" w:rsidRDefault="000858EE" w:rsidP="000858EE">
            <w:pPr>
              <w:spacing w:after="0" w:line="240" w:lineRule="auto"/>
              <w:rPr>
                <w:b/>
                <w:color w:val="000000"/>
                <w:szCs w:val="20"/>
                <w:lang w:val="es-PY"/>
              </w:rPr>
            </w:pPr>
          </w:p>
          <w:p w14:paraId="3C351694" w14:textId="77777777" w:rsidR="000858EE" w:rsidRDefault="000858EE" w:rsidP="000858EE">
            <w:pPr>
              <w:spacing w:after="0" w:line="240" w:lineRule="auto"/>
              <w:rPr>
                <w:b/>
                <w:color w:val="000000"/>
                <w:szCs w:val="20"/>
                <w:lang w:val="es-PY"/>
              </w:rPr>
            </w:pPr>
          </w:p>
          <w:p w14:paraId="0AF37B90" w14:textId="77777777" w:rsidR="000858EE" w:rsidRDefault="000858EE" w:rsidP="000858EE">
            <w:pPr>
              <w:spacing w:after="0" w:line="240" w:lineRule="auto"/>
              <w:rPr>
                <w:b/>
                <w:color w:val="000000"/>
                <w:szCs w:val="20"/>
                <w:lang w:val="es-PY"/>
              </w:rPr>
            </w:pPr>
          </w:p>
          <w:p w14:paraId="2C06E1DC" w14:textId="77777777" w:rsidR="000858EE" w:rsidRDefault="000858EE" w:rsidP="000858EE">
            <w:pPr>
              <w:spacing w:after="0" w:line="240" w:lineRule="auto"/>
              <w:rPr>
                <w:b/>
                <w:color w:val="000000"/>
                <w:szCs w:val="20"/>
                <w:lang w:val="es-PY"/>
              </w:rPr>
            </w:pPr>
          </w:p>
          <w:p w14:paraId="4A2DD979" w14:textId="77777777" w:rsidR="000858EE" w:rsidRDefault="000858EE" w:rsidP="000858EE">
            <w:pPr>
              <w:spacing w:after="0" w:line="240" w:lineRule="auto"/>
              <w:rPr>
                <w:b/>
                <w:color w:val="000000"/>
                <w:szCs w:val="20"/>
                <w:lang w:val="es-PY"/>
              </w:rPr>
            </w:pPr>
          </w:p>
          <w:p w14:paraId="0B47E647" w14:textId="77777777" w:rsidR="000858EE" w:rsidRDefault="000858EE" w:rsidP="000858EE">
            <w:pPr>
              <w:spacing w:after="0" w:line="240" w:lineRule="auto"/>
              <w:rPr>
                <w:b/>
                <w:color w:val="000000"/>
                <w:szCs w:val="20"/>
                <w:lang w:val="es-PY"/>
              </w:rPr>
            </w:pPr>
          </w:p>
          <w:p w14:paraId="75BFE296" w14:textId="77777777" w:rsidR="000858EE" w:rsidRDefault="000858EE" w:rsidP="000858EE">
            <w:pPr>
              <w:spacing w:after="0" w:line="240" w:lineRule="auto"/>
              <w:rPr>
                <w:b/>
                <w:color w:val="000000"/>
                <w:szCs w:val="20"/>
                <w:lang w:val="es-PY"/>
              </w:rPr>
            </w:pPr>
          </w:p>
          <w:p w14:paraId="7547B23D" w14:textId="77777777" w:rsidR="000858EE" w:rsidRDefault="000858EE" w:rsidP="000858EE">
            <w:pPr>
              <w:spacing w:after="0" w:line="240" w:lineRule="auto"/>
              <w:rPr>
                <w:b/>
                <w:color w:val="000000"/>
                <w:szCs w:val="20"/>
                <w:lang w:val="es-PY"/>
              </w:rPr>
            </w:pPr>
          </w:p>
          <w:p w14:paraId="0E5AAA4A" w14:textId="77777777" w:rsidR="000858EE" w:rsidRDefault="000858EE" w:rsidP="000858EE">
            <w:pPr>
              <w:spacing w:after="0" w:line="240" w:lineRule="auto"/>
              <w:rPr>
                <w:b/>
                <w:color w:val="000000"/>
                <w:szCs w:val="20"/>
                <w:lang w:val="es-PY"/>
              </w:rPr>
            </w:pPr>
          </w:p>
          <w:p w14:paraId="07130416" w14:textId="6C1A8B71" w:rsidR="000858EE" w:rsidRDefault="000858EE" w:rsidP="000858EE">
            <w:pPr>
              <w:spacing w:after="0" w:line="240" w:lineRule="auto"/>
              <w:rPr>
                <w:b/>
                <w:color w:val="000000"/>
                <w:szCs w:val="20"/>
                <w:lang w:val="es-PY"/>
              </w:rPr>
            </w:pPr>
          </w:p>
          <w:p w14:paraId="51646869" w14:textId="14065AFD" w:rsidR="000858EE" w:rsidRDefault="000858EE" w:rsidP="000858EE">
            <w:pPr>
              <w:spacing w:after="0" w:line="240" w:lineRule="auto"/>
              <w:rPr>
                <w:b/>
                <w:color w:val="000000"/>
                <w:szCs w:val="20"/>
                <w:lang w:val="es-PY"/>
              </w:rPr>
            </w:pPr>
          </w:p>
          <w:p w14:paraId="52DD6364" w14:textId="123AD81C" w:rsidR="000858EE" w:rsidRDefault="000858EE" w:rsidP="000858EE">
            <w:pPr>
              <w:spacing w:after="0" w:line="240" w:lineRule="auto"/>
              <w:rPr>
                <w:b/>
                <w:color w:val="000000"/>
                <w:szCs w:val="20"/>
                <w:lang w:val="es-PY"/>
              </w:rPr>
            </w:pPr>
          </w:p>
          <w:p w14:paraId="76816969" w14:textId="5DB5C6AC" w:rsidR="000858EE" w:rsidRDefault="000858EE" w:rsidP="000858EE">
            <w:pPr>
              <w:spacing w:after="0" w:line="240" w:lineRule="auto"/>
              <w:rPr>
                <w:b/>
                <w:color w:val="000000"/>
                <w:szCs w:val="20"/>
                <w:lang w:val="es-PY"/>
              </w:rPr>
            </w:pPr>
          </w:p>
          <w:p w14:paraId="2193931F" w14:textId="357FCF8C" w:rsidR="000858EE" w:rsidRDefault="000858EE" w:rsidP="000858EE">
            <w:pPr>
              <w:spacing w:after="0" w:line="240" w:lineRule="auto"/>
              <w:rPr>
                <w:b/>
                <w:color w:val="000000"/>
                <w:szCs w:val="20"/>
                <w:lang w:val="es-PY"/>
              </w:rPr>
            </w:pPr>
          </w:p>
          <w:p w14:paraId="034A0C0C" w14:textId="4ABCE833" w:rsidR="000858EE" w:rsidRDefault="000858EE" w:rsidP="000858EE">
            <w:pPr>
              <w:spacing w:after="0" w:line="240" w:lineRule="auto"/>
              <w:rPr>
                <w:b/>
                <w:color w:val="000000"/>
                <w:szCs w:val="20"/>
                <w:lang w:val="es-PY"/>
              </w:rPr>
            </w:pPr>
          </w:p>
          <w:p w14:paraId="4C24BD14" w14:textId="77777777" w:rsidR="000858EE" w:rsidRDefault="000858EE" w:rsidP="000858EE">
            <w:pPr>
              <w:spacing w:after="0" w:line="240" w:lineRule="auto"/>
              <w:rPr>
                <w:b/>
                <w:color w:val="000000"/>
                <w:szCs w:val="20"/>
                <w:lang w:val="es-PY"/>
              </w:rPr>
            </w:pPr>
          </w:p>
          <w:p w14:paraId="2A45151E" w14:textId="4743975F" w:rsidR="000858EE" w:rsidRPr="00811186" w:rsidRDefault="000858EE" w:rsidP="000858EE">
            <w:pPr>
              <w:spacing w:after="0" w:line="240" w:lineRule="auto"/>
              <w:rPr>
                <w:b/>
                <w:color w:val="000000"/>
                <w:szCs w:val="20"/>
                <w:lang w:val="es-PY"/>
              </w:rPr>
            </w:pPr>
          </w:p>
        </w:tc>
        <w:tc>
          <w:tcPr>
            <w:tcW w:w="1422" w:type="pct"/>
            <w:gridSpan w:val="3"/>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747F1CC" w14:textId="77777777" w:rsidR="000858EE" w:rsidRPr="00811186" w:rsidRDefault="000858EE" w:rsidP="00446BE8">
            <w:pPr>
              <w:spacing w:after="0" w:line="240" w:lineRule="auto"/>
              <w:jc w:val="center"/>
              <w:rPr>
                <w:b/>
                <w:color w:val="000000"/>
                <w:szCs w:val="20"/>
              </w:rPr>
            </w:pPr>
          </w:p>
        </w:tc>
      </w:tr>
    </w:tbl>
    <w:p w14:paraId="00BCF548" w14:textId="77777777" w:rsidR="000858EE" w:rsidRDefault="000858EE"/>
    <w:tbl>
      <w:tblPr>
        <w:tblW w:w="5000" w:type="pct"/>
        <w:jc w:val="center"/>
        <w:tblLook w:val="04A0" w:firstRow="1" w:lastRow="0" w:firstColumn="1" w:lastColumn="0" w:noHBand="0" w:noVBand="1"/>
      </w:tblPr>
      <w:tblGrid>
        <w:gridCol w:w="1822"/>
        <w:gridCol w:w="4775"/>
        <w:gridCol w:w="817"/>
        <w:gridCol w:w="819"/>
        <w:gridCol w:w="824"/>
      </w:tblGrid>
      <w:tr w:rsidR="00811186" w14:paraId="30057BC2" w14:textId="77777777" w:rsidTr="008F77F3">
        <w:trPr>
          <w:cantSplit/>
          <w:trHeight w:val="340"/>
          <w:jc w:val="center"/>
        </w:trPr>
        <w:tc>
          <w:tcPr>
            <w:tcW w:w="1004" w:type="pct"/>
            <w:vMerge w:val="restart"/>
            <w:tcBorders>
              <w:top w:val="single" w:sz="5" w:space="0" w:color="444444"/>
              <w:left w:val="single" w:sz="5" w:space="0" w:color="444444"/>
              <w:right w:val="single" w:sz="5" w:space="0" w:color="444444"/>
            </w:tcBorders>
            <w:shd w:val="clear" w:color="auto" w:fill="8AC4A7"/>
            <w:vAlign w:val="center"/>
          </w:tcPr>
          <w:p w14:paraId="556DA190" w14:textId="4C409D19" w:rsidR="00811186" w:rsidRPr="00811186" w:rsidRDefault="00811186">
            <w:pPr>
              <w:spacing w:after="0" w:line="240" w:lineRule="auto"/>
              <w:jc w:val="center"/>
              <w:rPr>
                <w:szCs w:val="20"/>
              </w:rPr>
            </w:pPr>
            <w:r w:rsidRPr="00811186">
              <w:rPr>
                <w:b/>
                <w:color w:val="000000"/>
                <w:szCs w:val="20"/>
              </w:rPr>
              <w:t>Criterio</w:t>
            </w:r>
          </w:p>
        </w:tc>
        <w:tc>
          <w:tcPr>
            <w:tcW w:w="2631" w:type="pct"/>
            <w:vMerge w:val="restart"/>
            <w:tcBorders>
              <w:top w:val="single" w:sz="5" w:space="0" w:color="444444"/>
              <w:left w:val="single" w:sz="5" w:space="0" w:color="444444"/>
              <w:right w:val="single" w:sz="5" w:space="0" w:color="444444"/>
            </w:tcBorders>
            <w:shd w:val="clear" w:color="auto" w:fill="8AC4A7"/>
            <w:vAlign w:val="center"/>
          </w:tcPr>
          <w:p w14:paraId="69DBFF88" w14:textId="77777777" w:rsidR="00811186" w:rsidRPr="00811186" w:rsidRDefault="00811186">
            <w:pPr>
              <w:spacing w:after="0" w:line="240" w:lineRule="auto"/>
              <w:jc w:val="center"/>
              <w:rPr>
                <w:szCs w:val="20"/>
              </w:rPr>
            </w:pPr>
            <w:r w:rsidRPr="00811186">
              <w:rPr>
                <w:b/>
                <w:color w:val="000000"/>
                <w:szCs w:val="20"/>
              </w:rPr>
              <w:t>Indicadores</w:t>
            </w:r>
          </w:p>
        </w:tc>
        <w:tc>
          <w:tcPr>
            <w:tcW w:w="1355"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E6E5AA" w14:textId="77777777" w:rsidR="00811186" w:rsidRPr="00811186" w:rsidRDefault="00811186">
            <w:pPr>
              <w:spacing w:after="0" w:line="240" w:lineRule="auto"/>
              <w:jc w:val="center"/>
              <w:rPr>
                <w:szCs w:val="20"/>
              </w:rPr>
            </w:pPr>
            <w:r w:rsidRPr="00811186">
              <w:rPr>
                <w:b/>
                <w:color w:val="000000"/>
                <w:szCs w:val="20"/>
              </w:rPr>
              <w:t>Nivel de cumplimiento</w:t>
            </w:r>
          </w:p>
        </w:tc>
      </w:tr>
      <w:tr w:rsidR="00811186" w14:paraId="6C05B8F5" w14:textId="77777777" w:rsidTr="008F77F3">
        <w:trPr>
          <w:cantSplit/>
          <w:trHeight w:hRule="exact" w:val="255"/>
          <w:jc w:val="center"/>
        </w:trPr>
        <w:tc>
          <w:tcPr>
            <w:tcW w:w="1004" w:type="pct"/>
            <w:vMerge/>
            <w:tcBorders>
              <w:left w:val="single" w:sz="5" w:space="0" w:color="444444"/>
              <w:bottom w:val="single" w:sz="5" w:space="0" w:color="444444"/>
              <w:right w:val="single" w:sz="5" w:space="0" w:color="444444"/>
            </w:tcBorders>
            <w:shd w:val="clear" w:color="auto" w:fill="8AC4A7"/>
            <w:vAlign w:val="center"/>
          </w:tcPr>
          <w:p w14:paraId="5D698283" w14:textId="77777777" w:rsidR="00811186" w:rsidRPr="00811186" w:rsidRDefault="00811186">
            <w:pPr>
              <w:spacing w:after="0" w:line="240" w:lineRule="auto"/>
              <w:rPr>
                <w:szCs w:val="20"/>
              </w:rPr>
            </w:pPr>
          </w:p>
        </w:tc>
        <w:tc>
          <w:tcPr>
            <w:tcW w:w="2631" w:type="pct"/>
            <w:vMerge/>
            <w:tcBorders>
              <w:left w:val="single" w:sz="5" w:space="0" w:color="444444"/>
              <w:bottom w:val="single" w:sz="5" w:space="0" w:color="444444"/>
              <w:right w:val="single" w:sz="5" w:space="0" w:color="444444"/>
            </w:tcBorders>
            <w:shd w:val="clear" w:color="auto" w:fill="8AC4A7"/>
            <w:vAlign w:val="center"/>
          </w:tcPr>
          <w:p w14:paraId="33C0CEE8" w14:textId="77777777" w:rsidR="00811186" w:rsidRPr="00811186" w:rsidRDefault="00811186">
            <w:pPr>
              <w:spacing w:after="0" w:line="240" w:lineRule="auto"/>
              <w:rPr>
                <w:szCs w:val="20"/>
              </w:rPr>
            </w:pPr>
          </w:p>
        </w:tc>
        <w:tc>
          <w:tcPr>
            <w:tcW w:w="45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6CE62AA" w14:textId="77777777" w:rsidR="00811186" w:rsidRPr="00811186" w:rsidRDefault="00811186">
            <w:pPr>
              <w:spacing w:after="0" w:line="240" w:lineRule="auto"/>
              <w:jc w:val="center"/>
              <w:rPr>
                <w:szCs w:val="20"/>
              </w:rPr>
            </w:pPr>
            <w:r w:rsidRPr="00811186">
              <w:rPr>
                <w:b/>
                <w:color w:val="000000"/>
                <w:szCs w:val="20"/>
              </w:rPr>
              <w:t>CT</w:t>
            </w:r>
          </w:p>
        </w:tc>
        <w:tc>
          <w:tcPr>
            <w:tcW w:w="451"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6ABD911" w14:textId="77777777" w:rsidR="00811186" w:rsidRPr="00811186" w:rsidRDefault="00811186">
            <w:pPr>
              <w:spacing w:after="0" w:line="240" w:lineRule="auto"/>
              <w:jc w:val="center"/>
              <w:rPr>
                <w:szCs w:val="20"/>
              </w:rPr>
            </w:pPr>
            <w:r w:rsidRPr="00811186">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9B33BB0" w14:textId="77777777" w:rsidR="00811186" w:rsidRPr="00811186" w:rsidRDefault="00811186">
            <w:pPr>
              <w:spacing w:after="0" w:line="240" w:lineRule="auto"/>
              <w:jc w:val="center"/>
              <w:rPr>
                <w:szCs w:val="20"/>
              </w:rPr>
            </w:pPr>
            <w:r w:rsidRPr="00811186">
              <w:rPr>
                <w:b/>
                <w:color w:val="000000"/>
                <w:szCs w:val="20"/>
              </w:rPr>
              <w:t>NC</w:t>
            </w:r>
          </w:p>
        </w:tc>
      </w:tr>
      <w:tr w:rsidR="006B718D" w:rsidRPr="000858EE" w14:paraId="3D6E6F51" w14:textId="77777777" w:rsidTr="008F77F3">
        <w:trPr>
          <w:cantSplit/>
          <w:trHeight w:val="765"/>
          <w:jc w:val="center"/>
        </w:trPr>
        <w:tc>
          <w:tcPr>
            <w:tcW w:w="1004" w:type="pct"/>
            <w:vMerge w:val="restart"/>
            <w:tcBorders>
              <w:top w:val="single" w:sz="5" w:space="0" w:color="444444"/>
              <w:left w:val="single" w:sz="5" w:space="0" w:color="444444"/>
              <w:bottom w:val="single" w:sz="5" w:space="0" w:color="444444"/>
              <w:right w:val="single" w:sz="5" w:space="0" w:color="444444"/>
            </w:tcBorders>
            <w:vAlign w:val="center"/>
          </w:tcPr>
          <w:p w14:paraId="2FC4346C" w14:textId="77777777" w:rsidR="006B718D" w:rsidRDefault="00BF74F5">
            <w:pPr>
              <w:spacing w:after="0"/>
              <w:jc w:val="center"/>
              <w:rPr>
                <w:b/>
                <w:color w:val="000000"/>
                <w:szCs w:val="20"/>
                <w:lang w:val="es-PY"/>
              </w:rPr>
            </w:pPr>
            <w:r w:rsidRPr="00811186">
              <w:rPr>
                <w:b/>
                <w:color w:val="000000"/>
                <w:szCs w:val="20"/>
                <w:lang w:val="es-PY"/>
              </w:rPr>
              <w:t xml:space="preserve">Impacto de los egresados en los ámbitos académico, </w:t>
            </w:r>
            <w:r w:rsidR="009F2213">
              <w:rPr>
                <w:b/>
                <w:color w:val="000000"/>
                <w:szCs w:val="20"/>
                <w:lang w:val="es-PY"/>
              </w:rPr>
              <w:t>profesional</w:t>
            </w:r>
            <w:r w:rsidRPr="00811186">
              <w:rPr>
                <w:b/>
                <w:color w:val="000000"/>
                <w:szCs w:val="20"/>
                <w:lang w:val="es-PY"/>
              </w:rPr>
              <w:t xml:space="preserve"> o social</w:t>
            </w:r>
          </w:p>
          <w:p w14:paraId="3295901B" w14:textId="220F1397" w:rsidR="008F77F3" w:rsidRPr="00811186" w:rsidRDefault="008F77F3">
            <w:pPr>
              <w:spacing w:after="0"/>
              <w:jc w:val="center"/>
              <w:rPr>
                <w:szCs w:val="20"/>
                <w:lang w:val="es-PY"/>
              </w:rPr>
            </w:pPr>
            <w:r w:rsidRPr="00C44A12">
              <w:rPr>
                <w:b/>
                <w:bCs/>
                <w:szCs w:val="20"/>
                <w:lang w:val="es-PY"/>
              </w:rPr>
              <w:t>(D</w:t>
            </w:r>
            <w:r>
              <w:rPr>
                <w:b/>
                <w:bCs/>
                <w:szCs w:val="20"/>
                <w:lang w:val="es-PY"/>
              </w:rPr>
              <w:t>4</w:t>
            </w:r>
            <w:r w:rsidRPr="00C44A12">
              <w:rPr>
                <w:b/>
                <w:bCs/>
                <w:szCs w:val="20"/>
                <w:lang w:val="es-PY"/>
              </w:rPr>
              <w:t>.C</w:t>
            </w:r>
            <w:r>
              <w:rPr>
                <w:b/>
                <w:bCs/>
                <w:szCs w:val="20"/>
                <w:lang w:val="es-PY"/>
              </w:rPr>
              <w:t>2</w:t>
            </w:r>
            <w:r w:rsidRPr="00C44A12">
              <w:rPr>
                <w:b/>
                <w:bCs/>
                <w:szCs w:val="20"/>
                <w:lang w:val="es-PY"/>
              </w:rPr>
              <w:t>)</w:t>
            </w:r>
          </w:p>
        </w:tc>
        <w:tc>
          <w:tcPr>
            <w:tcW w:w="2631" w:type="pct"/>
            <w:tcBorders>
              <w:top w:val="single" w:sz="5" w:space="0" w:color="444444"/>
              <w:left w:val="single" w:sz="5" w:space="0" w:color="444444"/>
              <w:bottom w:val="single" w:sz="5" w:space="0" w:color="444444"/>
              <w:right w:val="single" w:sz="5" w:space="0" w:color="444444"/>
            </w:tcBorders>
            <w:vAlign w:val="center"/>
          </w:tcPr>
          <w:p w14:paraId="2EC63473" w14:textId="6B3FBC54" w:rsidR="006B718D" w:rsidRPr="009F2213" w:rsidRDefault="009F2213" w:rsidP="009F2213">
            <w:pPr>
              <w:pStyle w:val="Prrafodelista"/>
              <w:numPr>
                <w:ilvl w:val="0"/>
                <w:numId w:val="17"/>
              </w:numPr>
              <w:spacing w:after="0" w:line="240" w:lineRule="auto"/>
              <w:ind w:left="227" w:hanging="219"/>
              <w:jc w:val="both"/>
              <w:rPr>
                <w:szCs w:val="20"/>
                <w:lang w:val="es-PY"/>
              </w:rPr>
            </w:pPr>
            <w:r w:rsidRPr="009F2213">
              <w:rPr>
                <w:szCs w:val="20"/>
                <w:lang w:val="es-PY"/>
              </w:rPr>
              <w:t>Se registra y actualiza sistemáticamente la trayectoria de los egresados del programa en los ámbitos académico, profesional</w:t>
            </w:r>
            <w:r>
              <w:rPr>
                <w:szCs w:val="20"/>
                <w:lang w:val="es-PY"/>
              </w:rPr>
              <w:t xml:space="preserve"> </w:t>
            </w:r>
            <w:r w:rsidRPr="009F2213">
              <w:rPr>
                <w:szCs w:val="20"/>
                <w:lang w:val="es-PY"/>
              </w:rPr>
              <w:t>o social.</w:t>
            </w:r>
          </w:p>
        </w:tc>
        <w:tc>
          <w:tcPr>
            <w:tcW w:w="450" w:type="pct"/>
            <w:tcBorders>
              <w:top w:val="single" w:sz="5" w:space="0" w:color="444444"/>
              <w:left w:val="single" w:sz="5" w:space="0" w:color="444444"/>
              <w:bottom w:val="single" w:sz="5" w:space="0" w:color="444444"/>
              <w:right w:val="single" w:sz="5" w:space="0" w:color="444444"/>
            </w:tcBorders>
            <w:vAlign w:val="center"/>
          </w:tcPr>
          <w:p w14:paraId="04D6F50D"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45839BF6"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502F499" w14:textId="77777777" w:rsidR="006B718D" w:rsidRPr="00EA35D9" w:rsidRDefault="006B718D">
            <w:pPr>
              <w:spacing w:after="0" w:line="240" w:lineRule="auto"/>
              <w:jc w:val="center"/>
              <w:rPr>
                <w:szCs w:val="20"/>
                <w:lang w:val="es-PY"/>
              </w:rPr>
            </w:pPr>
          </w:p>
        </w:tc>
      </w:tr>
      <w:tr w:rsidR="006B718D" w:rsidRPr="000858EE" w14:paraId="42364DD3" w14:textId="77777777" w:rsidTr="008F77F3">
        <w:trPr>
          <w:cantSplit/>
          <w:trHeight w:val="624"/>
          <w:jc w:val="center"/>
        </w:trPr>
        <w:tc>
          <w:tcPr>
            <w:tcW w:w="1004" w:type="pct"/>
            <w:vMerge/>
            <w:tcBorders>
              <w:top w:val="single" w:sz="5" w:space="0" w:color="444444"/>
              <w:left w:val="single" w:sz="5" w:space="0" w:color="444444"/>
              <w:bottom w:val="single" w:sz="5" w:space="0" w:color="444444"/>
              <w:right w:val="single" w:sz="5" w:space="0" w:color="444444"/>
            </w:tcBorders>
          </w:tcPr>
          <w:p w14:paraId="50B1592E"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3EB722FC" w14:textId="142A47B1" w:rsidR="006B718D"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Los egresados desempeñan funciones de alta responsabilidad, liderazgo, innovación o especialización en su campo.</w:t>
            </w:r>
          </w:p>
        </w:tc>
        <w:tc>
          <w:tcPr>
            <w:tcW w:w="450" w:type="pct"/>
            <w:tcBorders>
              <w:top w:val="single" w:sz="5" w:space="0" w:color="444444"/>
              <w:left w:val="single" w:sz="5" w:space="0" w:color="444444"/>
              <w:bottom w:val="single" w:sz="5" w:space="0" w:color="444444"/>
              <w:right w:val="single" w:sz="5" w:space="0" w:color="444444"/>
            </w:tcBorders>
            <w:vAlign w:val="center"/>
          </w:tcPr>
          <w:p w14:paraId="12C5FF42"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50DE350F"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7A64F1F" w14:textId="77777777" w:rsidR="006B718D" w:rsidRPr="00EA35D9" w:rsidRDefault="006B718D">
            <w:pPr>
              <w:spacing w:after="0" w:line="240" w:lineRule="auto"/>
              <w:jc w:val="center"/>
              <w:rPr>
                <w:szCs w:val="20"/>
                <w:lang w:val="es-PY"/>
              </w:rPr>
            </w:pPr>
          </w:p>
        </w:tc>
      </w:tr>
      <w:tr w:rsidR="006B718D" w:rsidRPr="000858EE" w14:paraId="17B908D8" w14:textId="77777777" w:rsidTr="008F77F3">
        <w:trPr>
          <w:cantSplit/>
          <w:trHeight w:val="748"/>
          <w:jc w:val="center"/>
        </w:trPr>
        <w:tc>
          <w:tcPr>
            <w:tcW w:w="1004" w:type="pct"/>
            <w:vMerge/>
            <w:tcBorders>
              <w:top w:val="single" w:sz="5" w:space="0" w:color="444444"/>
              <w:left w:val="single" w:sz="5" w:space="0" w:color="444444"/>
              <w:bottom w:val="single" w:sz="5" w:space="0" w:color="444444"/>
              <w:right w:val="single" w:sz="5" w:space="0" w:color="444444"/>
            </w:tcBorders>
          </w:tcPr>
          <w:p w14:paraId="38547158"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1A8D00B5" w14:textId="78ACF13C" w:rsidR="006B718D" w:rsidRPr="009F2213" w:rsidRDefault="009F2213" w:rsidP="009F2213">
            <w:pPr>
              <w:pStyle w:val="Prrafodelista"/>
              <w:numPr>
                <w:ilvl w:val="0"/>
                <w:numId w:val="17"/>
              </w:numPr>
              <w:spacing w:after="0" w:line="240" w:lineRule="auto"/>
              <w:ind w:left="227" w:hanging="219"/>
              <w:jc w:val="both"/>
              <w:rPr>
                <w:szCs w:val="20"/>
                <w:lang w:val="es-PY"/>
              </w:rPr>
            </w:pPr>
            <w:r w:rsidRPr="009F2213">
              <w:rPr>
                <w:szCs w:val="20"/>
                <w:lang w:val="es-PY"/>
              </w:rPr>
              <w:t>Los egresados a</w:t>
            </w:r>
            <w:r w:rsidR="00B36AC5" w:rsidRPr="009F2213">
              <w:rPr>
                <w:color w:val="000000"/>
                <w:szCs w:val="20"/>
                <w:lang w:val="es-PY"/>
              </w:rPr>
              <w:t>plican conocimientos y capacidades desarrollados durante el doctorado en sus ámbitos profesionales.</w:t>
            </w:r>
          </w:p>
        </w:tc>
        <w:tc>
          <w:tcPr>
            <w:tcW w:w="450" w:type="pct"/>
            <w:tcBorders>
              <w:top w:val="single" w:sz="5" w:space="0" w:color="444444"/>
              <w:left w:val="single" w:sz="5" w:space="0" w:color="444444"/>
              <w:bottom w:val="single" w:sz="5" w:space="0" w:color="444444"/>
              <w:right w:val="single" w:sz="5" w:space="0" w:color="444444"/>
            </w:tcBorders>
            <w:vAlign w:val="center"/>
          </w:tcPr>
          <w:p w14:paraId="2E60DB06"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54BF42A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86CF9D4" w14:textId="77777777" w:rsidR="006B718D" w:rsidRPr="00EA35D9" w:rsidRDefault="006B718D">
            <w:pPr>
              <w:spacing w:after="0" w:line="240" w:lineRule="auto"/>
              <w:jc w:val="center"/>
              <w:rPr>
                <w:szCs w:val="20"/>
                <w:lang w:val="es-PY"/>
              </w:rPr>
            </w:pPr>
          </w:p>
        </w:tc>
      </w:tr>
      <w:tr w:rsidR="006B718D" w:rsidRPr="000858EE" w14:paraId="04E491EE" w14:textId="77777777" w:rsidTr="008F77F3">
        <w:trPr>
          <w:cantSplit/>
          <w:trHeight w:val="765"/>
          <w:jc w:val="center"/>
        </w:trPr>
        <w:tc>
          <w:tcPr>
            <w:tcW w:w="1004" w:type="pct"/>
            <w:vMerge/>
            <w:tcBorders>
              <w:top w:val="single" w:sz="5" w:space="0" w:color="444444"/>
              <w:left w:val="single" w:sz="5" w:space="0" w:color="444444"/>
              <w:bottom w:val="single" w:sz="5" w:space="0" w:color="444444"/>
              <w:right w:val="single" w:sz="5" w:space="0" w:color="444444"/>
            </w:tcBorders>
          </w:tcPr>
          <w:p w14:paraId="3094FD3E"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5EC404E5" w14:textId="17185553" w:rsidR="006B718D"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Se evidencian aportes de los egresados a la mejora,</w:t>
            </w:r>
            <w:r w:rsidR="009F2213" w:rsidRPr="009F2213">
              <w:rPr>
                <w:color w:val="000000"/>
                <w:szCs w:val="20"/>
                <w:lang w:val="es-PY"/>
              </w:rPr>
              <w:t xml:space="preserve"> </w:t>
            </w:r>
            <w:r w:rsidRPr="009F2213">
              <w:rPr>
                <w:color w:val="000000"/>
                <w:szCs w:val="20"/>
                <w:lang w:val="es-PY"/>
              </w:rPr>
              <w:t>transformación o innovación de organizaciones, sectores o comunidades.</w:t>
            </w:r>
          </w:p>
        </w:tc>
        <w:tc>
          <w:tcPr>
            <w:tcW w:w="450" w:type="pct"/>
            <w:tcBorders>
              <w:top w:val="single" w:sz="5" w:space="0" w:color="444444"/>
              <w:left w:val="single" w:sz="5" w:space="0" w:color="444444"/>
              <w:bottom w:val="single" w:sz="5" w:space="0" w:color="444444"/>
              <w:right w:val="single" w:sz="5" w:space="0" w:color="444444"/>
            </w:tcBorders>
            <w:vAlign w:val="center"/>
          </w:tcPr>
          <w:p w14:paraId="20FCA913"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17EEF64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569BF81" w14:textId="77777777" w:rsidR="006B718D" w:rsidRPr="00EA35D9" w:rsidRDefault="006B718D">
            <w:pPr>
              <w:spacing w:after="0" w:line="240" w:lineRule="auto"/>
              <w:jc w:val="center"/>
              <w:rPr>
                <w:szCs w:val="20"/>
                <w:lang w:val="es-PY"/>
              </w:rPr>
            </w:pPr>
          </w:p>
        </w:tc>
      </w:tr>
      <w:tr w:rsidR="006B718D" w:rsidRPr="000858EE" w14:paraId="5E902D2D" w14:textId="77777777" w:rsidTr="008F77F3">
        <w:trPr>
          <w:cantSplit/>
          <w:trHeight w:val="503"/>
          <w:jc w:val="center"/>
        </w:trPr>
        <w:tc>
          <w:tcPr>
            <w:tcW w:w="1004" w:type="pct"/>
            <w:vMerge/>
            <w:tcBorders>
              <w:top w:val="single" w:sz="5" w:space="0" w:color="444444"/>
              <w:left w:val="single" w:sz="5" w:space="0" w:color="444444"/>
              <w:bottom w:val="single" w:sz="5" w:space="0" w:color="444444"/>
              <w:right w:val="single" w:sz="5" w:space="0" w:color="444444"/>
            </w:tcBorders>
          </w:tcPr>
          <w:p w14:paraId="4FBF17AD"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70FC14DF" w14:textId="18B0F981" w:rsidR="009F2213"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El programa utiliza la información sobre desempeño e impacto de los egresados para su mejora continua.</w:t>
            </w:r>
          </w:p>
        </w:tc>
        <w:tc>
          <w:tcPr>
            <w:tcW w:w="450" w:type="pct"/>
            <w:tcBorders>
              <w:top w:val="single" w:sz="5" w:space="0" w:color="444444"/>
              <w:left w:val="single" w:sz="5" w:space="0" w:color="444444"/>
              <w:bottom w:val="single" w:sz="5" w:space="0" w:color="444444"/>
              <w:right w:val="single" w:sz="5" w:space="0" w:color="444444"/>
            </w:tcBorders>
            <w:vAlign w:val="center"/>
          </w:tcPr>
          <w:p w14:paraId="11B9A4BA"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19F134D6"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5584B13C" w14:textId="77777777" w:rsidR="006B718D" w:rsidRPr="00EA35D9" w:rsidRDefault="006B718D">
            <w:pPr>
              <w:spacing w:after="0" w:line="240" w:lineRule="auto"/>
              <w:jc w:val="center"/>
              <w:rPr>
                <w:szCs w:val="20"/>
                <w:lang w:val="es-PY"/>
              </w:rPr>
            </w:pPr>
          </w:p>
        </w:tc>
      </w:tr>
      <w:tr w:rsidR="006B718D" w:rsidRPr="000858EE" w14:paraId="19F201E7" w14:textId="77777777" w:rsidTr="008F77F3">
        <w:trPr>
          <w:cantSplit/>
          <w:trHeight w:hRule="exact" w:val="312"/>
          <w:jc w:val="center"/>
        </w:trPr>
        <w:tc>
          <w:tcPr>
            <w:tcW w:w="3634" w:type="pct"/>
            <w:gridSpan w:val="2"/>
            <w:tcBorders>
              <w:top w:val="single" w:sz="5" w:space="0" w:color="444444"/>
              <w:left w:val="single" w:sz="5" w:space="0" w:color="444444"/>
              <w:bottom w:val="single" w:sz="5" w:space="0" w:color="444444"/>
              <w:right w:val="single" w:sz="5" w:space="0" w:color="444444"/>
            </w:tcBorders>
            <w:vAlign w:val="center"/>
          </w:tcPr>
          <w:p w14:paraId="5C22042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55" w:type="pct"/>
            <w:gridSpan w:val="3"/>
            <w:tcBorders>
              <w:top w:val="single" w:sz="5" w:space="0" w:color="444444"/>
              <w:left w:val="single" w:sz="5" w:space="0" w:color="444444"/>
              <w:bottom w:val="single" w:sz="5" w:space="0" w:color="444444"/>
              <w:right w:val="single" w:sz="5" w:space="0" w:color="444444"/>
            </w:tcBorders>
            <w:vAlign w:val="center"/>
          </w:tcPr>
          <w:p w14:paraId="2005CF64" w14:textId="77777777" w:rsidR="006B718D" w:rsidRPr="00811186" w:rsidRDefault="006B718D">
            <w:pPr>
              <w:spacing w:after="0" w:line="240" w:lineRule="auto"/>
              <w:rPr>
                <w:szCs w:val="20"/>
                <w:lang w:val="es-PY"/>
              </w:rPr>
            </w:pPr>
          </w:p>
        </w:tc>
      </w:tr>
      <w:tr w:rsidR="006B718D" w14:paraId="41979DC6" w14:textId="77777777" w:rsidTr="008F77F3">
        <w:trPr>
          <w:cantSplit/>
          <w:trHeight w:hRule="exact" w:val="340"/>
          <w:jc w:val="center"/>
        </w:trPr>
        <w:tc>
          <w:tcPr>
            <w:tcW w:w="3634"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43FB4D6"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55"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B095F3E" w14:textId="77777777" w:rsidR="006B718D" w:rsidRPr="00811186" w:rsidRDefault="00BF74F5">
            <w:pPr>
              <w:spacing w:after="0" w:line="240" w:lineRule="auto"/>
              <w:jc w:val="center"/>
              <w:rPr>
                <w:szCs w:val="20"/>
              </w:rPr>
            </w:pPr>
            <w:r w:rsidRPr="00811186">
              <w:rPr>
                <w:b/>
                <w:color w:val="000000"/>
                <w:szCs w:val="20"/>
              </w:rPr>
              <w:t>Medios de verificación</w:t>
            </w:r>
          </w:p>
        </w:tc>
      </w:tr>
      <w:tr w:rsidR="006B718D" w14:paraId="40630E8A" w14:textId="77777777" w:rsidTr="008F77F3">
        <w:trPr>
          <w:cantSplit/>
          <w:trHeight w:hRule="exact" w:val="8689"/>
          <w:jc w:val="center"/>
        </w:trPr>
        <w:tc>
          <w:tcPr>
            <w:tcW w:w="3634" w:type="pct"/>
            <w:gridSpan w:val="2"/>
            <w:tcBorders>
              <w:top w:val="single" w:sz="5" w:space="0" w:color="444444"/>
              <w:left w:val="single" w:sz="5" w:space="0" w:color="444444"/>
              <w:bottom w:val="single" w:sz="5" w:space="0" w:color="444444"/>
              <w:right w:val="single" w:sz="5" w:space="0" w:color="444444"/>
            </w:tcBorders>
            <w:shd w:val="clear" w:color="auto" w:fill="FFFFFF"/>
          </w:tcPr>
          <w:p w14:paraId="708C7D02" w14:textId="77777777" w:rsidR="006B718D" w:rsidRPr="00811186" w:rsidRDefault="006B718D">
            <w:pPr>
              <w:rPr>
                <w:szCs w:val="20"/>
              </w:rPr>
            </w:pPr>
          </w:p>
        </w:tc>
        <w:tc>
          <w:tcPr>
            <w:tcW w:w="1355" w:type="pct"/>
            <w:gridSpan w:val="3"/>
            <w:tcBorders>
              <w:top w:val="single" w:sz="5" w:space="0" w:color="444444"/>
              <w:left w:val="single" w:sz="5" w:space="0" w:color="444444"/>
              <w:bottom w:val="single" w:sz="5" w:space="0" w:color="444444"/>
              <w:right w:val="single" w:sz="5" w:space="0" w:color="444444"/>
            </w:tcBorders>
            <w:shd w:val="clear" w:color="auto" w:fill="FFFFFF"/>
          </w:tcPr>
          <w:p w14:paraId="58A4ABE3" w14:textId="77777777" w:rsidR="006B718D" w:rsidRPr="00811186" w:rsidRDefault="006B718D">
            <w:pPr>
              <w:rPr>
                <w:szCs w:val="20"/>
              </w:rPr>
            </w:pPr>
          </w:p>
        </w:tc>
      </w:tr>
    </w:tbl>
    <w:p w14:paraId="33318D44" w14:textId="77777777" w:rsidR="006B718D" w:rsidRDefault="00BF74F5">
      <w:pPr>
        <w:spacing w:after="0"/>
      </w:pPr>
      <w:r>
        <w:br w:type="page"/>
      </w:r>
    </w:p>
    <w:tbl>
      <w:tblPr>
        <w:tblW w:w="5000" w:type="pct"/>
        <w:jc w:val="center"/>
        <w:tblLook w:val="04A0" w:firstRow="1" w:lastRow="0" w:firstColumn="1" w:lastColumn="0" w:noHBand="0" w:noVBand="1"/>
      </w:tblPr>
      <w:tblGrid>
        <w:gridCol w:w="1820"/>
        <w:gridCol w:w="4773"/>
        <w:gridCol w:w="821"/>
        <w:gridCol w:w="821"/>
        <w:gridCol w:w="822"/>
      </w:tblGrid>
      <w:tr w:rsidR="002457D6" w14:paraId="22A0FD97" w14:textId="77777777" w:rsidTr="00F45232">
        <w:trPr>
          <w:cantSplit/>
          <w:trHeight w:val="340"/>
          <w:jc w:val="center"/>
        </w:trPr>
        <w:tc>
          <w:tcPr>
            <w:tcW w:w="1005" w:type="pct"/>
            <w:vMerge w:val="restart"/>
            <w:tcBorders>
              <w:top w:val="single" w:sz="5" w:space="0" w:color="444444"/>
              <w:left w:val="single" w:sz="5" w:space="0" w:color="444444"/>
              <w:right w:val="single" w:sz="5" w:space="0" w:color="444444"/>
            </w:tcBorders>
            <w:shd w:val="clear" w:color="auto" w:fill="8AC4A7"/>
            <w:vAlign w:val="center"/>
          </w:tcPr>
          <w:p w14:paraId="572E091B" w14:textId="2301D1B0" w:rsidR="002457D6" w:rsidRDefault="002457D6">
            <w:pPr>
              <w:spacing w:after="0" w:line="240" w:lineRule="auto"/>
              <w:jc w:val="center"/>
            </w:pPr>
            <w:r>
              <w:rPr>
                <w:b/>
                <w:color w:val="000000"/>
                <w:sz w:val="19"/>
              </w:rPr>
              <w:lastRenderedPageBreak/>
              <w:t>Criterio</w:t>
            </w:r>
          </w:p>
        </w:tc>
        <w:tc>
          <w:tcPr>
            <w:tcW w:w="2635" w:type="pct"/>
            <w:vMerge w:val="restart"/>
            <w:tcBorders>
              <w:top w:val="single" w:sz="5" w:space="0" w:color="444444"/>
              <w:left w:val="single" w:sz="5" w:space="0" w:color="444444"/>
              <w:right w:val="single" w:sz="5" w:space="0" w:color="444444"/>
            </w:tcBorders>
            <w:shd w:val="clear" w:color="auto" w:fill="8AC4A7"/>
            <w:vAlign w:val="center"/>
          </w:tcPr>
          <w:p w14:paraId="1C20313E" w14:textId="77777777" w:rsidR="002457D6" w:rsidRDefault="002457D6">
            <w:pPr>
              <w:spacing w:after="0" w:line="240" w:lineRule="auto"/>
              <w:jc w:val="center"/>
            </w:pPr>
            <w:r>
              <w:rPr>
                <w:b/>
                <w:color w:val="000000"/>
                <w:sz w:val="19"/>
              </w:rPr>
              <w:t>Indicadores</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A0DE899" w14:textId="77777777" w:rsidR="002457D6" w:rsidRDefault="002457D6">
            <w:pPr>
              <w:spacing w:after="0" w:line="240" w:lineRule="auto"/>
              <w:jc w:val="center"/>
            </w:pPr>
            <w:r>
              <w:rPr>
                <w:b/>
                <w:color w:val="000000"/>
                <w:sz w:val="18"/>
              </w:rPr>
              <w:t>Nivel de cumplimiento</w:t>
            </w:r>
          </w:p>
        </w:tc>
      </w:tr>
      <w:tr w:rsidR="002457D6" w14:paraId="0FE6A509" w14:textId="77777777" w:rsidTr="00F45232">
        <w:trPr>
          <w:cantSplit/>
          <w:trHeight w:hRule="exact" w:val="255"/>
          <w:jc w:val="center"/>
        </w:trPr>
        <w:tc>
          <w:tcPr>
            <w:tcW w:w="1005" w:type="pct"/>
            <w:vMerge/>
            <w:tcBorders>
              <w:left w:val="single" w:sz="5" w:space="0" w:color="444444"/>
              <w:bottom w:val="single" w:sz="5" w:space="0" w:color="444444"/>
              <w:right w:val="single" w:sz="5" w:space="0" w:color="444444"/>
            </w:tcBorders>
            <w:shd w:val="clear" w:color="auto" w:fill="8AC4A7"/>
            <w:vAlign w:val="center"/>
          </w:tcPr>
          <w:p w14:paraId="152D52B0" w14:textId="77777777" w:rsidR="002457D6" w:rsidRDefault="002457D6">
            <w:pPr>
              <w:spacing w:after="0" w:line="240" w:lineRule="auto"/>
            </w:pPr>
          </w:p>
        </w:tc>
        <w:tc>
          <w:tcPr>
            <w:tcW w:w="2635" w:type="pct"/>
            <w:vMerge/>
            <w:tcBorders>
              <w:left w:val="single" w:sz="5" w:space="0" w:color="444444"/>
              <w:bottom w:val="single" w:sz="5" w:space="0" w:color="444444"/>
              <w:right w:val="single" w:sz="5" w:space="0" w:color="444444"/>
            </w:tcBorders>
            <w:shd w:val="clear" w:color="auto" w:fill="8AC4A7"/>
            <w:vAlign w:val="center"/>
          </w:tcPr>
          <w:p w14:paraId="06C9F2B2" w14:textId="77777777" w:rsidR="002457D6" w:rsidRDefault="002457D6">
            <w:pPr>
              <w:spacing w:after="0" w:line="240" w:lineRule="auto"/>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C705874" w14:textId="77777777" w:rsidR="002457D6" w:rsidRDefault="002457D6">
            <w:pPr>
              <w:spacing w:after="0" w:line="240" w:lineRule="auto"/>
              <w:jc w:val="center"/>
            </w:pPr>
            <w:r>
              <w:rPr>
                <w:b/>
                <w:color w:val="000000"/>
                <w:sz w:val="19"/>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CFE200C" w14:textId="77777777" w:rsidR="002457D6" w:rsidRDefault="002457D6">
            <w:pPr>
              <w:spacing w:after="0" w:line="240" w:lineRule="auto"/>
              <w:jc w:val="center"/>
            </w:pPr>
            <w:r>
              <w:rPr>
                <w:b/>
                <w:color w:val="000000"/>
                <w:sz w:val="19"/>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C205841" w14:textId="77777777" w:rsidR="002457D6" w:rsidRDefault="002457D6">
            <w:pPr>
              <w:spacing w:after="0" w:line="240" w:lineRule="auto"/>
              <w:jc w:val="center"/>
            </w:pPr>
            <w:r>
              <w:rPr>
                <w:b/>
                <w:color w:val="000000"/>
                <w:sz w:val="19"/>
              </w:rPr>
              <w:t>NC</w:t>
            </w:r>
          </w:p>
        </w:tc>
      </w:tr>
      <w:tr w:rsidR="006B718D" w:rsidRPr="000858EE" w14:paraId="7C81770E" w14:textId="77777777" w:rsidTr="00F45232">
        <w:trPr>
          <w:cantSplit/>
          <w:trHeight w:val="765"/>
          <w:jc w:val="center"/>
        </w:trPr>
        <w:tc>
          <w:tcPr>
            <w:tcW w:w="100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5B5B3C4B" w14:textId="77777777" w:rsidR="006B718D" w:rsidRDefault="00BF74F5">
            <w:pPr>
              <w:spacing w:after="0"/>
              <w:jc w:val="center"/>
              <w:rPr>
                <w:b/>
                <w:color w:val="E31B23"/>
                <w:sz w:val="19"/>
                <w:lang w:val="es-PY"/>
              </w:rPr>
            </w:pPr>
            <w:r w:rsidRPr="00BF74F5">
              <w:rPr>
                <w:b/>
                <w:color w:val="000000"/>
                <w:sz w:val="19"/>
                <w:lang w:val="es-PY"/>
              </w:rPr>
              <w:t>Impacto de la aplicación e innovación en la práctica profesional</w:t>
            </w:r>
            <w:r w:rsidRPr="00BF74F5">
              <w:rPr>
                <w:b/>
                <w:color w:val="E31B23"/>
                <w:sz w:val="19"/>
                <w:lang w:val="es-PY"/>
              </w:rPr>
              <w:br/>
            </w:r>
            <w:r w:rsidRPr="002457D6">
              <w:rPr>
                <w:b/>
                <w:color w:val="E31B23"/>
                <w:sz w:val="19"/>
                <w:lang w:val="es-PY"/>
              </w:rPr>
              <w:t>(Sustantivo)</w:t>
            </w:r>
          </w:p>
          <w:p w14:paraId="1E560192" w14:textId="3555448A" w:rsidR="00A849F5" w:rsidRPr="002457D6" w:rsidRDefault="00A849F5">
            <w:pPr>
              <w:spacing w:after="0"/>
              <w:jc w:val="center"/>
              <w:rPr>
                <w:lang w:val="es-PY"/>
              </w:rPr>
            </w:pPr>
            <w:r w:rsidRPr="00C44A12">
              <w:rPr>
                <w:b/>
                <w:bCs/>
                <w:szCs w:val="20"/>
                <w:lang w:val="es-PY"/>
              </w:rPr>
              <w:t>(D</w:t>
            </w:r>
            <w:r>
              <w:rPr>
                <w:b/>
                <w:bCs/>
                <w:szCs w:val="20"/>
                <w:lang w:val="es-PY"/>
              </w:rPr>
              <w:t>4</w:t>
            </w:r>
            <w:r w:rsidRPr="00C44A12">
              <w:rPr>
                <w:b/>
                <w:bCs/>
                <w:szCs w:val="20"/>
                <w:lang w:val="es-PY"/>
              </w:rPr>
              <w:t>.C3)</w:t>
            </w: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486F376" w14:textId="77777777" w:rsidR="006B718D" w:rsidRPr="00BF74F5" w:rsidRDefault="00BF74F5">
            <w:pPr>
              <w:spacing w:after="0" w:line="240" w:lineRule="auto"/>
              <w:jc w:val="both"/>
              <w:rPr>
                <w:lang w:val="es-PY"/>
              </w:rPr>
            </w:pPr>
            <w:r w:rsidRPr="00BF74F5">
              <w:rPr>
                <w:color w:val="000000"/>
                <w:sz w:val="18"/>
                <w:lang w:val="es-PY"/>
              </w:rPr>
              <w:t>a. El programa promueve la generación de conocimiento aplicado, orientado a la solución de problemas relevantes del campo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836E344"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CB962AC"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F0B3873" w14:textId="77777777" w:rsidR="006B718D" w:rsidRPr="00EA35D9" w:rsidRDefault="006B718D">
            <w:pPr>
              <w:spacing w:after="0" w:line="240" w:lineRule="auto"/>
              <w:jc w:val="center"/>
              <w:rPr>
                <w:lang w:val="es-PY"/>
              </w:rPr>
            </w:pPr>
          </w:p>
        </w:tc>
      </w:tr>
      <w:tr w:rsidR="006B718D" w:rsidRPr="000858EE" w14:paraId="6CD3B022" w14:textId="77777777" w:rsidTr="00F45232">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0DC147C7"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EB6227" w14:textId="77777777" w:rsidR="006B718D" w:rsidRPr="00BF74F5" w:rsidRDefault="00BF74F5">
            <w:pPr>
              <w:spacing w:after="0" w:line="240" w:lineRule="auto"/>
              <w:jc w:val="both"/>
              <w:rPr>
                <w:lang w:val="es-PY"/>
              </w:rPr>
            </w:pPr>
            <w:r w:rsidRPr="00BF74F5">
              <w:rPr>
                <w:color w:val="000000"/>
                <w:sz w:val="18"/>
                <w:lang w:val="es-PY"/>
              </w:rPr>
              <w:t>b. Las tesis doctorales incluyen diagnósticos, propuestas o soluciones innovadoras vinculadas a contextos profesionales específicos.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21493C"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035F2E"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67667D" w14:textId="77777777" w:rsidR="006B718D" w:rsidRPr="00EA35D9" w:rsidRDefault="006B718D">
            <w:pPr>
              <w:spacing w:after="0" w:line="240" w:lineRule="auto"/>
              <w:jc w:val="center"/>
              <w:rPr>
                <w:lang w:val="es-PY"/>
              </w:rPr>
            </w:pPr>
          </w:p>
        </w:tc>
      </w:tr>
      <w:tr w:rsidR="006B718D" w:rsidRPr="000858EE" w14:paraId="125A39D8" w14:textId="77777777" w:rsidTr="00F45232">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101909C2"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B97FF44" w14:textId="77777777" w:rsidR="006B718D" w:rsidRPr="00BF74F5" w:rsidRDefault="00BF74F5">
            <w:pPr>
              <w:spacing w:after="0" w:line="240" w:lineRule="auto"/>
              <w:jc w:val="both"/>
              <w:rPr>
                <w:lang w:val="es-PY"/>
              </w:rPr>
            </w:pPr>
            <w:r w:rsidRPr="00BF74F5">
              <w:rPr>
                <w:color w:val="000000"/>
                <w:sz w:val="18"/>
                <w:lang w:val="es-PY"/>
              </w:rPr>
              <w:t>c. Se evidencia la participación de actores del entorno profesional en el desarrollo, tutoría o evaluación de las investigaciones doctorales.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128987E"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D6EC383"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4F32BC" w14:textId="77777777" w:rsidR="006B718D" w:rsidRPr="00EA35D9" w:rsidRDefault="006B718D">
            <w:pPr>
              <w:spacing w:after="0" w:line="240" w:lineRule="auto"/>
              <w:jc w:val="center"/>
              <w:rPr>
                <w:lang w:val="es-PY"/>
              </w:rPr>
            </w:pPr>
          </w:p>
        </w:tc>
      </w:tr>
      <w:tr w:rsidR="006B718D" w:rsidRPr="000858EE" w14:paraId="5385C406" w14:textId="77777777" w:rsidTr="00F45232">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2A69BFC1"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5EE1001" w14:textId="32678322" w:rsidR="00446BE8" w:rsidRPr="00446BE8" w:rsidRDefault="00446BE8" w:rsidP="00446BE8">
            <w:pPr>
              <w:spacing w:after="0" w:line="240" w:lineRule="auto"/>
              <w:jc w:val="both"/>
              <w:rPr>
                <w:sz w:val="18"/>
                <w:szCs w:val="18"/>
                <w:lang w:val="es-PY"/>
              </w:rPr>
            </w:pPr>
            <w:r w:rsidRPr="00446BE8">
              <w:rPr>
                <w:sz w:val="18"/>
                <w:szCs w:val="18"/>
                <w:lang w:val="es-PY"/>
              </w:rPr>
              <w:t>d. Los resultados de las tesis doctorales se aplican en contextos profesionales y generan mejoras o innovaciones verificables.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8E8B562"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831ADC"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AAA54D8" w14:textId="77777777" w:rsidR="006B718D" w:rsidRPr="00EA35D9" w:rsidRDefault="006B718D">
            <w:pPr>
              <w:spacing w:after="0" w:line="240" w:lineRule="auto"/>
              <w:jc w:val="center"/>
              <w:rPr>
                <w:lang w:val="es-PY"/>
              </w:rPr>
            </w:pPr>
          </w:p>
        </w:tc>
      </w:tr>
      <w:tr w:rsidR="006B718D" w:rsidRPr="000858EE" w14:paraId="4B46EBDE" w14:textId="77777777" w:rsidTr="00F45232">
        <w:trPr>
          <w:cantSplit/>
          <w:trHeight w:val="879"/>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4DBE070D"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2154A5" w14:textId="77777777" w:rsidR="006B718D" w:rsidRPr="00BF74F5" w:rsidRDefault="00BF74F5">
            <w:pPr>
              <w:spacing w:after="0" w:line="240" w:lineRule="auto"/>
              <w:jc w:val="both"/>
              <w:rPr>
                <w:lang w:val="es-PY"/>
              </w:rPr>
            </w:pPr>
            <w:r w:rsidRPr="00BF74F5">
              <w:rPr>
                <w:color w:val="000000"/>
                <w:sz w:val="18"/>
                <w:lang w:val="es-PY"/>
              </w:rPr>
              <w:t>e. El programa cuenta con mecanismos sistemáticos de articulación con el entorno profesional que facilitan la transferencia y validación del conocimiento en la práctica.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FB8E608"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35D7B33"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44C3982" w14:textId="77777777" w:rsidR="006B718D" w:rsidRPr="00EA35D9" w:rsidRDefault="006B718D">
            <w:pPr>
              <w:spacing w:after="0" w:line="240" w:lineRule="auto"/>
              <w:jc w:val="center"/>
              <w:rPr>
                <w:lang w:val="es-PY"/>
              </w:rPr>
            </w:pPr>
          </w:p>
        </w:tc>
      </w:tr>
      <w:tr w:rsidR="006B718D" w:rsidRPr="000858EE" w14:paraId="354E745E" w14:textId="77777777" w:rsidTr="0067764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AD393F6" w14:textId="77777777" w:rsidR="006B718D" w:rsidRPr="00BF74F5" w:rsidRDefault="00BF74F5">
            <w:pPr>
              <w:spacing w:after="0" w:line="240" w:lineRule="auto"/>
              <w:jc w:val="center"/>
              <w:rPr>
                <w:lang w:val="es-PY"/>
              </w:rPr>
            </w:pPr>
            <w:r w:rsidRPr="00BF74F5">
              <w:rPr>
                <w:b/>
                <w:color w:val="000000"/>
                <w:sz w:val="19"/>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21E04F49" w14:textId="77777777" w:rsidR="006B718D" w:rsidRPr="00BF74F5" w:rsidRDefault="006B718D">
            <w:pPr>
              <w:spacing w:after="0" w:line="240" w:lineRule="auto"/>
              <w:rPr>
                <w:lang w:val="es-PY"/>
              </w:rPr>
            </w:pPr>
          </w:p>
        </w:tc>
      </w:tr>
      <w:tr w:rsidR="006B718D" w14:paraId="49B3F611" w14:textId="77777777" w:rsidTr="0067764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DD3139D" w14:textId="77777777" w:rsidR="006B718D" w:rsidRPr="002457D6" w:rsidRDefault="00BF74F5">
            <w:pPr>
              <w:spacing w:after="0" w:line="240" w:lineRule="auto"/>
              <w:jc w:val="center"/>
              <w:rPr>
                <w:szCs w:val="20"/>
                <w:lang w:val="es-PY"/>
              </w:rPr>
            </w:pPr>
            <w:r w:rsidRPr="002457D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5A4433B" w14:textId="77777777" w:rsidR="006B718D" w:rsidRPr="002457D6" w:rsidRDefault="00BF74F5">
            <w:pPr>
              <w:spacing w:after="0" w:line="240" w:lineRule="auto"/>
              <w:jc w:val="center"/>
              <w:rPr>
                <w:szCs w:val="20"/>
              </w:rPr>
            </w:pPr>
            <w:r w:rsidRPr="002457D6">
              <w:rPr>
                <w:b/>
                <w:color w:val="000000"/>
                <w:szCs w:val="20"/>
              </w:rPr>
              <w:t>Medios de verificación</w:t>
            </w:r>
          </w:p>
        </w:tc>
      </w:tr>
      <w:tr w:rsidR="006B718D" w14:paraId="6569F3B1" w14:textId="77777777" w:rsidTr="00677646">
        <w:trPr>
          <w:cantSplit/>
          <w:trHeight w:hRule="exact" w:val="8926"/>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17F3B688" w14:textId="77777777" w:rsidR="006B718D" w:rsidRDefault="006B718D"/>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7BAE3666" w14:textId="77777777" w:rsidR="006B718D" w:rsidRDefault="006B718D"/>
        </w:tc>
      </w:tr>
    </w:tbl>
    <w:p w14:paraId="18442CA2" w14:textId="77777777" w:rsidR="00F45232" w:rsidRDefault="00F45232"/>
    <w:tbl>
      <w:tblPr>
        <w:tblW w:w="5000" w:type="pct"/>
        <w:jc w:val="center"/>
        <w:tblLook w:val="04A0" w:firstRow="1" w:lastRow="0" w:firstColumn="1" w:lastColumn="0" w:noHBand="0" w:noVBand="1"/>
      </w:tblPr>
      <w:tblGrid>
        <w:gridCol w:w="4208"/>
        <w:gridCol w:w="4849"/>
      </w:tblGrid>
      <w:tr w:rsidR="00CE06C0" w:rsidRPr="000858EE" w14:paraId="409EDF34" w14:textId="77777777" w:rsidTr="00677646">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68A3EFA" w14:textId="62CB55A7" w:rsidR="00CE06C0" w:rsidRPr="00172453" w:rsidRDefault="00CE06C0" w:rsidP="009377A3">
            <w:pPr>
              <w:spacing w:after="0" w:line="240" w:lineRule="auto"/>
              <w:jc w:val="center"/>
              <w:rPr>
                <w:b/>
                <w:color w:val="000000"/>
                <w:szCs w:val="20"/>
                <w:lang w:val="es-PY"/>
              </w:rPr>
            </w:pPr>
            <w:r w:rsidRPr="00372667">
              <w:rPr>
                <w:b/>
                <w:color w:val="000000"/>
                <w:sz w:val="19"/>
                <w:lang w:val="es-PY"/>
              </w:rPr>
              <w:t>Fortalezas y Debilidades del Cumplimiento de Criterios de</w:t>
            </w:r>
            <w:r w:rsidR="00A849F5">
              <w:rPr>
                <w:b/>
                <w:color w:val="000000"/>
                <w:sz w:val="19"/>
                <w:lang w:val="es-PY"/>
              </w:rPr>
              <w:t>l Marco Disciplinar</w:t>
            </w:r>
          </w:p>
        </w:tc>
      </w:tr>
      <w:tr w:rsidR="00CE06C0" w:rsidRPr="00172453" w14:paraId="02422C05" w14:textId="77777777" w:rsidTr="00677646">
        <w:trPr>
          <w:cantSplit/>
          <w:trHeight w:hRule="exact" w:val="340"/>
          <w:jc w:val="center"/>
        </w:trPr>
        <w:tc>
          <w:tcPr>
            <w:tcW w:w="232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E59453" w14:textId="77777777" w:rsidR="00CE06C0" w:rsidRDefault="00CE06C0" w:rsidP="009377A3">
            <w:pPr>
              <w:spacing w:after="0" w:line="240" w:lineRule="auto"/>
              <w:jc w:val="center"/>
              <w:rPr>
                <w:b/>
                <w:color w:val="000000"/>
                <w:szCs w:val="20"/>
                <w:lang w:val="es-PY"/>
              </w:rPr>
            </w:pPr>
            <w:r>
              <w:rPr>
                <w:b/>
                <w:color w:val="000000"/>
                <w:szCs w:val="20"/>
                <w:lang w:val="es-PY"/>
              </w:rPr>
              <w:t>Fortalezas</w:t>
            </w:r>
          </w:p>
        </w:tc>
        <w:tc>
          <w:tcPr>
            <w:tcW w:w="2677"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7780419" w14:textId="77777777" w:rsidR="00CE06C0" w:rsidRDefault="00CE06C0" w:rsidP="009377A3">
            <w:pPr>
              <w:spacing w:after="0" w:line="240" w:lineRule="auto"/>
              <w:jc w:val="center"/>
              <w:rPr>
                <w:b/>
                <w:color w:val="000000"/>
                <w:szCs w:val="20"/>
                <w:lang w:val="es-PY"/>
              </w:rPr>
            </w:pPr>
            <w:r>
              <w:rPr>
                <w:b/>
                <w:color w:val="000000"/>
                <w:szCs w:val="20"/>
                <w:lang w:val="es-PY"/>
              </w:rPr>
              <w:t>Debilidades</w:t>
            </w:r>
          </w:p>
        </w:tc>
      </w:tr>
      <w:tr w:rsidR="00CE06C0" w:rsidRPr="000858EE" w14:paraId="1E018F7D" w14:textId="77777777" w:rsidTr="000858EE">
        <w:trPr>
          <w:cantSplit/>
          <w:trHeight w:val="340"/>
          <w:jc w:val="center"/>
        </w:trPr>
        <w:tc>
          <w:tcPr>
            <w:tcW w:w="2323" w:type="pct"/>
            <w:tcBorders>
              <w:top w:val="single" w:sz="5" w:space="0" w:color="444444"/>
              <w:left w:val="single" w:sz="5" w:space="0" w:color="444444"/>
              <w:bottom w:val="single" w:sz="5" w:space="0" w:color="444444"/>
              <w:right w:val="single" w:sz="5" w:space="0" w:color="444444"/>
            </w:tcBorders>
          </w:tcPr>
          <w:p w14:paraId="4A26AA3E" w14:textId="520F3698" w:rsidR="00F45232" w:rsidRPr="00F45232" w:rsidRDefault="00F45232" w:rsidP="000858EE">
            <w:pPr>
              <w:spacing w:after="0" w:line="240" w:lineRule="auto"/>
              <w:jc w:val="both"/>
              <w:rPr>
                <w:bCs/>
                <w:color w:val="A6A6A6" w:themeColor="background1" w:themeShade="A6"/>
                <w:szCs w:val="20"/>
                <w:lang w:val="es-PY"/>
              </w:rPr>
            </w:pPr>
            <w:r w:rsidRPr="00F45232">
              <w:rPr>
                <w:bCs/>
                <w:color w:val="A6A6A6" w:themeColor="background1" w:themeShade="A6"/>
                <w:szCs w:val="20"/>
                <w:lang w:val="es-PY"/>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p>
          <w:p w14:paraId="485DDF18" w14:textId="77777777" w:rsidR="00F45232" w:rsidRPr="00F45232" w:rsidRDefault="00F45232" w:rsidP="000858EE">
            <w:pPr>
              <w:spacing w:after="0" w:line="240" w:lineRule="auto"/>
              <w:jc w:val="both"/>
              <w:rPr>
                <w:bCs/>
                <w:color w:val="A6A6A6" w:themeColor="background1" w:themeShade="A6"/>
                <w:szCs w:val="20"/>
                <w:lang w:val="es-PY"/>
              </w:rPr>
            </w:pPr>
          </w:p>
          <w:p w14:paraId="54447C00" w14:textId="77777777" w:rsidR="00F45232" w:rsidRPr="00F45232" w:rsidRDefault="00F45232" w:rsidP="000858EE">
            <w:pPr>
              <w:spacing w:after="0" w:line="240" w:lineRule="auto"/>
              <w:jc w:val="both"/>
              <w:rPr>
                <w:bCs/>
                <w:color w:val="A6A6A6" w:themeColor="background1" w:themeShade="A6"/>
                <w:szCs w:val="20"/>
                <w:lang w:val="es-PY"/>
              </w:rPr>
            </w:pPr>
          </w:p>
          <w:p w14:paraId="6255F57F" w14:textId="77777777" w:rsidR="00F45232" w:rsidRPr="00F45232" w:rsidRDefault="00F45232" w:rsidP="000858EE">
            <w:pPr>
              <w:spacing w:after="0" w:line="240" w:lineRule="auto"/>
              <w:jc w:val="both"/>
              <w:rPr>
                <w:bCs/>
                <w:color w:val="A6A6A6" w:themeColor="background1" w:themeShade="A6"/>
                <w:szCs w:val="20"/>
                <w:lang w:val="es-PY"/>
              </w:rPr>
            </w:pPr>
          </w:p>
          <w:p w14:paraId="16B7FFC0" w14:textId="77777777" w:rsidR="00F45232" w:rsidRPr="00F45232" w:rsidRDefault="00F45232" w:rsidP="000858EE">
            <w:pPr>
              <w:spacing w:after="0" w:line="240" w:lineRule="auto"/>
              <w:jc w:val="both"/>
              <w:rPr>
                <w:bCs/>
                <w:color w:val="A6A6A6" w:themeColor="background1" w:themeShade="A6"/>
                <w:szCs w:val="20"/>
                <w:lang w:val="es-PY"/>
              </w:rPr>
            </w:pPr>
          </w:p>
          <w:p w14:paraId="2BDB30D5" w14:textId="77777777" w:rsidR="00F45232" w:rsidRPr="00F45232" w:rsidRDefault="00F45232" w:rsidP="000858EE">
            <w:pPr>
              <w:spacing w:after="0" w:line="240" w:lineRule="auto"/>
              <w:jc w:val="both"/>
              <w:rPr>
                <w:bCs/>
                <w:color w:val="A6A6A6" w:themeColor="background1" w:themeShade="A6"/>
                <w:szCs w:val="20"/>
                <w:lang w:val="es-PY"/>
              </w:rPr>
            </w:pPr>
          </w:p>
          <w:p w14:paraId="12ED2B2E" w14:textId="77777777" w:rsidR="00F45232" w:rsidRPr="00F45232" w:rsidRDefault="00F45232" w:rsidP="000858EE">
            <w:pPr>
              <w:spacing w:after="0" w:line="240" w:lineRule="auto"/>
              <w:jc w:val="both"/>
              <w:rPr>
                <w:bCs/>
                <w:color w:val="A6A6A6" w:themeColor="background1" w:themeShade="A6"/>
                <w:szCs w:val="20"/>
                <w:lang w:val="es-PY"/>
              </w:rPr>
            </w:pPr>
          </w:p>
          <w:p w14:paraId="0AC9F75D" w14:textId="095F3BE6" w:rsidR="00CE06C0" w:rsidRPr="00F45232" w:rsidRDefault="00F45232" w:rsidP="000858EE">
            <w:pPr>
              <w:spacing w:after="0" w:line="240" w:lineRule="auto"/>
              <w:jc w:val="both"/>
              <w:rPr>
                <w:bCs/>
                <w:color w:val="A6A6A6" w:themeColor="background1" w:themeShade="A6"/>
                <w:szCs w:val="20"/>
                <w:lang w:val="es-PY"/>
              </w:rPr>
            </w:pPr>
            <w:r w:rsidRPr="00F45232">
              <w:rPr>
                <w:bCs/>
                <w:color w:val="A6A6A6" w:themeColor="background1" w:themeShade="A6"/>
                <w:szCs w:val="20"/>
                <w:lang w:val="es-PY"/>
              </w:rPr>
              <w:tab/>
            </w:r>
          </w:p>
          <w:p w14:paraId="0C1E1864" w14:textId="77777777" w:rsidR="00CE06C0" w:rsidRPr="00F45232" w:rsidRDefault="00CE06C0" w:rsidP="000858EE">
            <w:pPr>
              <w:spacing w:after="0" w:line="240" w:lineRule="auto"/>
              <w:jc w:val="both"/>
              <w:rPr>
                <w:bCs/>
                <w:color w:val="A6A6A6" w:themeColor="background1" w:themeShade="A6"/>
                <w:szCs w:val="20"/>
                <w:lang w:val="es-PY"/>
              </w:rPr>
            </w:pPr>
          </w:p>
          <w:p w14:paraId="799A676D" w14:textId="77777777" w:rsidR="00CE06C0" w:rsidRDefault="00CE06C0" w:rsidP="000858EE">
            <w:pPr>
              <w:spacing w:after="0" w:line="240" w:lineRule="auto"/>
              <w:jc w:val="both"/>
              <w:rPr>
                <w:bCs/>
                <w:color w:val="A6A6A6" w:themeColor="background1" w:themeShade="A6"/>
                <w:szCs w:val="20"/>
                <w:lang w:val="es-PY"/>
              </w:rPr>
            </w:pPr>
          </w:p>
          <w:p w14:paraId="3556C15F" w14:textId="77777777" w:rsidR="00F45232" w:rsidRDefault="00F45232" w:rsidP="000858EE">
            <w:pPr>
              <w:spacing w:after="0" w:line="240" w:lineRule="auto"/>
              <w:jc w:val="both"/>
              <w:rPr>
                <w:bCs/>
                <w:color w:val="A6A6A6" w:themeColor="background1" w:themeShade="A6"/>
                <w:szCs w:val="20"/>
                <w:lang w:val="es-PY"/>
              </w:rPr>
            </w:pPr>
          </w:p>
          <w:p w14:paraId="626E9C4B" w14:textId="77777777" w:rsidR="00F45232" w:rsidRDefault="00F45232" w:rsidP="000858EE">
            <w:pPr>
              <w:spacing w:after="0" w:line="240" w:lineRule="auto"/>
              <w:jc w:val="both"/>
              <w:rPr>
                <w:bCs/>
                <w:color w:val="A6A6A6" w:themeColor="background1" w:themeShade="A6"/>
                <w:szCs w:val="20"/>
                <w:lang w:val="es-PY"/>
              </w:rPr>
            </w:pPr>
          </w:p>
          <w:p w14:paraId="5E193F53" w14:textId="77777777" w:rsidR="00F45232" w:rsidRDefault="00F45232" w:rsidP="000858EE">
            <w:pPr>
              <w:spacing w:after="0" w:line="240" w:lineRule="auto"/>
              <w:jc w:val="both"/>
              <w:rPr>
                <w:bCs/>
                <w:color w:val="A6A6A6" w:themeColor="background1" w:themeShade="A6"/>
                <w:szCs w:val="20"/>
                <w:lang w:val="es-PY"/>
              </w:rPr>
            </w:pPr>
          </w:p>
          <w:p w14:paraId="3C11EC7D" w14:textId="77777777" w:rsidR="00F45232" w:rsidRPr="00F45232" w:rsidRDefault="00F45232" w:rsidP="000858EE">
            <w:pPr>
              <w:spacing w:after="0" w:line="240" w:lineRule="auto"/>
              <w:jc w:val="both"/>
              <w:rPr>
                <w:bCs/>
                <w:color w:val="A6A6A6" w:themeColor="background1" w:themeShade="A6"/>
                <w:szCs w:val="20"/>
                <w:lang w:val="es-PY"/>
              </w:rPr>
            </w:pPr>
          </w:p>
          <w:p w14:paraId="337EBC28" w14:textId="77777777" w:rsidR="00CE06C0" w:rsidRPr="00F45232" w:rsidRDefault="00CE06C0" w:rsidP="000858EE">
            <w:pPr>
              <w:spacing w:after="0" w:line="240" w:lineRule="auto"/>
              <w:jc w:val="both"/>
              <w:rPr>
                <w:bCs/>
                <w:color w:val="A6A6A6" w:themeColor="background1" w:themeShade="A6"/>
                <w:szCs w:val="20"/>
                <w:lang w:val="es-PY"/>
              </w:rPr>
            </w:pPr>
          </w:p>
          <w:p w14:paraId="2005123D" w14:textId="77777777" w:rsidR="00CE06C0" w:rsidRPr="00F45232" w:rsidRDefault="00CE06C0" w:rsidP="000858EE">
            <w:pPr>
              <w:spacing w:after="0" w:line="240" w:lineRule="auto"/>
              <w:jc w:val="both"/>
              <w:rPr>
                <w:bCs/>
                <w:color w:val="A6A6A6" w:themeColor="background1" w:themeShade="A6"/>
                <w:szCs w:val="20"/>
                <w:lang w:val="es-PY"/>
              </w:rPr>
            </w:pPr>
          </w:p>
          <w:p w14:paraId="4ADA5876" w14:textId="77777777" w:rsidR="00CE06C0" w:rsidRPr="00F45232" w:rsidRDefault="00CE06C0" w:rsidP="000858EE">
            <w:pPr>
              <w:spacing w:after="0" w:line="240" w:lineRule="auto"/>
              <w:jc w:val="both"/>
              <w:rPr>
                <w:bCs/>
                <w:color w:val="A6A6A6" w:themeColor="background1" w:themeShade="A6"/>
                <w:szCs w:val="20"/>
                <w:lang w:val="es-PY"/>
              </w:rPr>
            </w:pPr>
          </w:p>
        </w:tc>
        <w:tc>
          <w:tcPr>
            <w:tcW w:w="2677" w:type="pct"/>
            <w:tcBorders>
              <w:top w:val="single" w:sz="5" w:space="0" w:color="444444"/>
              <w:left w:val="single" w:sz="5" w:space="0" w:color="444444"/>
              <w:bottom w:val="single" w:sz="5" w:space="0" w:color="444444"/>
              <w:right w:val="single" w:sz="5" w:space="0" w:color="444444"/>
            </w:tcBorders>
          </w:tcPr>
          <w:p w14:paraId="358081D5" w14:textId="25899E87" w:rsidR="00CE06C0" w:rsidRPr="00F45232" w:rsidRDefault="00F45232" w:rsidP="000858EE">
            <w:pPr>
              <w:spacing w:after="0" w:line="240" w:lineRule="auto"/>
              <w:jc w:val="both"/>
              <w:rPr>
                <w:bCs/>
                <w:color w:val="A6A6A6" w:themeColor="background1" w:themeShade="A6"/>
                <w:szCs w:val="20"/>
                <w:lang w:val="es-PY"/>
              </w:rPr>
            </w:pPr>
            <w:r w:rsidRPr="00F45232">
              <w:rPr>
                <w:bCs/>
                <w:color w:val="A6A6A6" w:themeColor="background1" w:themeShade="A6"/>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CE06C0" w14:paraId="08E4DA2E" w14:textId="77777777" w:rsidTr="00677646">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CEA7059" w14:textId="77777777" w:rsidR="00CE06C0" w:rsidRPr="00BF74F5" w:rsidRDefault="00CE06C0" w:rsidP="009377A3">
            <w:pPr>
              <w:spacing w:after="0" w:line="240" w:lineRule="auto"/>
              <w:jc w:val="center"/>
              <w:rPr>
                <w:b/>
                <w:color w:val="000000"/>
                <w:szCs w:val="20"/>
              </w:rPr>
            </w:pPr>
            <w:r w:rsidRPr="00BF74F5">
              <w:rPr>
                <w:b/>
                <w:color w:val="000000"/>
                <w:szCs w:val="20"/>
              </w:rPr>
              <w:t>Oportunidades de mejora</w:t>
            </w:r>
          </w:p>
        </w:tc>
      </w:tr>
      <w:tr w:rsidR="00CE06C0" w:rsidRPr="000858EE" w14:paraId="40FFAFA3" w14:textId="77777777" w:rsidTr="00677646">
        <w:trPr>
          <w:cantSplit/>
          <w:trHeight w:val="227"/>
          <w:jc w:val="center"/>
        </w:trPr>
        <w:tc>
          <w:tcPr>
            <w:tcW w:w="5000" w:type="pct"/>
            <w:gridSpan w:val="2"/>
            <w:tcBorders>
              <w:top w:val="single" w:sz="5" w:space="0" w:color="444444"/>
              <w:left w:val="single" w:sz="5" w:space="0" w:color="444444"/>
              <w:bottom w:val="single" w:sz="5" w:space="0" w:color="444444"/>
              <w:right w:val="single" w:sz="5" w:space="0" w:color="444444"/>
            </w:tcBorders>
          </w:tcPr>
          <w:p w14:paraId="558DBD1E"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Las oportunidades de mejoras deben:</w:t>
            </w:r>
          </w:p>
          <w:p w14:paraId="399D1A77"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w:t>
            </w:r>
            <w:r w:rsidRPr="00F45232">
              <w:rPr>
                <w:rFonts w:eastAsia="Times New Roman" w:cs="Garamond"/>
                <w:color w:val="A6A6A6" w:themeColor="background1" w:themeShade="A6"/>
                <w:lang w:val="es-PY"/>
              </w:rPr>
              <w:tab/>
              <w:t>Estar directamente vinculadas con las debilidades o hallazgos identificados.</w:t>
            </w:r>
          </w:p>
          <w:p w14:paraId="5B0D16A7"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w:t>
            </w:r>
            <w:r w:rsidRPr="00F45232">
              <w:rPr>
                <w:rFonts w:eastAsia="Times New Roman" w:cs="Garamond"/>
                <w:color w:val="A6A6A6" w:themeColor="background1" w:themeShade="A6"/>
                <w:lang w:val="es-PY"/>
              </w:rPr>
              <w:tab/>
              <w:t>Ser viables y pertinentes en el marco del contexto institucional.</w:t>
            </w:r>
          </w:p>
          <w:p w14:paraId="202AF331"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w:t>
            </w:r>
            <w:r w:rsidRPr="00F45232">
              <w:rPr>
                <w:rFonts w:eastAsia="Times New Roman" w:cs="Garamond"/>
                <w:color w:val="A6A6A6" w:themeColor="background1" w:themeShade="A6"/>
                <w:lang w:val="es-PY"/>
              </w:rPr>
              <w:tab/>
              <w:t>Orientar hacia la consolidación de procesos de mejora continua.</w:t>
            </w:r>
          </w:p>
          <w:p w14:paraId="2AC04F35"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w:t>
            </w:r>
            <w:r w:rsidRPr="00F45232">
              <w:rPr>
                <w:rFonts w:eastAsia="Times New Roman" w:cs="Garamond"/>
                <w:color w:val="A6A6A6" w:themeColor="background1" w:themeShade="A6"/>
                <w:lang w:val="es-PY"/>
              </w:rPr>
              <w:tab/>
              <w:t>Evitar generalidades o apreciaciones vagas, ofreciendo lineamientos claros para la planificación estratégica.</w:t>
            </w:r>
          </w:p>
          <w:p w14:paraId="2EAB64C5" w14:textId="77777777" w:rsidR="00F45232" w:rsidRPr="00F45232" w:rsidRDefault="00F45232" w:rsidP="00F45232">
            <w:pPr>
              <w:spacing w:after="0" w:line="240" w:lineRule="auto"/>
              <w:rPr>
                <w:rFonts w:eastAsia="Times New Roman" w:cs="Garamond"/>
                <w:color w:val="A6A6A6" w:themeColor="background1" w:themeShade="A6"/>
                <w:lang w:val="es-PY"/>
              </w:rPr>
            </w:pPr>
            <w:r w:rsidRPr="00F45232">
              <w:rPr>
                <w:rFonts w:eastAsia="Times New Roman" w:cs="Garamond"/>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71DBF42A" w14:textId="77777777" w:rsidR="00CE06C0" w:rsidRPr="00F45232" w:rsidRDefault="00CE06C0" w:rsidP="009377A3">
            <w:pPr>
              <w:rPr>
                <w:lang w:val="es-PY"/>
              </w:rPr>
            </w:pPr>
          </w:p>
          <w:p w14:paraId="1E32EC3E" w14:textId="77777777" w:rsidR="00CE06C0" w:rsidRPr="00F45232" w:rsidRDefault="00CE06C0" w:rsidP="009377A3">
            <w:pPr>
              <w:rPr>
                <w:lang w:val="es-PY"/>
              </w:rPr>
            </w:pPr>
          </w:p>
          <w:p w14:paraId="229DB91A" w14:textId="77777777" w:rsidR="00CE06C0" w:rsidRPr="00F45232" w:rsidRDefault="00CE06C0" w:rsidP="009377A3">
            <w:pPr>
              <w:rPr>
                <w:lang w:val="es-PY"/>
              </w:rPr>
            </w:pPr>
          </w:p>
          <w:p w14:paraId="17D2E53A" w14:textId="77777777" w:rsidR="00CE06C0" w:rsidRPr="00F45232" w:rsidRDefault="00CE06C0" w:rsidP="009377A3">
            <w:pPr>
              <w:rPr>
                <w:lang w:val="es-PY"/>
              </w:rPr>
            </w:pPr>
          </w:p>
          <w:p w14:paraId="10B0A030" w14:textId="77777777" w:rsidR="00CE06C0" w:rsidRDefault="00CE06C0" w:rsidP="009377A3">
            <w:pPr>
              <w:rPr>
                <w:lang w:val="es-PY"/>
              </w:rPr>
            </w:pPr>
          </w:p>
          <w:p w14:paraId="1DCA4E1D" w14:textId="77777777" w:rsidR="00F45232" w:rsidRDefault="00F45232" w:rsidP="009377A3">
            <w:pPr>
              <w:rPr>
                <w:lang w:val="es-PY"/>
              </w:rPr>
            </w:pPr>
          </w:p>
          <w:p w14:paraId="6E7BA4D2" w14:textId="77777777" w:rsidR="00F45232" w:rsidRDefault="00F45232" w:rsidP="009377A3">
            <w:pPr>
              <w:rPr>
                <w:lang w:val="es-PY"/>
              </w:rPr>
            </w:pPr>
          </w:p>
          <w:p w14:paraId="767B9850" w14:textId="77777777" w:rsidR="00F45232" w:rsidRPr="00F45232" w:rsidRDefault="00F45232" w:rsidP="009377A3">
            <w:pPr>
              <w:rPr>
                <w:lang w:val="es-PY"/>
              </w:rPr>
            </w:pPr>
          </w:p>
          <w:p w14:paraId="2B19707E" w14:textId="77777777" w:rsidR="00677646" w:rsidRPr="00F45232" w:rsidRDefault="00677646" w:rsidP="009377A3">
            <w:pPr>
              <w:rPr>
                <w:lang w:val="es-PY"/>
              </w:rPr>
            </w:pPr>
          </w:p>
          <w:p w14:paraId="56534308" w14:textId="77777777" w:rsidR="00677646" w:rsidRPr="00F45232" w:rsidRDefault="00677646" w:rsidP="009377A3">
            <w:pPr>
              <w:rPr>
                <w:lang w:val="es-PY"/>
              </w:rPr>
            </w:pPr>
          </w:p>
          <w:p w14:paraId="7BE453B1" w14:textId="77777777" w:rsidR="00677646" w:rsidRPr="00F45232" w:rsidRDefault="00677646" w:rsidP="009377A3">
            <w:pPr>
              <w:rPr>
                <w:lang w:val="es-PY"/>
              </w:rPr>
            </w:pPr>
          </w:p>
          <w:p w14:paraId="5311E58B" w14:textId="77777777" w:rsidR="00CE06C0" w:rsidRPr="00F45232" w:rsidRDefault="00CE06C0" w:rsidP="009377A3">
            <w:pPr>
              <w:rPr>
                <w:lang w:val="es-PY"/>
              </w:rPr>
            </w:pPr>
          </w:p>
          <w:p w14:paraId="709FE421" w14:textId="77777777" w:rsidR="00CE06C0" w:rsidRPr="00F45232" w:rsidRDefault="00CE06C0" w:rsidP="009377A3">
            <w:pPr>
              <w:rPr>
                <w:lang w:val="es-PY"/>
              </w:rPr>
            </w:pPr>
          </w:p>
        </w:tc>
      </w:tr>
    </w:tbl>
    <w:p w14:paraId="06CA419F" w14:textId="77777777" w:rsidR="00F45232" w:rsidRPr="000858EE" w:rsidRDefault="00F45232">
      <w:pPr>
        <w:rPr>
          <w:lang w:val="es-PY"/>
        </w:rPr>
      </w:pPr>
    </w:p>
    <w:tbl>
      <w:tblPr>
        <w:tblW w:w="5000" w:type="pct"/>
        <w:jc w:val="center"/>
        <w:tblLook w:val="04A0" w:firstRow="1" w:lastRow="0" w:firstColumn="1" w:lastColumn="0" w:noHBand="0" w:noVBand="1"/>
      </w:tblPr>
      <w:tblGrid>
        <w:gridCol w:w="9057"/>
      </w:tblGrid>
      <w:tr w:rsidR="006B718D" w:rsidRPr="00E174D7" w14:paraId="778668CD" w14:textId="77777777" w:rsidTr="00677646">
        <w:trPr>
          <w:trHeight w:hRule="exact" w:val="312"/>
          <w:jc w:val="center"/>
        </w:trPr>
        <w:tc>
          <w:tcPr>
            <w:tcW w:w="5000" w:type="pct"/>
            <w:tcBorders>
              <w:top w:val="single" w:sz="5" w:space="0" w:color="53A67D"/>
              <w:left w:val="single" w:sz="5" w:space="0" w:color="53A67D"/>
              <w:bottom w:val="single" w:sz="5" w:space="0" w:color="53A67D"/>
              <w:right w:val="single" w:sz="5" w:space="0" w:color="53A67D"/>
            </w:tcBorders>
            <w:shd w:val="clear" w:color="auto" w:fill="53A67D"/>
            <w:vAlign w:val="center"/>
          </w:tcPr>
          <w:p w14:paraId="02E71E6A" w14:textId="77777777" w:rsidR="006B718D" w:rsidRPr="00E174D7" w:rsidRDefault="00BF74F5">
            <w:pPr>
              <w:spacing w:after="0" w:line="240" w:lineRule="auto"/>
              <w:rPr>
                <w:sz w:val="22"/>
              </w:rPr>
            </w:pPr>
            <w:r w:rsidRPr="00E174D7">
              <w:rPr>
                <w:b/>
                <w:color w:val="FFFFFF"/>
                <w:sz w:val="22"/>
              </w:rPr>
              <w:t>6.    SÍNTESIS EVALUATIVA</w:t>
            </w:r>
          </w:p>
        </w:tc>
      </w:tr>
    </w:tbl>
    <w:p w14:paraId="7A6F6553" w14:textId="77777777" w:rsidR="006B718D" w:rsidRPr="002457D6" w:rsidRDefault="00BF74F5">
      <w:pPr>
        <w:spacing w:before="40" w:after="60"/>
        <w:rPr>
          <w:szCs w:val="20"/>
          <w:lang w:val="es-PY"/>
        </w:rPr>
      </w:pPr>
      <w:r w:rsidRPr="002457D6">
        <w:rPr>
          <w:color w:val="000000"/>
          <w:szCs w:val="20"/>
          <w:lang w:val="es-PY"/>
        </w:rPr>
        <w:t>Tabla 2. Síntesis evaluativa según el tipo de criterio y nivel de cumplimiento</w:t>
      </w:r>
    </w:p>
    <w:tbl>
      <w:tblPr>
        <w:tblW w:w="0" w:type="auto"/>
        <w:jc w:val="center"/>
        <w:tblLayout w:type="fixed"/>
        <w:tblLook w:val="04A0" w:firstRow="1" w:lastRow="0" w:firstColumn="1" w:lastColumn="0" w:noHBand="0" w:noVBand="1"/>
      </w:tblPr>
      <w:tblGrid>
        <w:gridCol w:w="1913"/>
        <w:gridCol w:w="1247"/>
        <w:gridCol w:w="1020"/>
        <w:gridCol w:w="1304"/>
        <w:gridCol w:w="1247"/>
        <w:gridCol w:w="1020"/>
        <w:gridCol w:w="1247"/>
      </w:tblGrid>
      <w:tr w:rsidR="006B718D" w:rsidRPr="002457D6" w14:paraId="42AB21B1" w14:textId="77777777" w:rsidTr="002457D6">
        <w:trPr>
          <w:cantSplit/>
          <w:trHeight w:val="454"/>
          <w:jc w:val="center"/>
        </w:trPr>
        <w:tc>
          <w:tcPr>
            <w:tcW w:w="1913" w:type="dxa"/>
            <w:tcBorders>
              <w:top w:val="single" w:sz="5" w:space="0" w:color="444444"/>
              <w:left w:val="single" w:sz="5" w:space="0" w:color="444444"/>
              <w:bottom w:val="single" w:sz="5" w:space="0" w:color="444444"/>
              <w:right w:val="single" w:sz="5" w:space="0" w:color="444444"/>
            </w:tcBorders>
            <w:vAlign w:val="center"/>
          </w:tcPr>
          <w:p w14:paraId="1E8F24CE" w14:textId="77777777" w:rsidR="006B718D" w:rsidRPr="002457D6" w:rsidRDefault="00BF74F5">
            <w:pPr>
              <w:spacing w:after="0" w:line="240" w:lineRule="auto"/>
              <w:jc w:val="center"/>
              <w:rPr>
                <w:szCs w:val="20"/>
              </w:rPr>
            </w:pPr>
            <w:r w:rsidRPr="002457D6">
              <w:rPr>
                <w:b/>
                <w:color w:val="000000"/>
                <w:szCs w:val="20"/>
              </w:rPr>
              <w:t>Tipo de criterio</w:t>
            </w:r>
          </w:p>
        </w:tc>
        <w:tc>
          <w:tcPr>
            <w:tcW w:w="1247" w:type="dxa"/>
            <w:tcBorders>
              <w:top w:val="single" w:sz="5" w:space="0" w:color="444444"/>
              <w:left w:val="single" w:sz="5" w:space="0" w:color="444444"/>
              <w:bottom w:val="single" w:sz="5" w:space="0" w:color="444444"/>
              <w:right w:val="single" w:sz="5" w:space="0" w:color="444444"/>
            </w:tcBorders>
            <w:vAlign w:val="center"/>
          </w:tcPr>
          <w:p w14:paraId="7483ABDA" w14:textId="77777777" w:rsidR="006B718D" w:rsidRPr="002457D6" w:rsidRDefault="00BF74F5">
            <w:pPr>
              <w:spacing w:after="0" w:line="240" w:lineRule="auto"/>
              <w:jc w:val="center"/>
              <w:rPr>
                <w:szCs w:val="20"/>
              </w:rPr>
            </w:pPr>
            <w:r w:rsidRPr="002457D6">
              <w:rPr>
                <w:b/>
                <w:color w:val="000000"/>
                <w:szCs w:val="20"/>
              </w:rPr>
              <w:t>Total de criterios</w:t>
            </w:r>
          </w:p>
        </w:tc>
        <w:tc>
          <w:tcPr>
            <w:tcW w:w="1020" w:type="dxa"/>
            <w:tcBorders>
              <w:top w:val="single" w:sz="5" w:space="0" w:color="444444"/>
              <w:left w:val="single" w:sz="5" w:space="0" w:color="444444"/>
              <w:bottom w:val="single" w:sz="5" w:space="0" w:color="444444"/>
              <w:right w:val="single" w:sz="5" w:space="0" w:color="444444"/>
            </w:tcBorders>
            <w:vAlign w:val="center"/>
          </w:tcPr>
          <w:p w14:paraId="7A64D329" w14:textId="77777777" w:rsidR="006B718D" w:rsidRPr="002457D6" w:rsidRDefault="00BF74F5">
            <w:pPr>
              <w:spacing w:after="0" w:line="240" w:lineRule="auto"/>
              <w:jc w:val="center"/>
              <w:rPr>
                <w:szCs w:val="20"/>
              </w:rPr>
            </w:pPr>
            <w:r w:rsidRPr="002457D6">
              <w:rPr>
                <w:b/>
                <w:color w:val="000000"/>
                <w:szCs w:val="20"/>
              </w:rPr>
              <w:t>Pleno</w:t>
            </w:r>
          </w:p>
        </w:tc>
        <w:tc>
          <w:tcPr>
            <w:tcW w:w="1304" w:type="dxa"/>
            <w:tcBorders>
              <w:top w:val="single" w:sz="5" w:space="0" w:color="444444"/>
              <w:left w:val="single" w:sz="5" w:space="0" w:color="444444"/>
              <w:bottom w:val="single" w:sz="5" w:space="0" w:color="444444"/>
              <w:right w:val="single" w:sz="5" w:space="0" w:color="444444"/>
            </w:tcBorders>
            <w:vAlign w:val="center"/>
          </w:tcPr>
          <w:p w14:paraId="0905CD99" w14:textId="77777777" w:rsidR="006B718D" w:rsidRPr="002457D6" w:rsidRDefault="00BF74F5">
            <w:pPr>
              <w:spacing w:after="0" w:line="240" w:lineRule="auto"/>
              <w:jc w:val="center"/>
              <w:rPr>
                <w:szCs w:val="20"/>
              </w:rPr>
            </w:pPr>
            <w:r w:rsidRPr="002457D6">
              <w:rPr>
                <w:b/>
                <w:color w:val="000000"/>
                <w:szCs w:val="20"/>
              </w:rPr>
              <w:t>Satisfactorio</w:t>
            </w:r>
          </w:p>
        </w:tc>
        <w:tc>
          <w:tcPr>
            <w:tcW w:w="1247" w:type="dxa"/>
            <w:tcBorders>
              <w:top w:val="single" w:sz="5" w:space="0" w:color="444444"/>
              <w:left w:val="single" w:sz="5" w:space="0" w:color="444444"/>
              <w:bottom w:val="single" w:sz="5" w:space="0" w:color="444444"/>
              <w:right w:val="single" w:sz="5" w:space="0" w:color="444444"/>
            </w:tcBorders>
            <w:vAlign w:val="center"/>
          </w:tcPr>
          <w:p w14:paraId="3EAD2A3E" w14:textId="77777777" w:rsidR="006B718D" w:rsidRPr="002457D6" w:rsidRDefault="00BF74F5">
            <w:pPr>
              <w:spacing w:after="0" w:line="240" w:lineRule="auto"/>
              <w:jc w:val="center"/>
              <w:rPr>
                <w:szCs w:val="20"/>
              </w:rPr>
            </w:pPr>
            <w:r w:rsidRPr="002457D6">
              <w:rPr>
                <w:b/>
                <w:color w:val="000000"/>
                <w:szCs w:val="20"/>
              </w:rPr>
              <w:t>Suficiente</w:t>
            </w:r>
          </w:p>
        </w:tc>
        <w:tc>
          <w:tcPr>
            <w:tcW w:w="1020" w:type="dxa"/>
            <w:tcBorders>
              <w:top w:val="single" w:sz="5" w:space="0" w:color="444444"/>
              <w:left w:val="single" w:sz="5" w:space="0" w:color="444444"/>
              <w:bottom w:val="single" w:sz="5" w:space="0" w:color="444444"/>
              <w:right w:val="single" w:sz="5" w:space="0" w:color="444444"/>
            </w:tcBorders>
            <w:vAlign w:val="center"/>
          </w:tcPr>
          <w:p w14:paraId="143A6731" w14:textId="77777777" w:rsidR="006B718D" w:rsidRPr="002457D6" w:rsidRDefault="00BF74F5">
            <w:pPr>
              <w:spacing w:after="0" w:line="240" w:lineRule="auto"/>
              <w:jc w:val="center"/>
              <w:rPr>
                <w:szCs w:val="20"/>
              </w:rPr>
            </w:pPr>
            <w:r w:rsidRPr="002457D6">
              <w:rPr>
                <w:b/>
                <w:color w:val="000000"/>
                <w:szCs w:val="20"/>
              </w:rPr>
              <w:t>Escaso</w:t>
            </w:r>
          </w:p>
        </w:tc>
        <w:tc>
          <w:tcPr>
            <w:tcW w:w="1247" w:type="dxa"/>
            <w:tcBorders>
              <w:top w:val="single" w:sz="5" w:space="0" w:color="444444"/>
              <w:left w:val="single" w:sz="5" w:space="0" w:color="444444"/>
              <w:bottom w:val="single" w:sz="5" w:space="0" w:color="444444"/>
              <w:right w:val="single" w:sz="5" w:space="0" w:color="444444"/>
            </w:tcBorders>
            <w:vAlign w:val="center"/>
          </w:tcPr>
          <w:p w14:paraId="1F956E09" w14:textId="77777777" w:rsidR="006B718D" w:rsidRPr="002457D6" w:rsidRDefault="00BF74F5">
            <w:pPr>
              <w:spacing w:after="0" w:line="240" w:lineRule="auto"/>
              <w:jc w:val="center"/>
              <w:rPr>
                <w:szCs w:val="20"/>
              </w:rPr>
            </w:pPr>
            <w:r w:rsidRPr="002457D6">
              <w:rPr>
                <w:b/>
                <w:color w:val="000000"/>
                <w:szCs w:val="20"/>
              </w:rPr>
              <w:t>No cumple</w:t>
            </w:r>
          </w:p>
        </w:tc>
      </w:tr>
      <w:tr w:rsidR="006B718D" w:rsidRPr="002457D6" w14:paraId="092E610D"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A3855A6" w14:textId="77777777" w:rsidR="006B718D" w:rsidRPr="007741BF" w:rsidRDefault="00BF74F5">
            <w:pPr>
              <w:spacing w:after="0" w:line="240" w:lineRule="auto"/>
              <w:rPr>
                <w:b/>
                <w:bCs/>
                <w:szCs w:val="20"/>
              </w:rPr>
            </w:pPr>
            <w:r w:rsidRPr="007741BF">
              <w:rPr>
                <w:b/>
                <w:bCs/>
                <w:color w:val="000000"/>
                <w:szCs w:val="20"/>
              </w:rPr>
              <w:t>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1E3A8CAF" w14:textId="77777777" w:rsidR="006B718D" w:rsidRPr="007741BF" w:rsidRDefault="00BF74F5">
            <w:pPr>
              <w:spacing w:after="0" w:line="240" w:lineRule="auto"/>
              <w:jc w:val="center"/>
              <w:rPr>
                <w:b/>
                <w:bCs/>
                <w:szCs w:val="20"/>
              </w:rPr>
            </w:pPr>
            <w:r w:rsidRPr="007741BF">
              <w:rPr>
                <w:b/>
                <w:bCs/>
                <w:color w:val="000000"/>
                <w:szCs w:val="20"/>
              </w:rPr>
              <w:t>7</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733E513"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2CE7D907"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57DB430"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52767CB0"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269A5151" w14:textId="77777777" w:rsidR="006B718D" w:rsidRPr="002457D6" w:rsidRDefault="006B718D">
            <w:pPr>
              <w:rPr>
                <w:szCs w:val="20"/>
              </w:rPr>
            </w:pPr>
          </w:p>
        </w:tc>
      </w:tr>
      <w:tr w:rsidR="006B718D" w:rsidRPr="002457D6" w14:paraId="60D3B7B4"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534DF448" w14:textId="77777777" w:rsidR="006B718D" w:rsidRPr="007741BF" w:rsidRDefault="00BF74F5">
            <w:pPr>
              <w:spacing w:after="0" w:line="240" w:lineRule="auto"/>
              <w:rPr>
                <w:b/>
                <w:bCs/>
                <w:szCs w:val="20"/>
              </w:rPr>
            </w:pPr>
            <w:r w:rsidRPr="007741BF">
              <w:rPr>
                <w:b/>
                <w:bCs/>
                <w:color w:val="000000"/>
                <w:szCs w:val="20"/>
              </w:rPr>
              <w:t>No 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0A14FB6" w14:textId="77777777" w:rsidR="006B718D" w:rsidRPr="007741BF" w:rsidRDefault="00BF74F5">
            <w:pPr>
              <w:spacing w:after="0" w:line="240" w:lineRule="auto"/>
              <w:jc w:val="center"/>
              <w:rPr>
                <w:b/>
                <w:bCs/>
                <w:szCs w:val="20"/>
              </w:rPr>
            </w:pPr>
            <w:r w:rsidRPr="007741BF">
              <w:rPr>
                <w:b/>
                <w:bCs/>
                <w:color w:val="000000"/>
                <w:szCs w:val="20"/>
              </w:rPr>
              <w:t>5</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77BE5FC"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6732F1E6"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2877006A"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8579FA5"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4948589" w14:textId="77777777" w:rsidR="006B718D" w:rsidRPr="002457D6" w:rsidRDefault="006B718D">
            <w:pPr>
              <w:rPr>
                <w:szCs w:val="20"/>
              </w:rPr>
            </w:pPr>
          </w:p>
        </w:tc>
      </w:tr>
      <w:tr w:rsidR="006B718D" w:rsidRPr="002457D6" w14:paraId="66CAC2C9"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53B538D" w14:textId="77777777" w:rsidR="006B718D" w:rsidRPr="002457D6" w:rsidRDefault="00BF74F5">
            <w:pPr>
              <w:spacing w:after="0" w:line="240" w:lineRule="auto"/>
              <w:rPr>
                <w:szCs w:val="20"/>
              </w:rPr>
            </w:pPr>
            <w:r w:rsidRPr="002457D6">
              <w:rPr>
                <w:b/>
                <w:color w:val="000000"/>
                <w:szCs w:val="20"/>
              </w:rPr>
              <w:t>Total general</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400115EC" w14:textId="77777777" w:rsidR="006B718D" w:rsidRPr="002457D6" w:rsidRDefault="00BF74F5">
            <w:pPr>
              <w:spacing w:after="0" w:line="240" w:lineRule="auto"/>
              <w:jc w:val="center"/>
              <w:rPr>
                <w:szCs w:val="20"/>
              </w:rPr>
            </w:pPr>
            <w:r w:rsidRPr="002457D6">
              <w:rPr>
                <w:b/>
                <w:color w:val="000000"/>
                <w:szCs w:val="20"/>
              </w:rPr>
              <w:t>12</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04B2E670"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5E3F1926"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35B4A511"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6E2D43FB"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995E6F9" w14:textId="77777777" w:rsidR="006B718D" w:rsidRPr="002457D6" w:rsidRDefault="006B718D">
            <w:pPr>
              <w:rPr>
                <w:szCs w:val="20"/>
              </w:rPr>
            </w:pPr>
          </w:p>
        </w:tc>
      </w:tr>
    </w:tbl>
    <w:p w14:paraId="0B9F7B2E" w14:textId="77777777" w:rsidR="006B718D" w:rsidRPr="002457D6" w:rsidRDefault="006B718D">
      <w:pPr>
        <w:spacing w:before="160" w:after="40"/>
        <w:rPr>
          <w:szCs w:val="20"/>
        </w:rPr>
      </w:pPr>
    </w:p>
    <w:tbl>
      <w:tblPr>
        <w:tblW w:w="0" w:type="auto"/>
        <w:tblLook w:val="04A0" w:firstRow="1" w:lastRow="0" w:firstColumn="1" w:lastColumn="0" w:noHBand="0" w:noVBand="1"/>
      </w:tblPr>
      <w:tblGrid>
        <w:gridCol w:w="9057"/>
      </w:tblGrid>
      <w:tr w:rsidR="006B718D" w:rsidRPr="000858EE" w14:paraId="7C7E1178" w14:textId="77777777" w:rsidTr="001A2F92">
        <w:trPr>
          <w:trHeight w:hRule="exact" w:val="312"/>
        </w:trPr>
        <w:tc>
          <w:tcPr>
            <w:tcW w:w="9057"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0045453E" w14:textId="77777777" w:rsidR="006B718D" w:rsidRPr="00E174D7" w:rsidRDefault="00BF74F5">
            <w:pPr>
              <w:spacing w:after="0" w:line="240" w:lineRule="auto"/>
              <w:rPr>
                <w:sz w:val="22"/>
                <w:lang w:val="es-PY"/>
              </w:rPr>
            </w:pPr>
            <w:r w:rsidRPr="00E174D7">
              <w:rPr>
                <w:b/>
                <w:color w:val="FFFFFF"/>
                <w:sz w:val="22"/>
                <w:lang w:val="es-PY"/>
              </w:rPr>
              <w:t>7.    CONCLUSIONES GENERALES Y VALORACIÓN GLOBAL</w:t>
            </w:r>
          </w:p>
        </w:tc>
      </w:tr>
      <w:tr w:rsidR="006B718D" w:rsidRPr="000858EE" w14:paraId="0DF508BB" w14:textId="77777777" w:rsidTr="000858EE">
        <w:trPr>
          <w:trHeight w:val="8505"/>
        </w:trPr>
        <w:tc>
          <w:tcPr>
            <w:tcW w:w="9057" w:type="dxa"/>
            <w:tcBorders>
              <w:top w:val="single" w:sz="5" w:space="0" w:color="808080"/>
              <w:left w:val="single" w:sz="5" w:space="0" w:color="808080"/>
              <w:bottom w:val="single" w:sz="5" w:space="0" w:color="808080"/>
              <w:right w:val="single" w:sz="5" w:space="0" w:color="808080"/>
            </w:tcBorders>
          </w:tcPr>
          <w:p w14:paraId="69A86324" w14:textId="77777777" w:rsidR="00F64EFC" w:rsidRPr="00F64EFC" w:rsidRDefault="00F64EFC" w:rsidP="000858EE">
            <w:pPr>
              <w:widowControl w:val="0"/>
              <w:autoSpaceDE w:val="0"/>
              <w:autoSpaceDN w:val="0"/>
              <w:spacing w:after="0" w:line="240" w:lineRule="auto"/>
              <w:jc w:val="both"/>
              <w:rPr>
                <w:rFonts w:eastAsia="Times New Roman" w:cs="Garamond"/>
                <w:color w:val="A6A6A6"/>
                <w:sz w:val="22"/>
                <w:lang w:val="es-PY"/>
              </w:rPr>
            </w:pPr>
            <w:r w:rsidRPr="00F64EFC">
              <w:rPr>
                <w:rFonts w:eastAsia="Times New Roman" w:cs="Garamond"/>
                <w:color w:val="A6A6A6"/>
                <w:sz w:val="22"/>
                <w:lang w:val="es-PY"/>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7BF05190" w14:textId="77777777" w:rsidR="00F64EFC" w:rsidRPr="00F64EFC" w:rsidRDefault="00F64EFC" w:rsidP="000858EE">
            <w:pPr>
              <w:widowControl w:val="0"/>
              <w:autoSpaceDE w:val="0"/>
              <w:autoSpaceDN w:val="0"/>
              <w:spacing w:after="0" w:line="240" w:lineRule="auto"/>
              <w:jc w:val="both"/>
              <w:rPr>
                <w:rFonts w:eastAsia="Times New Roman" w:cs="Garamond"/>
                <w:color w:val="A6A6A6"/>
                <w:sz w:val="22"/>
                <w:lang w:val="es-PY"/>
              </w:rPr>
            </w:pPr>
            <w:r w:rsidRPr="00F64EFC">
              <w:rPr>
                <w:rFonts w:eastAsia="Times New Roman" w:cs="Garamond"/>
                <w:color w:val="A6A6A6"/>
                <w:sz w:val="22"/>
                <w:lang w:val="es-PY"/>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3D9A3497" w14:textId="77777777" w:rsidR="006B718D" w:rsidRDefault="006B718D" w:rsidP="000858EE">
            <w:pPr>
              <w:jc w:val="both"/>
              <w:rPr>
                <w:szCs w:val="20"/>
                <w:lang w:val="es-PY"/>
              </w:rPr>
            </w:pPr>
          </w:p>
          <w:p w14:paraId="3ECB8239" w14:textId="77777777" w:rsidR="001A2F92" w:rsidRDefault="001A2F92" w:rsidP="000858EE">
            <w:pPr>
              <w:jc w:val="both"/>
              <w:rPr>
                <w:szCs w:val="20"/>
                <w:lang w:val="es-PY"/>
              </w:rPr>
            </w:pPr>
          </w:p>
          <w:p w14:paraId="26A253A4" w14:textId="77777777" w:rsidR="001A2F92" w:rsidRDefault="001A2F92" w:rsidP="000858EE">
            <w:pPr>
              <w:jc w:val="both"/>
              <w:rPr>
                <w:szCs w:val="20"/>
                <w:lang w:val="es-PY"/>
              </w:rPr>
            </w:pPr>
          </w:p>
          <w:p w14:paraId="1CAC806E" w14:textId="77777777" w:rsidR="001A2F92" w:rsidRDefault="001A2F92" w:rsidP="000858EE">
            <w:pPr>
              <w:jc w:val="both"/>
              <w:rPr>
                <w:szCs w:val="20"/>
                <w:lang w:val="es-PY"/>
              </w:rPr>
            </w:pPr>
          </w:p>
          <w:p w14:paraId="2865A491" w14:textId="77777777" w:rsidR="001A2F92" w:rsidRDefault="001A2F92" w:rsidP="000858EE">
            <w:pPr>
              <w:jc w:val="both"/>
              <w:rPr>
                <w:szCs w:val="20"/>
                <w:lang w:val="es-PY"/>
              </w:rPr>
            </w:pPr>
          </w:p>
          <w:p w14:paraId="34B87694" w14:textId="77777777" w:rsidR="001A2F92" w:rsidRDefault="001A2F92" w:rsidP="000858EE">
            <w:pPr>
              <w:jc w:val="both"/>
              <w:rPr>
                <w:szCs w:val="20"/>
                <w:lang w:val="es-PY"/>
              </w:rPr>
            </w:pPr>
          </w:p>
          <w:p w14:paraId="44596555" w14:textId="77777777" w:rsidR="001A2F92" w:rsidRDefault="001A2F92" w:rsidP="000858EE">
            <w:pPr>
              <w:jc w:val="both"/>
              <w:rPr>
                <w:szCs w:val="20"/>
                <w:lang w:val="es-PY"/>
              </w:rPr>
            </w:pPr>
          </w:p>
          <w:p w14:paraId="419F105D" w14:textId="77777777" w:rsidR="001A2F92" w:rsidRDefault="001A2F92" w:rsidP="000858EE">
            <w:pPr>
              <w:jc w:val="both"/>
              <w:rPr>
                <w:szCs w:val="20"/>
                <w:lang w:val="es-PY"/>
              </w:rPr>
            </w:pPr>
          </w:p>
          <w:p w14:paraId="53FBCEB1" w14:textId="77777777" w:rsidR="001A2F92" w:rsidRDefault="001A2F92" w:rsidP="000858EE">
            <w:pPr>
              <w:jc w:val="both"/>
              <w:rPr>
                <w:szCs w:val="20"/>
                <w:lang w:val="es-PY"/>
              </w:rPr>
            </w:pPr>
          </w:p>
          <w:p w14:paraId="5A20181C" w14:textId="77777777" w:rsidR="001A2F92" w:rsidRDefault="001A2F92" w:rsidP="000858EE">
            <w:pPr>
              <w:jc w:val="both"/>
              <w:rPr>
                <w:szCs w:val="20"/>
                <w:lang w:val="es-PY"/>
              </w:rPr>
            </w:pPr>
          </w:p>
          <w:p w14:paraId="596F4508" w14:textId="77777777" w:rsidR="001A2F92" w:rsidRDefault="001A2F92" w:rsidP="000858EE">
            <w:pPr>
              <w:jc w:val="both"/>
              <w:rPr>
                <w:szCs w:val="20"/>
                <w:lang w:val="es-PY"/>
              </w:rPr>
            </w:pPr>
          </w:p>
          <w:p w14:paraId="4A494859" w14:textId="77777777" w:rsidR="001A2F92" w:rsidRDefault="001A2F92" w:rsidP="000858EE">
            <w:pPr>
              <w:jc w:val="both"/>
              <w:rPr>
                <w:szCs w:val="20"/>
                <w:lang w:val="es-PY"/>
              </w:rPr>
            </w:pPr>
          </w:p>
          <w:p w14:paraId="7F6D9EDD" w14:textId="77777777" w:rsidR="001A2F92" w:rsidRDefault="001A2F92" w:rsidP="000858EE">
            <w:pPr>
              <w:jc w:val="both"/>
              <w:rPr>
                <w:szCs w:val="20"/>
                <w:lang w:val="es-PY"/>
              </w:rPr>
            </w:pPr>
          </w:p>
          <w:p w14:paraId="30957AF3" w14:textId="77777777" w:rsidR="001A2F92" w:rsidRDefault="001A2F92" w:rsidP="000858EE">
            <w:pPr>
              <w:jc w:val="both"/>
              <w:rPr>
                <w:szCs w:val="20"/>
                <w:lang w:val="es-PY"/>
              </w:rPr>
            </w:pPr>
          </w:p>
          <w:p w14:paraId="5291EDAA" w14:textId="77777777" w:rsidR="001A2F92" w:rsidRDefault="001A2F92" w:rsidP="000858EE">
            <w:pPr>
              <w:jc w:val="both"/>
              <w:rPr>
                <w:szCs w:val="20"/>
                <w:lang w:val="es-PY"/>
              </w:rPr>
            </w:pPr>
          </w:p>
          <w:p w14:paraId="0B712069" w14:textId="77777777" w:rsidR="001A2F92" w:rsidRPr="002457D6" w:rsidRDefault="001A2F92" w:rsidP="000858EE">
            <w:pPr>
              <w:jc w:val="both"/>
              <w:rPr>
                <w:szCs w:val="20"/>
                <w:lang w:val="es-PY"/>
              </w:rPr>
            </w:pPr>
          </w:p>
        </w:tc>
      </w:tr>
      <w:tr w:rsidR="001A2F92" w:rsidRPr="004D7D58" w14:paraId="1921C90A" w14:textId="77777777" w:rsidTr="000858EE">
        <w:tc>
          <w:tcPr>
            <w:tcW w:w="9057" w:type="dxa"/>
            <w:tcBorders>
              <w:top w:val="single" w:sz="5" w:space="0" w:color="808080"/>
              <w:left w:val="single" w:sz="5" w:space="0" w:color="808080"/>
              <w:bottom w:val="single" w:sz="5" w:space="0" w:color="808080"/>
              <w:right w:val="single" w:sz="5" w:space="0" w:color="808080"/>
            </w:tcBorders>
            <w:vAlign w:val="center"/>
          </w:tcPr>
          <w:p w14:paraId="4DA6F56A" w14:textId="51BAA594" w:rsidR="001A2F92" w:rsidRPr="000858EE" w:rsidRDefault="001A2F92">
            <w:pPr>
              <w:rPr>
                <w:b/>
                <w:szCs w:val="20"/>
                <w:u w:val="single"/>
                <w:lang w:val="es-PY"/>
              </w:rPr>
            </w:pPr>
            <w:r w:rsidRPr="000858EE">
              <w:rPr>
                <w:b/>
                <w:szCs w:val="20"/>
                <w:u w:val="single"/>
                <w:lang w:val="es-PY"/>
              </w:rPr>
              <w:t>Fecha del Informe:</w:t>
            </w:r>
          </w:p>
        </w:tc>
      </w:tr>
    </w:tbl>
    <w:p w14:paraId="0C5CA456" w14:textId="77777777" w:rsidR="00BF74F5" w:rsidRPr="00BF74F5" w:rsidRDefault="00BF74F5" w:rsidP="00C35EFB">
      <w:pPr>
        <w:rPr>
          <w:lang w:val="es-PY"/>
        </w:rPr>
      </w:pPr>
    </w:p>
    <w:sectPr w:rsidR="00BF74F5" w:rsidRPr="00BF74F5" w:rsidSect="00034616">
      <w:headerReference w:type="default" r:id="rId11"/>
      <w:pgSz w:w="11906" w:h="16838"/>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D07B" w14:textId="77777777" w:rsidR="000858EE" w:rsidRDefault="000858EE" w:rsidP="000858EE">
      <w:pPr>
        <w:spacing w:after="0" w:line="240" w:lineRule="auto"/>
      </w:pPr>
      <w:r>
        <w:separator/>
      </w:r>
    </w:p>
  </w:endnote>
  <w:endnote w:type="continuationSeparator" w:id="0">
    <w:p w14:paraId="2A29D46E" w14:textId="77777777" w:rsidR="000858EE" w:rsidRDefault="000858EE" w:rsidP="00085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9A0FE" w14:textId="77777777" w:rsidR="000858EE" w:rsidRDefault="000858EE" w:rsidP="000858EE">
      <w:pPr>
        <w:spacing w:after="0" w:line="240" w:lineRule="auto"/>
      </w:pPr>
      <w:r>
        <w:separator/>
      </w:r>
    </w:p>
  </w:footnote>
  <w:footnote w:type="continuationSeparator" w:id="0">
    <w:p w14:paraId="6AF7493E" w14:textId="77777777" w:rsidR="000858EE" w:rsidRDefault="000858EE" w:rsidP="000858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E0B5" w14:textId="77777777" w:rsidR="000858EE" w:rsidRPr="00EC15B4" w:rsidRDefault="000858EE" w:rsidP="000858EE">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333AC9BF" w14:textId="77777777" w:rsidR="000858EE" w:rsidRDefault="000858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BBE0C6B"/>
    <w:multiLevelType w:val="hybridMultilevel"/>
    <w:tmpl w:val="47C82E5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1F081F5D"/>
    <w:multiLevelType w:val="hybridMultilevel"/>
    <w:tmpl w:val="926E024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4AB6E32"/>
    <w:multiLevelType w:val="hybridMultilevel"/>
    <w:tmpl w:val="CBFC181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44F40199"/>
    <w:multiLevelType w:val="hybridMultilevel"/>
    <w:tmpl w:val="D292B264"/>
    <w:lvl w:ilvl="0" w:tplc="3C0A0019">
      <w:start w:val="1"/>
      <w:numFmt w:val="lowerLetter"/>
      <w:lvlText w:val="%1."/>
      <w:lvlJc w:val="left"/>
      <w:pPr>
        <w:ind w:left="809" w:hanging="360"/>
      </w:pPr>
    </w:lvl>
    <w:lvl w:ilvl="1" w:tplc="3C0A0019" w:tentative="1">
      <w:start w:val="1"/>
      <w:numFmt w:val="lowerLetter"/>
      <w:lvlText w:val="%2."/>
      <w:lvlJc w:val="left"/>
      <w:pPr>
        <w:ind w:left="1529" w:hanging="360"/>
      </w:pPr>
    </w:lvl>
    <w:lvl w:ilvl="2" w:tplc="3C0A001B" w:tentative="1">
      <w:start w:val="1"/>
      <w:numFmt w:val="lowerRoman"/>
      <w:lvlText w:val="%3."/>
      <w:lvlJc w:val="right"/>
      <w:pPr>
        <w:ind w:left="2249" w:hanging="180"/>
      </w:pPr>
    </w:lvl>
    <w:lvl w:ilvl="3" w:tplc="3C0A000F" w:tentative="1">
      <w:start w:val="1"/>
      <w:numFmt w:val="decimal"/>
      <w:lvlText w:val="%4."/>
      <w:lvlJc w:val="left"/>
      <w:pPr>
        <w:ind w:left="2969" w:hanging="360"/>
      </w:pPr>
    </w:lvl>
    <w:lvl w:ilvl="4" w:tplc="3C0A0019" w:tentative="1">
      <w:start w:val="1"/>
      <w:numFmt w:val="lowerLetter"/>
      <w:lvlText w:val="%5."/>
      <w:lvlJc w:val="left"/>
      <w:pPr>
        <w:ind w:left="3689" w:hanging="360"/>
      </w:pPr>
    </w:lvl>
    <w:lvl w:ilvl="5" w:tplc="3C0A001B" w:tentative="1">
      <w:start w:val="1"/>
      <w:numFmt w:val="lowerRoman"/>
      <w:lvlText w:val="%6."/>
      <w:lvlJc w:val="right"/>
      <w:pPr>
        <w:ind w:left="4409" w:hanging="180"/>
      </w:pPr>
    </w:lvl>
    <w:lvl w:ilvl="6" w:tplc="3C0A000F" w:tentative="1">
      <w:start w:val="1"/>
      <w:numFmt w:val="decimal"/>
      <w:lvlText w:val="%7."/>
      <w:lvlJc w:val="left"/>
      <w:pPr>
        <w:ind w:left="5129" w:hanging="360"/>
      </w:pPr>
    </w:lvl>
    <w:lvl w:ilvl="7" w:tplc="3C0A0019" w:tentative="1">
      <w:start w:val="1"/>
      <w:numFmt w:val="lowerLetter"/>
      <w:lvlText w:val="%8."/>
      <w:lvlJc w:val="left"/>
      <w:pPr>
        <w:ind w:left="5849" w:hanging="360"/>
      </w:pPr>
    </w:lvl>
    <w:lvl w:ilvl="8" w:tplc="3C0A001B" w:tentative="1">
      <w:start w:val="1"/>
      <w:numFmt w:val="lowerRoman"/>
      <w:lvlText w:val="%9."/>
      <w:lvlJc w:val="right"/>
      <w:pPr>
        <w:ind w:left="6569" w:hanging="180"/>
      </w:pPr>
    </w:lvl>
  </w:abstractNum>
  <w:abstractNum w:abstractNumId="14" w15:restartNumberingAfterBreak="0">
    <w:nsid w:val="5E924D0D"/>
    <w:multiLevelType w:val="hybridMultilevel"/>
    <w:tmpl w:val="95E62FD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2E64EB9"/>
    <w:multiLevelType w:val="hybridMultilevel"/>
    <w:tmpl w:val="938623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1408842127">
    <w:abstractNumId w:val="8"/>
  </w:num>
  <w:num w:numId="2" w16cid:durableId="2059814655">
    <w:abstractNumId w:val="6"/>
  </w:num>
  <w:num w:numId="3" w16cid:durableId="1593053998">
    <w:abstractNumId w:val="5"/>
  </w:num>
  <w:num w:numId="4" w16cid:durableId="1264679559">
    <w:abstractNumId w:val="4"/>
  </w:num>
  <w:num w:numId="5" w16cid:durableId="816727369">
    <w:abstractNumId w:val="7"/>
  </w:num>
  <w:num w:numId="6" w16cid:durableId="1268007459">
    <w:abstractNumId w:val="3"/>
  </w:num>
  <w:num w:numId="7" w16cid:durableId="1092354923">
    <w:abstractNumId w:val="2"/>
  </w:num>
  <w:num w:numId="8" w16cid:durableId="1407532348">
    <w:abstractNumId w:val="1"/>
  </w:num>
  <w:num w:numId="9" w16cid:durableId="1838230871">
    <w:abstractNumId w:val="0"/>
  </w:num>
  <w:num w:numId="10" w16cid:durableId="2050835709">
    <w:abstractNumId w:val="9"/>
  </w:num>
  <w:num w:numId="11" w16cid:durableId="1499419650">
    <w:abstractNumId w:val="15"/>
  </w:num>
  <w:num w:numId="12" w16cid:durableId="382599472">
    <w:abstractNumId w:val="11"/>
  </w:num>
  <w:num w:numId="13" w16cid:durableId="1935626676">
    <w:abstractNumId w:val="14"/>
  </w:num>
  <w:num w:numId="14" w16cid:durableId="1538858344">
    <w:abstractNumId w:val="12"/>
  </w:num>
  <w:num w:numId="15" w16cid:durableId="2066296498">
    <w:abstractNumId w:val="13"/>
  </w:num>
  <w:num w:numId="16" w16cid:durableId="1739472572">
    <w:abstractNumId w:val="10"/>
  </w:num>
  <w:num w:numId="17" w16cid:durableId="17751288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37B4"/>
    <w:rsid w:val="00034616"/>
    <w:rsid w:val="00034DF0"/>
    <w:rsid w:val="0006063C"/>
    <w:rsid w:val="0007025F"/>
    <w:rsid w:val="00073235"/>
    <w:rsid w:val="000858EE"/>
    <w:rsid w:val="000B45D1"/>
    <w:rsid w:val="000E2CAD"/>
    <w:rsid w:val="00105E37"/>
    <w:rsid w:val="0014681D"/>
    <w:rsid w:val="0015074B"/>
    <w:rsid w:val="0016324A"/>
    <w:rsid w:val="00172453"/>
    <w:rsid w:val="00185613"/>
    <w:rsid w:val="00196118"/>
    <w:rsid w:val="001A2F92"/>
    <w:rsid w:val="001C1E4E"/>
    <w:rsid w:val="0023038C"/>
    <w:rsid w:val="002457D6"/>
    <w:rsid w:val="0029639D"/>
    <w:rsid w:val="002A44AA"/>
    <w:rsid w:val="002D1923"/>
    <w:rsid w:val="00326F90"/>
    <w:rsid w:val="00372667"/>
    <w:rsid w:val="00376352"/>
    <w:rsid w:val="003779D2"/>
    <w:rsid w:val="003869F4"/>
    <w:rsid w:val="003E08CB"/>
    <w:rsid w:val="003F3BF7"/>
    <w:rsid w:val="004314F5"/>
    <w:rsid w:val="00433FA6"/>
    <w:rsid w:val="00446BE8"/>
    <w:rsid w:val="00481650"/>
    <w:rsid w:val="004825E4"/>
    <w:rsid w:val="004875E4"/>
    <w:rsid w:val="004B35A4"/>
    <w:rsid w:val="004B51FA"/>
    <w:rsid w:val="004D2226"/>
    <w:rsid w:val="004D7D58"/>
    <w:rsid w:val="005378EA"/>
    <w:rsid w:val="00560AB3"/>
    <w:rsid w:val="00563277"/>
    <w:rsid w:val="005C503E"/>
    <w:rsid w:val="005D4C7D"/>
    <w:rsid w:val="00643F90"/>
    <w:rsid w:val="0066427E"/>
    <w:rsid w:val="00677646"/>
    <w:rsid w:val="006B718D"/>
    <w:rsid w:val="007741BF"/>
    <w:rsid w:val="00781636"/>
    <w:rsid w:val="0078257E"/>
    <w:rsid w:val="007A44F4"/>
    <w:rsid w:val="00811186"/>
    <w:rsid w:val="008241B7"/>
    <w:rsid w:val="008468B0"/>
    <w:rsid w:val="008F77F3"/>
    <w:rsid w:val="00905537"/>
    <w:rsid w:val="00962082"/>
    <w:rsid w:val="00981F87"/>
    <w:rsid w:val="009A2D30"/>
    <w:rsid w:val="009A4BA8"/>
    <w:rsid w:val="009C5DA4"/>
    <w:rsid w:val="009F2213"/>
    <w:rsid w:val="00A35006"/>
    <w:rsid w:val="00A71CC4"/>
    <w:rsid w:val="00A849F5"/>
    <w:rsid w:val="00AA1D8D"/>
    <w:rsid w:val="00AC24E2"/>
    <w:rsid w:val="00AF0446"/>
    <w:rsid w:val="00B05CC6"/>
    <w:rsid w:val="00B20E81"/>
    <w:rsid w:val="00B36AC5"/>
    <w:rsid w:val="00B47730"/>
    <w:rsid w:val="00B66892"/>
    <w:rsid w:val="00BD1F1A"/>
    <w:rsid w:val="00BD7FEB"/>
    <w:rsid w:val="00BE704A"/>
    <w:rsid w:val="00BF0657"/>
    <w:rsid w:val="00BF3165"/>
    <w:rsid w:val="00BF74F5"/>
    <w:rsid w:val="00C07052"/>
    <w:rsid w:val="00C35EFB"/>
    <w:rsid w:val="00C44A12"/>
    <w:rsid w:val="00CB0664"/>
    <w:rsid w:val="00CD2844"/>
    <w:rsid w:val="00CD2B80"/>
    <w:rsid w:val="00CD40B0"/>
    <w:rsid w:val="00CE06C0"/>
    <w:rsid w:val="00D10C6E"/>
    <w:rsid w:val="00D449DF"/>
    <w:rsid w:val="00D5789E"/>
    <w:rsid w:val="00D83E7B"/>
    <w:rsid w:val="00DB2C5A"/>
    <w:rsid w:val="00DB5788"/>
    <w:rsid w:val="00DB6151"/>
    <w:rsid w:val="00E02CB9"/>
    <w:rsid w:val="00E174D7"/>
    <w:rsid w:val="00E33D2E"/>
    <w:rsid w:val="00E86822"/>
    <w:rsid w:val="00EA35D9"/>
    <w:rsid w:val="00ED1B76"/>
    <w:rsid w:val="00EE70A9"/>
    <w:rsid w:val="00F345D1"/>
    <w:rsid w:val="00F36AEE"/>
    <w:rsid w:val="00F45232"/>
    <w:rsid w:val="00F61CE3"/>
    <w:rsid w:val="00F64EFC"/>
    <w:rsid w:val="00F729BB"/>
    <w:rsid w:val="00FC693F"/>
    <w:rsid w:val="00FD1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177FE"/>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ED1B76"/>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26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6B1F31AC-7134-417D-A07C-B669FF25E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D287D-38F0-446A-93D8-48A62B3BF638}">
  <ds:schemaRefs>
    <ds:schemaRef ds:uri="http://schemas.microsoft.com/sharepoint/v3/contenttype/forms"/>
  </ds:schemaRefs>
</ds:datastoreItem>
</file>

<file path=customXml/itemProps3.xml><?xml version="1.0" encoding="utf-8"?>
<ds:datastoreItem xmlns:ds="http://schemas.openxmlformats.org/officeDocument/2006/customXml" ds:itemID="{EC594C12-4ED2-4B49-A5CE-7C580DAE32BE}">
  <ds:schemaRefs>
    <ds:schemaRef ds:uri="http://schemas.openxmlformats.org/officeDocument/2006/bibliography"/>
  </ds:schemaRefs>
</ds:datastoreItem>
</file>

<file path=customXml/itemProps4.xml><?xml version="1.0" encoding="utf-8"?>
<ds:datastoreItem xmlns:ds="http://schemas.openxmlformats.org/officeDocument/2006/customXml" ds:itemID="{E8776835-9445-4641-9182-ADC40A544865}">
  <ds:schemaRefs>
    <ds:schemaRef ds:uri="http://schemas.microsoft.com/office/2006/metadata/properties"/>
    <ds:schemaRef ds:uri="http://purl.org/dc/terms/"/>
    <ds:schemaRef ds:uri="http://purl.org/dc/elements/1.1/"/>
    <ds:schemaRef ds:uri="http://schemas.openxmlformats.org/package/2006/metadata/core-properties"/>
    <ds:schemaRef ds:uri="http://schemas.microsoft.com/office/2006/documentManagement/types"/>
    <ds:schemaRef ds:uri="e4f75650-8e21-49ba-b91c-b81547c800be"/>
    <ds:schemaRef ds:uri="http://purl.org/dc/dcmitype/"/>
    <ds:schemaRef ds:uri="http://schemas.microsoft.com/office/infopath/2007/PartnerControls"/>
    <ds:schemaRef ds:uri="04ced7c2-fe6c-4dc0-a90a-a1af3751564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1651</Words>
  <Characters>9082</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2026-09-07T12:18:00Z</dcterms:created>
  <dcterms:modified xsi:type="dcterms:W3CDTF">2026-09-07T12:18:00Z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