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586B2638" w14:textId="77777777" w:rsidR="000C6B7D" w:rsidRPr="00E26089" w:rsidRDefault="00E26089">
      <w:pPr>
        <w:jc w:val="center"/>
        <w:rPr>
          <w:sz w:val="22"/>
          <w:lang w:val="es-PY"/>
        </w:rPr>
      </w:pPr>
      <w:r w:rsidRPr="00E26089">
        <w:rPr>
          <w:b/>
          <w:color w:val="000000"/>
          <w:sz w:val="22"/>
          <w:lang w:val="es-PY"/>
        </w:rPr>
        <w:t>INFORME DE AUTOEVALUACIÓN - MAESTRÍA PROFESIONALIZANTE</w:t>
      </w:r>
    </w:p>
    <w:p w14:paraId="21A62596" w14:textId="77777777" w:rsidR="000C6B7D" w:rsidRPr="00E26089" w:rsidRDefault="00E26089">
      <w:pPr>
        <w:jc w:val="center"/>
        <w:rPr>
          <w:sz w:val="22"/>
          <w:lang w:val="es-PY"/>
        </w:rPr>
      </w:pPr>
      <w:r w:rsidRPr="00E26089">
        <w:rPr>
          <w:b/>
          <w:color w:val="000000"/>
          <w:sz w:val="22"/>
          <w:lang w:val="es-PY"/>
        </w:rPr>
        <w:t>MODALIDAD PRESENCIAL - INDIVIDUAL</w:t>
      </w: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 xml:space="preserve">Nombre del </w:t>
            </w:r>
            <w:proofErr w:type="spellStart"/>
            <w:r>
              <w:rPr>
                <w:b/>
                <w:color w:val="000000"/>
              </w:rPr>
              <w:t>programa</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FE385F"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FE385F"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FE385F"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77777777" w:rsidR="000C6B7D" w:rsidRDefault="00E26089">
            <w:r>
              <w:rPr>
                <w:b/>
                <w:color w:val="000000"/>
              </w:rPr>
              <w:t>Teléfono de contacto: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550B3F00" w14:textId="77777777" w:rsidR="0092337E" w:rsidRPr="0092337E" w:rsidRDefault="0092337E" w:rsidP="0092337E">
      <w:pPr>
        <w:spacing w:after="160" w:line="278" w:lineRule="auto"/>
        <w:rPr>
          <w:rFonts w:eastAsia="Twentieth Century" w:cs="Twentieth Century"/>
          <w:b/>
          <w:bCs/>
          <w:color w:val="FFFFFF"/>
          <w:sz w:val="22"/>
          <w:lang w:val="es-PY"/>
        </w:rPr>
      </w:pPr>
    </w:p>
    <w:p w14:paraId="6A45E2B5" w14:textId="5FC5296D"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92337E">
      <w:pPr>
        <w:widowControl w:val="0"/>
        <w:autoSpaceDE w:val="0"/>
        <w:autoSpaceDN w:val="0"/>
        <w:spacing w:after="40"/>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FE385F" w14:paraId="52FFE2C0" w14:textId="77777777" w:rsidTr="005D12D8">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128A8F87" w14:textId="77777777" w:rsidR="0092337E" w:rsidRPr="0092337E" w:rsidRDefault="0092337E" w:rsidP="0092337E">
            <w:pPr>
              <w:rPr>
                <w:color w:val="A6A6A6"/>
                <w:sz w:val="22"/>
                <w:lang w:val="es-ES"/>
              </w:rPr>
            </w:pPr>
          </w:p>
          <w:p w14:paraId="68B0DA53" w14:textId="77777777" w:rsidR="0092337E" w:rsidRPr="005D12D8" w:rsidRDefault="0092337E" w:rsidP="005D12D8">
            <w:pPr>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5D12D8">
            <w:pPr>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5D12D8">
            <w:pPr>
              <w:numPr>
                <w:ilvl w:val="0"/>
                <w:numId w:val="10"/>
              </w:numPr>
              <w:jc w:val="both"/>
              <w:rPr>
                <w:b/>
                <w:bCs/>
                <w:color w:val="A6A6A6"/>
                <w:szCs w:val="20"/>
              </w:rPr>
            </w:pPr>
            <w:r w:rsidRPr="005D12D8">
              <w:rPr>
                <w:b/>
                <w:bCs/>
                <w:color w:val="A6A6A6"/>
                <w:szCs w:val="20"/>
              </w:rPr>
              <w:t>Identificación institucional:</w:t>
            </w:r>
          </w:p>
          <w:p w14:paraId="71D277BB" w14:textId="77777777" w:rsidR="0092337E" w:rsidRPr="005D12D8" w:rsidRDefault="0092337E" w:rsidP="005D12D8">
            <w:pPr>
              <w:numPr>
                <w:ilvl w:val="0"/>
                <w:numId w:val="11"/>
              </w:numPr>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5D12D8">
            <w:pPr>
              <w:numPr>
                <w:ilvl w:val="0"/>
                <w:numId w:val="11"/>
              </w:numPr>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5D12D8">
            <w:pPr>
              <w:numPr>
                <w:ilvl w:val="0"/>
                <w:numId w:val="11"/>
              </w:numPr>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5D12D8">
            <w:pPr>
              <w:jc w:val="both"/>
              <w:rPr>
                <w:color w:val="A6A6A6"/>
                <w:szCs w:val="20"/>
              </w:rPr>
            </w:pPr>
          </w:p>
          <w:p w14:paraId="5DF04996" w14:textId="77777777" w:rsidR="0092337E" w:rsidRPr="005D12D8" w:rsidRDefault="0092337E" w:rsidP="005D12D8">
            <w:pPr>
              <w:numPr>
                <w:ilvl w:val="0"/>
                <w:numId w:val="10"/>
              </w:numPr>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5D12D8">
            <w:pPr>
              <w:numPr>
                <w:ilvl w:val="0"/>
                <w:numId w:val="11"/>
              </w:numPr>
              <w:jc w:val="both"/>
              <w:rPr>
                <w:color w:val="A6A6A6"/>
                <w:szCs w:val="20"/>
              </w:rPr>
            </w:pPr>
            <w:r w:rsidRPr="005D12D8">
              <w:rPr>
                <w:color w:val="A6A6A6"/>
                <w:szCs w:val="20"/>
              </w:rPr>
              <w:t>Declaración oficial vigente.</w:t>
            </w:r>
          </w:p>
          <w:p w14:paraId="580E9458" w14:textId="77777777" w:rsidR="0092337E" w:rsidRPr="005D12D8" w:rsidRDefault="0092337E" w:rsidP="005D12D8">
            <w:pPr>
              <w:numPr>
                <w:ilvl w:val="0"/>
                <w:numId w:val="11"/>
              </w:numPr>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5D12D8">
            <w:pPr>
              <w:numPr>
                <w:ilvl w:val="0"/>
                <w:numId w:val="11"/>
              </w:numPr>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5D12D8">
            <w:pPr>
              <w:jc w:val="both"/>
              <w:rPr>
                <w:color w:val="A6A6A6"/>
                <w:szCs w:val="20"/>
              </w:rPr>
            </w:pPr>
          </w:p>
          <w:p w14:paraId="2A9D01C7" w14:textId="77777777" w:rsidR="0092337E" w:rsidRPr="005D12D8" w:rsidRDefault="0092337E" w:rsidP="005D12D8">
            <w:pPr>
              <w:numPr>
                <w:ilvl w:val="0"/>
                <w:numId w:val="10"/>
              </w:numPr>
              <w:jc w:val="both"/>
              <w:rPr>
                <w:b/>
                <w:bCs/>
                <w:color w:val="A6A6A6"/>
                <w:szCs w:val="20"/>
              </w:rPr>
            </w:pPr>
            <w:r w:rsidRPr="005D12D8">
              <w:rPr>
                <w:b/>
                <w:bCs/>
                <w:color w:val="A6A6A6"/>
                <w:szCs w:val="20"/>
              </w:rPr>
              <w:t>Estructura organizacional:</w:t>
            </w:r>
          </w:p>
          <w:p w14:paraId="6459F98C" w14:textId="77777777" w:rsidR="0092337E" w:rsidRPr="005D12D8" w:rsidRDefault="0092337E" w:rsidP="005D12D8">
            <w:pPr>
              <w:numPr>
                <w:ilvl w:val="0"/>
                <w:numId w:val="11"/>
              </w:numPr>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5D12D8">
            <w:pPr>
              <w:numPr>
                <w:ilvl w:val="0"/>
                <w:numId w:val="11"/>
              </w:numPr>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5D12D8">
            <w:pPr>
              <w:numPr>
                <w:ilvl w:val="0"/>
                <w:numId w:val="11"/>
              </w:numPr>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5D12D8">
            <w:pPr>
              <w:jc w:val="both"/>
              <w:rPr>
                <w:color w:val="A6A6A6"/>
                <w:szCs w:val="20"/>
              </w:rPr>
            </w:pPr>
          </w:p>
          <w:p w14:paraId="4A1654A6" w14:textId="77777777" w:rsidR="0092337E" w:rsidRPr="005D12D8" w:rsidRDefault="0092337E" w:rsidP="005D12D8">
            <w:pPr>
              <w:numPr>
                <w:ilvl w:val="0"/>
                <w:numId w:val="10"/>
              </w:numPr>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5D12D8">
            <w:pPr>
              <w:numPr>
                <w:ilvl w:val="0"/>
                <w:numId w:val="11"/>
              </w:numPr>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5D12D8">
            <w:pPr>
              <w:numPr>
                <w:ilvl w:val="0"/>
                <w:numId w:val="11"/>
              </w:numPr>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5D12D8">
            <w:pPr>
              <w:numPr>
                <w:ilvl w:val="0"/>
                <w:numId w:val="11"/>
              </w:numPr>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5D12D8">
            <w:pPr>
              <w:jc w:val="both"/>
              <w:rPr>
                <w:color w:val="A6A6A6"/>
                <w:szCs w:val="20"/>
              </w:rPr>
            </w:pPr>
          </w:p>
          <w:p w14:paraId="145BDA88" w14:textId="77777777" w:rsidR="0092337E" w:rsidRPr="005D12D8" w:rsidRDefault="0092337E" w:rsidP="005D12D8">
            <w:pPr>
              <w:numPr>
                <w:ilvl w:val="0"/>
                <w:numId w:val="10"/>
              </w:numPr>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5D12D8">
            <w:pPr>
              <w:numPr>
                <w:ilvl w:val="0"/>
                <w:numId w:val="11"/>
              </w:numPr>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5D12D8">
            <w:pPr>
              <w:numPr>
                <w:ilvl w:val="0"/>
                <w:numId w:val="11"/>
              </w:numPr>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5D12D8">
            <w:pPr>
              <w:jc w:val="both"/>
              <w:rPr>
                <w:color w:val="A6A6A6"/>
                <w:szCs w:val="20"/>
              </w:rPr>
            </w:pPr>
          </w:p>
          <w:p w14:paraId="214B4A63" w14:textId="77777777" w:rsidR="0092337E" w:rsidRPr="005D12D8" w:rsidRDefault="0092337E" w:rsidP="005D12D8">
            <w:pPr>
              <w:numPr>
                <w:ilvl w:val="0"/>
                <w:numId w:val="10"/>
              </w:numPr>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5D12D8">
            <w:pPr>
              <w:numPr>
                <w:ilvl w:val="0"/>
                <w:numId w:val="11"/>
              </w:numPr>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5D12D8">
            <w:pPr>
              <w:numPr>
                <w:ilvl w:val="0"/>
                <w:numId w:val="11"/>
              </w:numPr>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5D12D8">
            <w:pPr>
              <w:numPr>
                <w:ilvl w:val="0"/>
                <w:numId w:val="11"/>
              </w:numPr>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5D12D8">
            <w:pPr>
              <w:jc w:val="both"/>
              <w:rPr>
                <w:color w:val="A6A6A6"/>
                <w:szCs w:val="20"/>
              </w:rPr>
            </w:pPr>
          </w:p>
          <w:p w14:paraId="2E7B8A0B" w14:textId="77777777" w:rsidR="0092337E" w:rsidRPr="005D12D8" w:rsidRDefault="0092337E" w:rsidP="005D12D8">
            <w:pPr>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46B8DAE" w14:textId="77777777" w:rsidR="0092337E" w:rsidRPr="0092337E" w:rsidRDefault="0092337E" w:rsidP="0092337E">
            <w:pPr>
              <w:rPr>
                <w:color w:val="A6A6A6"/>
                <w:sz w:val="22"/>
                <w:lang w:val="es-ES"/>
              </w:rPr>
            </w:pPr>
          </w:p>
          <w:p w14:paraId="3D272334" w14:textId="77777777" w:rsidR="0092337E" w:rsidRPr="0092337E" w:rsidRDefault="0092337E" w:rsidP="0092337E">
            <w:pPr>
              <w:rPr>
                <w:color w:val="A6A6A6"/>
                <w:sz w:val="22"/>
                <w:lang w:val="es-ES"/>
              </w:rPr>
            </w:pPr>
          </w:p>
          <w:p w14:paraId="217E5750" w14:textId="77777777" w:rsidR="0092337E" w:rsidRPr="0092337E" w:rsidRDefault="0092337E" w:rsidP="0092337E">
            <w:pPr>
              <w:rPr>
                <w:color w:val="A6A6A6"/>
                <w:sz w:val="22"/>
                <w:lang w:val="es-ES"/>
              </w:rPr>
            </w:pPr>
          </w:p>
          <w:p w14:paraId="06E84E3D" w14:textId="77777777" w:rsidR="0092337E" w:rsidRPr="0092337E" w:rsidRDefault="0092337E" w:rsidP="0092337E">
            <w:pPr>
              <w:rPr>
                <w:color w:val="A6A6A6"/>
                <w:sz w:val="22"/>
                <w:lang w:val="es-ES"/>
              </w:rPr>
            </w:pPr>
          </w:p>
          <w:p w14:paraId="190E3A27" w14:textId="77777777" w:rsidR="0092337E" w:rsidRPr="0092337E" w:rsidRDefault="0092337E" w:rsidP="0092337E">
            <w:pPr>
              <w:rPr>
                <w:color w:val="A6A6A6"/>
                <w:sz w:val="22"/>
                <w:lang w:val="es-ES"/>
              </w:rPr>
            </w:pPr>
          </w:p>
          <w:p w14:paraId="51D9A24A" w14:textId="77777777" w:rsidR="0092337E" w:rsidRPr="0092337E" w:rsidRDefault="0092337E" w:rsidP="0092337E">
            <w:pPr>
              <w:rPr>
                <w:color w:val="A6A6A6"/>
                <w:sz w:val="22"/>
                <w:lang w:val="es-ES"/>
              </w:rPr>
            </w:pPr>
          </w:p>
          <w:p w14:paraId="2533CC99" w14:textId="77777777" w:rsidR="0092337E" w:rsidRPr="0092337E" w:rsidRDefault="0092337E" w:rsidP="0092337E">
            <w:pPr>
              <w:rPr>
                <w:color w:val="A6A6A6"/>
                <w:sz w:val="22"/>
                <w:lang w:val="es-ES"/>
              </w:rPr>
            </w:pPr>
          </w:p>
          <w:p w14:paraId="4F3CC9A5" w14:textId="77777777" w:rsidR="0092337E" w:rsidRPr="0092337E" w:rsidRDefault="0092337E" w:rsidP="0092337E">
            <w:pPr>
              <w:rPr>
                <w:color w:val="A6A6A6"/>
                <w:sz w:val="22"/>
                <w:lang w:val="es-ES"/>
              </w:rPr>
            </w:pPr>
          </w:p>
          <w:p w14:paraId="094EB0D3" w14:textId="77777777" w:rsidR="0092337E" w:rsidRPr="0092337E" w:rsidRDefault="0092337E" w:rsidP="0092337E">
            <w:pPr>
              <w:rPr>
                <w:color w:val="A6A6A6"/>
                <w:sz w:val="22"/>
                <w:lang w:val="es-ES"/>
              </w:rPr>
            </w:pPr>
          </w:p>
          <w:p w14:paraId="629C218B" w14:textId="1ABFC4E3" w:rsidR="006331E0" w:rsidRDefault="006331E0" w:rsidP="0092337E">
            <w:pPr>
              <w:rPr>
                <w:color w:val="A6A6A6"/>
                <w:sz w:val="22"/>
                <w:lang w:val="es-ES"/>
              </w:rPr>
            </w:pPr>
          </w:p>
          <w:p w14:paraId="49F107D0" w14:textId="10722E69" w:rsidR="006331E0" w:rsidRDefault="006331E0" w:rsidP="0092337E">
            <w:pPr>
              <w:rPr>
                <w:color w:val="A6A6A6"/>
                <w:sz w:val="22"/>
                <w:lang w:val="es-ES"/>
              </w:rPr>
            </w:pPr>
          </w:p>
          <w:p w14:paraId="076B31EA" w14:textId="3666813A" w:rsidR="005D12D8" w:rsidRDefault="005D12D8" w:rsidP="0092337E">
            <w:pPr>
              <w:rPr>
                <w:color w:val="A6A6A6"/>
                <w:sz w:val="22"/>
                <w:lang w:val="es-ES"/>
              </w:rPr>
            </w:pPr>
          </w:p>
          <w:p w14:paraId="15784FC9" w14:textId="77777777" w:rsidR="005D12D8" w:rsidRPr="0092337E" w:rsidRDefault="005D12D8" w:rsidP="0092337E">
            <w:pPr>
              <w:rPr>
                <w:color w:val="A6A6A6"/>
                <w:sz w:val="22"/>
                <w:lang w:val="es-ES"/>
              </w:rPr>
            </w:pPr>
          </w:p>
          <w:p w14:paraId="51916C98" w14:textId="77777777" w:rsidR="0092337E" w:rsidRPr="0092337E" w:rsidRDefault="0092337E" w:rsidP="0092337E">
            <w:pPr>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FE385F" w14:paraId="6A44AB7E" w14:textId="77777777" w:rsidTr="0055474B">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5D12D8">
            <w:pPr>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5D12D8">
            <w:pPr>
              <w:jc w:val="both"/>
              <w:rPr>
                <w:color w:val="A6A6A6"/>
                <w:szCs w:val="20"/>
                <w:lang w:val="es-PY"/>
              </w:rPr>
            </w:pPr>
          </w:p>
          <w:p w14:paraId="554C46CB" w14:textId="3DBEB2D9" w:rsidR="0092337E" w:rsidRPr="005D12D8" w:rsidRDefault="0092337E" w:rsidP="005D12D8">
            <w:pPr>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1FBF1931" w14:textId="77777777" w:rsidR="00251D82" w:rsidRPr="00251D82" w:rsidRDefault="00251D82" w:rsidP="00251D82">
      <w:pPr>
        <w:rPr>
          <w:rFonts w:eastAsia="Times New Roman" w:cs="Times New Roman"/>
          <w:b/>
          <w:bCs/>
          <w:sz w:val="22"/>
          <w:lang w:val="es-PY" w:eastAsia="es-PY"/>
        </w:rPr>
      </w:pPr>
      <w:r w:rsidRPr="00251D82">
        <w:rPr>
          <w:rFonts w:eastAsia="Times New Roman" w:cs="Times New Roman"/>
          <w:b/>
          <w:bCs/>
          <w:sz w:val="22"/>
          <w:lang w:val="es-PY" w:eastAsia="es-PY"/>
        </w:rPr>
        <w:lastRenderedPageBreak/>
        <w:t>TABLA 1. OFERTA ACADÉMICA EVALUADA</w:t>
      </w:r>
    </w:p>
    <w:p w14:paraId="01362AFF" w14:textId="77777777" w:rsidR="00251D82" w:rsidRPr="00251D82" w:rsidRDefault="00251D82" w:rsidP="00251D82">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86"/>
        <w:gridCol w:w="1283"/>
        <w:gridCol w:w="1234"/>
        <w:gridCol w:w="1316"/>
        <w:gridCol w:w="1234"/>
        <w:gridCol w:w="1233"/>
      </w:tblGrid>
      <w:tr w:rsidR="00251D82" w:rsidRPr="00FE385F" w14:paraId="597CCF6E" w14:textId="77777777" w:rsidTr="000D46BC">
        <w:trPr>
          <w:trHeight w:val="782"/>
          <w:tblHeader/>
          <w:jc w:val="center"/>
        </w:trPr>
        <w:tc>
          <w:tcPr>
            <w:tcW w:w="1691" w:type="pct"/>
            <w:shd w:val="clear" w:color="auto" w:fill="808080" w:themeFill="background1" w:themeFillShade="80"/>
            <w:vAlign w:val="center"/>
          </w:tcPr>
          <w:p w14:paraId="161C22F9" w14:textId="77777777"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Oferta académica</w:t>
            </w:r>
          </w:p>
        </w:tc>
        <w:tc>
          <w:tcPr>
            <w:tcW w:w="662" w:type="pct"/>
            <w:shd w:val="clear" w:color="auto" w:fill="808080" w:themeFill="background1" w:themeFillShade="80"/>
            <w:vAlign w:val="center"/>
          </w:tcPr>
          <w:p w14:paraId="507675FC" w14:textId="77777777" w:rsidR="00251D82" w:rsidRPr="00251D82" w:rsidRDefault="00251D82" w:rsidP="00251D82">
            <w:pPr>
              <w:jc w:val="center"/>
              <w:rPr>
                <w:rFonts w:eastAsia="Times New Roman" w:cs="Times New Roman"/>
                <w:b/>
                <w:bCs/>
                <w:color w:val="FFFFFF" w:themeColor="background1"/>
                <w:szCs w:val="20"/>
                <w:lang w:val="es-PY" w:eastAsia="es-PY"/>
              </w:rPr>
            </w:pPr>
          </w:p>
          <w:p w14:paraId="6B992D7B" w14:textId="77777777"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Res. de Habilitación</w:t>
            </w:r>
          </w:p>
          <w:p w14:paraId="6E72C39D" w14:textId="77777777" w:rsidR="00251D82" w:rsidRPr="00251D82" w:rsidRDefault="00251D82" w:rsidP="00251D82">
            <w:pPr>
              <w:jc w:val="center"/>
              <w:rPr>
                <w:rFonts w:eastAsia="Times New Roman" w:cs="Times New Roman"/>
                <w:b/>
                <w:bCs/>
                <w:color w:val="FFFFFF" w:themeColor="background1"/>
                <w:szCs w:val="20"/>
                <w:lang w:val="es-PY" w:eastAsia="es-PY"/>
              </w:rPr>
            </w:pPr>
          </w:p>
        </w:tc>
        <w:tc>
          <w:tcPr>
            <w:tcW w:w="662" w:type="pct"/>
            <w:shd w:val="clear" w:color="auto" w:fill="808080" w:themeFill="background1" w:themeFillShade="80"/>
            <w:vAlign w:val="center"/>
          </w:tcPr>
          <w:p w14:paraId="43C748A9" w14:textId="77777777"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Año de inicio</w:t>
            </w:r>
          </w:p>
        </w:tc>
        <w:tc>
          <w:tcPr>
            <w:tcW w:w="662" w:type="pct"/>
            <w:shd w:val="clear" w:color="auto" w:fill="808080" w:themeFill="background1" w:themeFillShade="80"/>
            <w:vAlign w:val="center"/>
          </w:tcPr>
          <w:p w14:paraId="4F3B4127" w14:textId="5540A2AB"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 xml:space="preserve">Cantidad de </w:t>
            </w:r>
            <w:r w:rsidR="00F44B33">
              <w:rPr>
                <w:rFonts w:eastAsia="Times New Roman" w:cs="Times New Roman"/>
                <w:b/>
                <w:bCs/>
                <w:color w:val="FFFFFF" w:themeColor="background1"/>
                <w:szCs w:val="20"/>
                <w:lang w:val="es-PY" w:eastAsia="es-PY"/>
              </w:rPr>
              <w:t>participantes</w:t>
            </w:r>
          </w:p>
        </w:tc>
        <w:tc>
          <w:tcPr>
            <w:tcW w:w="662" w:type="pct"/>
            <w:shd w:val="clear" w:color="auto" w:fill="808080" w:themeFill="background1" w:themeFillShade="80"/>
            <w:vAlign w:val="center"/>
          </w:tcPr>
          <w:p w14:paraId="2F3F5321" w14:textId="77777777"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Cantidad de docentes</w:t>
            </w:r>
          </w:p>
        </w:tc>
        <w:tc>
          <w:tcPr>
            <w:tcW w:w="662" w:type="pct"/>
            <w:shd w:val="clear" w:color="auto" w:fill="808080" w:themeFill="background1" w:themeFillShade="80"/>
            <w:vAlign w:val="center"/>
          </w:tcPr>
          <w:p w14:paraId="2B64EA49" w14:textId="77777777" w:rsidR="00251D82" w:rsidRPr="00251D82" w:rsidRDefault="00251D82" w:rsidP="00251D82">
            <w:pPr>
              <w:jc w:val="center"/>
              <w:rPr>
                <w:rFonts w:eastAsia="Times New Roman" w:cs="Times New Roman"/>
                <w:b/>
                <w:bCs/>
                <w:color w:val="FFFFFF" w:themeColor="background1"/>
                <w:szCs w:val="20"/>
                <w:lang w:val="es-PY" w:eastAsia="es-PY"/>
              </w:rPr>
            </w:pPr>
            <w:r w:rsidRPr="00251D82">
              <w:rPr>
                <w:rFonts w:eastAsia="Times New Roman" w:cs="Times New Roman"/>
                <w:b/>
                <w:bCs/>
                <w:color w:val="FFFFFF" w:themeColor="background1"/>
                <w:szCs w:val="20"/>
                <w:lang w:val="es-PY" w:eastAsia="es-PY"/>
              </w:rPr>
              <w:t>Año de egreso de la primera promoción de egresados</w:t>
            </w:r>
          </w:p>
        </w:tc>
      </w:tr>
      <w:tr w:rsidR="00251D82" w:rsidRPr="00FE385F" w14:paraId="23C006CD" w14:textId="77777777" w:rsidTr="00F44B33">
        <w:trPr>
          <w:trHeight w:val="1144"/>
          <w:jc w:val="center"/>
        </w:trPr>
        <w:tc>
          <w:tcPr>
            <w:tcW w:w="1691" w:type="pct"/>
            <w:vAlign w:val="center"/>
          </w:tcPr>
          <w:p w14:paraId="242E91CB" w14:textId="77777777" w:rsidR="00251D82" w:rsidRPr="00251D82" w:rsidRDefault="00251D82" w:rsidP="00251D82">
            <w:pPr>
              <w:rPr>
                <w:rFonts w:ascii="Times New Roman" w:eastAsia="Times New Roman" w:hAnsi="Times New Roman" w:cs="Times New Roman"/>
                <w:b/>
                <w:bCs/>
                <w:sz w:val="24"/>
                <w:szCs w:val="24"/>
                <w:lang w:val="es-PY" w:eastAsia="es-PY"/>
              </w:rPr>
            </w:pPr>
          </w:p>
        </w:tc>
        <w:tc>
          <w:tcPr>
            <w:tcW w:w="662" w:type="pct"/>
            <w:vAlign w:val="center"/>
          </w:tcPr>
          <w:p w14:paraId="299BE2A1" w14:textId="77777777" w:rsidR="00251D82" w:rsidRPr="00251D82" w:rsidRDefault="00251D82" w:rsidP="00251D82">
            <w:pPr>
              <w:rPr>
                <w:rFonts w:ascii="Times New Roman" w:eastAsia="Times New Roman" w:hAnsi="Times New Roman" w:cs="Times New Roman"/>
                <w:b/>
                <w:bCs/>
                <w:sz w:val="24"/>
                <w:szCs w:val="24"/>
                <w:lang w:val="es-PY" w:eastAsia="es-PY"/>
              </w:rPr>
            </w:pPr>
          </w:p>
        </w:tc>
        <w:tc>
          <w:tcPr>
            <w:tcW w:w="662" w:type="pct"/>
            <w:vAlign w:val="center"/>
          </w:tcPr>
          <w:p w14:paraId="5C51F1B6" w14:textId="7FD32214" w:rsidR="00251D82" w:rsidRPr="00251D82" w:rsidRDefault="00251D82" w:rsidP="00251D82">
            <w:pPr>
              <w:rPr>
                <w:rFonts w:ascii="Times New Roman" w:eastAsia="Times New Roman" w:hAnsi="Times New Roman" w:cs="Times New Roman"/>
                <w:b/>
                <w:bCs/>
                <w:sz w:val="24"/>
                <w:szCs w:val="24"/>
                <w:lang w:val="es-PY" w:eastAsia="es-PY"/>
              </w:rPr>
            </w:pPr>
          </w:p>
        </w:tc>
        <w:tc>
          <w:tcPr>
            <w:tcW w:w="662" w:type="pct"/>
            <w:vAlign w:val="center"/>
          </w:tcPr>
          <w:p w14:paraId="4EB2A7EF" w14:textId="77777777" w:rsidR="00251D82" w:rsidRPr="00251D82" w:rsidRDefault="00251D82" w:rsidP="00251D82">
            <w:pPr>
              <w:rPr>
                <w:rFonts w:ascii="Times New Roman" w:eastAsia="Times New Roman" w:hAnsi="Times New Roman" w:cs="Times New Roman"/>
                <w:b/>
                <w:bCs/>
                <w:sz w:val="24"/>
                <w:szCs w:val="24"/>
                <w:lang w:val="es-PY" w:eastAsia="es-PY"/>
              </w:rPr>
            </w:pPr>
          </w:p>
        </w:tc>
        <w:tc>
          <w:tcPr>
            <w:tcW w:w="662" w:type="pct"/>
            <w:vAlign w:val="center"/>
          </w:tcPr>
          <w:p w14:paraId="36E16D57" w14:textId="77777777" w:rsidR="00251D82" w:rsidRPr="00251D82" w:rsidRDefault="00251D82" w:rsidP="00251D82">
            <w:pPr>
              <w:rPr>
                <w:rFonts w:ascii="Times New Roman" w:eastAsia="Times New Roman" w:hAnsi="Times New Roman" w:cs="Times New Roman"/>
                <w:b/>
                <w:bCs/>
                <w:sz w:val="24"/>
                <w:szCs w:val="24"/>
                <w:lang w:val="es-PY" w:eastAsia="es-PY"/>
              </w:rPr>
            </w:pPr>
          </w:p>
        </w:tc>
        <w:tc>
          <w:tcPr>
            <w:tcW w:w="662" w:type="pct"/>
            <w:vAlign w:val="center"/>
          </w:tcPr>
          <w:p w14:paraId="012C8391" w14:textId="77777777" w:rsidR="00251D82" w:rsidRPr="00251D82" w:rsidRDefault="00251D82" w:rsidP="00251D82">
            <w:pPr>
              <w:rPr>
                <w:rFonts w:ascii="Times New Roman" w:eastAsia="Times New Roman" w:hAnsi="Times New Roman" w:cs="Times New Roman"/>
                <w:b/>
                <w:bCs/>
                <w:sz w:val="24"/>
                <w:szCs w:val="24"/>
                <w:lang w:val="es-PY" w:eastAsia="es-PY"/>
              </w:rPr>
            </w:pPr>
          </w:p>
        </w:tc>
      </w:tr>
    </w:tbl>
    <w:p w14:paraId="65486BAB" w14:textId="77777777" w:rsidR="0092337E" w:rsidRPr="0092337E" w:rsidRDefault="0092337E"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E385F" w14:paraId="3CB8976C" w14:textId="77777777" w:rsidTr="0055474B">
        <w:tc>
          <w:tcPr>
            <w:tcW w:w="9486" w:type="dxa"/>
          </w:tcPr>
          <w:p w14:paraId="1095F0BD" w14:textId="787D18BC" w:rsidR="0055474B" w:rsidRDefault="0055474B" w:rsidP="0055474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r w:rsidR="00541F53">
              <w:rPr>
                <w:rFonts w:eastAsia="Times New Roman" w:cs="Times New Roman"/>
                <w:color w:val="A6A6A6"/>
                <w:szCs w:val="20"/>
                <w:lang w:val="es-PY" w:eastAsia="es-PY"/>
              </w:rPr>
              <w:t>.</w:t>
            </w:r>
          </w:p>
          <w:p w14:paraId="5A8F8E50" w14:textId="50537A3D" w:rsidR="0055474B" w:rsidRDefault="0055474B" w:rsidP="0055474B">
            <w:pPr>
              <w:jc w:val="both"/>
              <w:rPr>
                <w:rFonts w:ascii="Times New Roman" w:eastAsia="Times New Roman" w:hAnsi="Times New Roman" w:cs="Times New Roman"/>
                <w:szCs w:val="20"/>
                <w:lang w:val="es-PY" w:eastAsia="es-PY"/>
              </w:rPr>
            </w:pPr>
          </w:p>
          <w:p w14:paraId="2D855492" w14:textId="6F0A39C8" w:rsidR="0055474B" w:rsidRPr="0055474B" w:rsidRDefault="0055474B" w:rsidP="0055474B">
            <w:pPr>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4B1955E4" w14:textId="2600F687" w:rsidR="0055474B" w:rsidRPr="0055474B" w:rsidRDefault="0055474B" w:rsidP="0055474B">
            <w:pPr>
              <w:jc w:val="both"/>
              <w:rPr>
                <w:rFonts w:eastAsia="Times New Roman" w:cs="Times New Roman"/>
                <w:szCs w:val="20"/>
                <w:lang w:val="es-PY" w:eastAsia="es-PY"/>
              </w:rPr>
            </w:pPr>
          </w:p>
          <w:p w14:paraId="0DFE65B3" w14:textId="73903088" w:rsidR="0055474B" w:rsidRPr="0055474B" w:rsidRDefault="0055474B" w:rsidP="0055474B">
            <w:pPr>
              <w:jc w:val="both"/>
              <w:rPr>
                <w:rFonts w:eastAsia="Times New Roman" w:cs="Times New Roman"/>
                <w:szCs w:val="20"/>
                <w:lang w:val="es-PY" w:eastAsia="es-PY"/>
              </w:rPr>
            </w:pPr>
          </w:p>
          <w:p w14:paraId="7DA2CD8F" w14:textId="69B4E666" w:rsidR="0055474B" w:rsidRPr="0055474B" w:rsidRDefault="0055474B" w:rsidP="0055474B">
            <w:pPr>
              <w:jc w:val="both"/>
              <w:rPr>
                <w:rFonts w:eastAsia="Times New Roman" w:cs="Times New Roman"/>
                <w:szCs w:val="20"/>
                <w:lang w:val="es-PY" w:eastAsia="es-PY"/>
              </w:rPr>
            </w:pPr>
          </w:p>
          <w:p w14:paraId="5BF7D635" w14:textId="4DE19275" w:rsidR="0055474B" w:rsidRPr="0055474B" w:rsidRDefault="0055474B" w:rsidP="0055474B">
            <w:pPr>
              <w:jc w:val="both"/>
              <w:rPr>
                <w:rFonts w:eastAsia="Times New Roman" w:cs="Times New Roman"/>
                <w:szCs w:val="20"/>
                <w:lang w:val="es-PY" w:eastAsia="es-PY"/>
              </w:rPr>
            </w:pPr>
          </w:p>
          <w:p w14:paraId="61BC7F39" w14:textId="17699D0E"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E385F" w14:paraId="46215F7C" w14:textId="77777777" w:rsidTr="0055474B">
        <w:tc>
          <w:tcPr>
            <w:tcW w:w="9486" w:type="dxa"/>
          </w:tcPr>
          <w:p w14:paraId="5299E099" w14:textId="77777777" w:rsidR="0055474B" w:rsidRPr="0055474B" w:rsidRDefault="0055474B" w:rsidP="0055474B">
            <w:pPr>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0EEB0602" w14:textId="77777777" w:rsidR="0055474B" w:rsidRPr="0055474B" w:rsidRDefault="0055474B" w:rsidP="0092337E">
            <w:pPr>
              <w:rPr>
                <w:rFonts w:eastAsia="Times New Roman" w:cs="Times New Roman"/>
                <w:szCs w:val="20"/>
                <w:lang w:val="es-PY" w:eastAsia="es-PY"/>
              </w:rPr>
            </w:pPr>
          </w:p>
          <w:p w14:paraId="0F64A258" w14:textId="77777777" w:rsidR="0055474B" w:rsidRPr="0055474B" w:rsidRDefault="0055474B" w:rsidP="0092337E">
            <w:pPr>
              <w:rPr>
                <w:rFonts w:eastAsia="Times New Roman" w:cs="Times New Roman"/>
                <w:szCs w:val="20"/>
                <w:lang w:val="es-PY" w:eastAsia="es-PY"/>
              </w:rPr>
            </w:pPr>
          </w:p>
          <w:p w14:paraId="0B5E89E2" w14:textId="77777777" w:rsidR="0055474B" w:rsidRPr="0055474B" w:rsidRDefault="0055474B" w:rsidP="0092337E">
            <w:pPr>
              <w:rPr>
                <w:rFonts w:eastAsia="Times New Roman" w:cs="Times New Roman"/>
                <w:szCs w:val="20"/>
                <w:lang w:val="es-PY" w:eastAsia="es-PY"/>
              </w:rPr>
            </w:pPr>
          </w:p>
          <w:p w14:paraId="52FB088F" w14:textId="77777777" w:rsidR="0055474B" w:rsidRPr="0055474B" w:rsidRDefault="0055474B" w:rsidP="0092337E">
            <w:pPr>
              <w:rPr>
                <w:rFonts w:eastAsia="Times New Roman" w:cs="Times New Roman"/>
                <w:szCs w:val="20"/>
                <w:lang w:val="es-PY" w:eastAsia="es-PY"/>
              </w:rPr>
            </w:pPr>
          </w:p>
          <w:p w14:paraId="02779B0F"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shd w:val="clear" w:color="auto" w:fill="808080" w:themeFill="background1" w:themeFillShade="80"/>
          <w:lang w:val="es-ES"/>
        </w:rPr>
      </w:pPr>
      <w:r w:rsidRPr="00920BB3">
        <w:rPr>
          <w:b/>
          <w:color w:val="FFFFFF"/>
          <w:szCs w:val="20"/>
          <w:shd w:val="clear" w:color="auto" w:fill="808080" w:themeFill="background1" w:themeFillShade="80"/>
          <w:lang w:val="es-ES"/>
        </w:rPr>
        <w:t xml:space="preserve">5. </w:t>
      </w:r>
      <w:r w:rsidR="0092337E" w:rsidRPr="00920BB3">
        <w:rPr>
          <w:b/>
          <w:color w:val="FFFFFF"/>
          <w:szCs w:val="20"/>
          <w:shd w:val="clear" w:color="auto" w:fill="808080" w:themeFill="background1" w:themeFillShade="80"/>
          <w:lang w:val="es-ES"/>
        </w:rPr>
        <w:t>PRINCIPALES DESAFÍOS ENFRENTADOS EN EL PROCESO DE AUTOEVALUACIÓN</w:t>
      </w:r>
    </w:p>
    <w:p w14:paraId="3AFFE8A0" w14:textId="77777777" w:rsidR="00541F53" w:rsidRDefault="00541F53" w:rsidP="00541F53">
      <w:pPr>
        <w:widowControl w:val="0"/>
        <w:autoSpaceDE w:val="0"/>
        <w:autoSpaceDN w:val="0"/>
        <w:spacing w:before="180" w:after="40" w:line="259" w:lineRule="auto"/>
        <w:ind w:left="360" w:right="-143" w:hanging="360"/>
        <w:contextualSpacing/>
        <w:rPr>
          <w:b/>
          <w:color w:val="FFFFFF"/>
          <w:szCs w:val="20"/>
          <w:lang w:val="es-ES"/>
        </w:rPr>
      </w:pPr>
    </w:p>
    <w:tbl>
      <w:tblPr>
        <w:tblStyle w:val="Tablaconcuadrcula4"/>
        <w:tblW w:w="9634" w:type="dxa"/>
        <w:tblLook w:val="04A0" w:firstRow="1" w:lastRow="0" w:firstColumn="1" w:lastColumn="0" w:noHBand="0" w:noVBand="1"/>
      </w:tblPr>
      <w:tblGrid>
        <w:gridCol w:w="9634"/>
      </w:tblGrid>
      <w:tr w:rsidR="0055474B" w:rsidRPr="00FE385F" w14:paraId="3BD62029" w14:textId="77777777" w:rsidTr="0055474B">
        <w:tc>
          <w:tcPr>
            <w:tcW w:w="9634" w:type="dxa"/>
          </w:tcPr>
          <w:p w14:paraId="073C5F05" w14:textId="77777777" w:rsidR="0011617B" w:rsidRDefault="0011617B" w:rsidP="0011617B">
            <w:pPr>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FE385F" w14:paraId="4D8BD8C8" w14:textId="77777777" w:rsidTr="0011617B">
        <w:tc>
          <w:tcPr>
            <w:tcW w:w="9639" w:type="dxa"/>
          </w:tcPr>
          <w:p w14:paraId="2EDDAD76" w14:textId="6BBC15EC" w:rsidR="0011617B" w:rsidRPr="005D12D8" w:rsidRDefault="00F44B33" w:rsidP="0011617B">
            <w:pPr>
              <w:jc w:val="both"/>
              <w:rPr>
                <w:rFonts w:eastAsia="Times New Roman" w:cs="Times New Roman"/>
                <w:color w:val="A6A6A6"/>
                <w:szCs w:val="20"/>
                <w:lang w:val="es-PY" w:eastAsia="es-PY"/>
              </w:rPr>
            </w:pPr>
            <w:r>
              <w:rPr>
                <w:rFonts w:eastAsia="Times New Roman" w:cs="Times New Roman"/>
                <w:color w:val="A6A6A6"/>
                <w:szCs w:val="20"/>
                <w:lang w:val="es-PY" w:eastAsia="es-PY"/>
              </w:rPr>
              <w:t>S</w:t>
            </w:r>
            <w:r w:rsidR="0011617B" w:rsidRPr="005D12D8">
              <w:rPr>
                <w:rFonts w:eastAsia="Times New Roman" w:cs="Times New Roman"/>
                <w:color w:val="A6A6A6"/>
                <w:szCs w:val="20"/>
                <w:lang w:val="es-PY" w:eastAsia="es-PY"/>
              </w:rPr>
              <w:t xml:space="preserve">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0011617B"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680713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35FF43E"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7B2EA08"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152AAE3B"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783" w:type="dxa"/>
        <w:jc w:val="center"/>
        <w:tblLook w:val="04A0" w:firstRow="1" w:lastRow="0" w:firstColumn="1" w:lastColumn="0" w:noHBand="0" w:noVBand="1"/>
      </w:tblPr>
      <w:tblGrid>
        <w:gridCol w:w="1879"/>
        <w:gridCol w:w="5067"/>
        <w:gridCol w:w="992"/>
        <w:gridCol w:w="922"/>
        <w:gridCol w:w="923"/>
      </w:tblGrid>
      <w:tr w:rsidR="0092337E" w:rsidRPr="005D12D8" w14:paraId="520983CC" w14:textId="77777777" w:rsidTr="00920BB3">
        <w:trPr>
          <w:cantSplit/>
          <w:trHeight w:hRule="exact" w:val="362"/>
          <w:tblHeader/>
          <w:jc w:val="center"/>
        </w:trPr>
        <w:tc>
          <w:tcPr>
            <w:tcW w:w="9783" w:type="dxa"/>
            <w:gridSpan w:val="5"/>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r w:rsidR="000C6B7D" w:rsidRPr="00FE385F" w14:paraId="3B430C2A" w14:textId="77777777" w:rsidTr="00920BB3">
        <w:trPr>
          <w:cantSplit/>
          <w:trHeight w:hRule="exact" w:val="446"/>
          <w:tblHeader/>
          <w:jc w:val="center"/>
        </w:trPr>
        <w:tc>
          <w:tcPr>
            <w:tcW w:w="9783" w:type="dxa"/>
            <w:gridSpan w:val="5"/>
            <w:tcBorders>
              <w:top w:val="single" w:sz="4" w:space="0" w:color="auto"/>
              <w:left w:val="single" w:sz="4" w:space="0" w:color="auto"/>
              <w:bottom w:val="single" w:sz="4" w:space="0" w:color="auto"/>
              <w:right w:val="single" w:sz="4" w:space="0" w:color="auto"/>
            </w:tcBorders>
            <w:shd w:val="clear" w:color="auto" w:fill="595959" w:themeFill="text1" w:themeFillTint="A6"/>
            <w:tcMar>
              <w:top w:w="55" w:type="dxa"/>
              <w:left w:w="70" w:type="dxa"/>
              <w:bottom w:w="55" w:type="dxa"/>
              <w:right w:w="70" w:type="dxa"/>
            </w:tcMar>
            <w:vAlign w:val="center"/>
          </w:tcPr>
          <w:p w14:paraId="2EBA4703" w14:textId="77777777" w:rsidR="000C6B7D" w:rsidRPr="00E26089" w:rsidRDefault="00E26089" w:rsidP="007F04AA">
            <w:pPr>
              <w:tabs>
                <w:tab w:val="left" w:pos="7704"/>
              </w:tabs>
              <w:rPr>
                <w:lang w:val="es-PY"/>
              </w:rPr>
            </w:pPr>
            <w:r w:rsidRPr="00E26089">
              <w:rPr>
                <w:b/>
                <w:color w:val="FFFFFF"/>
                <w:lang w:val="es-PY"/>
              </w:rPr>
              <w:t>DIMENSIÓN 1. GOBERNANZA Y GESTIÓN ESTRATÉGICA</w:t>
            </w:r>
          </w:p>
        </w:tc>
      </w:tr>
      <w:tr w:rsidR="007F04AA" w14:paraId="34D78512" w14:textId="77777777" w:rsidTr="00920BB3">
        <w:trPr>
          <w:cantSplit/>
          <w:trHeight w:hRule="exact" w:val="691"/>
          <w:tblHeader/>
          <w:jc w:val="center"/>
        </w:trPr>
        <w:tc>
          <w:tcPr>
            <w:tcW w:w="1879" w:type="dxa"/>
            <w:vMerge w:val="restart"/>
            <w:tcBorders>
              <w:top w:val="single" w:sz="4"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368B71" w14:textId="0CD28B4D" w:rsidR="007F04AA" w:rsidRDefault="007F04AA">
            <w:pPr>
              <w:jc w:val="center"/>
            </w:pPr>
            <w:proofErr w:type="spellStart"/>
            <w:r>
              <w:rPr>
                <w:b/>
                <w:color w:val="000000"/>
              </w:rPr>
              <w:t>Criterio</w:t>
            </w:r>
            <w:proofErr w:type="spellEnd"/>
            <w:r>
              <w:rPr>
                <w:b/>
                <w:color w:val="000000"/>
              </w:rPr>
              <w:t xml:space="preserve"> 1.1</w:t>
            </w:r>
          </w:p>
        </w:tc>
        <w:tc>
          <w:tcPr>
            <w:tcW w:w="5067" w:type="dxa"/>
            <w:vMerge w:val="restart"/>
            <w:tcBorders>
              <w:top w:val="single" w:sz="4"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5901BE8" w14:textId="77777777" w:rsidR="007F04AA" w:rsidRDefault="007F04AA">
            <w:pPr>
              <w:jc w:val="center"/>
            </w:pPr>
            <w:r>
              <w:rPr>
                <w:b/>
                <w:color w:val="000000"/>
              </w:rPr>
              <w:t>Indicadores</w:t>
            </w:r>
          </w:p>
        </w:tc>
        <w:tc>
          <w:tcPr>
            <w:tcW w:w="2837" w:type="dxa"/>
            <w:gridSpan w:val="3"/>
            <w:tcBorders>
              <w:top w:val="single" w:sz="4" w:space="0" w:color="auto"/>
              <w:left w:val="single" w:sz="6" w:space="0" w:color="000000"/>
              <w:bottom w:val="single" w:sz="6" w:space="0" w:color="000000"/>
            </w:tcBorders>
            <w:shd w:val="clear" w:color="auto" w:fill="D9D9D9" w:themeFill="background1" w:themeFillShade="D9"/>
            <w:tcMar>
              <w:top w:w="55" w:type="dxa"/>
              <w:left w:w="70" w:type="dxa"/>
              <w:bottom w:w="55" w:type="dxa"/>
              <w:right w:w="70" w:type="dxa"/>
            </w:tcMar>
            <w:vAlign w:val="center"/>
          </w:tcPr>
          <w:p w14:paraId="448B736A" w14:textId="77777777" w:rsidR="007F04AA" w:rsidRDefault="007F04AA">
            <w:pPr>
              <w:jc w:val="center"/>
            </w:pPr>
            <w:r>
              <w:rPr>
                <w:b/>
                <w:color w:val="000000"/>
              </w:rPr>
              <w:t>Nivel de cumplimiento</w:t>
            </w:r>
          </w:p>
        </w:tc>
      </w:tr>
      <w:tr w:rsidR="007F04AA" w14:paraId="27B72F3C" w14:textId="77777777" w:rsidTr="00920BB3">
        <w:trPr>
          <w:cantSplit/>
          <w:trHeight w:hRule="exact" w:val="414"/>
          <w:tblHeader/>
          <w:jc w:val="center"/>
        </w:trPr>
        <w:tc>
          <w:tcPr>
            <w:tcW w:w="1879"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18DC07" w14:textId="77777777" w:rsidR="007F04AA" w:rsidRDefault="007F04AA"/>
        </w:tc>
        <w:tc>
          <w:tcPr>
            <w:tcW w:w="506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BDE63E" w14:textId="77777777" w:rsidR="007F04AA" w:rsidRDefault="007F04AA"/>
        </w:tc>
        <w:tc>
          <w:tcPr>
            <w:tcW w:w="9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7368900" w14:textId="77777777" w:rsidR="007F04AA" w:rsidRDefault="007F04AA">
            <w:pPr>
              <w:jc w:val="center"/>
            </w:pPr>
            <w:r>
              <w:rPr>
                <w:b/>
                <w:color w:val="000000"/>
              </w:rPr>
              <w:t>CT</w:t>
            </w:r>
          </w:p>
        </w:tc>
        <w:tc>
          <w:tcPr>
            <w:tcW w:w="92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5D59E9" w14:textId="6A344890" w:rsidR="007F04AA" w:rsidRDefault="007F04AA">
            <w:pPr>
              <w:jc w:val="center"/>
            </w:pPr>
            <w:r>
              <w:rPr>
                <w:b/>
                <w:color w:val="000000"/>
              </w:rPr>
              <w:t>CP</w:t>
            </w:r>
          </w:p>
        </w:tc>
        <w:tc>
          <w:tcPr>
            <w:tcW w:w="92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03ED65" w14:textId="33D56F39" w:rsidR="007F04AA" w:rsidRDefault="007F04AA">
            <w:pPr>
              <w:jc w:val="center"/>
            </w:pPr>
            <w:r>
              <w:rPr>
                <w:b/>
                <w:color w:val="000000"/>
              </w:rPr>
              <w:t>NC</w:t>
            </w:r>
          </w:p>
        </w:tc>
      </w:tr>
      <w:tr w:rsidR="007F04AA" w:rsidRPr="00FE385F" w14:paraId="61B096B0" w14:textId="77777777" w:rsidTr="00C509F1">
        <w:trPr>
          <w:cantSplit/>
          <w:trHeight w:val="535"/>
          <w:jc w:val="center"/>
        </w:trPr>
        <w:tc>
          <w:tcPr>
            <w:tcW w:w="18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9BDECC" w14:textId="4213A305" w:rsidR="007F04AA" w:rsidRPr="00E26089" w:rsidRDefault="007F04AA">
            <w:pPr>
              <w:jc w:val="center"/>
              <w:rPr>
                <w:lang w:val="es-PY"/>
              </w:rPr>
            </w:pPr>
            <w:r w:rsidRPr="00E26089">
              <w:rPr>
                <w:b/>
                <w:color w:val="000000"/>
                <w:lang w:val="es-PY"/>
              </w:rPr>
              <w:t>Eficacia de la estr</w:t>
            </w:r>
            <w:r>
              <w:rPr>
                <w:b/>
                <w:color w:val="000000"/>
                <w:lang w:val="es-PY"/>
              </w:rPr>
              <w:t>uctura de gobierno del programa</w:t>
            </w:r>
          </w:p>
        </w:tc>
        <w:tc>
          <w:tcPr>
            <w:tcW w:w="506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BF1552" w14:textId="77777777" w:rsidR="007F04AA" w:rsidRPr="00E26089" w:rsidRDefault="007F04AA">
            <w:pPr>
              <w:jc w:val="both"/>
              <w:rPr>
                <w:lang w:val="es-PY"/>
              </w:rPr>
            </w:pPr>
            <w:r w:rsidRPr="00E26089">
              <w:rPr>
                <w:color w:val="000000"/>
                <w:lang w:val="es-PY"/>
              </w:rPr>
              <w:t>a. La estructura de gobierno permite una toma de decisiones eficiente y participativa.</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A1C321" w14:textId="77777777" w:rsidR="007F04AA" w:rsidRPr="005D12D8" w:rsidRDefault="007F04AA">
            <w:pPr>
              <w:jc w:val="center"/>
              <w:rPr>
                <w:lang w:val="es-PY"/>
              </w:rPr>
            </w:pP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0AB3A3" w14:textId="77777777" w:rsidR="007F04AA" w:rsidRPr="005D12D8" w:rsidRDefault="007F04AA">
            <w:pPr>
              <w:jc w:val="center"/>
              <w:rPr>
                <w:lang w:val="es-PY"/>
              </w:rPr>
            </w:pPr>
          </w:p>
        </w:tc>
        <w:tc>
          <w:tcPr>
            <w:tcW w:w="9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A18679" w14:textId="5A25967A" w:rsidR="007F04AA" w:rsidRPr="005D12D8" w:rsidRDefault="007F04AA">
            <w:pPr>
              <w:jc w:val="center"/>
              <w:rPr>
                <w:lang w:val="es-PY"/>
              </w:rPr>
            </w:pPr>
          </w:p>
        </w:tc>
      </w:tr>
      <w:tr w:rsidR="007F04AA" w:rsidRPr="00FE385F" w14:paraId="6D59F5C7" w14:textId="77777777" w:rsidTr="00C509F1">
        <w:trPr>
          <w:cantSplit/>
          <w:trHeight w:val="431"/>
          <w:jc w:val="center"/>
        </w:trPr>
        <w:tc>
          <w:tcPr>
            <w:tcW w:w="1879"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91C9C2" w14:textId="77777777" w:rsidR="007F04AA" w:rsidRPr="005D12D8" w:rsidRDefault="007F04AA">
            <w:pPr>
              <w:rPr>
                <w:lang w:val="es-PY"/>
              </w:rPr>
            </w:pPr>
          </w:p>
        </w:tc>
        <w:tc>
          <w:tcPr>
            <w:tcW w:w="506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9F5FFED" w14:textId="77777777" w:rsidR="007F04AA" w:rsidRPr="00E26089" w:rsidRDefault="007F04AA">
            <w:pPr>
              <w:jc w:val="both"/>
              <w:rPr>
                <w:lang w:val="es-PY"/>
              </w:rPr>
            </w:pPr>
            <w:r w:rsidRPr="00E26089">
              <w:rPr>
                <w:color w:val="000000"/>
                <w:lang w:val="es-PY"/>
              </w:rPr>
              <w:t>b. Las funciones de cada instancia están formalmente definidas y operan con regularidad.</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6808E0" w14:textId="77777777" w:rsidR="007F04AA" w:rsidRPr="005D12D8" w:rsidRDefault="007F04AA">
            <w:pPr>
              <w:jc w:val="center"/>
              <w:rPr>
                <w:lang w:val="es-PY"/>
              </w:rPr>
            </w:pP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59FD326" w14:textId="77777777" w:rsidR="007F04AA" w:rsidRPr="005D12D8" w:rsidRDefault="007F04AA">
            <w:pPr>
              <w:jc w:val="center"/>
              <w:rPr>
                <w:lang w:val="es-PY"/>
              </w:rPr>
            </w:pPr>
          </w:p>
        </w:tc>
        <w:tc>
          <w:tcPr>
            <w:tcW w:w="9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6651B9" w14:textId="4B22EB0B" w:rsidR="007F04AA" w:rsidRPr="005D12D8" w:rsidRDefault="007F04AA">
            <w:pPr>
              <w:jc w:val="center"/>
              <w:rPr>
                <w:lang w:val="es-PY"/>
              </w:rPr>
            </w:pPr>
          </w:p>
        </w:tc>
      </w:tr>
      <w:tr w:rsidR="007F04AA" w:rsidRPr="00FE385F" w14:paraId="3868CBA0" w14:textId="77777777" w:rsidTr="00C509F1">
        <w:trPr>
          <w:cantSplit/>
          <w:trHeight w:val="426"/>
          <w:jc w:val="center"/>
        </w:trPr>
        <w:tc>
          <w:tcPr>
            <w:tcW w:w="1879"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36CFC0" w14:textId="77777777" w:rsidR="007F04AA" w:rsidRPr="005D12D8" w:rsidRDefault="007F04AA">
            <w:pPr>
              <w:rPr>
                <w:lang w:val="es-PY"/>
              </w:rPr>
            </w:pPr>
          </w:p>
        </w:tc>
        <w:tc>
          <w:tcPr>
            <w:tcW w:w="506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CCC759" w14:textId="77777777" w:rsidR="007F04AA" w:rsidRPr="00E26089" w:rsidRDefault="007F04AA">
            <w:pPr>
              <w:jc w:val="both"/>
              <w:rPr>
                <w:lang w:val="es-PY"/>
              </w:rPr>
            </w:pPr>
            <w:r w:rsidRPr="00E26089">
              <w:rPr>
                <w:color w:val="000000"/>
                <w:lang w:val="es-PY"/>
              </w:rPr>
              <w:t>c. Los responsables del programa cumplen con los perfiles requeridos.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088FEE" w14:textId="77777777" w:rsidR="007F04AA" w:rsidRPr="005D12D8" w:rsidRDefault="007F04AA">
            <w:pPr>
              <w:jc w:val="center"/>
              <w:rPr>
                <w:lang w:val="es-PY"/>
              </w:rPr>
            </w:pP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6930C" w14:textId="77777777" w:rsidR="007F04AA" w:rsidRPr="005D12D8" w:rsidRDefault="007F04AA">
            <w:pPr>
              <w:jc w:val="center"/>
              <w:rPr>
                <w:lang w:val="es-PY"/>
              </w:rPr>
            </w:pPr>
          </w:p>
        </w:tc>
        <w:tc>
          <w:tcPr>
            <w:tcW w:w="9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715223" w14:textId="7725A3B7" w:rsidR="007F04AA" w:rsidRPr="005D12D8" w:rsidRDefault="007F04AA">
            <w:pPr>
              <w:jc w:val="center"/>
              <w:rPr>
                <w:lang w:val="es-PY"/>
              </w:rPr>
            </w:pPr>
          </w:p>
        </w:tc>
      </w:tr>
      <w:tr w:rsidR="007F04AA" w:rsidRPr="00FE385F" w14:paraId="231CD8DA" w14:textId="77777777" w:rsidTr="00C509F1">
        <w:trPr>
          <w:cantSplit/>
          <w:trHeight w:val="419"/>
          <w:jc w:val="center"/>
        </w:trPr>
        <w:tc>
          <w:tcPr>
            <w:tcW w:w="1879"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7589AD5" w14:textId="77777777" w:rsidR="007F04AA" w:rsidRPr="005D12D8" w:rsidRDefault="007F04AA">
            <w:pPr>
              <w:rPr>
                <w:lang w:val="es-PY"/>
              </w:rPr>
            </w:pPr>
          </w:p>
        </w:tc>
        <w:tc>
          <w:tcPr>
            <w:tcW w:w="506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38B1D4" w14:textId="77777777" w:rsidR="007F04AA" w:rsidRPr="00E26089" w:rsidRDefault="007F04AA">
            <w:pPr>
              <w:jc w:val="both"/>
              <w:rPr>
                <w:lang w:val="es-PY"/>
              </w:rPr>
            </w:pPr>
            <w:r w:rsidRPr="00E26089">
              <w:rPr>
                <w:color w:val="000000"/>
                <w:lang w:val="es-PY"/>
              </w:rPr>
              <w:t>d. La coordinación entre instancias favorece el cumplimiento de los objetivos.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0ABA54" w14:textId="77777777" w:rsidR="007F04AA" w:rsidRPr="005D12D8" w:rsidRDefault="007F04AA">
            <w:pPr>
              <w:jc w:val="center"/>
              <w:rPr>
                <w:lang w:val="es-PY"/>
              </w:rPr>
            </w:pP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6AAC53" w14:textId="77777777" w:rsidR="007F04AA" w:rsidRPr="005D12D8" w:rsidRDefault="007F04AA">
            <w:pPr>
              <w:jc w:val="center"/>
              <w:rPr>
                <w:lang w:val="es-PY"/>
              </w:rPr>
            </w:pPr>
          </w:p>
        </w:tc>
        <w:tc>
          <w:tcPr>
            <w:tcW w:w="9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1E0119" w14:textId="26E7245C" w:rsidR="007F04AA" w:rsidRPr="005D12D8" w:rsidRDefault="007F04AA">
            <w:pPr>
              <w:jc w:val="center"/>
              <w:rPr>
                <w:lang w:val="es-PY"/>
              </w:rPr>
            </w:pPr>
          </w:p>
        </w:tc>
      </w:tr>
      <w:tr w:rsidR="007F04AA" w:rsidRPr="00FE385F" w14:paraId="699F905C" w14:textId="77777777" w:rsidTr="00430791">
        <w:trPr>
          <w:cantSplit/>
          <w:trHeight w:val="605"/>
          <w:jc w:val="center"/>
        </w:trPr>
        <w:tc>
          <w:tcPr>
            <w:tcW w:w="1879"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B7E296" w14:textId="77777777" w:rsidR="007F04AA" w:rsidRPr="005D12D8" w:rsidRDefault="007F04AA">
            <w:pPr>
              <w:rPr>
                <w:lang w:val="es-PY"/>
              </w:rPr>
            </w:pPr>
          </w:p>
        </w:tc>
        <w:tc>
          <w:tcPr>
            <w:tcW w:w="50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D7C6198" w14:textId="2A976956" w:rsidR="007F04AA" w:rsidRPr="00430791" w:rsidRDefault="007F04AA">
            <w:pPr>
              <w:jc w:val="both"/>
              <w:rPr>
                <w:lang w:val="es-PY"/>
              </w:rPr>
            </w:pPr>
            <w:r w:rsidRPr="00430791">
              <w:rPr>
                <w:lang w:val="es-PY"/>
              </w:rPr>
              <w:t>e.</w:t>
            </w:r>
            <w:r w:rsidR="00430791" w:rsidRPr="00430791">
              <w:rPr>
                <w:lang w:val="es-PY"/>
              </w:rPr>
              <w:t xml:space="preserve"> </w:t>
            </w:r>
            <w:r w:rsidR="00C26D51" w:rsidRPr="00430791">
              <w:rPr>
                <w:lang w:val="es-PY"/>
              </w:rPr>
              <w:t>Se aplican principios éticos, rendición de cuentas y respeto a los derechos humanos, la propiedad intelectual, el uso de fuentes y la integridad en la producción académica</w:t>
            </w:r>
            <w:r w:rsidR="00430791">
              <w:rPr>
                <w:lang w:val="es-PY"/>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B8DA89" w14:textId="77777777" w:rsidR="007F04AA" w:rsidRPr="005D12D8" w:rsidRDefault="007F04AA">
            <w:pPr>
              <w:jc w:val="center"/>
              <w:rPr>
                <w:lang w:val="es-PY"/>
              </w:rPr>
            </w:pP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6B1772" w14:textId="77777777" w:rsidR="007F04AA" w:rsidRPr="005D12D8" w:rsidRDefault="007F04AA">
            <w:pPr>
              <w:jc w:val="center"/>
              <w:rPr>
                <w:lang w:val="es-PY"/>
              </w:rPr>
            </w:pPr>
          </w:p>
        </w:tc>
        <w:tc>
          <w:tcPr>
            <w:tcW w:w="9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2F88C9" w14:textId="713B1394" w:rsidR="007F04AA" w:rsidRPr="005D12D8" w:rsidRDefault="007F04AA">
            <w:pPr>
              <w:jc w:val="center"/>
              <w:rPr>
                <w:lang w:val="es-PY"/>
              </w:rPr>
            </w:pPr>
          </w:p>
        </w:tc>
      </w:tr>
      <w:tr w:rsidR="007F04AA" w:rsidRPr="00FE385F" w14:paraId="288F0A58" w14:textId="77777777" w:rsidTr="00920BB3">
        <w:trPr>
          <w:cantSplit/>
          <w:trHeight w:hRule="exact" w:val="446"/>
          <w:jc w:val="center"/>
        </w:trPr>
        <w:tc>
          <w:tcPr>
            <w:tcW w:w="694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297217AE" w14:textId="77777777" w:rsidR="000C6B7D" w:rsidRPr="00E26089" w:rsidRDefault="00E26089">
            <w:pPr>
              <w:jc w:val="center"/>
              <w:rPr>
                <w:lang w:val="es-PY"/>
              </w:rPr>
            </w:pPr>
            <w:r w:rsidRPr="00E26089">
              <w:rPr>
                <w:b/>
                <w:color w:val="000000"/>
                <w:lang w:val="es-PY"/>
              </w:rPr>
              <w:t>Nivel de cumplimiento del criterio</w:t>
            </w:r>
          </w:p>
        </w:tc>
        <w:tc>
          <w:tcPr>
            <w:tcW w:w="2837" w:type="dxa"/>
            <w:gridSpan w:val="3"/>
            <w:tcBorders>
              <w:top w:val="single" w:sz="6" w:space="0" w:color="000000"/>
              <w:left w:val="single" w:sz="6" w:space="0" w:color="000000"/>
              <w:bottom w:val="single" w:sz="4" w:space="0" w:color="auto"/>
              <w:right w:val="single" w:sz="6" w:space="0" w:color="000000"/>
            </w:tcBorders>
            <w:shd w:val="clear" w:color="auto" w:fill="F2F2F2" w:themeFill="background1" w:themeFillShade="F2"/>
            <w:tcMar>
              <w:top w:w="55" w:type="dxa"/>
              <w:left w:w="70" w:type="dxa"/>
              <w:bottom w:w="55" w:type="dxa"/>
              <w:right w:w="70" w:type="dxa"/>
            </w:tcMar>
            <w:vAlign w:val="center"/>
          </w:tcPr>
          <w:p w14:paraId="19032429" w14:textId="77777777" w:rsidR="000C6B7D" w:rsidRPr="00E26089" w:rsidRDefault="000C6B7D">
            <w:pPr>
              <w:jc w:val="center"/>
              <w:rPr>
                <w:lang w:val="es-PY"/>
              </w:rPr>
            </w:pPr>
          </w:p>
        </w:tc>
      </w:tr>
      <w:tr w:rsidR="007F04AA" w14:paraId="372C6290" w14:textId="77777777" w:rsidTr="00920BB3">
        <w:trPr>
          <w:cantSplit/>
          <w:trHeight w:hRule="exact" w:val="547"/>
          <w:jc w:val="center"/>
        </w:trPr>
        <w:tc>
          <w:tcPr>
            <w:tcW w:w="6946" w:type="dxa"/>
            <w:gridSpan w:val="2"/>
            <w:tcBorders>
              <w:top w:val="single" w:sz="6" w:space="0" w:color="000000"/>
              <w:left w:val="single" w:sz="6" w:space="0" w:color="000000"/>
              <w:bottom w:val="single" w:sz="6" w:space="0" w:color="000000"/>
              <w:right w:val="single" w:sz="4" w:space="0" w:color="auto"/>
            </w:tcBorders>
            <w:shd w:val="clear" w:color="auto" w:fill="D9D9D9" w:themeFill="background1" w:themeFillShade="D9"/>
            <w:tcMar>
              <w:top w:w="55" w:type="dxa"/>
              <w:left w:w="70" w:type="dxa"/>
              <w:bottom w:w="55" w:type="dxa"/>
              <w:right w:w="70" w:type="dxa"/>
            </w:tcMar>
            <w:vAlign w:val="center"/>
          </w:tcPr>
          <w:p w14:paraId="128C9675" w14:textId="77777777" w:rsidR="007F04AA" w:rsidRPr="007F04AA" w:rsidRDefault="007F04AA">
            <w:pPr>
              <w:jc w:val="center"/>
              <w:rPr>
                <w:szCs w:val="20"/>
                <w:lang w:val="es-PY"/>
              </w:rPr>
            </w:pPr>
            <w:r w:rsidRPr="007F04AA">
              <w:rPr>
                <w:b/>
                <w:color w:val="000000"/>
                <w:szCs w:val="20"/>
                <w:lang w:val="es-PY"/>
              </w:rPr>
              <w:t>Argumento que sostiene el nivel de cumplimiento del criterio</w:t>
            </w:r>
          </w:p>
        </w:tc>
        <w:tc>
          <w:tcPr>
            <w:tcW w:w="28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3674BABB" w14:textId="77777777" w:rsidR="007F04AA" w:rsidRPr="007F04AA" w:rsidRDefault="007F04AA" w:rsidP="007F04AA">
            <w:pPr>
              <w:ind w:right="-353"/>
              <w:jc w:val="center"/>
              <w:rPr>
                <w:szCs w:val="20"/>
              </w:rPr>
            </w:pPr>
            <w:r w:rsidRPr="007F04AA">
              <w:rPr>
                <w:b/>
                <w:color w:val="000000"/>
                <w:szCs w:val="20"/>
              </w:rPr>
              <w:t>Medios de verificación</w:t>
            </w:r>
          </w:p>
        </w:tc>
      </w:tr>
      <w:tr w:rsidR="007F04AA" w:rsidRPr="00FE385F" w14:paraId="300C52B3" w14:textId="77777777" w:rsidTr="00E66A21">
        <w:trPr>
          <w:cantSplit/>
          <w:trHeight w:hRule="exact" w:val="6142"/>
          <w:jc w:val="center"/>
        </w:trPr>
        <w:tc>
          <w:tcPr>
            <w:tcW w:w="6946"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C72B389" w14:textId="77777777" w:rsidR="00A84E04" w:rsidRPr="00A84E04" w:rsidRDefault="00A84E04" w:rsidP="00A84E04">
            <w:pPr>
              <w:jc w:val="both"/>
              <w:rPr>
                <w:rFonts w:eastAsia="Times New Roman"/>
                <w:color w:val="BFBFBF" w:themeColor="background1" w:themeShade="BF"/>
                <w:szCs w:val="20"/>
                <w:lang w:val="es-PY"/>
              </w:rPr>
            </w:pPr>
            <w:r w:rsidRPr="00A84E04">
              <w:rPr>
                <w:rFonts w:eastAsia="Times New Roman"/>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275E4026" w14:textId="77777777" w:rsidR="00A84E04" w:rsidRPr="00A84E04" w:rsidRDefault="00A84E04" w:rsidP="00A84E04">
            <w:pPr>
              <w:jc w:val="both"/>
              <w:rPr>
                <w:rFonts w:eastAsia="Times New Roman"/>
                <w:color w:val="BFBFBF" w:themeColor="background1" w:themeShade="BF"/>
                <w:szCs w:val="20"/>
                <w:lang w:val="es-PY"/>
              </w:rPr>
            </w:pPr>
            <w:r w:rsidRPr="00A84E04">
              <w:rPr>
                <w:rFonts w:eastAsia="Times New Roman"/>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5CFC02D" w14:textId="77777777" w:rsidR="00A84E04" w:rsidRPr="00A84E04" w:rsidRDefault="00A84E04" w:rsidP="00A84E04">
            <w:pPr>
              <w:jc w:val="both"/>
              <w:rPr>
                <w:rFonts w:eastAsia="Times New Roman"/>
                <w:color w:val="BFBFBF" w:themeColor="background1" w:themeShade="BF"/>
                <w:szCs w:val="20"/>
                <w:lang w:val="es-PY"/>
              </w:rPr>
            </w:pPr>
          </w:p>
          <w:p w14:paraId="64685DCA" w14:textId="77777777" w:rsidR="00E26089" w:rsidRPr="00A84E04" w:rsidRDefault="00E26089" w:rsidP="00E66A21">
            <w:pPr>
              <w:jc w:val="both"/>
              <w:rPr>
                <w:lang w:val="es-PY"/>
              </w:rPr>
            </w:pPr>
          </w:p>
          <w:p w14:paraId="12E2FDF4" w14:textId="77777777" w:rsidR="00E26089" w:rsidRPr="00A84E04" w:rsidRDefault="00E26089" w:rsidP="00E66A21">
            <w:pPr>
              <w:jc w:val="both"/>
              <w:rPr>
                <w:lang w:val="es-PY"/>
              </w:rPr>
            </w:pPr>
          </w:p>
          <w:p w14:paraId="29353EE0" w14:textId="77777777" w:rsidR="00E26089" w:rsidRPr="00A84E04" w:rsidRDefault="00E26089" w:rsidP="00E66A21">
            <w:pPr>
              <w:jc w:val="both"/>
              <w:rPr>
                <w:lang w:val="es-PY"/>
              </w:rPr>
            </w:pPr>
          </w:p>
          <w:p w14:paraId="7AB9EAEB" w14:textId="77777777" w:rsidR="00E26089" w:rsidRPr="00A84E04" w:rsidRDefault="00E26089" w:rsidP="00E66A21">
            <w:pPr>
              <w:jc w:val="both"/>
              <w:rPr>
                <w:lang w:val="es-PY"/>
              </w:rPr>
            </w:pPr>
          </w:p>
          <w:p w14:paraId="49762784" w14:textId="77777777" w:rsidR="00E26089" w:rsidRPr="00A84E04" w:rsidRDefault="00E26089" w:rsidP="00E66A21">
            <w:pPr>
              <w:jc w:val="both"/>
              <w:rPr>
                <w:lang w:val="es-PY"/>
              </w:rPr>
            </w:pPr>
          </w:p>
          <w:p w14:paraId="54D6CD64" w14:textId="77777777" w:rsidR="00E26089" w:rsidRPr="00A84E04" w:rsidRDefault="00E26089" w:rsidP="00E66A21">
            <w:pPr>
              <w:jc w:val="both"/>
              <w:rPr>
                <w:lang w:val="es-PY"/>
              </w:rPr>
            </w:pPr>
          </w:p>
          <w:p w14:paraId="4F925862" w14:textId="77777777" w:rsidR="00E26089" w:rsidRPr="00A84E04" w:rsidRDefault="00E26089" w:rsidP="00E66A21">
            <w:pPr>
              <w:jc w:val="both"/>
              <w:rPr>
                <w:lang w:val="es-PY"/>
              </w:rPr>
            </w:pPr>
          </w:p>
          <w:p w14:paraId="74FF583A" w14:textId="77777777" w:rsidR="00E26089" w:rsidRPr="00A84E04" w:rsidRDefault="00E26089" w:rsidP="00E66A21">
            <w:pPr>
              <w:jc w:val="both"/>
              <w:rPr>
                <w:lang w:val="es-PY"/>
              </w:rPr>
            </w:pPr>
          </w:p>
        </w:tc>
        <w:tc>
          <w:tcPr>
            <w:tcW w:w="2837" w:type="dxa"/>
            <w:gridSpan w:val="3"/>
            <w:tcBorders>
              <w:top w:val="single" w:sz="4" w:space="0" w:color="auto"/>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C384826" w14:textId="77777777" w:rsidR="00A84E04" w:rsidRPr="00A84E04" w:rsidRDefault="00A84E04" w:rsidP="00A84E04">
            <w:pPr>
              <w:rPr>
                <w:rFonts w:eastAsia="Times New Roman"/>
                <w:color w:val="BFBFBF" w:themeColor="background1" w:themeShade="BF"/>
                <w:szCs w:val="20"/>
                <w:lang w:val="es-PY"/>
              </w:rPr>
            </w:pPr>
            <w:r w:rsidRPr="00A84E04">
              <w:rPr>
                <w:rFonts w:eastAsia="Times New Roman"/>
                <w:color w:val="BFBFBF" w:themeColor="background1" w:themeShade="BF"/>
                <w:szCs w:val="20"/>
                <w:lang w:val="es-PY"/>
              </w:rPr>
              <w:t>Enumerar los Medios de Verificación, ejemplo:</w:t>
            </w:r>
          </w:p>
          <w:p w14:paraId="0634A3C3" w14:textId="77777777" w:rsidR="00A84E04" w:rsidRPr="00A84E04" w:rsidRDefault="00A84E04" w:rsidP="00A84E04">
            <w:pPr>
              <w:rPr>
                <w:rFonts w:eastAsia="Times New Roman"/>
                <w:color w:val="BFBFBF" w:themeColor="background1" w:themeShade="BF"/>
                <w:szCs w:val="20"/>
                <w:lang w:val="es-PY"/>
              </w:rPr>
            </w:pPr>
          </w:p>
          <w:p w14:paraId="2C7B2E08" w14:textId="77777777" w:rsidR="00A84E04" w:rsidRPr="00A84E04" w:rsidRDefault="00A84E04" w:rsidP="00A84E04">
            <w:pPr>
              <w:rPr>
                <w:rFonts w:eastAsia="Times New Roman"/>
                <w:color w:val="BFBFBF" w:themeColor="background1" w:themeShade="BF"/>
                <w:szCs w:val="20"/>
                <w:lang w:val="es-PY"/>
              </w:rPr>
            </w:pPr>
            <w:r w:rsidRPr="00A84E04">
              <w:rPr>
                <w:rFonts w:eastAsia="Times New Roman"/>
                <w:color w:val="BFBFBF" w:themeColor="background1" w:themeShade="BF"/>
                <w:szCs w:val="20"/>
                <w:lang w:val="es-PY"/>
              </w:rPr>
              <w:t>Anexo 1. Estatuto</w:t>
            </w:r>
          </w:p>
          <w:p w14:paraId="0CA1B99C" w14:textId="77777777" w:rsidR="00A84E04" w:rsidRPr="00A84E04" w:rsidRDefault="00A84E04" w:rsidP="00A84E04">
            <w:pPr>
              <w:rPr>
                <w:rFonts w:eastAsia="Times New Roman"/>
                <w:b/>
                <w:bCs/>
                <w:color w:val="BFBFBF" w:themeColor="background1" w:themeShade="BF"/>
                <w:szCs w:val="20"/>
                <w:lang w:val="es-PY"/>
              </w:rPr>
            </w:pPr>
            <w:r w:rsidRPr="00A84E04">
              <w:rPr>
                <w:rFonts w:eastAsia="Times New Roman"/>
                <w:color w:val="BFBFBF" w:themeColor="background1" w:themeShade="BF"/>
                <w:szCs w:val="20"/>
                <w:lang w:val="es-PY"/>
              </w:rPr>
              <w:t>Anexo 2. Manual de Funciones</w:t>
            </w:r>
          </w:p>
          <w:p w14:paraId="02E89798" w14:textId="77777777" w:rsidR="000C6B7D" w:rsidRPr="00A84E04" w:rsidRDefault="000C6B7D" w:rsidP="00E66A21">
            <w:pPr>
              <w:jc w:val="both"/>
              <w:rPr>
                <w:lang w:val="es-PY"/>
              </w:rPr>
            </w:pPr>
          </w:p>
        </w:tc>
      </w:tr>
    </w:tbl>
    <w:p w14:paraId="63CD6482" w14:textId="77777777" w:rsidR="000C6B7D" w:rsidRPr="00A84E04" w:rsidRDefault="00E26089">
      <w:pPr>
        <w:rPr>
          <w:lang w:val="es-PY"/>
        </w:rPr>
      </w:pPr>
      <w:r w:rsidRPr="00A84E04">
        <w:rPr>
          <w:lang w:val="es-PY"/>
        </w:rPr>
        <w:br w:type="page"/>
      </w:r>
    </w:p>
    <w:tbl>
      <w:tblPr>
        <w:tblW w:w="5000" w:type="pct"/>
        <w:tblLook w:val="04A0" w:firstRow="1" w:lastRow="0" w:firstColumn="1" w:lastColumn="0" w:noHBand="0" w:noVBand="1"/>
      </w:tblPr>
      <w:tblGrid>
        <w:gridCol w:w="1987"/>
        <w:gridCol w:w="5402"/>
        <w:gridCol w:w="692"/>
        <w:gridCol w:w="692"/>
        <w:gridCol w:w="707"/>
      </w:tblGrid>
      <w:tr w:rsidR="000C6B7D" w14:paraId="1818FCE9" w14:textId="77777777" w:rsidTr="00541F53">
        <w:trPr>
          <w:cantSplit/>
          <w:trHeight w:hRule="exact" w:val="720"/>
          <w:tblHead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6A328D5" w14:textId="6156E0B9" w:rsidR="000C6B7D" w:rsidRPr="007F04AA" w:rsidRDefault="001E05D5" w:rsidP="00541F53">
            <w:pPr>
              <w:jc w:val="center"/>
              <w:rPr>
                <w:szCs w:val="20"/>
              </w:rPr>
            </w:pPr>
            <w:r>
              <w:rPr>
                <w:b/>
                <w:color w:val="000000"/>
                <w:szCs w:val="20"/>
              </w:rPr>
              <w:lastRenderedPageBreak/>
              <w:t>C</w:t>
            </w:r>
            <w:r w:rsidR="00375206" w:rsidRPr="007F04AA">
              <w:rPr>
                <w:b/>
                <w:color w:val="000000"/>
                <w:szCs w:val="20"/>
              </w:rPr>
              <w:t>riterio 1.2</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C627C6C" w14:textId="77777777" w:rsidR="000C6B7D" w:rsidRPr="007F04AA" w:rsidRDefault="00E26089" w:rsidP="00541F53">
            <w:pPr>
              <w:jc w:val="center"/>
              <w:rPr>
                <w:szCs w:val="20"/>
              </w:rPr>
            </w:pPr>
            <w:r w:rsidRPr="007F04AA">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94C1D9E" w14:textId="77777777" w:rsidR="000C6B7D" w:rsidRPr="007F04AA" w:rsidRDefault="00E26089" w:rsidP="00541F53">
            <w:pPr>
              <w:jc w:val="center"/>
              <w:rPr>
                <w:szCs w:val="20"/>
              </w:rPr>
            </w:pPr>
            <w:r w:rsidRPr="007F04AA">
              <w:rPr>
                <w:b/>
                <w:color w:val="000000"/>
                <w:szCs w:val="20"/>
              </w:rPr>
              <w:t>Nivel de cumplimiento</w:t>
            </w:r>
          </w:p>
        </w:tc>
      </w:tr>
      <w:tr w:rsidR="000C6B7D" w14:paraId="40CB5A22" w14:textId="77777777" w:rsidTr="00541F53">
        <w:trPr>
          <w:cantSplit/>
          <w:trHeight w:hRule="exact" w:val="504"/>
          <w:tblHead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1AB2734" w14:textId="77777777" w:rsidR="000C6B7D" w:rsidRPr="007F04AA" w:rsidRDefault="000C6B7D" w:rsidP="00541F53">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E0B9DFA" w14:textId="77777777" w:rsidR="000C6B7D" w:rsidRPr="007F04AA" w:rsidRDefault="000C6B7D" w:rsidP="00541F53">
            <w:pPr>
              <w:rPr>
                <w:szCs w:val="20"/>
              </w:rPr>
            </w:pPr>
          </w:p>
        </w:tc>
        <w:tc>
          <w:tcPr>
            <w:tcW w:w="36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EB8607A" w14:textId="77777777" w:rsidR="000C6B7D" w:rsidRPr="007F04AA" w:rsidRDefault="00E26089" w:rsidP="00541F53">
            <w:pPr>
              <w:jc w:val="center"/>
              <w:rPr>
                <w:szCs w:val="20"/>
              </w:rPr>
            </w:pPr>
            <w:r w:rsidRPr="007F04AA">
              <w:rPr>
                <w:b/>
                <w:color w:val="000000"/>
                <w:szCs w:val="20"/>
              </w:rPr>
              <w:t>CT</w:t>
            </w:r>
          </w:p>
        </w:tc>
        <w:tc>
          <w:tcPr>
            <w:tcW w:w="36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5A0E73" w14:textId="77777777" w:rsidR="000C6B7D" w:rsidRPr="007F04AA" w:rsidRDefault="00E26089" w:rsidP="00541F53">
            <w:pPr>
              <w:jc w:val="center"/>
              <w:rPr>
                <w:szCs w:val="20"/>
              </w:rPr>
            </w:pPr>
            <w:r w:rsidRPr="007F04AA">
              <w:rPr>
                <w:b/>
                <w:color w:val="000000"/>
                <w:szCs w:val="20"/>
              </w:rPr>
              <w:t>CP</w:t>
            </w:r>
          </w:p>
        </w:tc>
        <w:tc>
          <w:tcPr>
            <w:tcW w:w="37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3E91B5C" w14:textId="77777777" w:rsidR="000C6B7D" w:rsidRPr="007F04AA" w:rsidRDefault="00E26089" w:rsidP="00541F53">
            <w:pPr>
              <w:jc w:val="center"/>
              <w:rPr>
                <w:szCs w:val="20"/>
              </w:rPr>
            </w:pPr>
            <w:r w:rsidRPr="007F04AA">
              <w:rPr>
                <w:b/>
                <w:color w:val="000000"/>
                <w:szCs w:val="20"/>
              </w:rPr>
              <w:t>NC</w:t>
            </w:r>
          </w:p>
        </w:tc>
      </w:tr>
      <w:tr w:rsidR="00C50B24" w:rsidRPr="00FE385F" w14:paraId="3D3CEF0E" w14:textId="77777777" w:rsidTr="00541F53">
        <w:trPr>
          <w:cantSplit/>
          <w:trHeight w:val="705"/>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4DAFA7" w14:textId="5EA9389B" w:rsidR="00C50B24" w:rsidRPr="00F44B33" w:rsidRDefault="00C50B24" w:rsidP="00541F53">
            <w:pPr>
              <w:jc w:val="center"/>
              <w:rPr>
                <w:b/>
                <w:lang w:val="es-PY"/>
              </w:rPr>
            </w:pPr>
            <w:r w:rsidRPr="00F44B33">
              <w:rPr>
                <w:b/>
                <w:szCs w:val="20"/>
                <w:lang w:val="es-PY"/>
              </w:rPr>
              <w:t>Eficacia de la planificación y gestión del programa</w:t>
            </w:r>
          </w:p>
        </w:tc>
        <w:tc>
          <w:tcPr>
            <w:tcW w:w="2849"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5889B0" w14:textId="12694B66" w:rsidR="00C50B24" w:rsidRPr="00E26089" w:rsidRDefault="00C50B24" w:rsidP="00541F53">
            <w:pPr>
              <w:jc w:val="both"/>
              <w:rPr>
                <w:lang w:val="es-PY"/>
              </w:rPr>
            </w:pPr>
            <w:r w:rsidRPr="00973A78">
              <w:rPr>
                <w:szCs w:val="20"/>
                <w:lang w:val="es-PY"/>
              </w:rPr>
              <w:t xml:space="preserve">a. </w:t>
            </w:r>
            <w:r w:rsidR="00E66A21">
              <w:rPr>
                <w:szCs w:val="20"/>
                <w:lang w:val="es-PY"/>
              </w:rPr>
              <w:t>El programa</w:t>
            </w:r>
            <w:r w:rsidRPr="00973A78">
              <w:rPr>
                <w:szCs w:val="20"/>
                <w:lang w:val="es-PY"/>
              </w:rPr>
              <w:t xml:space="preserve"> cuenta con una planificación para su desarrollo, articulada con el Proyecto Educativo Institucional, la planificación institucional y las políticas nacionales aplicables.</w:t>
            </w: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A6ED9E" w14:textId="77777777" w:rsidR="00C50B24" w:rsidRPr="005D12D8" w:rsidRDefault="00C50B24" w:rsidP="00541F53">
            <w:pPr>
              <w:jc w:val="center"/>
              <w:rPr>
                <w:lang w:val="es-PY"/>
              </w:rPr>
            </w:pP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CF6A795" w14:textId="77777777" w:rsidR="00C50B24" w:rsidRPr="005D12D8" w:rsidRDefault="00C50B24" w:rsidP="00541F53">
            <w:pPr>
              <w:jc w:val="center"/>
              <w:rPr>
                <w:lang w:val="es-PY"/>
              </w:rPr>
            </w:pPr>
          </w:p>
        </w:tc>
        <w:tc>
          <w:tcPr>
            <w:tcW w:w="373"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87C928" w14:textId="77777777" w:rsidR="00C50B24" w:rsidRPr="005D12D8" w:rsidRDefault="00C50B24" w:rsidP="00541F53">
            <w:pPr>
              <w:jc w:val="center"/>
              <w:rPr>
                <w:lang w:val="es-PY"/>
              </w:rPr>
            </w:pPr>
          </w:p>
        </w:tc>
      </w:tr>
      <w:tr w:rsidR="00C50B24" w:rsidRPr="00FE385F" w14:paraId="481DFB20" w14:textId="77777777" w:rsidTr="00541F53">
        <w:trPr>
          <w:cantSplit/>
          <w:trHeight w:val="586"/>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ABB8A9" w14:textId="77777777" w:rsidR="00C50B24" w:rsidRPr="005D12D8" w:rsidRDefault="00C50B24" w:rsidP="00541F53">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7D81DAA" w14:textId="48A476C3" w:rsidR="00C50B24" w:rsidRPr="00E26089" w:rsidRDefault="00C50B24" w:rsidP="00541F53">
            <w:pPr>
              <w:jc w:val="both"/>
              <w:rPr>
                <w:lang w:val="es-PY"/>
              </w:rPr>
            </w:pPr>
            <w:r w:rsidRPr="00973A78">
              <w:rPr>
                <w:szCs w:val="20"/>
                <w:lang w:val="es-PY"/>
              </w:rPr>
              <w:t>b. La planificación establece objetivos, metas, actividades, plazos, responsables e indicadores de seguimiento acordes con las características y el nivel de</w:t>
            </w:r>
            <w:r w:rsidR="00E66A21">
              <w:rPr>
                <w:szCs w:val="20"/>
                <w:lang w:val="es-PY"/>
              </w:rPr>
              <w:t xml:space="preserve">l </w:t>
            </w:r>
            <w:r w:rsidRPr="00973A78">
              <w:rPr>
                <w:szCs w:val="20"/>
                <w:lang w:val="es-PY"/>
              </w:rPr>
              <w:t>programa.</w:t>
            </w: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F6B650" w14:textId="77777777" w:rsidR="00C50B24" w:rsidRPr="005D12D8" w:rsidRDefault="00C50B24" w:rsidP="00541F53">
            <w:pPr>
              <w:jc w:val="center"/>
              <w:rPr>
                <w:lang w:val="es-PY"/>
              </w:rPr>
            </w:pP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BCCD56" w14:textId="77777777" w:rsidR="00C50B24" w:rsidRPr="005D12D8" w:rsidRDefault="00C50B24" w:rsidP="00541F53">
            <w:pPr>
              <w:jc w:val="center"/>
              <w:rPr>
                <w:lang w:val="es-PY"/>
              </w:rPr>
            </w:pPr>
          </w:p>
        </w:tc>
        <w:tc>
          <w:tcPr>
            <w:tcW w:w="373"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51E57E0" w14:textId="77777777" w:rsidR="00C50B24" w:rsidRPr="005D12D8" w:rsidRDefault="00C50B24" w:rsidP="00541F53">
            <w:pPr>
              <w:jc w:val="center"/>
              <w:rPr>
                <w:lang w:val="es-PY"/>
              </w:rPr>
            </w:pPr>
          </w:p>
        </w:tc>
      </w:tr>
      <w:tr w:rsidR="00C50B24" w:rsidRPr="00FE385F" w14:paraId="02651CA2" w14:textId="77777777" w:rsidTr="00541F53">
        <w:trPr>
          <w:cantSplit/>
          <w:trHeight w:val="578"/>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37D0CB" w14:textId="77777777" w:rsidR="00C50B24" w:rsidRPr="005D12D8" w:rsidRDefault="00C50B24" w:rsidP="00541F53">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551D13E" w14:textId="4DEC5A02" w:rsidR="00C50B24" w:rsidRPr="00E26089" w:rsidRDefault="00C50B24" w:rsidP="00541F53">
            <w:pPr>
              <w:jc w:val="both"/>
              <w:rPr>
                <w:lang w:val="es-PY"/>
              </w:rPr>
            </w:pPr>
            <w:r w:rsidRPr="00973A78">
              <w:rPr>
                <w:szCs w:val="20"/>
                <w:lang w:val="es-PY"/>
              </w:rPr>
              <w:t>c. Se implementan mecanismos de seguimiento y evaluación periódica del cumplimiento de la planificación.</w:t>
            </w: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D4F4A9" w14:textId="77777777" w:rsidR="00C50B24" w:rsidRPr="005D12D8" w:rsidRDefault="00C50B24" w:rsidP="00541F53">
            <w:pPr>
              <w:jc w:val="center"/>
              <w:rPr>
                <w:lang w:val="es-PY"/>
              </w:rPr>
            </w:pP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BAFFFD" w14:textId="77777777" w:rsidR="00C50B24" w:rsidRPr="005D12D8" w:rsidRDefault="00C50B24" w:rsidP="00541F53">
            <w:pPr>
              <w:jc w:val="center"/>
              <w:rPr>
                <w:lang w:val="es-PY"/>
              </w:rPr>
            </w:pPr>
          </w:p>
        </w:tc>
        <w:tc>
          <w:tcPr>
            <w:tcW w:w="373"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FB6BD9" w14:textId="77777777" w:rsidR="00C50B24" w:rsidRPr="005D12D8" w:rsidRDefault="00C50B24" w:rsidP="00541F53">
            <w:pPr>
              <w:jc w:val="center"/>
              <w:rPr>
                <w:lang w:val="es-PY"/>
              </w:rPr>
            </w:pPr>
          </w:p>
        </w:tc>
      </w:tr>
      <w:tr w:rsidR="00C50B24" w:rsidRPr="00FE385F" w14:paraId="4A9503EA" w14:textId="77777777" w:rsidTr="00541F53">
        <w:trPr>
          <w:cantSplit/>
          <w:trHeight w:val="570"/>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081A30" w14:textId="77777777" w:rsidR="00C50B24" w:rsidRPr="005D12D8" w:rsidRDefault="00C50B24" w:rsidP="00541F53">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E1A223" w14:textId="13CA2AF1" w:rsidR="00C50B24" w:rsidRPr="00E26089" w:rsidRDefault="00C50B24" w:rsidP="00541F53">
            <w:pPr>
              <w:jc w:val="both"/>
              <w:rPr>
                <w:lang w:val="es-PY"/>
              </w:rPr>
            </w:pPr>
            <w:r w:rsidRPr="00973A78">
              <w:rPr>
                <w:szCs w:val="20"/>
                <w:lang w:val="es-PY"/>
              </w:rPr>
              <w:t>d. Los resultados del seguimiento y la evaluación se utilizan para introducir ajustes y mejoras en la gestión y el desarrollo de</w:t>
            </w:r>
            <w:r w:rsidR="00E66A21">
              <w:rPr>
                <w:szCs w:val="20"/>
                <w:lang w:val="es-PY"/>
              </w:rPr>
              <w:t>l programa</w:t>
            </w:r>
            <w:r w:rsidRPr="00973A78">
              <w:rPr>
                <w:szCs w:val="20"/>
                <w:lang w:val="es-PY"/>
              </w:rPr>
              <w:t>.</w:t>
            </w: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415F0E8" w14:textId="77777777" w:rsidR="00C50B24" w:rsidRPr="005D12D8" w:rsidRDefault="00C50B24" w:rsidP="00541F53">
            <w:pPr>
              <w:jc w:val="center"/>
              <w:rPr>
                <w:lang w:val="es-PY"/>
              </w:rPr>
            </w:pP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C7C61A" w14:textId="77777777" w:rsidR="00C50B24" w:rsidRPr="005D12D8" w:rsidRDefault="00C50B24" w:rsidP="00541F53">
            <w:pPr>
              <w:jc w:val="center"/>
              <w:rPr>
                <w:lang w:val="es-PY"/>
              </w:rPr>
            </w:pPr>
          </w:p>
        </w:tc>
        <w:tc>
          <w:tcPr>
            <w:tcW w:w="373"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307BAC6" w14:textId="77777777" w:rsidR="00C50B24" w:rsidRPr="005D12D8" w:rsidRDefault="00C50B24" w:rsidP="00541F53">
            <w:pPr>
              <w:jc w:val="center"/>
              <w:rPr>
                <w:lang w:val="es-PY"/>
              </w:rPr>
            </w:pPr>
          </w:p>
        </w:tc>
      </w:tr>
      <w:tr w:rsidR="00C50B24" w:rsidRPr="00FE385F" w14:paraId="049081A2" w14:textId="77777777" w:rsidTr="00541F53">
        <w:trPr>
          <w:cantSplit/>
          <w:trHeight w:val="562"/>
        </w:trPr>
        <w:tc>
          <w:tcPr>
            <w:tcW w:w="1048" w:type="pct"/>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C3F482" w14:textId="77777777" w:rsidR="00C50B24" w:rsidRPr="005D12D8" w:rsidRDefault="00C50B24" w:rsidP="00541F53">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880A86" w14:textId="2E5977FE" w:rsidR="00C50B24" w:rsidRPr="00E26089" w:rsidRDefault="00C50B24" w:rsidP="00541F53">
            <w:pPr>
              <w:jc w:val="both"/>
              <w:rPr>
                <w:lang w:val="es-PY"/>
              </w:rPr>
            </w:pPr>
            <w:r w:rsidRPr="00973A78">
              <w:rPr>
                <w:szCs w:val="20"/>
                <w:lang w:val="es-PY"/>
              </w:rPr>
              <w:t>e. La planificación contempla condiciones de sostenibilidad académica, organizativa y financiera que favorecen la continuidad y viabilidad del programa.</w:t>
            </w: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0894B7" w14:textId="77777777" w:rsidR="00C50B24" w:rsidRPr="005D12D8" w:rsidRDefault="00C50B24" w:rsidP="00541F53">
            <w:pPr>
              <w:jc w:val="center"/>
              <w:rPr>
                <w:lang w:val="es-PY"/>
              </w:rPr>
            </w:pPr>
          </w:p>
        </w:tc>
        <w:tc>
          <w:tcPr>
            <w:tcW w:w="365"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E08BE" w14:textId="77777777" w:rsidR="00C50B24" w:rsidRPr="005D12D8" w:rsidRDefault="00C50B24" w:rsidP="00541F53">
            <w:pPr>
              <w:jc w:val="center"/>
              <w:rPr>
                <w:lang w:val="es-PY"/>
              </w:rPr>
            </w:pPr>
          </w:p>
        </w:tc>
        <w:tc>
          <w:tcPr>
            <w:tcW w:w="373"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E2602E" w14:textId="77777777" w:rsidR="00C50B24" w:rsidRPr="005D12D8" w:rsidRDefault="00C50B24" w:rsidP="00541F53">
            <w:pPr>
              <w:jc w:val="center"/>
              <w:rPr>
                <w:lang w:val="es-PY"/>
              </w:rPr>
            </w:pPr>
          </w:p>
        </w:tc>
      </w:tr>
      <w:tr w:rsidR="000C6B7D" w:rsidRPr="00FE385F" w14:paraId="3A048E16" w14:textId="77777777" w:rsidTr="00541F53">
        <w:trPr>
          <w:cantSplit/>
          <w:trHeight w:hRule="exact" w:val="587"/>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6C9CAD1" w14:textId="77777777" w:rsidR="000C6B7D" w:rsidRPr="00E26089" w:rsidRDefault="00E26089" w:rsidP="00541F53">
            <w:pPr>
              <w:jc w:val="center"/>
              <w:rPr>
                <w:lang w:val="es-PY"/>
              </w:rPr>
            </w:pPr>
            <w:r w:rsidRPr="00E26089">
              <w:rPr>
                <w:b/>
                <w:color w:val="000000"/>
                <w:lang w:val="es-PY"/>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67678C8" w14:textId="77777777" w:rsidR="000C6B7D" w:rsidRPr="00E26089" w:rsidRDefault="000C6B7D" w:rsidP="00541F53">
            <w:pPr>
              <w:jc w:val="center"/>
              <w:rPr>
                <w:lang w:val="es-PY"/>
              </w:rPr>
            </w:pPr>
          </w:p>
        </w:tc>
      </w:tr>
      <w:tr w:rsidR="000C6B7D" w14:paraId="21492C2E" w14:textId="77777777" w:rsidTr="00541F53">
        <w:trPr>
          <w:cantSplit/>
          <w:trHeight w:hRule="exact" w:val="657"/>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BCBBE87" w14:textId="77777777" w:rsidR="000C6B7D" w:rsidRPr="00C95DA9" w:rsidRDefault="00E26089" w:rsidP="00541F53">
            <w:pPr>
              <w:jc w:val="center"/>
              <w:rPr>
                <w:szCs w:val="20"/>
                <w:lang w:val="es-PY"/>
              </w:rPr>
            </w:pPr>
            <w:r w:rsidRPr="00C95DA9">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2592765" w14:textId="77777777" w:rsidR="000C6B7D" w:rsidRPr="00C95DA9" w:rsidRDefault="00E26089" w:rsidP="00541F53">
            <w:pPr>
              <w:jc w:val="center"/>
              <w:rPr>
                <w:szCs w:val="20"/>
              </w:rPr>
            </w:pPr>
            <w:r w:rsidRPr="00C95DA9">
              <w:rPr>
                <w:b/>
                <w:color w:val="000000"/>
                <w:szCs w:val="20"/>
              </w:rPr>
              <w:t>Medios de verificación</w:t>
            </w:r>
          </w:p>
        </w:tc>
      </w:tr>
      <w:tr w:rsidR="00541F53" w14:paraId="2080F67C" w14:textId="77777777" w:rsidTr="00541F53">
        <w:trPr>
          <w:cantSplit/>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30106D4" w14:textId="77777777" w:rsidR="00541F53" w:rsidRDefault="00541F53" w:rsidP="00541F53">
            <w:pPr>
              <w:jc w:val="center"/>
              <w:rPr>
                <w:b/>
                <w:color w:val="000000"/>
                <w:szCs w:val="20"/>
                <w:lang w:val="es-PY"/>
              </w:rPr>
            </w:pPr>
          </w:p>
          <w:p w14:paraId="12157398" w14:textId="77777777" w:rsidR="00541F53" w:rsidRDefault="00541F53" w:rsidP="00541F53">
            <w:pPr>
              <w:jc w:val="center"/>
              <w:rPr>
                <w:b/>
                <w:color w:val="000000"/>
                <w:szCs w:val="20"/>
                <w:lang w:val="es-PY"/>
              </w:rPr>
            </w:pPr>
          </w:p>
          <w:p w14:paraId="12BC8621" w14:textId="77777777" w:rsidR="00541F53" w:rsidRDefault="00541F53" w:rsidP="00541F53">
            <w:pPr>
              <w:jc w:val="center"/>
              <w:rPr>
                <w:b/>
                <w:color w:val="000000"/>
                <w:szCs w:val="20"/>
                <w:lang w:val="es-PY"/>
              </w:rPr>
            </w:pPr>
          </w:p>
          <w:p w14:paraId="701AF554" w14:textId="77777777" w:rsidR="00541F53" w:rsidRDefault="00541F53" w:rsidP="00541F53">
            <w:pPr>
              <w:jc w:val="center"/>
              <w:rPr>
                <w:b/>
                <w:color w:val="000000"/>
                <w:szCs w:val="20"/>
                <w:lang w:val="es-PY"/>
              </w:rPr>
            </w:pPr>
          </w:p>
          <w:p w14:paraId="74565B86" w14:textId="77777777" w:rsidR="00541F53" w:rsidRDefault="00541F53" w:rsidP="00541F53">
            <w:pPr>
              <w:jc w:val="center"/>
              <w:rPr>
                <w:b/>
                <w:color w:val="000000"/>
                <w:szCs w:val="20"/>
                <w:lang w:val="es-PY"/>
              </w:rPr>
            </w:pPr>
          </w:p>
          <w:p w14:paraId="598CB070" w14:textId="77777777" w:rsidR="00541F53" w:rsidRDefault="00541F53" w:rsidP="00541F53">
            <w:pPr>
              <w:jc w:val="center"/>
              <w:rPr>
                <w:b/>
                <w:color w:val="000000"/>
                <w:szCs w:val="20"/>
                <w:lang w:val="es-PY"/>
              </w:rPr>
            </w:pPr>
          </w:p>
          <w:p w14:paraId="4B7041D6" w14:textId="77777777" w:rsidR="00541F53" w:rsidRDefault="00541F53" w:rsidP="00541F53">
            <w:pPr>
              <w:jc w:val="center"/>
              <w:rPr>
                <w:b/>
                <w:color w:val="000000"/>
                <w:szCs w:val="20"/>
                <w:lang w:val="es-PY"/>
              </w:rPr>
            </w:pPr>
          </w:p>
          <w:p w14:paraId="3D688578" w14:textId="77777777" w:rsidR="00541F53" w:rsidRDefault="00541F53" w:rsidP="00541F53">
            <w:pPr>
              <w:jc w:val="center"/>
              <w:rPr>
                <w:b/>
                <w:color w:val="000000"/>
                <w:szCs w:val="20"/>
                <w:lang w:val="es-PY"/>
              </w:rPr>
            </w:pPr>
          </w:p>
          <w:p w14:paraId="2327F968" w14:textId="77777777" w:rsidR="00541F53" w:rsidRDefault="00541F53" w:rsidP="00541F53">
            <w:pPr>
              <w:jc w:val="center"/>
              <w:rPr>
                <w:b/>
                <w:color w:val="000000"/>
                <w:szCs w:val="20"/>
                <w:lang w:val="es-PY"/>
              </w:rPr>
            </w:pPr>
          </w:p>
          <w:p w14:paraId="0DE8DEF1" w14:textId="77777777" w:rsidR="00541F53" w:rsidRDefault="00541F53" w:rsidP="00541F53">
            <w:pPr>
              <w:jc w:val="center"/>
              <w:rPr>
                <w:b/>
                <w:color w:val="000000"/>
                <w:szCs w:val="20"/>
                <w:lang w:val="es-PY"/>
              </w:rPr>
            </w:pPr>
          </w:p>
          <w:p w14:paraId="5762C1B5" w14:textId="77777777" w:rsidR="00541F53" w:rsidRDefault="00541F53" w:rsidP="00541F53">
            <w:pPr>
              <w:jc w:val="center"/>
              <w:rPr>
                <w:b/>
                <w:color w:val="000000"/>
                <w:szCs w:val="20"/>
                <w:lang w:val="es-PY"/>
              </w:rPr>
            </w:pPr>
          </w:p>
          <w:p w14:paraId="6C54EF00" w14:textId="77777777" w:rsidR="00541F53" w:rsidRDefault="00541F53" w:rsidP="00541F53">
            <w:pPr>
              <w:jc w:val="center"/>
              <w:rPr>
                <w:b/>
                <w:color w:val="000000"/>
                <w:szCs w:val="20"/>
                <w:lang w:val="es-PY"/>
              </w:rPr>
            </w:pPr>
          </w:p>
          <w:p w14:paraId="6DB1A003" w14:textId="77777777" w:rsidR="00541F53" w:rsidRDefault="00541F53" w:rsidP="00541F53">
            <w:pPr>
              <w:jc w:val="center"/>
              <w:rPr>
                <w:b/>
                <w:color w:val="000000"/>
                <w:szCs w:val="20"/>
                <w:lang w:val="es-PY"/>
              </w:rPr>
            </w:pPr>
          </w:p>
          <w:p w14:paraId="627B5A2D" w14:textId="77777777" w:rsidR="00541F53" w:rsidRDefault="00541F53" w:rsidP="00541F53">
            <w:pPr>
              <w:jc w:val="center"/>
              <w:rPr>
                <w:b/>
                <w:color w:val="000000"/>
                <w:szCs w:val="20"/>
                <w:lang w:val="es-PY"/>
              </w:rPr>
            </w:pPr>
          </w:p>
          <w:p w14:paraId="66134DD4" w14:textId="77777777" w:rsidR="00541F53" w:rsidRDefault="00541F53" w:rsidP="00541F53">
            <w:pPr>
              <w:jc w:val="center"/>
              <w:rPr>
                <w:b/>
                <w:color w:val="000000"/>
                <w:szCs w:val="20"/>
                <w:lang w:val="es-PY"/>
              </w:rPr>
            </w:pPr>
          </w:p>
          <w:p w14:paraId="75979308" w14:textId="77777777" w:rsidR="00541F53" w:rsidRDefault="00541F53" w:rsidP="00541F53">
            <w:pPr>
              <w:jc w:val="center"/>
              <w:rPr>
                <w:b/>
                <w:color w:val="000000"/>
                <w:szCs w:val="20"/>
                <w:lang w:val="es-PY"/>
              </w:rPr>
            </w:pPr>
          </w:p>
          <w:p w14:paraId="73F5EEAC" w14:textId="77777777" w:rsidR="00541F53" w:rsidRDefault="00541F53" w:rsidP="00541F53">
            <w:pPr>
              <w:jc w:val="center"/>
              <w:rPr>
                <w:b/>
                <w:color w:val="000000"/>
                <w:szCs w:val="20"/>
                <w:lang w:val="es-PY"/>
              </w:rPr>
            </w:pPr>
          </w:p>
          <w:p w14:paraId="6952138A" w14:textId="77777777" w:rsidR="00541F53" w:rsidRDefault="00541F53" w:rsidP="00541F53">
            <w:pPr>
              <w:jc w:val="center"/>
              <w:rPr>
                <w:b/>
                <w:color w:val="000000"/>
                <w:szCs w:val="20"/>
                <w:lang w:val="es-PY"/>
              </w:rPr>
            </w:pPr>
          </w:p>
          <w:p w14:paraId="6BDB7ED6" w14:textId="77777777" w:rsidR="00541F53" w:rsidRDefault="00541F53" w:rsidP="00541F53">
            <w:pPr>
              <w:jc w:val="center"/>
              <w:rPr>
                <w:b/>
                <w:color w:val="000000"/>
                <w:szCs w:val="20"/>
                <w:lang w:val="es-PY"/>
              </w:rPr>
            </w:pPr>
          </w:p>
          <w:p w14:paraId="64FFB849" w14:textId="77777777" w:rsidR="00541F53" w:rsidRDefault="00541F53" w:rsidP="00541F53">
            <w:pPr>
              <w:jc w:val="center"/>
              <w:rPr>
                <w:b/>
                <w:color w:val="000000"/>
                <w:szCs w:val="20"/>
                <w:lang w:val="es-PY"/>
              </w:rPr>
            </w:pPr>
          </w:p>
          <w:p w14:paraId="5FE95513" w14:textId="77777777" w:rsidR="00541F53" w:rsidRDefault="00541F53" w:rsidP="00541F53">
            <w:pPr>
              <w:jc w:val="center"/>
              <w:rPr>
                <w:b/>
                <w:color w:val="000000"/>
                <w:szCs w:val="20"/>
                <w:lang w:val="es-PY"/>
              </w:rPr>
            </w:pPr>
          </w:p>
          <w:p w14:paraId="1183D758" w14:textId="77777777" w:rsidR="00541F53" w:rsidRDefault="00541F53" w:rsidP="00541F53">
            <w:pPr>
              <w:jc w:val="center"/>
              <w:rPr>
                <w:b/>
                <w:color w:val="000000"/>
                <w:szCs w:val="20"/>
                <w:lang w:val="es-PY"/>
              </w:rPr>
            </w:pPr>
          </w:p>
          <w:p w14:paraId="40BFF76D" w14:textId="77777777" w:rsidR="00541F53" w:rsidRPr="00C95DA9" w:rsidRDefault="00541F53" w:rsidP="00541F53">
            <w:pPr>
              <w:jc w:val="center"/>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83DB4E" w14:textId="77777777" w:rsidR="00541F53" w:rsidRPr="00C95DA9" w:rsidRDefault="00541F53" w:rsidP="00541F53">
            <w:pPr>
              <w:jc w:val="center"/>
              <w:rPr>
                <w:b/>
                <w:color w:val="000000"/>
                <w:szCs w:val="20"/>
              </w:rPr>
            </w:pPr>
          </w:p>
        </w:tc>
      </w:tr>
    </w:tbl>
    <w:p w14:paraId="25995A4C" w14:textId="77777777" w:rsidR="00541F53" w:rsidRDefault="00541F53"/>
    <w:tbl>
      <w:tblPr>
        <w:tblW w:w="0" w:type="auto"/>
        <w:tblLayout w:type="fixed"/>
        <w:tblLook w:val="04A0" w:firstRow="1" w:lastRow="0" w:firstColumn="1" w:lastColumn="0" w:noHBand="0" w:noVBand="1"/>
      </w:tblPr>
      <w:tblGrid>
        <w:gridCol w:w="1962"/>
        <w:gridCol w:w="5330"/>
        <w:gridCol w:w="684"/>
        <w:gridCol w:w="684"/>
        <w:gridCol w:w="697"/>
      </w:tblGrid>
      <w:tr w:rsidR="000C6B7D" w14:paraId="6AEFAF8F" w14:textId="77777777" w:rsidTr="00541F53">
        <w:trPr>
          <w:cantSplit/>
          <w:trHeight w:hRule="exact" w:val="691"/>
          <w:tblHead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3FFF37" w14:textId="537664A3" w:rsidR="000C6B7D" w:rsidRPr="00C95DA9" w:rsidRDefault="001E05D5">
            <w:pPr>
              <w:jc w:val="center"/>
              <w:rPr>
                <w:szCs w:val="20"/>
              </w:rPr>
            </w:pPr>
            <w:r>
              <w:rPr>
                <w:b/>
                <w:color w:val="000000"/>
                <w:szCs w:val="20"/>
              </w:rPr>
              <w:lastRenderedPageBreak/>
              <w:t>C</w:t>
            </w:r>
            <w:r w:rsidR="0092337E" w:rsidRPr="00C95DA9">
              <w:rPr>
                <w:b/>
                <w:color w:val="000000"/>
                <w:szCs w:val="20"/>
              </w:rPr>
              <w:t>riterio 1.3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82EEC58" w14:textId="77777777" w:rsidR="000C6B7D" w:rsidRPr="00C95DA9" w:rsidRDefault="00E26089">
            <w:pPr>
              <w:jc w:val="center"/>
              <w:rPr>
                <w:szCs w:val="20"/>
              </w:rPr>
            </w:pPr>
            <w:r w:rsidRPr="00C95DA9">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2DE67A" w14:textId="77777777" w:rsidR="000C6B7D" w:rsidRPr="00C95DA9" w:rsidRDefault="00E26089">
            <w:pPr>
              <w:jc w:val="center"/>
              <w:rPr>
                <w:szCs w:val="20"/>
              </w:rPr>
            </w:pPr>
            <w:r w:rsidRPr="00C95DA9">
              <w:rPr>
                <w:b/>
                <w:color w:val="000000"/>
                <w:szCs w:val="20"/>
              </w:rPr>
              <w:t>Nivel de cumplimiento</w:t>
            </w:r>
          </w:p>
        </w:tc>
      </w:tr>
      <w:tr w:rsidR="000C6B7D" w14:paraId="424539C1" w14:textId="77777777" w:rsidTr="00541F53">
        <w:trPr>
          <w:cantSplit/>
          <w:trHeight w:hRule="exact" w:val="345"/>
          <w:tblHead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2EE79B" w14:textId="77777777" w:rsidR="000C6B7D" w:rsidRPr="00C95DA9"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77D318" w14:textId="77777777" w:rsidR="000C6B7D" w:rsidRPr="00C95DA9"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E9F285" w14:textId="77777777" w:rsidR="000C6B7D" w:rsidRPr="00C95DA9" w:rsidRDefault="00E26089">
            <w:pPr>
              <w:jc w:val="center"/>
              <w:rPr>
                <w:szCs w:val="20"/>
              </w:rPr>
            </w:pPr>
            <w:r w:rsidRPr="00C95DA9">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709B7FF" w14:textId="77777777" w:rsidR="000C6B7D" w:rsidRPr="00C95DA9" w:rsidRDefault="00E26089">
            <w:pPr>
              <w:jc w:val="center"/>
              <w:rPr>
                <w:szCs w:val="20"/>
              </w:rPr>
            </w:pPr>
            <w:r w:rsidRPr="00C95DA9">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E4B01E" w14:textId="77777777" w:rsidR="000C6B7D" w:rsidRPr="00C95DA9" w:rsidRDefault="00E26089">
            <w:pPr>
              <w:jc w:val="center"/>
              <w:rPr>
                <w:szCs w:val="20"/>
              </w:rPr>
            </w:pPr>
            <w:r w:rsidRPr="00C95DA9">
              <w:rPr>
                <w:b/>
                <w:color w:val="000000"/>
                <w:szCs w:val="20"/>
              </w:rPr>
              <w:t>NC</w:t>
            </w:r>
          </w:p>
        </w:tc>
      </w:tr>
      <w:tr w:rsidR="000C6B7D" w:rsidRPr="00FE385F" w14:paraId="30F7E404" w14:textId="77777777" w:rsidTr="00541F53">
        <w:trPr>
          <w:cantSplit/>
          <w:trHeight w:val="605"/>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4C56632" w14:textId="2FEA61B5" w:rsidR="000C6B7D" w:rsidRPr="00E26089" w:rsidRDefault="00E26089">
            <w:pPr>
              <w:jc w:val="center"/>
              <w:rPr>
                <w:lang w:val="es-PY"/>
              </w:rPr>
            </w:pPr>
            <w:r w:rsidRPr="00E26089">
              <w:rPr>
                <w:b/>
                <w:color w:val="000000"/>
                <w:lang w:val="es-PY"/>
              </w:rPr>
              <w:t xml:space="preserve">Eficiencia en la gestión del </w:t>
            </w:r>
            <w:r w:rsidR="0092337E">
              <w:rPr>
                <w:b/>
                <w:color w:val="000000"/>
                <w:lang w:val="es-PY"/>
              </w:rPr>
              <w:t>financiamiento del programa</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EE7823" w14:textId="0AD12607" w:rsidR="000C6B7D" w:rsidRPr="00E26089" w:rsidRDefault="00E26089">
            <w:pPr>
              <w:jc w:val="both"/>
              <w:rPr>
                <w:lang w:val="es-PY"/>
              </w:rPr>
            </w:pPr>
            <w:r w:rsidRPr="00E26089">
              <w:rPr>
                <w:color w:val="000000"/>
                <w:lang w:val="es-PY"/>
              </w:rPr>
              <w:t xml:space="preserve">a. El presupuesto asignado al programa </w:t>
            </w:r>
            <w:r w:rsidR="0092337E">
              <w:rPr>
                <w:color w:val="000000"/>
                <w:lang w:val="es-PY"/>
              </w:rPr>
              <w:t xml:space="preserve">es suficiente para su operación y desarrollo. </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83A6C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A35A13"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C33C94" w14:textId="77777777" w:rsidR="000C6B7D" w:rsidRPr="005D12D8" w:rsidRDefault="000C6B7D">
            <w:pPr>
              <w:jc w:val="center"/>
              <w:rPr>
                <w:lang w:val="es-PY"/>
              </w:rPr>
            </w:pPr>
          </w:p>
        </w:tc>
      </w:tr>
      <w:tr w:rsidR="000C6B7D" w:rsidRPr="00FE385F" w14:paraId="7C826E18" w14:textId="77777777" w:rsidTr="00541F53">
        <w:trPr>
          <w:cantSplit/>
          <w:trHeight w:val="517"/>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F336A9"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84B6A0" w14:textId="77777777" w:rsidR="000C6B7D" w:rsidRPr="00E26089" w:rsidRDefault="00E26089">
            <w:pPr>
              <w:jc w:val="both"/>
              <w:rPr>
                <w:lang w:val="es-PY"/>
              </w:rPr>
            </w:pPr>
            <w:r w:rsidRPr="00E26089">
              <w:rPr>
                <w:color w:val="000000"/>
                <w:lang w:val="es-PY"/>
              </w:rPr>
              <w:t>b. Existen fuentes complementarias de financiamiento (proyectos, convenios o cooperación) que apoyan las actividades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5F120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543AB20"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08CBE2" w14:textId="77777777" w:rsidR="000C6B7D" w:rsidRPr="005D12D8" w:rsidRDefault="000C6B7D">
            <w:pPr>
              <w:jc w:val="center"/>
              <w:rPr>
                <w:lang w:val="es-PY"/>
              </w:rPr>
            </w:pPr>
          </w:p>
        </w:tc>
      </w:tr>
      <w:tr w:rsidR="000C6B7D" w:rsidRPr="00FE385F" w14:paraId="70D8EF0E" w14:textId="77777777" w:rsidTr="00541F53">
        <w:trPr>
          <w:cantSplit/>
          <w:trHeight w:val="441"/>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C69C7C"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6E0E00" w14:textId="17C21701" w:rsidR="000C6B7D" w:rsidRPr="00E26089" w:rsidRDefault="00E26089">
            <w:pPr>
              <w:jc w:val="both"/>
              <w:rPr>
                <w:lang w:val="es-PY"/>
              </w:rPr>
            </w:pPr>
            <w:r w:rsidRPr="00E26089">
              <w:rPr>
                <w:color w:val="000000"/>
                <w:lang w:val="es-PY"/>
              </w:rPr>
              <w:t>c. Se destinan recursos</w:t>
            </w:r>
            <w:r w:rsidR="0077056B">
              <w:rPr>
                <w:color w:val="000000"/>
                <w:lang w:val="es-PY"/>
              </w:rPr>
              <w:t xml:space="preserve"> financieros específicos</w:t>
            </w:r>
            <w:r w:rsidRPr="00E26089">
              <w:rPr>
                <w:color w:val="000000"/>
                <w:lang w:val="es-PY"/>
              </w:rPr>
              <w:t xml:space="preserve"> para inve</w:t>
            </w:r>
            <w:r w:rsidR="0077056B">
              <w:rPr>
                <w:color w:val="000000"/>
                <w:lang w:val="es-PY"/>
              </w:rPr>
              <w:t xml:space="preserve">stigación y apoyo a los </w:t>
            </w:r>
            <w:r w:rsidR="0044515B">
              <w:rPr>
                <w:color w:val="000000"/>
                <w:lang w:val="es-PY"/>
              </w:rPr>
              <w:t>participante</w:t>
            </w:r>
            <w:r w:rsidR="0077056B">
              <w:rPr>
                <w:color w:val="000000"/>
                <w:lang w:val="es-PY"/>
              </w:rPr>
              <w:t xml:space="preserve">s del programa. </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1BDE6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52F1AEA"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283729" w14:textId="77777777" w:rsidR="000C6B7D" w:rsidRPr="005D12D8" w:rsidRDefault="000C6B7D">
            <w:pPr>
              <w:jc w:val="center"/>
              <w:rPr>
                <w:lang w:val="es-PY"/>
              </w:rPr>
            </w:pPr>
          </w:p>
        </w:tc>
      </w:tr>
      <w:tr w:rsidR="000C6B7D" w:rsidRPr="00FE385F" w14:paraId="0ADBA148" w14:textId="77777777" w:rsidTr="00541F53">
        <w:trPr>
          <w:cantSplit/>
          <w:trHeight w:val="449"/>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57D566"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A27C1A" w14:textId="02BF9798" w:rsidR="000C6B7D" w:rsidRPr="00E26089" w:rsidRDefault="00E26089">
            <w:pPr>
              <w:jc w:val="both"/>
              <w:rPr>
                <w:lang w:val="es-PY"/>
              </w:rPr>
            </w:pPr>
            <w:r w:rsidRPr="00E26089">
              <w:rPr>
                <w:color w:val="000000"/>
                <w:lang w:val="es-PY"/>
              </w:rPr>
              <w:t>d. La gestión financiera es transparente y cono</w:t>
            </w:r>
            <w:r w:rsidR="0077056B">
              <w:rPr>
                <w:color w:val="000000"/>
                <w:lang w:val="es-PY"/>
              </w:rPr>
              <w:t xml:space="preserve">cida por la comunidad académica, con mecanismos de auditoría institucional. </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D7FC75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0E280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C2321FD" w14:textId="77777777" w:rsidR="000C6B7D" w:rsidRPr="005D12D8" w:rsidRDefault="000C6B7D">
            <w:pPr>
              <w:jc w:val="center"/>
              <w:rPr>
                <w:lang w:val="es-PY"/>
              </w:rPr>
            </w:pPr>
          </w:p>
        </w:tc>
      </w:tr>
      <w:tr w:rsidR="000C6B7D" w:rsidRPr="00FE385F" w14:paraId="7D999A1F" w14:textId="77777777" w:rsidTr="00541F53">
        <w:trPr>
          <w:cantSplit/>
          <w:trHeight w:val="429"/>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C70DBE"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66E98C" w14:textId="72CBEF29" w:rsidR="000C6B7D" w:rsidRPr="00E26089" w:rsidRDefault="00E26089">
            <w:pPr>
              <w:jc w:val="both"/>
              <w:rPr>
                <w:lang w:val="es-PY"/>
              </w:rPr>
            </w:pPr>
            <w:r w:rsidRPr="00E26089">
              <w:rPr>
                <w:color w:val="000000"/>
                <w:lang w:val="es-PY"/>
              </w:rPr>
              <w:t>e. Se asegura la continuidad operativa</w:t>
            </w:r>
            <w:r w:rsidR="0077056B">
              <w:rPr>
                <w:color w:val="000000"/>
                <w:lang w:val="es-PY"/>
              </w:rPr>
              <w:t xml:space="preserve"> y la sostenibilidad </w:t>
            </w:r>
            <w:r w:rsidRPr="00E26089">
              <w:rPr>
                <w:color w:val="000000"/>
                <w:lang w:val="es-PY"/>
              </w:rPr>
              <w:t>del programa a mediano plazo mediante una planificación financiera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1A6A3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68947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714A20D" w14:textId="77777777" w:rsidR="000C6B7D" w:rsidRPr="005D12D8" w:rsidRDefault="000C6B7D">
            <w:pPr>
              <w:jc w:val="center"/>
              <w:rPr>
                <w:lang w:val="es-PY"/>
              </w:rPr>
            </w:pPr>
          </w:p>
        </w:tc>
      </w:tr>
      <w:tr w:rsidR="000C6B7D" w:rsidRPr="00FE385F" w14:paraId="6E5165C2" w14:textId="77777777" w:rsidTr="00541F53">
        <w:trPr>
          <w:cantSplit/>
          <w:trHeight w:hRule="exact" w:val="446"/>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08BA97D8"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95FE141" w14:textId="77777777" w:rsidR="000C6B7D" w:rsidRPr="00E26089" w:rsidRDefault="000C6B7D">
            <w:pPr>
              <w:jc w:val="center"/>
              <w:rPr>
                <w:lang w:val="es-PY"/>
              </w:rPr>
            </w:pPr>
          </w:p>
        </w:tc>
      </w:tr>
      <w:tr w:rsidR="000C6B7D" w14:paraId="69C6945B" w14:textId="77777777" w:rsidTr="00541F53">
        <w:trPr>
          <w:cantSplit/>
          <w:trHeight w:hRule="exact" w:val="662"/>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3B9BA17" w14:textId="77777777" w:rsidR="000C6B7D" w:rsidRPr="00C95DA9" w:rsidRDefault="00E26089">
            <w:pPr>
              <w:jc w:val="center"/>
              <w:rPr>
                <w:szCs w:val="20"/>
                <w:lang w:val="es-PY"/>
              </w:rPr>
            </w:pPr>
            <w:r w:rsidRPr="00C95DA9">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24CC83" w14:textId="77777777" w:rsidR="000C6B7D" w:rsidRPr="00C95DA9" w:rsidRDefault="00E26089">
            <w:pPr>
              <w:jc w:val="center"/>
              <w:rPr>
                <w:szCs w:val="20"/>
              </w:rPr>
            </w:pPr>
            <w:r w:rsidRPr="00C95DA9">
              <w:rPr>
                <w:b/>
                <w:color w:val="000000"/>
                <w:szCs w:val="20"/>
              </w:rPr>
              <w:t>Medios de verificación</w:t>
            </w:r>
          </w:p>
        </w:tc>
      </w:tr>
      <w:tr w:rsidR="000C6B7D" w14:paraId="7DCD486F" w14:textId="77777777" w:rsidTr="00541F53">
        <w:trPr>
          <w:cantSplit/>
          <w:trHeight w:hRule="exact" w:val="7445"/>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5A36CF" w14:textId="77777777" w:rsidR="000C6B7D" w:rsidRDefault="000C6B7D"/>
          <w:p w14:paraId="791624FB" w14:textId="77777777" w:rsidR="00C95DA9" w:rsidRDefault="00C95DA9"/>
          <w:p w14:paraId="438719F5" w14:textId="77777777" w:rsidR="00C95DA9" w:rsidRDefault="00C95DA9"/>
          <w:p w14:paraId="41B43A07" w14:textId="77777777" w:rsidR="00C95DA9" w:rsidRDefault="00C95DA9"/>
          <w:p w14:paraId="6B1573F8" w14:textId="77777777" w:rsidR="00C95DA9" w:rsidRDefault="00C95DA9"/>
          <w:p w14:paraId="22E77DFB" w14:textId="77777777" w:rsidR="00C95DA9" w:rsidRDefault="00C95DA9"/>
          <w:p w14:paraId="07AD6AAE" w14:textId="77777777" w:rsidR="00C95DA9" w:rsidRDefault="00C95DA9"/>
          <w:p w14:paraId="5F392C07" w14:textId="77777777" w:rsidR="00C95DA9" w:rsidRDefault="00C95DA9"/>
          <w:p w14:paraId="50BF0C54" w14:textId="77777777" w:rsidR="00C95DA9" w:rsidRDefault="00C95DA9"/>
          <w:p w14:paraId="1FCBF11F" w14:textId="77777777" w:rsidR="00C95DA9" w:rsidRDefault="00C95DA9"/>
          <w:p w14:paraId="5C5C60C5" w14:textId="77777777" w:rsidR="00C95DA9" w:rsidRDefault="00C95DA9"/>
          <w:p w14:paraId="1A7E1068" w14:textId="77777777" w:rsidR="00C95DA9" w:rsidRDefault="00C95DA9"/>
          <w:p w14:paraId="75964F4D" w14:textId="77777777" w:rsidR="00C95DA9" w:rsidRDefault="00C95DA9"/>
          <w:p w14:paraId="5301C268" w14:textId="77777777" w:rsidR="00C95DA9" w:rsidRDefault="00C95DA9"/>
          <w:p w14:paraId="630170C5" w14:textId="77777777" w:rsidR="00C95DA9" w:rsidRDefault="00C95DA9"/>
          <w:p w14:paraId="20DEA9C6" w14:textId="77777777" w:rsidR="00C95DA9" w:rsidRDefault="00C95DA9"/>
          <w:p w14:paraId="0CF332CB" w14:textId="77777777" w:rsidR="00C95DA9" w:rsidRDefault="00C95DA9"/>
          <w:p w14:paraId="64024F37" w14:textId="77777777" w:rsidR="00C95DA9" w:rsidRDefault="00C95DA9"/>
          <w:p w14:paraId="4128AC05" w14:textId="77777777" w:rsidR="00C95DA9" w:rsidRDefault="00C95DA9"/>
          <w:p w14:paraId="7495A3C8" w14:textId="77777777" w:rsidR="00C95DA9" w:rsidRDefault="00C95DA9"/>
          <w:p w14:paraId="7A317F75" w14:textId="77777777" w:rsidR="00C95DA9" w:rsidRDefault="00C95DA9"/>
          <w:p w14:paraId="37CD4A92" w14:textId="77777777" w:rsidR="00C95DA9" w:rsidRDefault="00C95DA9"/>
          <w:p w14:paraId="33E5D929" w14:textId="77777777" w:rsidR="00C95DA9" w:rsidRDefault="00C95DA9"/>
          <w:p w14:paraId="1B07FE1E" w14:textId="77777777" w:rsidR="00C95DA9" w:rsidRDefault="00C95DA9"/>
          <w:p w14:paraId="2144D905" w14:textId="77777777" w:rsidR="00C95DA9" w:rsidRDefault="00C95DA9"/>
          <w:p w14:paraId="4CB9E418" w14:textId="77777777" w:rsidR="00C95DA9" w:rsidRDefault="00C95DA9"/>
          <w:p w14:paraId="76FF5CC0" w14:textId="77777777" w:rsidR="00C95DA9" w:rsidRDefault="00C95DA9"/>
          <w:p w14:paraId="437AACAB" w14:textId="77777777" w:rsidR="00C95DA9" w:rsidRDefault="00C95DA9"/>
          <w:p w14:paraId="02364DF0" w14:textId="3D9620F2" w:rsidR="00C95DA9" w:rsidRDefault="00C95DA9"/>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58B2B9" w14:textId="77777777" w:rsidR="000C6B7D" w:rsidRDefault="000C6B7D"/>
        </w:tc>
      </w:tr>
    </w:tbl>
    <w:p w14:paraId="4760CA60" w14:textId="77777777" w:rsidR="000C6B7D" w:rsidRDefault="00E26089">
      <w:r>
        <w:br w:type="page"/>
      </w:r>
    </w:p>
    <w:tbl>
      <w:tblPr>
        <w:tblW w:w="0" w:type="auto"/>
        <w:jc w:val="center"/>
        <w:tblLayout w:type="fixed"/>
        <w:tblLook w:val="04A0" w:firstRow="1" w:lastRow="0" w:firstColumn="1" w:lastColumn="0" w:noHBand="0" w:noVBand="1"/>
      </w:tblPr>
      <w:tblGrid>
        <w:gridCol w:w="4678"/>
        <w:gridCol w:w="4678"/>
      </w:tblGrid>
      <w:tr w:rsidR="00430791" w:rsidRPr="00FE385F" w14:paraId="6EA15472" w14:textId="77777777" w:rsidTr="00920BB3">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8BD618" w14:textId="66907FB9" w:rsidR="00430791" w:rsidRPr="00735EB3" w:rsidRDefault="00430791">
            <w:pPr>
              <w:jc w:val="center"/>
              <w:rPr>
                <w:b/>
                <w:color w:val="000000"/>
                <w:szCs w:val="20"/>
                <w:lang w:val="es-PY"/>
              </w:rPr>
            </w:pPr>
            <w:r w:rsidRPr="00735EB3">
              <w:rPr>
                <w:b/>
                <w:color w:val="000000"/>
                <w:szCs w:val="20"/>
                <w:lang w:val="es-PY"/>
              </w:rPr>
              <w:lastRenderedPageBreak/>
              <w:t>Fortalezas y debilidades del cumplimiento de criterios de la dimensión evaluada</w:t>
            </w:r>
          </w:p>
        </w:tc>
      </w:tr>
      <w:tr w:rsidR="002820E3" w14:paraId="37A8DE1C" w14:textId="77777777" w:rsidTr="00920BB3">
        <w:trPr>
          <w:cantSplit/>
          <w:trHeight w:hRule="exact" w:val="377"/>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54CC260" w14:textId="60682E52" w:rsidR="002820E3" w:rsidRPr="00735EB3" w:rsidRDefault="002820E3">
            <w:pPr>
              <w:jc w:val="center"/>
              <w:rPr>
                <w:b/>
                <w:color w:val="000000"/>
                <w:szCs w:val="20"/>
              </w:rPr>
            </w:pPr>
            <w:proofErr w:type="spellStart"/>
            <w:r w:rsidRPr="00735EB3">
              <w:rPr>
                <w:b/>
                <w:color w:val="000000"/>
                <w:szCs w:val="2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047A59A" w14:textId="32CB3B61" w:rsidR="002820E3" w:rsidRPr="00735EB3" w:rsidRDefault="002820E3">
            <w:pPr>
              <w:jc w:val="center"/>
              <w:rPr>
                <w:b/>
                <w:color w:val="000000"/>
                <w:szCs w:val="20"/>
              </w:rPr>
            </w:pPr>
            <w:r w:rsidRPr="00735EB3">
              <w:rPr>
                <w:b/>
                <w:color w:val="000000"/>
                <w:szCs w:val="20"/>
              </w:rPr>
              <w:t>Debilidades</w:t>
            </w:r>
          </w:p>
        </w:tc>
      </w:tr>
      <w:tr w:rsidR="006331E0" w:rsidRPr="00FE385F" w14:paraId="0CDCD559" w14:textId="77777777" w:rsidTr="00A95CD6">
        <w:trPr>
          <w:cantSplit/>
          <w:trHeight w:hRule="exact" w:val="4329"/>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3BB931E" w14:textId="56A8C277" w:rsidR="006331E0" w:rsidRPr="008E4A06" w:rsidRDefault="008E4A06" w:rsidP="00A95CD6">
            <w:pPr>
              <w:jc w:val="both"/>
              <w:rPr>
                <w:bCs/>
                <w:color w:val="BFBFBF" w:themeColor="background1" w:themeShade="BF"/>
                <w:szCs w:val="20"/>
              </w:rPr>
            </w:pPr>
            <w:r w:rsidRPr="008E4A06">
              <w:rPr>
                <w:bCs/>
                <w:color w:val="BFBFBF" w:themeColor="background1" w:themeShade="BF"/>
                <w:szCs w:val="20"/>
                <w:lang w:val="es-PY"/>
              </w:rPr>
              <w:t xml:space="preserve">Describen los aspectos en los que la carrera demuestra un nivel superior al esperado, innovaciones, buenas prácticas o resultados sobresalientes que contribuyen significativamente al logro del criterio de calidad. </w:t>
            </w:r>
            <w:r w:rsidRPr="008E4A06">
              <w:rPr>
                <w:bCs/>
                <w:color w:val="BFBFBF" w:themeColor="background1" w:themeShade="BF"/>
                <w:szCs w:val="20"/>
              </w:rPr>
              <w:t xml:space="preserve">No constituyen mero cumplimiento de los </w:t>
            </w:r>
            <w:r w:rsidR="00F44B33">
              <w:rPr>
                <w:bCs/>
                <w:color w:val="BFBFBF" w:themeColor="background1" w:themeShade="BF"/>
                <w:szCs w:val="20"/>
              </w:rPr>
              <w:t>Indicadores.</w:t>
            </w:r>
            <w:r w:rsidRPr="008E4A06">
              <w:rPr>
                <w:bCs/>
                <w:color w:val="BFBFBF" w:themeColor="background1" w:themeShade="BF"/>
                <w:szCs w:val="20"/>
              </w:rPr>
              <w:tab/>
            </w:r>
          </w:p>
          <w:p w14:paraId="1083603A" w14:textId="7596BB32" w:rsidR="006331E0" w:rsidRPr="008E4A06" w:rsidRDefault="006331E0" w:rsidP="00A95CD6">
            <w:pPr>
              <w:jc w:val="both"/>
              <w:rPr>
                <w:bCs/>
                <w:color w:val="BFBFBF" w:themeColor="background1" w:themeShade="BF"/>
                <w:szCs w:val="20"/>
              </w:rPr>
            </w:pPr>
          </w:p>
          <w:p w14:paraId="32985671" w14:textId="1938E879" w:rsidR="006331E0" w:rsidRPr="008E4A06" w:rsidRDefault="006331E0" w:rsidP="00A95CD6">
            <w:pPr>
              <w:jc w:val="both"/>
              <w:rPr>
                <w:bCs/>
                <w:color w:val="BFBFBF" w:themeColor="background1" w:themeShade="BF"/>
                <w:szCs w:val="20"/>
              </w:rPr>
            </w:pPr>
          </w:p>
          <w:p w14:paraId="373B1F02" w14:textId="72215A47" w:rsidR="006331E0" w:rsidRPr="008E4A06" w:rsidRDefault="006331E0" w:rsidP="00A95CD6">
            <w:pPr>
              <w:jc w:val="both"/>
              <w:rPr>
                <w:bCs/>
                <w:color w:val="BFBFBF" w:themeColor="background1" w:themeShade="BF"/>
                <w:szCs w:val="20"/>
              </w:rPr>
            </w:pPr>
          </w:p>
          <w:p w14:paraId="04914BBC" w14:textId="55131B2D" w:rsidR="006331E0" w:rsidRPr="008E4A06" w:rsidRDefault="006331E0" w:rsidP="00A95CD6">
            <w:pPr>
              <w:jc w:val="both"/>
              <w:rPr>
                <w:bCs/>
                <w:color w:val="BFBFBF" w:themeColor="background1" w:themeShade="BF"/>
                <w:szCs w:val="20"/>
              </w:rPr>
            </w:pPr>
          </w:p>
          <w:p w14:paraId="590669CF" w14:textId="422B9B50" w:rsidR="006331E0" w:rsidRPr="008E4A06" w:rsidRDefault="006331E0" w:rsidP="00A95CD6">
            <w:pPr>
              <w:jc w:val="both"/>
              <w:rPr>
                <w:bCs/>
                <w:color w:val="BFBFBF" w:themeColor="background1" w:themeShade="BF"/>
                <w:szCs w:val="20"/>
              </w:rPr>
            </w:pPr>
          </w:p>
          <w:p w14:paraId="1DF21711" w14:textId="6B6BBA32" w:rsidR="00430791" w:rsidRPr="008E4A06" w:rsidRDefault="00430791" w:rsidP="00A95CD6">
            <w:pPr>
              <w:jc w:val="both"/>
              <w:rPr>
                <w:bCs/>
                <w:color w:val="BFBFBF" w:themeColor="background1" w:themeShade="BF"/>
                <w:szCs w:val="20"/>
              </w:rPr>
            </w:pPr>
          </w:p>
          <w:p w14:paraId="1ED2F3E5" w14:textId="1DE3690B" w:rsidR="00430791" w:rsidRPr="008E4A06" w:rsidRDefault="00430791" w:rsidP="00A95CD6">
            <w:pPr>
              <w:jc w:val="both"/>
              <w:rPr>
                <w:bCs/>
                <w:color w:val="BFBFBF" w:themeColor="background1" w:themeShade="BF"/>
                <w:szCs w:val="20"/>
              </w:rPr>
            </w:pPr>
          </w:p>
          <w:p w14:paraId="38417E19" w14:textId="438F5A47" w:rsidR="00430791" w:rsidRPr="008E4A06" w:rsidRDefault="00430791" w:rsidP="00A95CD6">
            <w:pPr>
              <w:jc w:val="both"/>
              <w:rPr>
                <w:bCs/>
                <w:color w:val="BFBFBF" w:themeColor="background1" w:themeShade="BF"/>
                <w:szCs w:val="20"/>
              </w:rPr>
            </w:pPr>
          </w:p>
          <w:p w14:paraId="6D871D6C" w14:textId="7380AAF2" w:rsidR="00430791" w:rsidRPr="008E4A06" w:rsidRDefault="00430791" w:rsidP="00A95CD6">
            <w:pPr>
              <w:jc w:val="both"/>
              <w:rPr>
                <w:bCs/>
                <w:color w:val="BFBFBF" w:themeColor="background1" w:themeShade="BF"/>
                <w:szCs w:val="20"/>
              </w:rPr>
            </w:pPr>
          </w:p>
          <w:p w14:paraId="2A2B09B7" w14:textId="50207870" w:rsidR="00430791" w:rsidRPr="008E4A06" w:rsidRDefault="00430791" w:rsidP="00A95CD6">
            <w:pPr>
              <w:jc w:val="both"/>
              <w:rPr>
                <w:bCs/>
                <w:color w:val="BFBFBF" w:themeColor="background1" w:themeShade="BF"/>
                <w:szCs w:val="20"/>
              </w:rPr>
            </w:pPr>
          </w:p>
          <w:p w14:paraId="08B93B0E" w14:textId="451B3DCF" w:rsidR="00430791" w:rsidRPr="008E4A06" w:rsidRDefault="00430791" w:rsidP="00A95CD6">
            <w:pPr>
              <w:jc w:val="both"/>
              <w:rPr>
                <w:bCs/>
                <w:color w:val="BFBFBF" w:themeColor="background1" w:themeShade="BF"/>
                <w:szCs w:val="20"/>
              </w:rPr>
            </w:pPr>
          </w:p>
          <w:p w14:paraId="411F111B" w14:textId="5FE009A8" w:rsidR="00430791" w:rsidRPr="008E4A06" w:rsidRDefault="00430791" w:rsidP="00A95CD6">
            <w:pPr>
              <w:jc w:val="both"/>
              <w:rPr>
                <w:bCs/>
                <w:color w:val="BFBFBF" w:themeColor="background1" w:themeShade="BF"/>
                <w:szCs w:val="20"/>
              </w:rPr>
            </w:pPr>
          </w:p>
          <w:p w14:paraId="30DF4B7F" w14:textId="01601C56" w:rsidR="00430791" w:rsidRPr="008E4A06" w:rsidRDefault="00430791" w:rsidP="00A95CD6">
            <w:pPr>
              <w:jc w:val="both"/>
              <w:rPr>
                <w:bCs/>
                <w:color w:val="BFBFBF" w:themeColor="background1" w:themeShade="BF"/>
                <w:szCs w:val="20"/>
              </w:rPr>
            </w:pPr>
          </w:p>
          <w:p w14:paraId="5F2BB082" w14:textId="77777777" w:rsidR="00430791" w:rsidRPr="008E4A06" w:rsidRDefault="00430791" w:rsidP="00A95CD6">
            <w:pPr>
              <w:jc w:val="both"/>
              <w:rPr>
                <w:bCs/>
                <w:color w:val="BFBFBF" w:themeColor="background1" w:themeShade="BF"/>
                <w:szCs w:val="20"/>
              </w:rPr>
            </w:pPr>
          </w:p>
          <w:p w14:paraId="767A7BBB" w14:textId="53E9B6A2" w:rsidR="006331E0" w:rsidRPr="008E4A06" w:rsidRDefault="006331E0" w:rsidP="00A95CD6">
            <w:pPr>
              <w:jc w:val="both"/>
              <w:rPr>
                <w:bCs/>
                <w:color w:val="BFBFBF" w:themeColor="background1" w:themeShade="BF"/>
                <w:szCs w:val="20"/>
              </w:rPr>
            </w:pPr>
          </w:p>
          <w:p w14:paraId="1CBEF7C5" w14:textId="77777777" w:rsidR="006331E0" w:rsidRPr="008E4A06" w:rsidRDefault="006331E0" w:rsidP="00A95CD6">
            <w:pPr>
              <w:jc w:val="both"/>
              <w:rPr>
                <w:bCs/>
                <w:color w:val="BFBFBF" w:themeColor="background1" w:themeShade="BF"/>
                <w:szCs w:val="20"/>
              </w:rPr>
            </w:pPr>
          </w:p>
        </w:tc>
        <w:tc>
          <w:tcPr>
            <w:tcW w:w="4678" w:type="dxa"/>
            <w:tcBorders>
              <w:top w:val="single" w:sz="6" w:space="0" w:color="000000"/>
              <w:left w:val="single" w:sz="6" w:space="0" w:color="000000"/>
              <w:bottom w:val="single" w:sz="6" w:space="0" w:color="000000"/>
              <w:right w:val="single" w:sz="6" w:space="0" w:color="000000"/>
            </w:tcBorders>
          </w:tcPr>
          <w:p w14:paraId="34B6F5AB" w14:textId="63363378" w:rsidR="006331E0" w:rsidRPr="008E4A06" w:rsidRDefault="008E4A06" w:rsidP="00A95CD6">
            <w:pPr>
              <w:jc w:val="both"/>
              <w:rPr>
                <w:bCs/>
                <w:color w:val="BFBFBF" w:themeColor="background1" w:themeShade="BF"/>
                <w:szCs w:val="20"/>
                <w:lang w:val="es-PY"/>
              </w:rPr>
            </w:pPr>
            <w:r w:rsidRPr="008E4A06">
              <w:rPr>
                <w:bCs/>
                <w:color w:val="BFBFBF" w:themeColor="background1" w:themeShade="BF"/>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6F75435D" w14:textId="77777777" w:rsidR="006331E0" w:rsidRPr="008E4A06" w:rsidRDefault="006331E0" w:rsidP="00A95CD6">
            <w:pPr>
              <w:jc w:val="both"/>
              <w:rPr>
                <w:bCs/>
                <w:color w:val="BFBFBF" w:themeColor="background1" w:themeShade="BF"/>
                <w:szCs w:val="20"/>
                <w:lang w:val="es-PY"/>
              </w:rPr>
            </w:pPr>
          </w:p>
          <w:p w14:paraId="058B2ED5" w14:textId="77777777" w:rsidR="006331E0" w:rsidRPr="008E4A06" w:rsidRDefault="006331E0" w:rsidP="00A95CD6">
            <w:pPr>
              <w:jc w:val="both"/>
              <w:rPr>
                <w:bCs/>
                <w:color w:val="BFBFBF" w:themeColor="background1" w:themeShade="BF"/>
                <w:szCs w:val="20"/>
                <w:lang w:val="es-PY"/>
              </w:rPr>
            </w:pPr>
          </w:p>
          <w:p w14:paraId="09C333D2" w14:textId="77777777" w:rsidR="006331E0" w:rsidRPr="008E4A06" w:rsidRDefault="006331E0" w:rsidP="00A95CD6">
            <w:pPr>
              <w:jc w:val="both"/>
              <w:rPr>
                <w:bCs/>
                <w:color w:val="BFBFBF" w:themeColor="background1" w:themeShade="BF"/>
                <w:szCs w:val="20"/>
                <w:lang w:val="es-PY"/>
              </w:rPr>
            </w:pPr>
          </w:p>
          <w:p w14:paraId="5F5ED9E5" w14:textId="77777777" w:rsidR="006331E0" w:rsidRPr="008E4A06" w:rsidRDefault="006331E0" w:rsidP="00A95CD6">
            <w:pPr>
              <w:jc w:val="both"/>
              <w:rPr>
                <w:bCs/>
                <w:color w:val="BFBFBF" w:themeColor="background1" w:themeShade="BF"/>
                <w:szCs w:val="20"/>
                <w:lang w:val="es-PY"/>
              </w:rPr>
            </w:pPr>
          </w:p>
          <w:p w14:paraId="4DACBD22" w14:textId="77777777" w:rsidR="006331E0" w:rsidRPr="008E4A06" w:rsidRDefault="006331E0" w:rsidP="00A95CD6">
            <w:pPr>
              <w:jc w:val="both"/>
              <w:rPr>
                <w:bCs/>
                <w:color w:val="BFBFBF" w:themeColor="background1" w:themeShade="BF"/>
                <w:szCs w:val="20"/>
                <w:lang w:val="es-PY"/>
              </w:rPr>
            </w:pPr>
          </w:p>
          <w:p w14:paraId="47CFE04D" w14:textId="54DA16E2" w:rsidR="006331E0" w:rsidRPr="008E4A06" w:rsidRDefault="006331E0" w:rsidP="00A95CD6">
            <w:pPr>
              <w:jc w:val="both"/>
              <w:rPr>
                <w:bCs/>
                <w:color w:val="BFBFBF" w:themeColor="background1" w:themeShade="BF"/>
                <w:szCs w:val="20"/>
                <w:lang w:val="es-PY"/>
              </w:rPr>
            </w:pPr>
          </w:p>
        </w:tc>
      </w:tr>
      <w:tr w:rsidR="000C6B7D" w14:paraId="625A53D8" w14:textId="77777777" w:rsidTr="00920BB3">
        <w:trPr>
          <w:cantSplit/>
          <w:trHeight w:hRule="exact" w:val="369"/>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9BAE7C6" w14:textId="77777777" w:rsidR="000C6B7D" w:rsidRPr="00735EB3" w:rsidRDefault="00E26089">
            <w:pPr>
              <w:jc w:val="center"/>
              <w:rPr>
                <w:szCs w:val="20"/>
              </w:rPr>
            </w:pPr>
            <w:proofErr w:type="spellStart"/>
            <w:r w:rsidRPr="00735EB3">
              <w:rPr>
                <w:b/>
                <w:color w:val="000000"/>
                <w:szCs w:val="20"/>
              </w:rPr>
              <w:t>Oportunidades</w:t>
            </w:r>
            <w:proofErr w:type="spellEnd"/>
            <w:r w:rsidRPr="00735EB3">
              <w:rPr>
                <w:b/>
                <w:color w:val="000000"/>
                <w:szCs w:val="20"/>
              </w:rPr>
              <w:t xml:space="preserve"> de </w:t>
            </w:r>
            <w:proofErr w:type="spellStart"/>
            <w:r w:rsidRPr="00735EB3">
              <w:rPr>
                <w:b/>
                <w:color w:val="000000"/>
                <w:szCs w:val="20"/>
              </w:rPr>
              <w:t>Mejora</w:t>
            </w:r>
            <w:proofErr w:type="spellEnd"/>
          </w:p>
        </w:tc>
      </w:tr>
      <w:tr w:rsidR="002820E3" w:rsidRPr="00FE385F" w14:paraId="2FBF68DB" w14:textId="77777777" w:rsidTr="00A95CD6">
        <w:trPr>
          <w:cantSplit/>
          <w:trHeight w:hRule="exact" w:val="7459"/>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B5C364A" w14:textId="77777777" w:rsidR="008E4A06" w:rsidRPr="008E4A06" w:rsidRDefault="008E4A06" w:rsidP="008E4A06">
            <w:pPr>
              <w:jc w:val="both"/>
              <w:rPr>
                <w:bCs/>
                <w:color w:val="BFBFBF" w:themeColor="background1" w:themeShade="BF"/>
                <w:szCs w:val="20"/>
                <w:lang w:val="es-PY"/>
              </w:rPr>
            </w:pPr>
            <w:r w:rsidRPr="008E4A06">
              <w:rPr>
                <w:bCs/>
                <w:color w:val="BFBFBF" w:themeColor="background1" w:themeShade="BF"/>
                <w:szCs w:val="20"/>
                <w:lang w:val="es-PY"/>
              </w:rPr>
              <w:t>Las oportunidades de mejoras deben:</w:t>
            </w:r>
          </w:p>
          <w:p w14:paraId="5B9B7758" w14:textId="77777777" w:rsidR="008E4A06" w:rsidRPr="008E4A06" w:rsidRDefault="008E4A06" w:rsidP="008E4A06">
            <w:pPr>
              <w:jc w:val="both"/>
              <w:rPr>
                <w:bCs/>
                <w:color w:val="BFBFBF" w:themeColor="background1" w:themeShade="BF"/>
                <w:szCs w:val="20"/>
                <w:lang w:val="es-PY"/>
              </w:rPr>
            </w:pPr>
            <w:r w:rsidRPr="008E4A06">
              <w:rPr>
                <w:bCs/>
                <w:color w:val="BFBFBF" w:themeColor="background1" w:themeShade="BF"/>
                <w:szCs w:val="20"/>
                <w:lang w:val="es-PY"/>
              </w:rPr>
              <w:t>•</w:t>
            </w:r>
            <w:r w:rsidRPr="008E4A06">
              <w:rPr>
                <w:bCs/>
                <w:color w:val="BFBFBF" w:themeColor="background1" w:themeShade="BF"/>
                <w:szCs w:val="20"/>
                <w:lang w:val="es-PY"/>
              </w:rPr>
              <w:tab/>
              <w:t>Estar directamente vinculadas con las debilidades o hallazgos identificados.</w:t>
            </w:r>
          </w:p>
          <w:p w14:paraId="763E493A" w14:textId="77777777" w:rsidR="008E4A06" w:rsidRPr="008E4A06" w:rsidRDefault="008E4A06" w:rsidP="008E4A06">
            <w:pPr>
              <w:jc w:val="both"/>
              <w:rPr>
                <w:bCs/>
                <w:color w:val="BFBFBF" w:themeColor="background1" w:themeShade="BF"/>
                <w:szCs w:val="20"/>
                <w:lang w:val="es-PY"/>
              </w:rPr>
            </w:pPr>
            <w:r w:rsidRPr="008E4A06">
              <w:rPr>
                <w:bCs/>
                <w:color w:val="BFBFBF" w:themeColor="background1" w:themeShade="BF"/>
                <w:szCs w:val="20"/>
                <w:lang w:val="es-PY"/>
              </w:rPr>
              <w:t>•</w:t>
            </w:r>
            <w:r w:rsidRPr="008E4A06">
              <w:rPr>
                <w:bCs/>
                <w:color w:val="BFBFBF" w:themeColor="background1" w:themeShade="BF"/>
                <w:szCs w:val="20"/>
                <w:lang w:val="es-PY"/>
              </w:rPr>
              <w:tab/>
              <w:t>Ser viables y pertinentes en el marco del contexto institucional.</w:t>
            </w:r>
          </w:p>
          <w:p w14:paraId="4E8C233E" w14:textId="77777777" w:rsidR="008E4A06" w:rsidRPr="008E4A06" w:rsidRDefault="008E4A06" w:rsidP="008E4A06">
            <w:pPr>
              <w:jc w:val="both"/>
              <w:rPr>
                <w:bCs/>
                <w:color w:val="BFBFBF" w:themeColor="background1" w:themeShade="BF"/>
                <w:szCs w:val="20"/>
                <w:lang w:val="es-PY"/>
              </w:rPr>
            </w:pPr>
            <w:r w:rsidRPr="008E4A06">
              <w:rPr>
                <w:bCs/>
                <w:color w:val="BFBFBF" w:themeColor="background1" w:themeShade="BF"/>
                <w:szCs w:val="20"/>
                <w:lang w:val="es-PY"/>
              </w:rPr>
              <w:t>•</w:t>
            </w:r>
            <w:r w:rsidRPr="008E4A06">
              <w:rPr>
                <w:bCs/>
                <w:color w:val="BFBFBF" w:themeColor="background1" w:themeShade="BF"/>
                <w:szCs w:val="20"/>
                <w:lang w:val="es-PY"/>
              </w:rPr>
              <w:tab/>
              <w:t>Orientar hacia la consolidación de procesos de mejora continua.</w:t>
            </w:r>
          </w:p>
          <w:p w14:paraId="7130CE06" w14:textId="77777777" w:rsidR="008E4A06" w:rsidRPr="008E4A06" w:rsidRDefault="008E4A06" w:rsidP="008E4A06">
            <w:pPr>
              <w:jc w:val="both"/>
              <w:rPr>
                <w:bCs/>
                <w:color w:val="BFBFBF" w:themeColor="background1" w:themeShade="BF"/>
                <w:szCs w:val="20"/>
                <w:lang w:val="es-PY"/>
              </w:rPr>
            </w:pPr>
            <w:r w:rsidRPr="008E4A06">
              <w:rPr>
                <w:bCs/>
                <w:color w:val="BFBFBF" w:themeColor="background1" w:themeShade="BF"/>
                <w:szCs w:val="20"/>
                <w:lang w:val="es-PY"/>
              </w:rPr>
              <w:t>•</w:t>
            </w:r>
            <w:r w:rsidRPr="008E4A06">
              <w:rPr>
                <w:bCs/>
                <w:color w:val="BFBFBF" w:themeColor="background1" w:themeShade="BF"/>
                <w:szCs w:val="20"/>
                <w:lang w:val="es-PY"/>
              </w:rPr>
              <w:tab/>
              <w:t>Evitar generalidades o apreciaciones vagas, ofreciendo lineamientos claros para la planificación estratégica.</w:t>
            </w:r>
          </w:p>
          <w:p w14:paraId="6A137582" w14:textId="785CA779" w:rsidR="00430791" w:rsidRPr="008E4A06" w:rsidRDefault="008E4A06" w:rsidP="008E4A06">
            <w:pPr>
              <w:jc w:val="both"/>
              <w:rPr>
                <w:b/>
                <w:color w:val="BFBFBF" w:themeColor="background1" w:themeShade="BF"/>
                <w:szCs w:val="20"/>
                <w:lang w:val="es-PY"/>
              </w:rPr>
            </w:pPr>
            <w:r w:rsidRPr="008E4A06">
              <w:rPr>
                <w:bCs/>
                <w:color w:val="BFBFBF" w:themeColor="background1" w:themeShade="BF"/>
                <w:szCs w:val="20"/>
                <w:lang w:val="es-PY"/>
              </w:rPr>
              <w:t xml:space="preserve">Estas recomendaciones complementan los resultados, ya que no solo describen la situación </w:t>
            </w:r>
            <w:r w:rsidRPr="008E4A06">
              <w:rPr>
                <w:b/>
                <w:color w:val="BFBFBF" w:themeColor="background1" w:themeShade="BF"/>
                <w:szCs w:val="20"/>
                <w:lang w:val="es-PY"/>
              </w:rPr>
              <w:t>encontrada, sino que también proyectan acciones posibles para avanzar hacia niveles superiores de calidad.</w:t>
            </w:r>
          </w:p>
          <w:p w14:paraId="4E5F5E38" w14:textId="77777777" w:rsidR="00430791" w:rsidRPr="008E4A06" w:rsidRDefault="00430791" w:rsidP="00A95CD6">
            <w:pPr>
              <w:jc w:val="both"/>
              <w:rPr>
                <w:b/>
                <w:color w:val="BFBFBF" w:themeColor="background1" w:themeShade="BF"/>
                <w:szCs w:val="20"/>
                <w:lang w:val="es-PY"/>
              </w:rPr>
            </w:pPr>
          </w:p>
          <w:p w14:paraId="181C775F" w14:textId="171C3794" w:rsidR="00430791" w:rsidRPr="008E4A06" w:rsidRDefault="00430791" w:rsidP="00A95CD6">
            <w:pPr>
              <w:jc w:val="both"/>
              <w:rPr>
                <w:b/>
                <w:color w:val="000000"/>
                <w:szCs w:val="20"/>
                <w:lang w:val="es-PY"/>
              </w:rPr>
            </w:pPr>
          </w:p>
          <w:p w14:paraId="308CE7DB" w14:textId="28A79427" w:rsidR="00430791" w:rsidRPr="008E4A06" w:rsidRDefault="00430791" w:rsidP="00A95CD6">
            <w:pPr>
              <w:jc w:val="both"/>
              <w:rPr>
                <w:b/>
                <w:color w:val="000000"/>
                <w:szCs w:val="20"/>
                <w:lang w:val="es-PY"/>
              </w:rPr>
            </w:pPr>
          </w:p>
          <w:p w14:paraId="3FEB5C9B" w14:textId="77777777" w:rsidR="00430791" w:rsidRPr="008E4A06" w:rsidRDefault="00430791" w:rsidP="00A95CD6">
            <w:pPr>
              <w:jc w:val="both"/>
              <w:rPr>
                <w:b/>
                <w:color w:val="000000"/>
                <w:szCs w:val="20"/>
                <w:lang w:val="es-PY"/>
              </w:rPr>
            </w:pPr>
          </w:p>
          <w:p w14:paraId="4DE0CED7" w14:textId="3305E652" w:rsidR="00430791" w:rsidRPr="008E4A06" w:rsidRDefault="00430791" w:rsidP="00A95CD6">
            <w:pPr>
              <w:jc w:val="both"/>
              <w:rPr>
                <w:b/>
                <w:color w:val="000000"/>
                <w:szCs w:val="20"/>
                <w:lang w:val="es-PY"/>
              </w:rPr>
            </w:pPr>
          </w:p>
          <w:p w14:paraId="0461AD36" w14:textId="323EA6CB" w:rsidR="00430791" w:rsidRPr="008E4A06" w:rsidRDefault="00430791" w:rsidP="00A95CD6">
            <w:pPr>
              <w:jc w:val="both"/>
              <w:rPr>
                <w:b/>
                <w:color w:val="000000"/>
                <w:szCs w:val="20"/>
                <w:lang w:val="es-PY"/>
              </w:rPr>
            </w:pPr>
          </w:p>
          <w:p w14:paraId="289179BD" w14:textId="77777777" w:rsidR="00430791" w:rsidRPr="008E4A06" w:rsidRDefault="00430791" w:rsidP="00A95CD6">
            <w:pPr>
              <w:jc w:val="both"/>
              <w:rPr>
                <w:b/>
                <w:color w:val="000000"/>
                <w:szCs w:val="20"/>
                <w:lang w:val="es-PY"/>
              </w:rPr>
            </w:pPr>
          </w:p>
          <w:p w14:paraId="7B1E1B8A" w14:textId="4D13759E" w:rsidR="00430791" w:rsidRPr="008E4A06" w:rsidRDefault="00430791" w:rsidP="00A95CD6">
            <w:pPr>
              <w:jc w:val="both"/>
              <w:rPr>
                <w:b/>
                <w:color w:val="000000"/>
                <w:szCs w:val="20"/>
                <w:lang w:val="es-PY"/>
              </w:rPr>
            </w:pPr>
          </w:p>
          <w:p w14:paraId="7E940B3B" w14:textId="107FD8AA" w:rsidR="00430791" w:rsidRPr="008E4A06" w:rsidRDefault="00430791" w:rsidP="00A95CD6">
            <w:pPr>
              <w:jc w:val="both"/>
              <w:rPr>
                <w:b/>
                <w:color w:val="000000"/>
                <w:szCs w:val="20"/>
                <w:lang w:val="es-PY"/>
              </w:rPr>
            </w:pPr>
          </w:p>
          <w:p w14:paraId="13A7998C" w14:textId="1FBA54A5" w:rsidR="00430791" w:rsidRPr="008E4A06" w:rsidRDefault="00430791" w:rsidP="00A95CD6">
            <w:pPr>
              <w:jc w:val="both"/>
              <w:rPr>
                <w:b/>
                <w:color w:val="000000"/>
                <w:szCs w:val="20"/>
                <w:lang w:val="es-PY"/>
              </w:rPr>
            </w:pPr>
          </w:p>
          <w:p w14:paraId="4A4E0E0A" w14:textId="2F7D7624" w:rsidR="00430791" w:rsidRPr="008E4A06" w:rsidRDefault="00430791" w:rsidP="00A95CD6">
            <w:pPr>
              <w:jc w:val="both"/>
              <w:rPr>
                <w:b/>
                <w:color w:val="000000"/>
                <w:szCs w:val="20"/>
                <w:lang w:val="es-PY"/>
              </w:rPr>
            </w:pPr>
          </w:p>
          <w:p w14:paraId="7B2A1B1E" w14:textId="195F3826" w:rsidR="00430791" w:rsidRPr="008E4A06" w:rsidRDefault="00430791" w:rsidP="00A95CD6">
            <w:pPr>
              <w:jc w:val="both"/>
              <w:rPr>
                <w:b/>
                <w:color w:val="000000"/>
                <w:szCs w:val="20"/>
                <w:lang w:val="es-PY"/>
              </w:rPr>
            </w:pPr>
          </w:p>
          <w:p w14:paraId="74F9D328" w14:textId="2F269F11" w:rsidR="00430791" w:rsidRPr="008E4A06" w:rsidRDefault="00430791" w:rsidP="00A95CD6">
            <w:pPr>
              <w:jc w:val="both"/>
              <w:rPr>
                <w:b/>
                <w:color w:val="000000"/>
                <w:szCs w:val="20"/>
                <w:lang w:val="es-PY"/>
              </w:rPr>
            </w:pPr>
          </w:p>
          <w:p w14:paraId="4D57D851" w14:textId="77777777" w:rsidR="002820E3" w:rsidRPr="008E4A06" w:rsidRDefault="002820E3" w:rsidP="00A95CD6">
            <w:pPr>
              <w:jc w:val="both"/>
              <w:rPr>
                <w:b/>
                <w:color w:val="000000"/>
                <w:szCs w:val="20"/>
                <w:lang w:val="es-PY"/>
              </w:rPr>
            </w:pPr>
          </w:p>
          <w:p w14:paraId="64158FCA" w14:textId="77777777" w:rsidR="002820E3" w:rsidRPr="008E4A06" w:rsidRDefault="002820E3" w:rsidP="00A95CD6">
            <w:pPr>
              <w:jc w:val="both"/>
              <w:rPr>
                <w:b/>
                <w:color w:val="000000"/>
                <w:szCs w:val="20"/>
                <w:lang w:val="es-PY"/>
              </w:rPr>
            </w:pPr>
          </w:p>
          <w:p w14:paraId="12949277" w14:textId="77777777" w:rsidR="002820E3" w:rsidRPr="008E4A06" w:rsidRDefault="002820E3" w:rsidP="00A95CD6">
            <w:pPr>
              <w:jc w:val="both"/>
              <w:rPr>
                <w:b/>
                <w:color w:val="000000"/>
                <w:szCs w:val="20"/>
                <w:lang w:val="es-PY"/>
              </w:rPr>
            </w:pPr>
          </w:p>
          <w:p w14:paraId="346F5DF1" w14:textId="77777777" w:rsidR="002820E3" w:rsidRPr="008E4A06" w:rsidRDefault="002820E3" w:rsidP="00A95CD6">
            <w:pPr>
              <w:jc w:val="both"/>
              <w:rPr>
                <w:b/>
                <w:color w:val="000000"/>
                <w:szCs w:val="20"/>
                <w:lang w:val="es-PY"/>
              </w:rPr>
            </w:pPr>
          </w:p>
          <w:p w14:paraId="03C2EF5F" w14:textId="77777777" w:rsidR="002820E3" w:rsidRPr="008E4A06" w:rsidRDefault="002820E3" w:rsidP="00A95CD6">
            <w:pPr>
              <w:jc w:val="both"/>
              <w:rPr>
                <w:b/>
                <w:color w:val="000000"/>
                <w:szCs w:val="20"/>
                <w:lang w:val="es-PY"/>
              </w:rPr>
            </w:pPr>
          </w:p>
          <w:p w14:paraId="2141493E" w14:textId="77777777" w:rsidR="002820E3" w:rsidRPr="008E4A06" w:rsidRDefault="002820E3" w:rsidP="00A95CD6">
            <w:pPr>
              <w:jc w:val="both"/>
              <w:rPr>
                <w:b/>
                <w:color w:val="000000"/>
                <w:szCs w:val="20"/>
                <w:lang w:val="es-PY"/>
              </w:rPr>
            </w:pPr>
          </w:p>
          <w:p w14:paraId="7DB713B8" w14:textId="77777777" w:rsidR="002820E3" w:rsidRPr="008E4A06" w:rsidRDefault="002820E3" w:rsidP="00A95CD6">
            <w:pPr>
              <w:jc w:val="both"/>
              <w:rPr>
                <w:b/>
                <w:color w:val="000000"/>
                <w:szCs w:val="20"/>
                <w:lang w:val="es-PY"/>
              </w:rPr>
            </w:pPr>
          </w:p>
          <w:p w14:paraId="07018B87" w14:textId="77777777" w:rsidR="002820E3" w:rsidRPr="008E4A06" w:rsidRDefault="002820E3" w:rsidP="00A95CD6">
            <w:pPr>
              <w:jc w:val="both"/>
              <w:rPr>
                <w:b/>
                <w:color w:val="000000"/>
                <w:szCs w:val="20"/>
                <w:lang w:val="es-PY"/>
              </w:rPr>
            </w:pPr>
          </w:p>
          <w:p w14:paraId="31EFDC9C" w14:textId="77777777" w:rsidR="002820E3" w:rsidRPr="008E4A06" w:rsidRDefault="002820E3" w:rsidP="00A95CD6">
            <w:pPr>
              <w:jc w:val="both"/>
              <w:rPr>
                <w:b/>
                <w:color w:val="000000"/>
                <w:szCs w:val="20"/>
                <w:lang w:val="es-PY"/>
              </w:rPr>
            </w:pPr>
          </w:p>
          <w:p w14:paraId="2F56CB3B" w14:textId="61526B6B" w:rsidR="002820E3" w:rsidRPr="008E4A06" w:rsidRDefault="002820E3" w:rsidP="00A95CD6">
            <w:pPr>
              <w:jc w:val="both"/>
              <w:rPr>
                <w:b/>
                <w:color w:val="000000"/>
                <w:szCs w:val="20"/>
                <w:lang w:val="es-PY"/>
              </w:rPr>
            </w:pPr>
          </w:p>
        </w:tc>
      </w:tr>
    </w:tbl>
    <w:p w14:paraId="1F59692F" w14:textId="77777777" w:rsidR="000C6B7D" w:rsidRPr="008E4A06" w:rsidRDefault="00E26089">
      <w:pPr>
        <w:rPr>
          <w:lang w:val="es-PY"/>
        </w:rPr>
      </w:pPr>
      <w:r w:rsidRPr="008E4A06">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FE385F" w14:paraId="569C257F" w14:textId="77777777" w:rsidTr="00920BB3">
        <w:trPr>
          <w:cantSplit/>
          <w:trHeight w:hRule="exact" w:val="446"/>
          <w:tblHeader/>
          <w:jc w:val="center"/>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77777777" w:rsidR="000C6B7D" w:rsidRPr="00E26089" w:rsidRDefault="00E26089">
            <w:pPr>
              <w:rPr>
                <w:lang w:val="es-PY"/>
              </w:rPr>
            </w:pPr>
            <w:r w:rsidRPr="00E26089">
              <w:rPr>
                <w:b/>
                <w:color w:val="FFFFFF"/>
                <w:lang w:val="es-PY"/>
              </w:rPr>
              <w:lastRenderedPageBreak/>
              <w:t>DIMENSIÓN 2. PROYECTO ACADÉMICO Y FORMACIÓN PROFESIONAL</w:t>
            </w:r>
          </w:p>
        </w:tc>
      </w:tr>
      <w:tr w:rsidR="000C6B7D" w14:paraId="1F090D5C" w14:textId="77777777" w:rsidTr="00920BB3">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920BB3">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0C6B7D" w:rsidRPr="00FE385F" w14:paraId="510DA82C" w14:textId="77777777" w:rsidTr="00FE385F">
        <w:trPr>
          <w:cantSplit/>
          <w:trHeight w:val="45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2A4E62" w14:textId="752C83B2" w:rsidR="000C6B7D" w:rsidRPr="005D12D8" w:rsidRDefault="00C509F1">
            <w:pPr>
              <w:jc w:val="center"/>
              <w:rPr>
                <w:lang w:val="es-PY"/>
              </w:rPr>
            </w:pPr>
            <w:r w:rsidRPr="00A7376B">
              <w:rPr>
                <w:b/>
                <w:color w:val="000000"/>
                <w:lang w:val="es-PY"/>
              </w:rPr>
              <w:t xml:space="preserve">Pertinencia del diseño curricular y metodológico en </w:t>
            </w:r>
            <w:r w:rsidR="00A7376B" w:rsidRPr="00A7376B">
              <w:rPr>
                <w:b/>
                <w:color w:val="000000"/>
                <w:lang w:val="es-PY"/>
              </w:rPr>
              <w:t>relación</w:t>
            </w:r>
            <w:r w:rsidRPr="00A7376B">
              <w:rPr>
                <w:b/>
                <w:color w:val="000000"/>
                <w:lang w:val="es-PY"/>
              </w:rPr>
              <w:t xml:space="preserve"> con el ámbito profesional del programa</w:t>
            </w:r>
            <w:r w:rsidR="00E26089" w:rsidRPr="00E26089">
              <w:rPr>
                <w:b/>
                <w:color w:val="FF0000"/>
                <w:lang w:val="es-PY"/>
              </w:rPr>
              <w:br/>
            </w:r>
            <w:r w:rsidR="00E26089"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0DABD1" w14:textId="77777777" w:rsidR="000C6B7D" w:rsidRPr="00E26089" w:rsidRDefault="00E26089">
            <w:pPr>
              <w:jc w:val="both"/>
              <w:rPr>
                <w:lang w:val="es-PY"/>
              </w:rPr>
            </w:pPr>
            <w:r w:rsidRPr="00E26089">
              <w:rPr>
                <w:color w:val="000000"/>
                <w:lang w:val="es-PY"/>
              </w:rPr>
              <w:t>a. El programa desarrolla competencias avanzadas alineadas con los requerimientos actuales del campo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D8553D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ED873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69206B" w14:textId="77777777" w:rsidR="000C6B7D" w:rsidRPr="005D12D8" w:rsidRDefault="000C6B7D">
            <w:pPr>
              <w:jc w:val="center"/>
              <w:rPr>
                <w:lang w:val="es-PY"/>
              </w:rPr>
            </w:pPr>
          </w:p>
        </w:tc>
      </w:tr>
      <w:tr w:rsidR="000C6B7D" w:rsidRPr="00FE385F" w14:paraId="2DD43C3B" w14:textId="77777777" w:rsidTr="00FE385F">
        <w:trPr>
          <w:cantSplit/>
          <w:trHeight w:val="46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F9913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443CF9" w14:textId="77777777" w:rsidR="000C6B7D" w:rsidRPr="00E26089" w:rsidRDefault="00E26089">
            <w:pPr>
              <w:jc w:val="both"/>
              <w:rPr>
                <w:lang w:val="es-PY"/>
              </w:rPr>
            </w:pPr>
            <w:r w:rsidRPr="00E26089">
              <w:rPr>
                <w:color w:val="000000"/>
                <w:lang w:val="es-PY"/>
              </w:rPr>
              <w:t>b. Los trabajos finales abordan problemáticas relevantes del ámbito profesional específico.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E4086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2433FB"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EB2416" w14:textId="77777777" w:rsidR="000C6B7D" w:rsidRPr="005D12D8" w:rsidRDefault="000C6B7D">
            <w:pPr>
              <w:jc w:val="center"/>
              <w:rPr>
                <w:lang w:val="es-PY"/>
              </w:rPr>
            </w:pPr>
          </w:p>
        </w:tc>
      </w:tr>
      <w:tr w:rsidR="000C6B7D" w:rsidRPr="00FE385F" w14:paraId="3ECAC2FD" w14:textId="77777777" w:rsidTr="00FE385F">
        <w:trPr>
          <w:cantSplit/>
          <w:trHeight w:val="43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76DEA"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E0729E" w14:textId="77777777" w:rsidR="000C6B7D" w:rsidRPr="00E26089" w:rsidRDefault="00E26089">
            <w:pPr>
              <w:jc w:val="both"/>
              <w:rPr>
                <w:lang w:val="es-PY"/>
              </w:rPr>
            </w:pPr>
            <w:r w:rsidRPr="00E26089">
              <w:rPr>
                <w:color w:val="000000"/>
                <w:lang w:val="es-PY"/>
              </w:rPr>
              <w:t>c. Se incorpora la participación de actores del entorno profesional en el diseño, la actualización o la evaluación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99CB40"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17246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DC4834" w14:textId="77777777" w:rsidR="000C6B7D" w:rsidRPr="005D12D8" w:rsidRDefault="000C6B7D">
            <w:pPr>
              <w:jc w:val="center"/>
              <w:rPr>
                <w:lang w:val="es-PY"/>
              </w:rPr>
            </w:pPr>
          </w:p>
        </w:tc>
      </w:tr>
      <w:tr w:rsidR="000C6B7D" w:rsidRPr="00FE385F" w14:paraId="7496626D" w14:textId="77777777" w:rsidTr="00FE385F">
        <w:trPr>
          <w:cantSplit/>
          <w:trHeight w:val="4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A7446C"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894E9" w14:textId="77777777" w:rsidR="000C6B7D" w:rsidRPr="00E26089" w:rsidRDefault="00E26089">
            <w:pPr>
              <w:jc w:val="both"/>
              <w:rPr>
                <w:lang w:val="es-PY"/>
              </w:rPr>
            </w:pPr>
            <w:r w:rsidRPr="00E26089">
              <w:rPr>
                <w:color w:val="000000"/>
                <w:lang w:val="es-PY"/>
              </w:rPr>
              <w:t>d. La formación profesional responde a demandas, tendencias o desafíos identificados en el campo laboral y profesional específico.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7598E4"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77526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A0D84A" w14:textId="77777777" w:rsidR="000C6B7D" w:rsidRPr="005D12D8" w:rsidRDefault="000C6B7D">
            <w:pPr>
              <w:jc w:val="center"/>
              <w:rPr>
                <w:lang w:val="es-PY"/>
              </w:rPr>
            </w:pPr>
          </w:p>
        </w:tc>
      </w:tr>
      <w:tr w:rsidR="000C6B7D" w:rsidRPr="00FE385F" w14:paraId="1EB607DC" w14:textId="77777777" w:rsidTr="00FE385F">
        <w:trPr>
          <w:cantSplit/>
          <w:trHeight w:val="42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4ADDBE"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299C75" w14:textId="77777777" w:rsidR="000C6B7D" w:rsidRPr="00E26089" w:rsidRDefault="00E26089">
            <w:pPr>
              <w:jc w:val="both"/>
              <w:rPr>
                <w:lang w:val="es-PY"/>
              </w:rPr>
            </w:pPr>
            <w:r w:rsidRPr="00E26089">
              <w:rPr>
                <w:color w:val="000000"/>
                <w:lang w:val="es-PY"/>
              </w:rPr>
              <w:t>e. La formación integra prácticas, proyectos u otras experiencias contextualizadas en escenarios reales del campo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643DE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A865AB"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513048" w14:textId="77777777" w:rsidR="000C6B7D" w:rsidRPr="005D12D8" w:rsidRDefault="000C6B7D">
            <w:pPr>
              <w:jc w:val="center"/>
              <w:rPr>
                <w:lang w:val="es-PY"/>
              </w:rPr>
            </w:pPr>
          </w:p>
        </w:tc>
      </w:tr>
      <w:tr w:rsidR="000C6B7D" w:rsidRPr="00FE385F" w14:paraId="083D16BC" w14:textId="77777777" w:rsidTr="00920BB3">
        <w:trPr>
          <w:cantSplit/>
          <w:trHeight w:hRule="exact" w:val="44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48584442"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D3F80CC" w14:textId="77777777" w:rsidR="000C6B7D" w:rsidRPr="00E26089" w:rsidRDefault="000C6B7D">
            <w:pPr>
              <w:jc w:val="center"/>
              <w:rPr>
                <w:lang w:val="es-PY"/>
              </w:rPr>
            </w:pPr>
          </w:p>
        </w:tc>
      </w:tr>
      <w:tr w:rsidR="000C6B7D" w14:paraId="2CC066E9" w14:textId="77777777" w:rsidTr="00920BB3">
        <w:trPr>
          <w:cantSplit/>
          <w:trHeight w:hRule="exact" w:val="662"/>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0C6B7D" w14:paraId="4ACFA10F" w14:textId="77777777" w:rsidTr="00735EB3">
        <w:trPr>
          <w:cantSplit/>
          <w:trHeight w:hRule="exact" w:val="713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C38B52F" w14:textId="77777777" w:rsidR="000C6B7D" w:rsidRDefault="000C6B7D"/>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68BC349" w14:textId="77777777" w:rsidR="000C6B7D" w:rsidRDefault="000C6B7D"/>
        </w:tc>
      </w:tr>
    </w:tbl>
    <w:p w14:paraId="1A62989D" w14:textId="77777777" w:rsidR="000C6B7D" w:rsidRDefault="00E26089">
      <w:r>
        <w:br w:type="page"/>
      </w:r>
    </w:p>
    <w:p w14:paraId="064D538F" w14:textId="6CAA5879"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27E6BA6A" w14:textId="77777777" w:rsidTr="00920BB3">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920BB3">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0C6B7D" w:rsidRPr="00FE385F" w14:paraId="0D8F2D59" w14:textId="77777777" w:rsidTr="00FE385F">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20AB6" w14:textId="7D8FD9A5" w:rsidR="000C6B7D" w:rsidRPr="005D12D8" w:rsidRDefault="00E26089">
            <w:pPr>
              <w:jc w:val="center"/>
              <w:rPr>
                <w:lang w:val="es-PY"/>
              </w:rPr>
            </w:pPr>
            <w:r w:rsidRPr="00E26089">
              <w:rPr>
                <w:b/>
                <w:color w:val="000000"/>
                <w:lang w:val="es-PY"/>
              </w:rPr>
              <w:t>Eficacia del acompañamie</w:t>
            </w:r>
            <w:r w:rsidR="00184518">
              <w:rPr>
                <w:b/>
                <w:color w:val="000000"/>
                <w:lang w:val="es-PY"/>
              </w:rPr>
              <w:t xml:space="preserve">nto al proceso </w:t>
            </w:r>
            <w:r w:rsidR="00A35521">
              <w:rPr>
                <w:b/>
                <w:color w:val="000000"/>
                <w:lang w:val="es-PY"/>
              </w:rPr>
              <w:t>de trabajo final</w:t>
            </w:r>
            <w:r w:rsidRPr="00E26089">
              <w:rPr>
                <w:b/>
                <w:color w:val="FF0000"/>
                <w:lang w:val="es-PY"/>
              </w:rPr>
              <w:br/>
            </w:r>
            <w:r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51A9E8" w14:textId="30A30219" w:rsidR="000C6B7D" w:rsidRPr="00E26089" w:rsidRDefault="00E26089">
            <w:pPr>
              <w:jc w:val="both"/>
              <w:rPr>
                <w:lang w:val="es-PY"/>
              </w:rPr>
            </w:pPr>
            <w:r w:rsidRPr="00E26089">
              <w:rPr>
                <w:color w:val="000000"/>
                <w:lang w:val="es-PY"/>
              </w:rPr>
              <w:t>a. Existe un sistema formal de asignación de asesores y seguimiento de t</w:t>
            </w:r>
            <w:r w:rsidR="00C13E5D">
              <w:rPr>
                <w:color w:val="000000"/>
                <w:lang w:val="es-PY"/>
              </w:rPr>
              <w:t>rabajo final</w:t>
            </w:r>
            <w:r w:rsidR="006D6FF2">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EFEF30"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B7F055"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BDC4D" w14:textId="77777777" w:rsidR="000C6B7D" w:rsidRPr="005D12D8" w:rsidRDefault="000C6B7D">
            <w:pPr>
              <w:jc w:val="center"/>
              <w:rPr>
                <w:lang w:val="es-PY"/>
              </w:rPr>
            </w:pPr>
          </w:p>
        </w:tc>
      </w:tr>
      <w:tr w:rsidR="000C6B7D" w:rsidRPr="00FE385F" w14:paraId="7D718C81" w14:textId="77777777" w:rsidTr="00FE385F">
        <w:trPr>
          <w:cantSplit/>
          <w:trHeight w:val="3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B6BB9"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0817B" w14:textId="77777777" w:rsidR="000C6B7D" w:rsidRPr="00E26089" w:rsidRDefault="00E26089">
            <w:pPr>
              <w:jc w:val="both"/>
              <w:rPr>
                <w:lang w:val="es-PY"/>
              </w:rPr>
            </w:pPr>
            <w:r w:rsidRPr="00E26089">
              <w:rPr>
                <w:color w:val="000000"/>
                <w:lang w:val="es-PY"/>
              </w:rPr>
              <w:t>b. Los asesores cuentan con experiencia en investigación y formación de posgrado.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42D64"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6E29C5"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455F9B" w14:textId="77777777" w:rsidR="000C6B7D" w:rsidRPr="005D12D8" w:rsidRDefault="000C6B7D">
            <w:pPr>
              <w:jc w:val="center"/>
              <w:rPr>
                <w:lang w:val="es-PY"/>
              </w:rPr>
            </w:pPr>
          </w:p>
        </w:tc>
      </w:tr>
      <w:tr w:rsidR="000C6B7D" w:rsidRPr="00FE385F" w14:paraId="3FF51506" w14:textId="77777777" w:rsidTr="00FE385F">
        <w:trPr>
          <w:cantSplit/>
          <w:trHeight w:val="38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2830D8"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E68B3D" w14:textId="77777777" w:rsidR="000C6B7D" w:rsidRPr="00E26089" w:rsidRDefault="00E26089">
            <w:pPr>
              <w:jc w:val="both"/>
              <w:rPr>
                <w:lang w:val="es-PY"/>
              </w:rPr>
            </w:pPr>
            <w:r w:rsidRPr="00E26089">
              <w:rPr>
                <w:color w:val="00000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78628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69885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9FAE79" w14:textId="77777777" w:rsidR="000C6B7D" w:rsidRPr="005D12D8" w:rsidRDefault="000C6B7D">
            <w:pPr>
              <w:jc w:val="center"/>
              <w:rPr>
                <w:lang w:val="es-PY"/>
              </w:rPr>
            </w:pPr>
          </w:p>
        </w:tc>
      </w:tr>
      <w:tr w:rsidR="000C6B7D" w:rsidRPr="00FE385F" w14:paraId="731669DA" w14:textId="77777777" w:rsidTr="00FE385F">
        <w:trPr>
          <w:cantSplit/>
          <w:trHeight w:val="36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346271"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B16C08" w14:textId="1DCDB0D1" w:rsidR="000C6B7D" w:rsidRPr="00E26089" w:rsidRDefault="00E26089">
            <w:pPr>
              <w:jc w:val="both"/>
              <w:rPr>
                <w:lang w:val="es-PY"/>
              </w:rPr>
            </w:pPr>
            <w:r w:rsidRPr="00E26089">
              <w:rPr>
                <w:color w:val="000000"/>
                <w:lang w:val="es-PY"/>
              </w:rPr>
              <w:t xml:space="preserve">d. </w:t>
            </w:r>
            <w:r w:rsidR="00BF4058">
              <w:rPr>
                <w:color w:val="000000"/>
                <w:lang w:val="es-PY"/>
              </w:rPr>
              <w:t xml:space="preserve">El acompañamiento </w:t>
            </w:r>
            <w:r w:rsidR="00EF1B84">
              <w:rPr>
                <w:color w:val="000000"/>
                <w:lang w:val="es-PY"/>
              </w:rPr>
              <w:t>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A46B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C7FC8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3082CB" w14:textId="77777777" w:rsidR="000C6B7D" w:rsidRPr="005D12D8" w:rsidRDefault="000C6B7D">
            <w:pPr>
              <w:jc w:val="center"/>
              <w:rPr>
                <w:lang w:val="es-PY"/>
              </w:rPr>
            </w:pPr>
          </w:p>
        </w:tc>
      </w:tr>
      <w:tr w:rsidR="000C6B7D" w:rsidRPr="00FE385F" w14:paraId="178E297A" w14:textId="77777777" w:rsidTr="00FE385F">
        <w:trPr>
          <w:cantSplit/>
          <w:trHeight w:val="35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E7D4A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D6835C" w14:textId="224D67B4" w:rsidR="000C6B7D" w:rsidRPr="00E26089" w:rsidRDefault="00E26089">
            <w:pPr>
              <w:jc w:val="both"/>
              <w:rPr>
                <w:lang w:val="es-PY"/>
              </w:rPr>
            </w:pPr>
            <w:r w:rsidRPr="00E26089">
              <w:rPr>
                <w:color w:val="000000"/>
                <w:lang w:val="es-PY"/>
              </w:rPr>
              <w:t>e. Se desarrollan espacios formativos para fortalecer competencias investigativas</w:t>
            </w:r>
            <w:r w:rsidR="00730907">
              <w:rPr>
                <w:color w:val="000000"/>
                <w:lang w:val="es-PY"/>
              </w:rPr>
              <w:t xml:space="preserve"> en 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7A0E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93D92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E8702" w14:textId="77777777" w:rsidR="000C6B7D" w:rsidRPr="005D12D8" w:rsidRDefault="000C6B7D">
            <w:pPr>
              <w:jc w:val="center"/>
              <w:rPr>
                <w:lang w:val="es-PY"/>
              </w:rPr>
            </w:pPr>
          </w:p>
        </w:tc>
      </w:tr>
      <w:tr w:rsidR="000C6B7D" w:rsidRPr="00FE385F" w14:paraId="24FEA589" w14:textId="77777777" w:rsidTr="00920BB3">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43D9E751"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98BD888" w14:textId="77777777" w:rsidR="000C6B7D" w:rsidRPr="00E26089" w:rsidRDefault="000C6B7D">
            <w:pPr>
              <w:jc w:val="center"/>
              <w:rPr>
                <w:lang w:val="es-PY"/>
              </w:rPr>
            </w:pPr>
          </w:p>
        </w:tc>
      </w:tr>
      <w:tr w:rsidR="000C6B7D" w14:paraId="608F9EB9" w14:textId="77777777" w:rsidTr="00920BB3">
        <w:trPr>
          <w:cantSplit/>
          <w:trHeight w:hRule="exact" w:val="44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735EB3">
        <w:trPr>
          <w:cantSplit/>
          <w:trHeight w:hRule="exact" w:val="78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C9099C" w14:textId="77777777" w:rsidR="000C6B7D" w:rsidRDefault="000C6B7D"/>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825673" w14:textId="77777777" w:rsidR="000C6B7D" w:rsidRDefault="000C6B7D"/>
        </w:tc>
      </w:tr>
    </w:tbl>
    <w:p w14:paraId="0A70C11D" w14:textId="5EE77634" w:rsidR="000C6B7D" w:rsidRDefault="000C6B7D"/>
    <w:tbl>
      <w:tblPr>
        <w:tblW w:w="0" w:type="auto"/>
        <w:tblLayout w:type="fixed"/>
        <w:tblLook w:val="04A0" w:firstRow="1" w:lastRow="0" w:firstColumn="1" w:lastColumn="0" w:noHBand="0" w:noVBand="1"/>
      </w:tblPr>
      <w:tblGrid>
        <w:gridCol w:w="4678"/>
        <w:gridCol w:w="4678"/>
      </w:tblGrid>
      <w:tr w:rsidR="00E40931" w:rsidRPr="00FE385F"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14:paraId="22215511" w14:textId="77777777" w:rsidTr="00A95CD6">
        <w:trPr>
          <w:cantSplit/>
          <w:trHeight w:hRule="exact" w:val="5621"/>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C9A895" w14:textId="77777777" w:rsidR="00E40931" w:rsidRDefault="00E40931" w:rsidP="00A95CD6">
            <w:pPr>
              <w:jc w:val="both"/>
              <w:rPr>
                <w:b/>
                <w:color w:val="000000"/>
              </w:rPr>
            </w:pPr>
          </w:p>
          <w:p w14:paraId="62553B10" w14:textId="77777777" w:rsidR="00E40931" w:rsidRDefault="00E40931" w:rsidP="00A95CD6">
            <w:pPr>
              <w:jc w:val="both"/>
              <w:rPr>
                <w:b/>
                <w:color w:val="000000"/>
              </w:rPr>
            </w:pPr>
          </w:p>
          <w:p w14:paraId="7AC7B3F8" w14:textId="77777777" w:rsidR="00E40931" w:rsidRDefault="00E40931" w:rsidP="00A95CD6">
            <w:pPr>
              <w:jc w:val="both"/>
              <w:rPr>
                <w:b/>
                <w:color w:val="000000"/>
              </w:rPr>
            </w:pPr>
          </w:p>
          <w:p w14:paraId="5A502528" w14:textId="77777777" w:rsidR="00E40931" w:rsidRDefault="00E40931" w:rsidP="00A95CD6">
            <w:pPr>
              <w:jc w:val="both"/>
              <w:rPr>
                <w:b/>
                <w:color w:val="000000"/>
              </w:rPr>
            </w:pPr>
          </w:p>
          <w:p w14:paraId="4FAE574E" w14:textId="77777777" w:rsidR="00E40931" w:rsidRDefault="00E40931" w:rsidP="00A95CD6">
            <w:pPr>
              <w:jc w:val="both"/>
              <w:rPr>
                <w:b/>
                <w:color w:val="000000"/>
              </w:rPr>
            </w:pPr>
          </w:p>
          <w:p w14:paraId="6E583B20" w14:textId="77777777" w:rsidR="00E40931" w:rsidRDefault="00E40931" w:rsidP="00A95CD6">
            <w:pPr>
              <w:jc w:val="both"/>
              <w:rPr>
                <w:b/>
                <w:color w:val="000000"/>
              </w:rPr>
            </w:pPr>
          </w:p>
          <w:p w14:paraId="49E13B20" w14:textId="77777777" w:rsidR="00E40931" w:rsidRDefault="00E40931" w:rsidP="00A95CD6">
            <w:pPr>
              <w:jc w:val="both"/>
              <w:rPr>
                <w:b/>
                <w:color w:val="000000"/>
              </w:rPr>
            </w:pPr>
          </w:p>
          <w:p w14:paraId="60A6283E" w14:textId="77777777" w:rsidR="00E40931" w:rsidRDefault="00E40931" w:rsidP="00A95CD6">
            <w:pPr>
              <w:jc w:val="both"/>
              <w:rPr>
                <w:b/>
                <w:color w:val="000000"/>
              </w:rPr>
            </w:pPr>
          </w:p>
          <w:p w14:paraId="6162C8C2" w14:textId="77777777" w:rsidR="00E40931" w:rsidRDefault="00E40931" w:rsidP="00A95CD6">
            <w:pPr>
              <w:jc w:val="both"/>
              <w:rPr>
                <w:b/>
                <w:color w:val="000000"/>
              </w:rPr>
            </w:pPr>
          </w:p>
          <w:p w14:paraId="25BCAC72" w14:textId="77777777" w:rsidR="00E40931" w:rsidRDefault="00E40931" w:rsidP="00A95CD6">
            <w:pPr>
              <w:jc w:val="both"/>
              <w:rPr>
                <w:b/>
                <w:color w:val="000000"/>
              </w:rPr>
            </w:pPr>
          </w:p>
          <w:p w14:paraId="52304F74" w14:textId="77777777" w:rsidR="00E40931" w:rsidRDefault="00E40931" w:rsidP="00A95CD6">
            <w:pPr>
              <w:jc w:val="both"/>
              <w:rPr>
                <w:b/>
                <w:color w:val="000000"/>
              </w:rPr>
            </w:pPr>
          </w:p>
          <w:p w14:paraId="2264FE44" w14:textId="77777777" w:rsidR="00E40931" w:rsidRDefault="00E40931" w:rsidP="00A95CD6">
            <w:pPr>
              <w:jc w:val="both"/>
              <w:rPr>
                <w:b/>
                <w:color w:val="000000"/>
              </w:rPr>
            </w:pPr>
          </w:p>
          <w:p w14:paraId="177B4A7A" w14:textId="77777777" w:rsidR="00E40931" w:rsidRDefault="00E40931" w:rsidP="00A95CD6">
            <w:pPr>
              <w:jc w:val="both"/>
              <w:rPr>
                <w:b/>
                <w:color w:val="000000"/>
              </w:rPr>
            </w:pPr>
          </w:p>
          <w:p w14:paraId="6FE4E0A4" w14:textId="77777777" w:rsidR="00E40931" w:rsidRDefault="00E40931" w:rsidP="00A95CD6">
            <w:pPr>
              <w:jc w:val="both"/>
              <w:rPr>
                <w:b/>
                <w:color w:val="000000"/>
              </w:rPr>
            </w:pPr>
          </w:p>
          <w:p w14:paraId="3A8AE7DE" w14:textId="77777777" w:rsidR="00E40931" w:rsidRDefault="00E40931" w:rsidP="00A95CD6">
            <w:pPr>
              <w:jc w:val="both"/>
              <w:rPr>
                <w:b/>
                <w:color w:val="000000"/>
              </w:rPr>
            </w:pPr>
          </w:p>
          <w:p w14:paraId="7DEE05E3" w14:textId="77777777" w:rsidR="00E40931" w:rsidRDefault="00E40931" w:rsidP="00A95CD6">
            <w:pPr>
              <w:jc w:val="both"/>
              <w:rPr>
                <w:b/>
                <w:color w:val="000000"/>
              </w:rPr>
            </w:pPr>
          </w:p>
          <w:p w14:paraId="2F64D84A" w14:textId="77777777" w:rsidR="00E40931" w:rsidRDefault="00E40931" w:rsidP="00A95CD6">
            <w:pPr>
              <w:jc w:val="both"/>
              <w:rPr>
                <w:b/>
                <w:color w:val="000000"/>
              </w:rPr>
            </w:pPr>
          </w:p>
          <w:p w14:paraId="4ACA6E6B" w14:textId="77777777" w:rsidR="00E40931" w:rsidRDefault="00E40931" w:rsidP="00A95CD6">
            <w:pPr>
              <w:jc w:val="both"/>
              <w:rPr>
                <w:b/>
                <w:color w:val="000000"/>
              </w:rPr>
            </w:pPr>
          </w:p>
          <w:p w14:paraId="52FAC90D" w14:textId="0E413BC9" w:rsidR="00E40931" w:rsidRDefault="00E40931" w:rsidP="00A95CD6">
            <w:pPr>
              <w:jc w:val="both"/>
              <w:rPr>
                <w:b/>
                <w:color w:val="000000"/>
              </w:rPr>
            </w:pPr>
          </w:p>
          <w:p w14:paraId="779F34FB" w14:textId="31C06C68" w:rsidR="00877E2D" w:rsidRDefault="00877E2D" w:rsidP="00A95CD6">
            <w:pPr>
              <w:jc w:val="both"/>
              <w:rPr>
                <w:b/>
                <w:color w:val="000000"/>
              </w:rPr>
            </w:pPr>
          </w:p>
          <w:p w14:paraId="3E0BA8EC" w14:textId="605C4916" w:rsidR="00877E2D" w:rsidRDefault="00877E2D" w:rsidP="00A95CD6">
            <w:pPr>
              <w:jc w:val="both"/>
              <w:rPr>
                <w:b/>
                <w:color w:val="000000"/>
              </w:rPr>
            </w:pPr>
          </w:p>
          <w:p w14:paraId="4F6CCBA6" w14:textId="77777777" w:rsidR="00877E2D" w:rsidRDefault="00877E2D" w:rsidP="00A95CD6">
            <w:pPr>
              <w:jc w:val="both"/>
              <w:rPr>
                <w:b/>
                <w:color w:val="000000"/>
              </w:rPr>
            </w:pPr>
          </w:p>
          <w:p w14:paraId="79FFCAD1" w14:textId="77777777" w:rsidR="00E40931" w:rsidRDefault="00E40931" w:rsidP="00A95CD6">
            <w:pPr>
              <w:jc w:val="both"/>
              <w:rPr>
                <w:b/>
                <w:color w:val="000000"/>
              </w:rPr>
            </w:pPr>
          </w:p>
          <w:p w14:paraId="65149E9F" w14:textId="77777777" w:rsidR="00E40931" w:rsidRDefault="00E40931" w:rsidP="00A95CD6">
            <w:pPr>
              <w:jc w:val="both"/>
              <w:rPr>
                <w:b/>
                <w:color w:val="000000"/>
              </w:rPr>
            </w:pPr>
          </w:p>
          <w:p w14:paraId="63162CC6" w14:textId="5360B793" w:rsidR="00E40931" w:rsidRDefault="00E40931" w:rsidP="00A95CD6">
            <w:pPr>
              <w:jc w:val="both"/>
              <w:rPr>
                <w:b/>
                <w:color w:val="000000"/>
              </w:rPr>
            </w:pPr>
          </w:p>
          <w:p w14:paraId="406F6143" w14:textId="0BF31F89" w:rsidR="00E40931" w:rsidRDefault="00E40931" w:rsidP="00A95CD6">
            <w:pPr>
              <w:jc w:val="both"/>
              <w:rPr>
                <w:b/>
                <w:color w:val="000000"/>
              </w:rPr>
            </w:pPr>
          </w:p>
          <w:p w14:paraId="090D763B" w14:textId="647D7665" w:rsidR="00E40931" w:rsidRDefault="00E40931" w:rsidP="00A95CD6">
            <w:pPr>
              <w:jc w:val="both"/>
              <w:rPr>
                <w:b/>
                <w:color w:val="000000"/>
              </w:rPr>
            </w:pPr>
          </w:p>
          <w:p w14:paraId="3C33ED0A" w14:textId="2F196523" w:rsidR="00E40931" w:rsidRDefault="00E40931" w:rsidP="00A95CD6">
            <w:pPr>
              <w:jc w:val="both"/>
              <w:rPr>
                <w:b/>
                <w:color w:val="000000"/>
              </w:rPr>
            </w:pPr>
          </w:p>
          <w:p w14:paraId="7C49B4A5" w14:textId="77777777" w:rsidR="00E40931" w:rsidRDefault="00E40931" w:rsidP="00A95CD6">
            <w:pPr>
              <w:jc w:val="both"/>
              <w:rPr>
                <w:b/>
                <w:color w:val="000000"/>
              </w:rPr>
            </w:pPr>
          </w:p>
          <w:p w14:paraId="64C0A129" w14:textId="77777777" w:rsidR="00E40931" w:rsidRDefault="00E40931" w:rsidP="00A95CD6">
            <w:pPr>
              <w:jc w:val="both"/>
              <w:rPr>
                <w:b/>
                <w:color w:val="000000"/>
              </w:rPr>
            </w:pPr>
          </w:p>
          <w:p w14:paraId="4CF39E0D" w14:textId="77777777" w:rsidR="00E40931" w:rsidRDefault="00E40931" w:rsidP="00A95CD6">
            <w:pPr>
              <w:jc w:val="both"/>
              <w:rPr>
                <w:b/>
                <w:color w:val="000000"/>
              </w:rPr>
            </w:pPr>
          </w:p>
          <w:p w14:paraId="390331BD" w14:textId="77777777" w:rsidR="00E40931" w:rsidRDefault="00E40931" w:rsidP="00A95CD6">
            <w:pPr>
              <w:jc w:val="both"/>
              <w:rPr>
                <w:b/>
                <w:color w:val="000000"/>
              </w:rPr>
            </w:pPr>
          </w:p>
          <w:p w14:paraId="4A97F168" w14:textId="77777777" w:rsidR="00E40931" w:rsidRDefault="00E40931" w:rsidP="00A95CD6">
            <w:pPr>
              <w:jc w:val="both"/>
              <w:rPr>
                <w:b/>
                <w:color w:val="000000"/>
              </w:rPr>
            </w:pPr>
          </w:p>
          <w:p w14:paraId="42150324" w14:textId="77777777" w:rsidR="00E40931" w:rsidRDefault="00E40931" w:rsidP="00A95CD6">
            <w:pPr>
              <w:jc w:val="both"/>
              <w:rPr>
                <w:b/>
                <w:color w:val="000000"/>
              </w:rPr>
            </w:pPr>
          </w:p>
          <w:p w14:paraId="3B26462F" w14:textId="77777777" w:rsidR="00E40931" w:rsidRDefault="00E40931" w:rsidP="00A95CD6">
            <w:pPr>
              <w:jc w:val="both"/>
              <w:rPr>
                <w:b/>
                <w:color w:val="000000"/>
              </w:rPr>
            </w:pPr>
          </w:p>
          <w:p w14:paraId="465F4534" w14:textId="77777777" w:rsidR="00E40931" w:rsidRDefault="00E40931" w:rsidP="00A95CD6">
            <w:pPr>
              <w:jc w:val="both"/>
              <w:rPr>
                <w:b/>
                <w:color w:val="000000"/>
              </w:rPr>
            </w:pPr>
          </w:p>
          <w:p w14:paraId="4FEEA458" w14:textId="77777777" w:rsidR="00E40931" w:rsidRDefault="00E40931" w:rsidP="00A95CD6">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77777777" w:rsidR="00E40931" w:rsidRDefault="00E40931" w:rsidP="00A95CD6">
            <w:pPr>
              <w:jc w:val="both"/>
              <w:rPr>
                <w:b/>
                <w:color w:val="000000"/>
              </w:rPr>
            </w:pP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r>
              <w:rPr>
                <w:b/>
                <w:color w:val="000000"/>
              </w:rPr>
              <w:t>Oportunidades de mejora</w:t>
            </w:r>
          </w:p>
        </w:tc>
      </w:tr>
      <w:tr w:rsidR="00E66A21" w14:paraId="3E16A73A" w14:textId="77777777" w:rsidTr="00A95CD6">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1779D8D" w14:textId="77777777" w:rsidR="001E05D5" w:rsidRDefault="001E05D5" w:rsidP="00A95CD6">
            <w:pPr>
              <w:jc w:val="both"/>
              <w:rPr>
                <w:b/>
                <w:color w:val="000000"/>
              </w:rPr>
            </w:pPr>
          </w:p>
          <w:p w14:paraId="48DB3129" w14:textId="77777777" w:rsidR="001E05D5" w:rsidRDefault="001E05D5" w:rsidP="00A95CD6">
            <w:pPr>
              <w:jc w:val="both"/>
              <w:rPr>
                <w:b/>
                <w:color w:val="000000"/>
              </w:rPr>
            </w:pPr>
          </w:p>
          <w:p w14:paraId="0E22ECFF" w14:textId="77777777" w:rsidR="001E05D5" w:rsidRDefault="001E05D5" w:rsidP="00A95CD6">
            <w:pPr>
              <w:jc w:val="both"/>
              <w:rPr>
                <w:b/>
                <w:color w:val="000000"/>
              </w:rPr>
            </w:pPr>
          </w:p>
          <w:p w14:paraId="55B4339A" w14:textId="77777777" w:rsidR="00E66A21" w:rsidRDefault="00E66A21" w:rsidP="00A95CD6">
            <w:pPr>
              <w:jc w:val="both"/>
              <w:rPr>
                <w:b/>
                <w:color w:val="000000"/>
              </w:rPr>
            </w:pPr>
          </w:p>
          <w:p w14:paraId="2C21C4DC" w14:textId="77777777" w:rsidR="00E66A21" w:rsidRDefault="00E66A21" w:rsidP="00A95CD6">
            <w:pPr>
              <w:jc w:val="both"/>
              <w:rPr>
                <w:b/>
                <w:color w:val="000000"/>
              </w:rPr>
            </w:pPr>
          </w:p>
          <w:p w14:paraId="14B3420E" w14:textId="77777777" w:rsidR="00E66A21" w:rsidRDefault="00E66A21" w:rsidP="00A95CD6">
            <w:pPr>
              <w:jc w:val="both"/>
              <w:rPr>
                <w:b/>
                <w:color w:val="000000"/>
              </w:rPr>
            </w:pPr>
          </w:p>
          <w:p w14:paraId="784353FB" w14:textId="77777777" w:rsidR="00E66A21" w:rsidRDefault="00E66A21" w:rsidP="00A95CD6">
            <w:pPr>
              <w:jc w:val="both"/>
              <w:rPr>
                <w:b/>
                <w:color w:val="000000"/>
              </w:rPr>
            </w:pPr>
          </w:p>
          <w:p w14:paraId="0DDE9C7E" w14:textId="77777777" w:rsidR="00E66A21" w:rsidRDefault="00E66A21" w:rsidP="00A95CD6">
            <w:pPr>
              <w:jc w:val="both"/>
              <w:rPr>
                <w:b/>
                <w:color w:val="000000"/>
              </w:rPr>
            </w:pPr>
          </w:p>
          <w:p w14:paraId="4590F235" w14:textId="77777777" w:rsidR="00E66A21" w:rsidRDefault="00E66A21" w:rsidP="00A95CD6">
            <w:pPr>
              <w:jc w:val="both"/>
              <w:rPr>
                <w:b/>
                <w:color w:val="000000"/>
              </w:rPr>
            </w:pPr>
          </w:p>
          <w:p w14:paraId="3854BE97" w14:textId="77777777" w:rsidR="00E66A21" w:rsidRDefault="00E66A21" w:rsidP="00A95CD6">
            <w:pPr>
              <w:jc w:val="both"/>
              <w:rPr>
                <w:b/>
                <w:color w:val="000000"/>
              </w:rPr>
            </w:pPr>
          </w:p>
          <w:p w14:paraId="443E8925" w14:textId="77777777" w:rsidR="00E66A21" w:rsidRDefault="00E66A21" w:rsidP="00A95CD6">
            <w:pPr>
              <w:jc w:val="both"/>
              <w:rPr>
                <w:b/>
                <w:color w:val="000000"/>
              </w:rPr>
            </w:pPr>
          </w:p>
          <w:p w14:paraId="20651BF7" w14:textId="77777777" w:rsidR="00E66A21" w:rsidRDefault="00E66A21" w:rsidP="00A95CD6">
            <w:pPr>
              <w:jc w:val="both"/>
              <w:rPr>
                <w:b/>
                <w:color w:val="000000"/>
              </w:rPr>
            </w:pPr>
          </w:p>
          <w:p w14:paraId="16B94FC4" w14:textId="77777777" w:rsidR="00E66A21" w:rsidRDefault="00E66A21" w:rsidP="00A95CD6">
            <w:pPr>
              <w:jc w:val="both"/>
              <w:rPr>
                <w:b/>
                <w:color w:val="000000"/>
              </w:rPr>
            </w:pPr>
          </w:p>
          <w:p w14:paraId="500D1476" w14:textId="77777777" w:rsidR="00E66A21" w:rsidRDefault="00E66A21" w:rsidP="00A95CD6">
            <w:pPr>
              <w:jc w:val="both"/>
              <w:rPr>
                <w:b/>
                <w:color w:val="000000"/>
              </w:rPr>
            </w:pPr>
          </w:p>
          <w:p w14:paraId="6A5B7A3A" w14:textId="77777777" w:rsidR="00E66A21" w:rsidRDefault="00E66A21" w:rsidP="00A95CD6">
            <w:pPr>
              <w:jc w:val="both"/>
              <w:rPr>
                <w:b/>
                <w:color w:val="000000"/>
              </w:rPr>
            </w:pPr>
          </w:p>
          <w:p w14:paraId="38F89F10" w14:textId="77777777" w:rsidR="00E66A21" w:rsidRDefault="00E66A21" w:rsidP="00A95CD6">
            <w:pPr>
              <w:jc w:val="both"/>
              <w:rPr>
                <w:b/>
                <w:color w:val="000000"/>
              </w:rPr>
            </w:pPr>
          </w:p>
          <w:p w14:paraId="1B0684D6" w14:textId="77777777" w:rsidR="00E66A21" w:rsidRDefault="00E66A21" w:rsidP="00A95CD6">
            <w:pPr>
              <w:jc w:val="both"/>
              <w:rPr>
                <w:b/>
                <w:color w:val="000000"/>
              </w:rPr>
            </w:pPr>
          </w:p>
          <w:p w14:paraId="252AF3DE" w14:textId="77777777" w:rsidR="00E66A21" w:rsidRDefault="00E66A21" w:rsidP="00A95CD6">
            <w:pPr>
              <w:jc w:val="both"/>
              <w:rPr>
                <w:b/>
                <w:color w:val="000000"/>
              </w:rPr>
            </w:pPr>
          </w:p>
          <w:p w14:paraId="0312ADFE" w14:textId="77777777" w:rsidR="00E66A21" w:rsidRDefault="00E66A21" w:rsidP="00A95CD6">
            <w:pPr>
              <w:jc w:val="both"/>
              <w:rPr>
                <w:b/>
                <w:color w:val="000000"/>
              </w:rPr>
            </w:pPr>
          </w:p>
          <w:p w14:paraId="72D70639" w14:textId="77777777" w:rsidR="00E66A21" w:rsidRDefault="00E66A21" w:rsidP="00A95CD6">
            <w:pPr>
              <w:jc w:val="both"/>
              <w:rPr>
                <w:b/>
                <w:color w:val="000000"/>
              </w:rPr>
            </w:pPr>
          </w:p>
        </w:tc>
      </w:tr>
    </w:tbl>
    <w:p w14:paraId="3B95322F" w14:textId="77777777" w:rsidR="001E05D5" w:rsidRDefault="001E05D5"/>
    <w:tbl>
      <w:tblPr>
        <w:tblW w:w="0" w:type="auto"/>
        <w:jc w:val="center"/>
        <w:tblLayout w:type="fixed"/>
        <w:tblLook w:val="04A0" w:firstRow="1" w:lastRow="0" w:firstColumn="1" w:lastColumn="0" w:noHBand="0" w:noVBand="1"/>
      </w:tblPr>
      <w:tblGrid>
        <w:gridCol w:w="1962"/>
        <w:gridCol w:w="5330"/>
        <w:gridCol w:w="684"/>
        <w:gridCol w:w="684"/>
        <w:gridCol w:w="697"/>
      </w:tblGrid>
      <w:tr w:rsidR="005D12D8"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37A88EBC" w:rsidR="005D12D8" w:rsidRDefault="005D12D8" w:rsidP="005D12D8">
            <w:pPr>
              <w:rPr>
                <w:b/>
                <w:color w:val="000000"/>
              </w:rPr>
            </w:pPr>
            <w:r>
              <w:rPr>
                <w:b/>
                <w:color w:val="FFFFFF"/>
              </w:rPr>
              <w:t>DIMENSIÓN 3. COMUNIDAD ACADÉMICA</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0C6B7D" w:rsidRPr="00FE385F" w14:paraId="6C122D0D" w14:textId="77777777" w:rsidTr="00FE385F">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92A8C" w14:textId="009EA500" w:rsidR="000C6B7D" w:rsidRPr="005D12D8" w:rsidRDefault="00E26089">
            <w:pPr>
              <w:jc w:val="center"/>
              <w:rPr>
                <w:lang w:val="es-PY"/>
              </w:rPr>
            </w:pPr>
            <w:r w:rsidRPr="00E26089">
              <w:rPr>
                <w:b/>
                <w:color w:val="000000"/>
                <w:lang w:val="es-PY"/>
              </w:rPr>
              <w:t>Pertinencia del perfil</w:t>
            </w:r>
            <w:r w:rsidR="00D21897">
              <w:rPr>
                <w:b/>
                <w:color w:val="000000"/>
                <w:lang w:val="es-PY"/>
              </w:rPr>
              <w:t xml:space="preserve"> y desempeño del cuerpo docente</w:t>
            </w:r>
            <w:r w:rsidR="006D6FF2">
              <w:rPr>
                <w:b/>
                <w:color w:val="000000"/>
                <w:lang w:val="es-PY"/>
              </w:rPr>
              <w:t xml:space="preserve"> del programa</w:t>
            </w:r>
            <w:r w:rsidRPr="00E26089">
              <w:rPr>
                <w:b/>
                <w:color w:val="FF0000"/>
                <w:lang w:val="es-PY"/>
              </w:rPr>
              <w:br/>
            </w:r>
            <w:r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21113" w14:textId="7A3FA879" w:rsidR="000C6B7D" w:rsidRPr="00E26089" w:rsidRDefault="00E26089">
            <w:pPr>
              <w:jc w:val="both"/>
              <w:rPr>
                <w:lang w:val="es-PY"/>
              </w:rPr>
            </w:pPr>
            <w:r w:rsidRPr="00E26089">
              <w:rPr>
                <w:color w:val="000000"/>
                <w:lang w:val="es-PY"/>
              </w:rPr>
              <w:t xml:space="preserve">a. </w:t>
            </w:r>
            <w:r w:rsidR="00413BD2" w:rsidRPr="00413BD2">
              <w:rPr>
                <w:color w:val="000000"/>
                <w:lang w:val="es-PY"/>
              </w:rPr>
              <w:t>Los docentes cuentan con formación de posgrado y trayectoria académica o profesional vinculada con el campo de profundización de la maestría.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B60C66"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0680B2"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83E5C2" w14:textId="77777777" w:rsidR="000C6B7D" w:rsidRPr="005D12D8" w:rsidRDefault="000C6B7D">
            <w:pPr>
              <w:jc w:val="center"/>
              <w:rPr>
                <w:lang w:val="es-PY"/>
              </w:rPr>
            </w:pPr>
          </w:p>
        </w:tc>
      </w:tr>
      <w:tr w:rsidR="000C6B7D" w:rsidRPr="00FE385F" w14:paraId="689C8363" w14:textId="77777777" w:rsidTr="00FE385F">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E8E"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A1C789" w14:textId="097EB79D" w:rsidR="000C6B7D" w:rsidRPr="00E26089" w:rsidRDefault="00E26089" w:rsidP="00413BD2">
            <w:pPr>
              <w:tabs>
                <w:tab w:val="left" w:pos="87"/>
              </w:tabs>
              <w:jc w:val="both"/>
              <w:rPr>
                <w:lang w:val="es-PY"/>
              </w:rPr>
            </w:pPr>
            <w:r w:rsidRPr="00E26089">
              <w:rPr>
                <w:color w:val="000000"/>
                <w:lang w:val="es-PY"/>
              </w:rPr>
              <w:t xml:space="preserve">b. </w:t>
            </w:r>
            <w:r w:rsidR="00413BD2" w:rsidRPr="00413BD2">
              <w:rPr>
                <w:color w:val="000000"/>
                <w:lang w:val="es-PY"/>
              </w:rPr>
              <w:t>El cuerpo docente integra profesionales con experiencia especializada y participación en proyectos de investigación aplicada, innovación, consultoría o intervención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DDB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F579C8"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4DED7C" w14:textId="77777777" w:rsidR="000C6B7D" w:rsidRPr="005D12D8" w:rsidRDefault="000C6B7D">
            <w:pPr>
              <w:jc w:val="center"/>
              <w:rPr>
                <w:lang w:val="es-PY"/>
              </w:rPr>
            </w:pPr>
          </w:p>
        </w:tc>
      </w:tr>
      <w:tr w:rsidR="000C6B7D" w:rsidRPr="00FE385F" w14:paraId="3908D078" w14:textId="77777777" w:rsidTr="00FE385F">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6968E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EA03AB" w14:textId="738D3435" w:rsidR="000C6B7D" w:rsidRPr="00E26089" w:rsidRDefault="00E26089">
            <w:pPr>
              <w:jc w:val="both"/>
              <w:rPr>
                <w:lang w:val="es-PY"/>
              </w:rPr>
            </w:pPr>
            <w:r w:rsidRPr="00E26089">
              <w:rPr>
                <w:color w:val="000000"/>
                <w:lang w:val="es-PY"/>
              </w:rPr>
              <w:t xml:space="preserve">c. </w:t>
            </w:r>
            <w:r w:rsidR="00413BD2" w:rsidRPr="00413BD2">
              <w:rPr>
                <w:color w:val="000000"/>
                <w:lang w:val="es-PY"/>
              </w:rPr>
              <w:t>La composición del cuerpo docente responde a las áreas de profundización, los objetivos y la orientación profesionalizante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9B6ED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919E3"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62DEC4" w14:textId="77777777" w:rsidR="000C6B7D" w:rsidRPr="005D12D8" w:rsidRDefault="000C6B7D">
            <w:pPr>
              <w:jc w:val="center"/>
              <w:rPr>
                <w:lang w:val="es-PY"/>
              </w:rPr>
            </w:pPr>
          </w:p>
        </w:tc>
      </w:tr>
      <w:tr w:rsidR="000C6B7D" w:rsidRPr="00FE385F" w14:paraId="1481AED7" w14:textId="77777777" w:rsidTr="00FE385F">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3263D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2C57BE" w14:textId="19886E33" w:rsidR="000C6B7D" w:rsidRPr="00E26089" w:rsidRDefault="00E26089">
            <w:pPr>
              <w:jc w:val="both"/>
              <w:rPr>
                <w:lang w:val="es-PY"/>
              </w:rPr>
            </w:pPr>
            <w:r w:rsidRPr="00E26089">
              <w:rPr>
                <w:color w:val="000000"/>
                <w:lang w:val="es-PY"/>
              </w:rPr>
              <w:t xml:space="preserve">d. </w:t>
            </w:r>
            <w:r w:rsidR="00413BD2" w:rsidRPr="00413BD2">
              <w:rPr>
                <w:color w:val="000000"/>
                <w:lang w:val="es-PY"/>
              </w:rPr>
              <w:t>Los docentes desarrollan procesos de enseñanza que articulan conocimientos avanzados con el análisis y la resolución de problemas complejos del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2ECF70"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D8FD77"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809FDD" w14:textId="77777777" w:rsidR="000C6B7D" w:rsidRPr="005D12D8" w:rsidRDefault="000C6B7D">
            <w:pPr>
              <w:jc w:val="center"/>
              <w:rPr>
                <w:lang w:val="es-PY"/>
              </w:rPr>
            </w:pPr>
          </w:p>
        </w:tc>
      </w:tr>
      <w:tr w:rsidR="000C6B7D" w:rsidRPr="00FE385F" w14:paraId="72DD3509" w14:textId="77777777" w:rsidTr="00FE385F">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1D2181"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9B42EE" w14:textId="4FDE0182" w:rsidR="000C6B7D" w:rsidRPr="00E26089" w:rsidRDefault="00E26089">
            <w:pPr>
              <w:jc w:val="both"/>
              <w:rPr>
                <w:lang w:val="es-PY"/>
              </w:rPr>
            </w:pPr>
            <w:r w:rsidRPr="00E26089">
              <w:rPr>
                <w:color w:val="000000"/>
                <w:lang w:val="es-PY"/>
              </w:rPr>
              <w:t xml:space="preserve">e. </w:t>
            </w:r>
            <w:r w:rsidR="00413BD2" w:rsidRPr="00413BD2">
              <w:rPr>
                <w:color w:val="00000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6381F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7DFB4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1ED4FA" w14:textId="77777777" w:rsidR="000C6B7D" w:rsidRPr="005D12D8" w:rsidRDefault="000C6B7D">
            <w:pPr>
              <w:jc w:val="center"/>
              <w:rPr>
                <w:lang w:val="es-PY"/>
              </w:rPr>
            </w:pPr>
          </w:p>
        </w:tc>
      </w:tr>
      <w:tr w:rsidR="000C6B7D" w:rsidRPr="00FE385F" w14:paraId="4222B555" w14:textId="77777777" w:rsidTr="00491CF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2B489FA5"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C213CB5" w14:textId="77777777" w:rsidR="000C6B7D" w:rsidRPr="00E26089" w:rsidRDefault="000C6B7D">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4A78A4">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0F48BB9" w14:textId="77777777" w:rsidR="000C6B7D" w:rsidRDefault="000C6B7D"/>
          <w:p w14:paraId="3FF03481" w14:textId="77777777" w:rsidR="00877E2D" w:rsidRDefault="00877E2D"/>
          <w:p w14:paraId="11534FEB" w14:textId="77777777" w:rsidR="00877E2D" w:rsidRDefault="00877E2D"/>
          <w:p w14:paraId="28493A43" w14:textId="77777777" w:rsidR="00877E2D" w:rsidRDefault="00877E2D"/>
          <w:p w14:paraId="4A18133C" w14:textId="77777777" w:rsidR="00877E2D" w:rsidRDefault="00877E2D"/>
          <w:p w14:paraId="510BB7F4" w14:textId="77777777" w:rsidR="00877E2D" w:rsidRDefault="00877E2D"/>
          <w:p w14:paraId="2486A110" w14:textId="77777777" w:rsidR="00877E2D" w:rsidRDefault="00877E2D"/>
          <w:p w14:paraId="6176488D" w14:textId="77777777" w:rsidR="00877E2D" w:rsidRDefault="00877E2D"/>
          <w:p w14:paraId="1311AA17" w14:textId="77777777" w:rsidR="00877E2D" w:rsidRDefault="00877E2D"/>
          <w:p w14:paraId="30D711CF" w14:textId="77777777" w:rsidR="00877E2D" w:rsidRDefault="00877E2D"/>
          <w:p w14:paraId="49B30DA3" w14:textId="77777777" w:rsidR="00877E2D" w:rsidRDefault="00877E2D"/>
          <w:p w14:paraId="406BF51B" w14:textId="77777777" w:rsidR="00877E2D" w:rsidRDefault="00877E2D"/>
          <w:p w14:paraId="0389DB66" w14:textId="77777777" w:rsidR="00877E2D" w:rsidRDefault="00877E2D"/>
          <w:p w14:paraId="0D4101DC" w14:textId="77777777" w:rsidR="00877E2D" w:rsidRDefault="00877E2D"/>
          <w:p w14:paraId="6765FC84" w14:textId="77777777" w:rsidR="00877E2D" w:rsidRDefault="00877E2D"/>
          <w:p w14:paraId="50D31F53" w14:textId="77777777" w:rsidR="00877E2D" w:rsidRDefault="00877E2D"/>
          <w:p w14:paraId="2A2C2EF2" w14:textId="77777777" w:rsidR="00877E2D" w:rsidRDefault="00877E2D"/>
          <w:p w14:paraId="503DC415" w14:textId="77777777" w:rsidR="00877E2D" w:rsidRDefault="00877E2D"/>
          <w:p w14:paraId="25E4554D" w14:textId="77777777" w:rsidR="00877E2D" w:rsidRDefault="00877E2D"/>
          <w:p w14:paraId="4EE73B10" w14:textId="77777777" w:rsidR="00877E2D" w:rsidRDefault="00877E2D"/>
          <w:p w14:paraId="63064440" w14:textId="77777777" w:rsidR="00877E2D" w:rsidRDefault="00877E2D"/>
          <w:p w14:paraId="669D8CAD" w14:textId="77777777" w:rsidR="00877E2D" w:rsidRDefault="00877E2D"/>
          <w:p w14:paraId="1267C352" w14:textId="77777777" w:rsidR="00877E2D" w:rsidRDefault="00877E2D"/>
          <w:p w14:paraId="32C0B68B" w14:textId="77777777" w:rsidR="00877E2D" w:rsidRDefault="00877E2D"/>
          <w:p w14:paraId="5C7B5795" w14:textId="77777777" w:rsidR="00877E2D" w:rsidRDefault="00877E2D"/>
          <w:p w14:paraId="4557BCA7" w14:textId="77777777" w:rsidR="00877E2D" w:rsidRDefault="00877E2D"/>
          <w:p w14:paraId="3CE138B8" w14:textId="02DBCD18" w:rsidR="00877E2D" w:rsidRDefault="00877E2D"/>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49CC2D" w14:textId="77777777" w:rsidR="000C6B7D" w:rsidRDefault="000C6B7D"/>
        </w:tc>
      </w:tr>
    </w:tbl>
    <w:p w14:paraId="62078A57" w14:textId="77777777" w:rsidR="000C6B7D" w:rsidRDefault="00E26089">
      <w:r>
        <w:br w:type="page"/>
      </w:r>
    </w:p>
    <w:p w14:paraId="198C25AB" w14:textId="731EC9AA"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0F6E68F5" w14:textId="77777777" w:rsidTr="0080548E">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30D1124" w14:textId="16845D4A" w:rsidR="000C6B7D" w:rsidRPr="00877E2D" w:rsidRDefault="00EA7EEA">
            <w:pPr>
              <w:jc w:val="center"/>
              <w:rPr>
                <w:szCs w:val="20"/>
              </w:rPr>
            </w:pPr>
            <w:r w:rsidRPr="00877E2D">
              <w:rPr>
                <w:b/>
                <w:color w:val="000000"/>
                <w:szCs w:val="20"/>
              </w:rPr>
              <w:t>Criterio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57501F" w14:textId="77777777" w:rsidR="000C6B7D" w:rsidRPr="00877E2D" w:rsidRDefault="00E26089">
            <w:pPr>
              <w:jc w:val="center"/>
              <w:rPr>
                <w:szCs w:val="20"/>
              </w:rPr>
            </w:pPr>
            <w:r w:rsidRPr="00877E2D">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BA97806" w14:textId="77777777" w:rsidR="000C6B7D" w:rsidRPr="00877E2D" w:rsidRDefault="00E26089">
            <w:pPr>
              <w:jc w:val="center"/>
              <w:rPr>
                <w:szCs w:val="20"/>
              </w:rPr>
            </w:pPr>
            <w:r w:rsidRPr="00877E2D">
              <w:rPr>
                <w:b/>
                <w:color w:val="000000"/>
                <w:szCs w:val="20"/>
              </w:rPr>
              <w:t>Nivel de cumplimiento</w:t>
            </w:r>
          </w:p>
        </w:tc>
      </w:tr>
      <w:tr w:rsidR="000C6B7D" w14:paraId="340853A4" w14:textId="77777777" w:rsidTr="0080548E">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9BD2C43" w14:textId="77777777" w:rsidR="000C6B7D" w:rsidRPr="00877E2D"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957D518" w14:textId="77777777" w:rsidR="000C6B7D" w:rsidRPr="00877E2D"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996A987" w14:textId="77777777" w:rsidR="000C6B7D" w:rsidRPr="00877E2D" w:rsidRDefault="00E26089">
            <w:pPr>
              <w:jc w:val="center"/>
              <w:rPr>
                <w:szCs w:val="20"/>
              </w:rPr>
            </w:pPr>
            <w:r w:rsidRPr="00877E2D">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F24F2C" w14:textId="77777777" w:rsidR="000C6B7D" w:rsidRPr="00877E2D" w:rsidRDefault="00E26089">
            <w:pPr>
              <w:jc w:val="center"/>
              <w:rPr>
                <w:szCs w:val="20"/>
              </w:rPr>
            </w:pPr>
            <w:r w:rsidRPr="00877E2D">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D42E7E" w14:textId="77777777" w:rsidR="000C6B7D" w:rsidRPr="00877E2D" w:rsidRDefault="00E26089">
            <w:pPr>
              <w:jc w:val="center"/>
              <w:rPr>
                <w:szCs w:val="20"/>
              </w:rPr>
            </w:pPr>
            <w:r w:rsidRPr="00877E2D">
              <w:rPr>
                <w:b/>
                <w:color w:val="000000"/>
                <w:szCs w:val="20"/>
              </w:rPr>
              <w:t>NC</w:t>
            </w:r>
          </w:p>
        </w:tc>
      </w:tr>
      <w:tr w:rsidR="000C6B7D" w:rsidRPr="00FE385F" w14:paraId="6F1A72CB"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7D9970" w14:textId="6B19C92D" w:rsidR="000C6B7D" w:rsidRPr="00877E2D" w:rsidRDefault="00E26089">
            <w:pPr>
              <w:jc w:val="center"/>
              <w:rPr>
                <w:szCs w:val="20"/>
                <w:lang w:val="es-PY"/>
              </w:rPr>
            </w:pPr>
            <w:r w:rsidRPr="00877E2D">
              <w:rPr>
                <w:b/>
                <w:color w:val="000000"/>
                <w:szCs w:val="20"/>
                <w:lang w:val="es-PY"/>
              </w:rPr>
              <w:t>Eficacia del seguim</w:t>
            </w:r>
            <w:r w:rsidR="00EA7EEA" w:rsidRPr="00877E2D">
              <w:rPr>
                <w:b/>
                <w:color w:val="000000"/>
                <w:szCs w:val="20"/>
                <w:lang w:val="es-PY"/>
              </w:rPr>
              <w:t xml:space="preserve">iento y apoyo a los </w:t>
            </w:r>
            <w:r w:rsidR="0044515B">
              <w:rPr>
                <w:b/>
                <w:color w:val="000000"/>
                <w:szCs w:val="20"/>
                <w:lang w:val="es-PY"/>
              </w:rPr>
              <w:t>participantes</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7435E0" w14:textId="3AE7C1B6" w:rsidR="000C6B7D" w:rsidRPr="00877E2D" w:rsidRDefault="00E26089">
            <w:pPr>
              <w:jc w:val="both"/>
              <w:rPr>
                <w:szCs w:val="20"/>
                <w:lang w:val="es-PY"/>
              </w:rPr>
            </w:pPr>
            <w:r w:rsidRPr="00877E2D">
              <w:rPr>
                <w:color w:val="000000"/>
                <w:szCs w:val="20"/>
                <w:lang w:val="es-PY"/>
              </w:rPr>
              <w:t xml:space="preserve">a. </w:t>
            </w:r>
            <w:r w:rsidR="00F86281" w:rsidRPr="00F86281">
              <w:rPr>
                <w:color w:val="000000"/>
                <w:szCs w:val="20"/>
                <w:lang w:val="es-PY"/>
              </w:rPr>
              <w:t xml:space="preserve">Se aplican mecanismos de seguimiento de la trayectoria académica de los </w:t>
            </w:r>
            <w:r w:rsidR="0044515B">
              <w:rPr>
                <w:color w:val="000000"/>
                <w:szCs w:val="20"/>
                <w:lang w:val="es-PY"/>
              </w:rPr>
              <w:t>participante</w:t>
            </w:r>
            <w:r w:rsidR="00F86281" w:rsidRPr="00F86281">
              <w:rPr>
                <w:color w:val="000000"/>
                <w:szCs w:val="20"/>
                <w:lang w:val="es-PY"/>
              </w:rPr>
              <w:t>s para favorecer su permanencia y egreso oportuno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CA8F" w14:textId="77777777" w:rsidR="000C6B7D" w:rsidRPr="00877E2D" w:rsidRDefault="000C6B7D">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BEB746" w14:textId="77777777" w:rsidR="000C6B7D" w:rsidRPr="00877E2D" w:rsidRDefault="000C6B7D">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289E4C7" w14:textId="77777777" w:rsidR="000C6B7D" w:rsidRPr="00877E2D" w:rsidRDefault="000C6B7D">
            <w:pPr>
              <w:jc w:val="center"/>
              <w:rPr>
                <w:szCs w:val="20"/>
                <w:lang w:val="es-PY"/>
              </w:rPr>
            </w:pPr>
          </w:p>
        </w:tc>
      </w:tr>
      <w:tr w:rsidR="000C6B7D" w:rsidRPr="00FE385F" w14:paraId="22C1901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B2C10B" w14:textId="77777777" w:rsidR="000C6B7D" w:rsidRPr="00877E2D" w:rsidRDefault="000C6B7D">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A4A108" w14:textId="3486A27F" w:rsidR="000C6B7D" w:rsidRPr="00576C06" w:rsidRDefault="00E26089">
            <w:pPr>
              <w:jc w:val="both"/>
              <w:rPr>
                <w:szCs w:val="20"/>
                <w:lang w:val="es-PY"/>
              </w:rPr>
            </w:pPr>
            <w:r w:rsidRPr="00576C06">
              <w:rPr>
                <w:color w:val="000000"/>
                <w:szCs w:val="20"/>
                <w:lang w:val="es-PY"/>
              </w:rPr>
              <w:t xml:space="preserve">b. </w:t>
            </w:r>
            <w:r w:rsidR="00576C06" w:rsidRPr="00576C06">
              <w:rPr>
                <w:color w:val="000000"/>
                <w:szCs w:val="20"/>
                <w:lang w:val="es-PY"/>
              </w:rPr>
              <w:t xml:space="preserve">Se dispone y utiliza oportunamente información sobre la participación, desempeño y avance curricular de los </w:t>
            </w:r>
            <w:r w:rsidR="0044515B">
              <w:rPr>
                <w:color w:val="000000"/>
                <w:szCs w:val="20"/>
                <w:lang w:val="es-PY"/>
              </w:rPr>
              <w:t>participantes</w:t>
            </w:r>
            <w:r w:rsidR="00576C06" w:rsidRPr="00576C06">
              <w:rPr>
                <w:color w:val="000000"/>
                <w:szCs w:val="20"/>
                <w:lang w:val="es-PY"/>
              </w:rPr>
              <w:t xml:space="preserve"> para orientar su seguimiento académico.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C2882D" w14:textId="77777777" w:rsidR="000C6B7D" w:rsidRPr="00877E2D" w:rsidRDefault="000C6B7D">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EED8C7" w14:textId="77777777" w:rsidR="000C6B7D" w:rsidRPr="00877E2D" w:rsidRDefault="000C6B7D">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FF0723" w14:textId="77777777" w:rsidR="000C6B7D" w:rsidRPr="00877E2D" w:rsidRDefault="000C6B7D">
            <w:pPr>
              <w:jc w:val="center"/>
              <w:rPr>
                <w:szCs w:val="20"/>
                <w:lang w:val="es-PY"/>
              </w:rPr>
            </w:pPr>
          </w:p>
        </w:tc>
      </w:tr>
      <w:tr w:rsidR="000C6B7D" w:rsidRPr="00FE385F" w14:paraId="089E8929"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6C0F1E1" w14:textId="77777777" w:rsidR="000C6B7D" w:rsidRPr="00877E2D" w:rsidRDefault="000C6B7D">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0C41CB" w14:textId="46E97C77" w:rsidR="000C6B7D" w:rsidRPr="00877E2D" w:rsidRDefault="00E26089">
            <w:pPr>
              <w:jc w:val="both"/>
              <w:rPr>
                <w:szCs w:val="20"/>
                <w:lang w:val="es-PY"/>
              </w:rPr>
            </w:pPr>
            <w:r w:rsidRPr="00877E2D">
              <w:rPr>
                <w:color w:val="000000"/>
                <w:szCs w:val="20"/>
                <w:lang w:val="es-PY"/>
              </w:rPr>
              <w:t xml:space="preserve">c. </w:t>
            </w:r>
            <w:r w:rsidR="00576C06" w:rsidRPr="00576C06">
              <w:rPr>
                <w:color w:val="000000"/>
                <w:szCs w:val="20"/>
                <w:lang w:val="es-PY"/>
              </w:rPr>
              <w:t>El programa promueve la participación en espacios científicos</w:t>
            </w:r>
            <w:r w:rsidR="009E248B">
              <w:rPr>
                <w:color w:val="000000"/>
                <w:szCs w:val="20"/>
                <w:lang w:val="es-PY"/>
              </w:rPr>
              <w:t>, académicos y profesionales</w:t>
            </w:r>
            <w:r w:rsidR="00576C06" w:rsidRPr="00576C06">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44E8BA" w14:textId="77777777" w:rsidR="000C6B7D" w:rsidRPr="00877E2D" w:rsidRDefault="000C6B7D">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A11B8F" w14:textId="77777777" w:rsidR="000C6B7D" w:rsidRPr="00877E2D" w:rsidRDefault="000C6B7D">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AB1DAE" w14:textId="77777777" w:rsidR="000C6B7D" w:rsidRPr="00877E2D" w:rsidRDefault="000C6B7D">
            <w:pPr>
              <w:jc w:val="center"/>
              <w:rPr>
                <w:szCs w:val="20"/>
                <w:lang w:val="es-PY"/>
              </w:rPr>
            </w:pPr>
          </w:p>
        </w:tc>
      </w:tr>
      <w:tr w:rsidR="000C6B7D" w:rsidRPr="00FE385F" w14:paraId="0DA946A5"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00A16B" w14:textId="77777777" w:rsidR="000C6B7D" w:rsidRPr="00877E2D" w:rsidRDefault="000C6B7D">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3D5033" w14:textId="0F2ACF1A" w:rsidR="000C6B7D" w:rsidRPr="00877E2D" w:rsidRDefault="00E26089">
            <w:pPr>
              <w:jc w:val="both"/>
              <w:rPr>
                <w:szCs w:val="20"/>
                <w:lang w:val="es-PY"/>
              </w:rPr>
            </w:pPr>
            <w:r w:rsidRPr="00877E2D">
              <w:rPr>
                <w:color w:val="000000"/>
                <w:szCs w:val="20"/>
                <w:lang w:val="es-PY"/>
              </w:rPr>
              <w:t xml:space="preserve">d. </w:t>
            </w:r>
            <w:r w:rsidR="00576C06" w:rsidRPr="00576C06">
              <w:rPr>
                <w:color w:val="000000"/>
                <w:szCs w:val="20"/>
                <w:lang w:val="es-PY"/>
              </w:rPr>
              <w:t xml:space="preserve">Se implementan mecanismos de apoyo académico, metodológico, tecnológico y de bienestar, acordes con las necesidades de los </w:t>
            </w:r>
            <w:r w:rsidR="0044515B">
              <w:rPr>
                <w:color w:val="000000"/>
                <w:szCs w:val="20"/>
                <w:lang w:val="es-PY"/>
              </w:rPr>
              <w:t>participante</w:t>
            </w:r>
            <w:r w:rsidR="00576C06" w:rsidRPr="00576C06">
              <w:rPr>
                <w:color w:val="000000"/>
                <w:szCs w:val="20"/>
                <w:lang w:val="es-PY"/>
              </w:rPr>
              <w:t>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3A958E" w14:textId="77777777" w:rsidR="000C6B7D" w:rsidRPr="00877E2D" w:rsidRDefault="000C6B7D">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887169" w14:textId="77777777" w:rsidR="000C6B7D" w:rsidRPr="00877E2D" w:rsidRDefault="000C6B7D">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737055" w14:textId="77777777" w:rsidR="000C6B7D" w:rsidRPr="00877E2D" w:rsidRDefault="000C6B7D">
            <w:pPr>
              <w:jc w:val="center"/>
              <w:rPr>
                <w:szCs w:val="20"/>
                <w:lang w:val="es-PY"/>
              </w:rPr>
            </w:pPr>
          </w:p>
        </w:tc>
      </w:tr>
      <w:tr w:rsidR="000C6B7D" w:rsidRPr="00FE385F" w14:paraId="5B9A19F3" w14:textId="77777777">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07F2A5" w14:textId="77777777" w:rsidR="000C6B7D" w:rsidRPr="00877E2D" w:rsidRDefault="000C6B7D">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F48173" w14:textId="19B0784A" w:rsidR="000C6B7D" w:rsidRPr="00877E2D" w:rsidRDefault="00E26089">
            <w:pPr>
              <w:jc w:val="both"/>
              <w:rPr>
                <w:szCs w:val="20"/>
                <w:lang w:val="es-PY"/>
              </w:rPr>
            </w:pPr>
            <w:r w:rsidRPr="00877E2D">
              <w:rPr>
                <w:color w:val="000000"/>
                <w:szCs w:val="20"/>
                <w:lang w:val="es-PY"/>
              </w:rPr>
              <w:t>e.</w:t>
            </w:r>
            <w:r w:rsidR="00576C06">
              <w:rPr>
                <w:color w:val="000000"/>
                <w:szCs w:val="20"/>
                <w:lang w:val="es-PY"/>
              </w:rPr>
              <w:t xml:space="preserve"> </w:t>
            </w:r>
            <w:r w:rsidR="00576C06" w:rsidRPr="00576C06">
              <w:rPr>
                <w:color w:val="000000"/>
                <w:szCs w:val="20"/>
                <w:lang w:val="es-PY"/>
              </w:rPr>
              <w:t xml:space="preserve">Los resultados del seguimiento y apoyo a los </w:t>
            </w:r>
            <w:r w:rsidR="0044515B">
              <w:rPr>
                <w:color w:val="000000"/>
                <w:szCs w:val="20"/>
                <w:lang w:val="es-PY"/>
              </w:rPr>
              <w:t>participantes</w:t>
            </w:r>
            <w:r w:rsidR="00576C06" w:rsidRPr="00576C06">
              <w:rPr>
                <w:color w:val="000000"/>
                <w:szCs w:val="20"/>
                <w:lang w:val="es-PY"/>
              </w:rPr>
              <w:t xml:space="preserve"> se utilizan para introducir mejoras en el desarrollo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0170CFE" w14:textId="77777777" w:rsidR="000C6B7D" w:rsidRPr="00877E2D" w:rsidRDefault="000C6B7D">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F5A3B9F" w14:textId="77777777" w:rsidR="000C6B7D" w:rsidRPr="00877E2D" w:rsidRDefault="000C6B7D">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AE2A50" w14:textId="77777777" w:rsidR="000C6B7D" w:rsidRPr="00877E2D" w:rsidRDefault="000C6B7D">
            <w:pPr>
              <w:jc w:val="center"/>
              <w:rPr>
                <w:szCs w:val="20"/>
                <w:lang w:val="es-PY"/>
              </w:rPr>
            </w:pPr>
          </w:p>
        </w:tc>
      </w:tr>
      <w:tr w:rsidR="000C6B7D" w:rsidRPr="00FE385F" w14:paraId="0C3592F4" w14:textId="77777777" w:rsidTr="00E20812">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41E265C8" w14:textId="77777777" w:rsidR="000C6B7D" w:rsidRPr="00877E2D" w:rsidRDefault="00E26089">
            <w:pPr>
              <w:jc w:val="center"/>
              <w:rPr>
                <w:szCs w:val="20"/>
                <w:lang w:val="es-PY"/>
              </w:rPr>
            </w:pPr>
            <w:r w:rsidRPr="00877E2D">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25676FB7" w14:textId="77777777" w:rsidR="000C6B7D" w:rsidRPr="00877E2D" w:rsidRDefault="000C6B7D">
            <w:pPr>
              <w:jc w:val="center"/>
              <w:rPr>
                <w:szCs w:val="20"/>
                <w:lang w:val="es-PY"/>
              </w:rPr>
            </w:pPr>
          </w:p>
        </w:tc>
      </w:tr>
      <w:tr w:rsidR="000C6B7D" w14:paraId="1140A8F8" w14:textId="77777777" w:rsidTr="00E20812">
        <w:trPr>
          <w:cantSplit/>
          <w:trHeight w:hRule="exact" w:val="57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535B73" w14:textId="77777777" w:rsidR="000C6B7D" w:rsidRPr="00877E2D" w:rsidRDefault="00E26089">
            <w:pPr>
              <w:jc w:val="center"/>
              <w:rPr>
                <w:szCs w:val="20"/>
                <w:lang w:val="es-PY"/>
              </w:rPr>
            </w:pPr>
            <w:r w:rsidRPr="00877E2D">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E84F8C" w14:textId="77777777" w:rsidR="000C6B7D" w:rsidRPr="00877E2D" w:rsidRDefault="00E26089">
            <w:pPr>
              <w:jc w:val="center"/>
              <w:rPr>
                <w:szCs w:val="20"/>
              </w:rPr>
            </w:pPr>
            <w:r w:rsidRPr="00877E2D">
              <w:rPr>
                <w:b/>
                <w:color w:val="000000"/>
                <w:szCs w:val="20"/>
              </w:rPr>
              <w:t>Medios de verificación</w:t>
            </w:r>
          </w:p>
        </w:tc>
      </w:tr>
      <w:tr w:rsidR="000C6B7D" w14:paraId="0B57D434" w14:textId="77777777" w:rsidTr="00576C06">
        <w:trPr>
          <w:cantSplit/>
          <w:trHeight w:hRule="exact" w:val="669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8BD313" w14:textId="77777777" w:rsidR="000C6B7D" w:rsidRPr="00877E2D" w:rsidRDefault="000C6B7D">
            <w:pPr>
              <w:rPr>
                <w:szCs w:val="20"/>
              </w:rPr>
            </w:pPr>
          </w:p>
          <w:p w14:paraId="3AA4340F" w14:textId="77777777" w:rsidR="00877E2D" w:rsidRPr="00877E2D" w:rsidRDefault="00877E2D">
            <w:pPr>
              <w:rPr>
                <w:szCs w:val="20"/>
              </w:rPr>
            </w:pPr>
          </w:p>
          <w:p w14:paraId="3DCEBABD" w14:textId="77777777" w:rsidR="00877E2D" w:rsidRPr="00877E2D" w:rsidRDefault="00877E2D">
            <w:pPr>
              <w:rPr>
                <w:szCs w:val="20"/>
              </w:rPr>
            </w:pPr>
          </w:p>
          <w:p w14:paraId="0008BFA7" w14:textId="77777777" w:rsidR="00877E2D" w:rsidRPr="00877E2D" w:rsidRDefault="00877E2D">
            <w:pPr>
              <w:rPr>
                <w:szCs w:val="20"/>
              </w:rPr>
            </w:pPr>
          </w:p>
          <w:p w14:paraId="0F213C29" w14:textId="77777777" w:rsidR="00877E2D" w:rsidRPr="00877E2D" w:rsidRDefault="00877E2D">
            <w:pPr>
              <w:rPr>
                <w:szCs w:val="20"/>
              </w:rPr>
            </w:pPr>
          </w:p>
          <w:p w14:paraId="6BD1FD65" w14:textId="77777777" w:rsidR="00877E2D" w:rsidRPr="00877E2D" w:rsidRDefault="00877E2D">
            <w:pPr>
              <w:rPr>
                <w:szCs w:val="20"/>
              </w:rPr>
            </w:pPr>
          </w:p>
          <w:p w14:paraId="1430411C" w14:textId="77777777" w:rsidR="00877E2D" w:rsidRPr="00877E2D" w:rsidRDefault="00877E2D">
            <w:pPr>
              <w:rPr>
                <w:szCs w:val="20"/>
              </w:rPr>
            </w:pPr>
          </w:p>
          <w:p w14:paraId="6E9C4424" w14:textId="77777777" w:rsidR="00877E2D" w:rsidRPr="00877E2D" w:rsidRDefault="00877E2D">
            <w:pPr>
              <w:rPr>
                <w:szCs w:val="20"/>
              </w:rPr>
            </w:pPr>
          </w:p>
          <w:p w14:paraId="1E19F75F" w14:textId="77777777" w:rsidR="00877E2D" w:rsidRPr="00877E2D" w:rsidRDefault="00877E2D">
            <w:pPr>
              <w:rPr>
                <w:szCs w:val="20"/>
              </w:rPr>
            </w:pPr>
          </w:p>
          <w:p w14:paraId="0D5299A2" w14:textId="77777777" w:rsidR="00877E2D" w:rsidRPr="00877E2D" w:rsidRDefault="00877E2D">
            <w:pPr>
              <w:rPr>
                <w:szCs w:val="20"/>
              </w:rPr>
            </w:pPr>
          </w:p>
          <w:p w14:paraId="0D2B52EA" w14:textId="77777777" w:rsidR="00877E2D" w:rsidRPr="00877E2D" w:rsidRDefault="00877E2D">
            <w:pPr>
              <w:rPr>
                <w:szCs w:val="20"/>
              </w:rPr>
            </w:pPr>
          </w:p>
          <w:p w14:paraId="13C5B539" w14:textId="77777777" w:rsidR="00877E2D" w:rsidRPr="00877E2D" w:rsidRDefault="00877E2D">
            <w:pPr>
              <w:rPr>
                <w:szCs w:val="20"/>
              </w:rPr>
            </w:pPr>
          </w:p>
          <w:p w14:paraId="1F770FC9" w14:textId="77777777" w:rsidR="00877E2D" w:rsidRPr="00877E2D" w:rsidRDefault="00877E2D">
            <w:pPr>
              <w:rPr>
                <w:szCs w:val="20"/>
              </w:rPr>
            </w:pPr>
          </w:p>
          <w:p w14:paraId="222E1661" w14:textId="77777777" w:rsidR="00877E2D" w:rsidRPr="00877E2D" w:rsidRDefault="00877E2D">
            <w:pPr>
              <w:rPr>
                <w:szCs w:val="20"/>
              </w:rPr>
            </w:pPr>
          </w:p>
          <w:p w14:paraId="45794F1E" w14:textId="77777777" w:rsidR="00877E2D" w:rsidRPr="00877E2D" w:rsidRDefault="00877E2D">
            <w:pPr>
              <w:rPr>
                <w:szCs w:val="20"/>
              </w:rPr>
            </w:pPr>
          </w:p>
          <w:p w14:paraId="10D5DACD" w14:textId="77777777" w:rsidR="00877E2D" w:rsidRPr="00877E2D" w:rsidRDefault="00877E2D">
            <w:pPr>
              <w:rPr>
                <w:szCs w:val="20"/>
              </w:rPr>
            </w:pPr>
          </w:p>
          <w:p w14:paraId="2B1DCBAD" w14:textId="77777777" w:rsidR="00877E2D" w:rsidRPr="00877E2D" w:rsidRDefault="00877E2D">
            <w:pPr>
              <w:rPr>
                <w:szCs w:val="20"/>
              </w:rPr>
            </w:pPr>
          </w:p>
          <w:p w14:paraId="05779E8C" w14:textId="77777777" w:rsidR="00877E2D" w:rsidRPr="00877E2D" w:rsidRDefault="00877E2D">
            <w:pPr>
              <w:rPr>
                <w:szCs w:val="20"/>
              </w:rPr>
            </w:pPr>
          </w:p>
          <w:p w14:paraId="73D4AC3D" w14:textId="77777777" w:rsidR="00877E2D" w:rsidRPr="00877E2D" w:rsidRDefault="00877E2D">
            <w:pPr>
              <w:rPr>
                <w:szCs w:val="20"/>
              </w:rPr>
            </w:pPr>
          </w:p>
          <w:p w14:paraId="015B853B" w14:textId="77777777" w:rsidR="00877E2D" w:rsidRPr="00877E2D" w:rsidRDefault="00877E2D">
            <w:pPr>
              <w:rPr>
                <w:szCs w:val="20"/>
              </w:rPr>
            </w:pPr>
          </w:p>
          <w:p w14:paraId="007FF759" w14:textId="77777777" w:rsidR="00877E2D" w:rsidRPr="00877E2D" w:rsidRDefault="00877E2D">
            <w:pPr>
              <w:rPr>
                <w:szCs w:val="20"/>
              </w:rPr>
            </w:pPr>
          </w:p>
          <w:p w14:paraId="7964A871" w14:textId="77777777" w:rsidR="00877E2D" w:rsidRPr="00877E2D" w:rsidRDefault="00877E2D">
            <w:pPr>
              <w:rPr>
                <w:szCs w:val="20"/>
              </w:rPr>
            </w:pPr>
          </w:p>
          <w:p w14:paraId="5B83ACC2" w14:textId="77777777" w:rsidR="00877E2D" w:rsidRPr="00877E2D" w:rsidRDefault="00877E2D">
            <w:pPr>
              <w:rPr>
                <w:szCs w:val="20"/>
              </w:rPr>
            </w:pPr>
          </w:p>
          <w:p w14:paraId="1B00EBD4" w14:textId="77777777" w:rsidR="00877E2D" w:rsidRPr="00877E2D" w:rsidRDefault="00877E2D">
            <w:pPr>
              <w:rPr>
                <w:szCs w:val="20"/>
              </w:rPr>
            </w:pPr>
          </w:p>
          <w:p w14:paraId="4AA7EA70" w14:textId="77777777" w:rsidR="00877E2D" w:rsidRPr="00877E2D" w:rsidRDefault="00877E2D">
            <w:pPr>
              <w:rPr>
                <w:szCs w:val="20"/>
              </w:rPr>
            </w:pPr>
          </w:p>
          <w:p w14:paraId="789EF646" w14:textId="0D63D9D1" w:rsidR="00877E2D" w:rsidRPr="00877E2D" w:rsidRDefault="00877E2D">
            <w:pP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5AE6E0" w14:textId="77777777" w:rsidR="000C6B7D" w:rsidRPr="00877E2D" w:rsidRDefault="000C6B7D">
            <w:pPr>
              <w:rPr>
                <w:szCs w:val="20"/>
              </w:rPr>
            </w:pPr>
          </w:p>
        </w:tc>
      </w:tr>
    </w:tbl>
    <w:p w14:paraId="148077E4" w14:textId="7EEF1BFF" w:rsidR="000C6B7D" w:rsidRDefault="000C6B7D"/>
    <w:tbl>
      <w:tblPr>
        <w:tblW w:w="0" w:type="auto"/>
        <w:jc w:val="center"/>
        <w:tblLayout w:type="fixed"/>
        <w:tblLook w:val="04A0" w:firstRow="1" w:lastRow="0" w:firstColumn="1" w:lastColumn="0" w:noHBand="0" w:noVBand="1"/>
      </w:tblPr>
      <w:tblGrid>
        <w:gridCol w:w="4678"/>
        <w:gridCol w:w="4678"/>
      </w:tblGrid>
      <w:tr w:rsidR="00877E2D" w:rsidRPr="00FE385F" w14:paraId="1ACCEDA8"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0E6A176" w14:textId="0A5CABF1" w:rsidR="00877E2D" w:rsidRPr="00877E2D" w:rsidRDefault="00877E2D">
            <w:pPr>
              <w:jc w:val="center"/>
              <w:rPr>
                <w:b/>
                <w:color w:val="000000"/>
                <w:lang w:val="es-PY"/>
              </w:rPr>
            </w:pPr>
            <w:r w:rsidRPr="00735EB3">
              <w:rPr>
                <w:b/>
                <w:color w:val="000000"/>
                <w:szCs w:val="20"/>
                <w:lang w:val="es-PY"/>
              </w:rPr>
              <w:t>Fortalezas y debilidades del cumplimiento de criterios de la dimensión evaluada</w:t>
            </w:r>
          </w:p>
        </w:tc>
      </w:tr>
      <w:tr w:rsidR="00EA7EEA"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EA7EEA" w:rsidRDefault="00EA7EEA">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EA7EEA" w:rsidRDefault="00EA7EEA">
            <w:pPr>
              <w:jc w:val="center"/>
              <w:rPr>
                <w:b/>
                <w:color w:val="000000"/>
              </w:rPr>
            </w:pPr>
            <w:r>
              <w:rPr>
                <w:b/>
                <w:color w:val="000000"/>
              </w:rPr>
              <w:t>Debilidades</w:t>
            </w:r>
          </w:p>
        </w:tc>
      </w:tr>
      <w:tr w:rsidR="00C07594" w14:paraId="7CA8D11B" w14:textId="77777777" w:rsidTr="00877E2D">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822019" w14:textId="77777777" w:rsidR="00C07594" w:rsidRDefault="00C07594" w:rsidP="00877E2D">
            <w:pPr>
              <w:rPr>
                <w:b/>
                <w:color w:val="000000"/>
              </w:rPr>
            </w:pPr>
          </w:p>
          <w:p w14:paraId="2281CAB7" w14:textId="0D06A20B" w:rsidR="00877E2D" w:rsidRDefault="00877E2D" w:rsidP="00877E2D">
            <w:pPr>
              <w:rPr>
                <w:b/>
                <w:color w:val="000000"/>
              </w:rPr>
            </w:pPr>
          </w:p>
          <w:p w14:paraId="5283321F" w14:textId="0E26BCF6" w:rsidR="00877E2D" w:rsidRDefault="00877E2D" w:rsidP="00877E2D">
            <w:pPr>
              <w:rPr>
                <w:b/>
                <w:color w:val="000000"/>
              </w:rPr>
            </w:pPr>
          </w:p>
          <w:p w14:paraId="7F2BD9D8" w14:textId="50512150" w:rsidR="00877E2D" w:rsidRDefault="00877E2D" w:rsidP="00877E2D">
            <w:pPr>
              <w:rPr>
                <w:b/>
                <w:color w:val="000000"/>
              </w:rPr>
            </w:pPr>
          </w:p>
          <w:p w14:paraId="5377DEFD" w14:textId="38B28373" w:rsidR="00877E2D" w:rsidRDefault="00877E2D" w:rsidP="00877E2D">
            <w:pPr>
              <w:rPr>
                <w:b/>
                <w:color w:val="000000"/>
              </w:rPr>
            </w:pPr>
          </w:p>
          <w:p w14:paraId="3369B010" w14:textId="7894351E" w:rsidR="00877E2D" w:rsidRDefault="00877E2D" w:rsidP="00877E2D">
            <w:pPr>
              <w:rPr>
                <w:b/>
                <w:color w:val="000000"/>
              </w:rPr>
            </w:pPr>
          </w:p>
          <w:p w14:paraId="68C6C1E6" w14:textId="2C097417" w:rsidR="00877E2D" w:rsidRDefault="00877E2D" w:rsidP="00877E2D">
            <w:pPr>
              <w:rPr>
                <w:b/>
                <w:color w:val="000000"/>
              </w:rPr>
            </w:pPr>
          </w:p>
          <w:p w14:paraId="01B7608A" w14:textId="72FF3ADD" w:rsidR="00877E2D" w:rsidRDefault="00877E2D" w:rsidP="00877E2D">
            <w:pPr>
              <w:rPr>
                <w:b/>
                <w:color w:val="000000"/>
              </w:rPr>
            </w:pPr>
          </w:p>
          <w:p w14:paraId="44821AFC" w14:textId="4E521947" w:rsidR="00877E2D" w:rsidRDefault="00877E2D" w:rsidP="00877E2D">
            <w:pPr>
              <w:rPr>
                <w:b/>
                <w:color w:val="000000"/>
              </w:rPr>
            </w:pPr>
          </w:p>
          <w:p w14:paraId="3EA08991" w14:textId="2FCA522C" w:rsidR="00877E2D" w:rsidRDefault="00877E2D" w:rsidP="00877E2D">
            <w:pPr>
              <w:rPr>
                <w:b/>
                <w:color w:val="000000"/>
              </w:rPr>
            </w:pPr>
          </w:p>
          <w:p w14:paraId="7FBF3B4C" w14:textId="6652C03A" w:rsidR="00877E2D" w:rsidRDefault="00877E2D" w:rsidP="00877E2D">
            <w:pPr>
              <w:rPr>
                <w:b/>
                <w:color w:val="000000"/>
              </w:rPr>
            </w:pPr>
          </w:p>
          <w:p w14:paraId="0FA56763" w14:textId="77777777" w:rsidR="00877E2D" w:rsidRDefault="00877E2D" w:rsidP="00877E2D">
            <w:pPr>
              <w:rPr>
                <w:b/>
                <w:color w:val="000000"/>
              </w:rPr>
            </w:pPr>
          </w:p>
          <w:p w14:paraId="0F3730DC" w14:textId="77777777" w:rsidR="00877E2D" w:rsidRDefault="00877E2D" w:rsidP="00877E2D">
            <w:pPr>
              <w:rPr>
                <w:b/>
                <w:color w:val="000000"/>
              </w:rPr>
            </w:pPr>
          </w:p>
          <w:p w14:paraId="41169E08" w14:textId="77777777" w:rsidR="00877E2D" w:rsidRDefault="00877E2D" w:rsidP="00877E2D">
            <w:pPr>
              <w:rPr>
                <w:b/>
                <w:color w:val="000000"/>
              </w:rPr>
            </w:pPr>
          </w:p>
          <w:p w14:paraId="339C44C2" w14:textId="77777777" w:rsidR="00877E2D" w:rsidRDefault="00877E2D" w:rsidP="00877E2D">
            <w:pPr>
              <w:rPr>
                <w:b/>
                <w:color w:val="000000"/>
              </w:rPr>
            </w:pPr>
          </w:p>
          <w:p w14:paraId="5EC53173" w14:textId="1BB96D21" w:rsidR="00877E2D" w:rsidRDefault="00877E2D" w:rsidP="00877E2D">
            <w:pPr>
              <w:rPr>
                <w:b/>
                <w:color w:val="00000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4E06F9C5" w14:textId="77777777" w:rsidR="00C07594" w:rsidRDefault="00C07594" w:rsidP="00877E2D">
            <w:pPr>
              <w:rPr>
                <w:b/>
                <w:color w:val="000000"/>
              </w:rPr>
            </w:pPr>
          </w:p>
        </w:tc>
      </w:tr>
      <w:tr w:rsidR="000C6B7D"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0C6B7D" w:rsidRDefault="00135FC3">
            <w:pPr>
              <w:jc w:val="center"/>
            </w:pPr>
            <w:r>
              <w:rPr>
                <w:b/>
                <w:color w:val="000000"/>
              </w:rPr>
              <w:t>Oportunidades</w:t>
            </w:r>
            <w:r w:rsidR="00E26089">
              <w:rPr>
                <w:b/>
                <w:color w:val="000000"/>
              </w:rPr>
              <w:t xml:space="preserve"> de mejora</w:t>
            </w:r>
          </w:p>
        </w:tc>
      </w:tr>
      <w:tr w:rsidR="00C07594" w14:paraId="0C0A9888" w14:textId="77777777" w:rsidTr="00E20812">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B1E77D" w14:textId="0C9F24EC" w:rsidR="00C07594" w:rsidRDefault="00C07594" w:rsidP="00877E2D">
            <w:pPr>
              <w:rPr>
                <w:b/>
                <w:color w:val="000000"/>
              </w:rPr>
            </w:pPr>
          </w:p>
        </w:tc>
      </w:tr>
    </w:tbl>
    <w:p w14:paraId="373A3B94" w14:textId="774BC1E1"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FE385F"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77777777" w:rsidR="000C6B7D" w:rsidRPr="00E26089" w:rsidRDefault="00E26089">
            <w:pPr>
              <w:rPr>
                <w:lang w:val="es-PY"/>
              </w:rPr>
            </w:pPr>
            <w:r w:rsidRPr="00E26089">
              <w:rPr>
                <w:b/>
                <w:color w:val="FFFFFF"/>
                <w:lang w:val="es-PY"/>
              </w:rPr>
              <w:t>DIMENSIÓN 4. INVESTIGACIÓN Y PRODUCCIÓN ACADÉMICA</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FE385F" w14:paraId="2659BCEA" w14:textId="77777777" w:rsidTr="00FE385F">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E7B98" w14:textId="250A2D38" w:rsidR="000C6B7D" w:rsidRPr="005D12D8" w:rsidRDefault="00576C06">
            <w:pPr>
              <w:jc w:val="center"/>
              <w:rPr>
                <w:lang w:val="es-PY"/>
              </w:rPr>
            </w:pPr>
            <w:r w:rsidRPr="00576C06">
              <w:rPr>
                <w:b/>
                <w:color w:val="000000"/>
                <w:lang w:val="es-PY"/>
              </w:rPr>
              <w:t>Eficacia de la producción académica y científica generada en el marco del programa</w:t>
            </w:r>
            <w:r w:rsidR="00E26089" w:rsidRPr="00E26089">
              <w:rPr>
                <w:b/>
                <w:color w:val="FF0000"/>
                <w:lang w:val="es-PY"/>
              </w:rPr>
              <w:br/>
            </w:r>
            <w:r w:rsidR="00E26089"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587320" w14:textId="572319F7" w:rsidR="000C6B7D" w:rsidRPr="00E26089" w:rsidRDefault="00E26089">
            <w:pPr>
              <w:jc w:val="both"/>
              <w:rPr>
                <w:lang w:val="es-PY"/>
              </w:rPr>
            </w:pPr>
            <w:r w:rsidRPr="00E26089">
              <w:rPr>
                <w:color w:val="000000"/>
                <w:lang w:val="es-PY"/>
              </w:rPr>
              <w:t xml:space="preserve">a. </w:t>
            </w:r>
            <w:r w:rsidR="00576C06" w:rsidRPr="00576C06">
              <w:rPr>
                <w:color w:val="000000"/>
                <w:lang w:val="es-PY"/>
              </w:rPr>
              <w:t xml:space="preserve">El programa cuenta con mecanismos institucionales para registrar y sistematizar la producción académica generada por </w:t>
            </w:r>
            <w:r w:rsidR="0044515B">
              <w:rPr>
                <w:color w:val="000000"/>
                <w:lang w:val="es-PY"/>
              </w:rPr>
              <w:t>participantes</w:t>
            </w:r>
            <w:r w:rsidR="00576C06" w:rsidRPr="00576C06">
              <w:rPr>
                <w:color w:val="00000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FE385F" w14:paraId="12F7E467" w14:textId="77777777" w:rsidTr="00FE385F">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E8DEAA" w14:textId="65634547" w:rsidR="000C6B7D" w:rsidRPr="00E26089" w:rsidRDefault="00E26089">
            <w:pPr>
              <w:jc w:val="both"/>
              <w:rPr>
                <w:lang w:val="es-PY"/>
              </w:rPr>
            </w:pPr>
            <w:r w:rsidRPr="00E26089">
              <w:rPr>
                <w:color w:val="000000"/>
                <w:lang w:val="es-PY"/>
              </w:rPr>
              <w:t xml:space="preserve">b. </w:t>
            </w:r>
            <w:r w:rsidR="00576C06" w:rsidRPr="00576C06">
              <w:rPr>
                <w:color w:val="000000"/>
                <w:lang w:val="es-PY"/>
              </w:rPr>
              <w:t xml:space="preserve">Se promueve la publicación conjunta entre </w:t>
            </w:r>
            <w:r w:rsidR="0044515B">
              <w:rPr>
                <w:color w:val="000000"/>
                <w:lang w:val="es-PY"/>
              </w:rPr>
              <w:t>participantes</w:t>
            </w:r>
            <w:r w:rsidR="00576C06" w:rsidRPr="00576C06">
              <w:rPr>
                <w:color w:val="00000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FE385F" w14:paraId="2A773E49" w14:textId="77777777" w:rsidTr="00FE385F">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06F47" w14:textId="73E7762F" w:rsidR="000C6B7D" w:rsidRPr="00E26089" w:rsidRDefault="00E26089">
            <w:pPr>
              <w:jc w:val="both"/>
              <w:rPr>
                <w:lang w:val="es-PY"/>
              </w:rPr>
            </w:pPr>
            <w:r w:rsidRPr="00E26089">
              <w:rPr>
                <w:color w:val="000000"/>
                <w:lang w:val="es-PY"/>
              </w:rPr>
              <w:t xml:space="preserve">c. </w:t>
            </w:r>
            <w:r w:rsidR="00576C06" w:rsidRPr="00576C06">
              <w:rPr>
                <w:color w:val="000000"/>
                <w:lang w:val="es-PY"/>
              </w:rPr>
              <w:t>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FE385F" w14:paraId="2C63EA69" w14:textId="77777777" w:rsidTr="00FE385F">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23B67A" w14:textId="7913C9CB" w:rsidR="000C6B7D" w:rsidRPr="00E26089" w:rsidRDefault="00E26089">
            <w:pPr>
              <w:jc w:val="both"/>
              <w:rPr>
                <w:lang w:val="es-PY"/>
              </w:rPr>
            </w:pPr>
            <w:r w:rsidRPr="00E26089">
              <w:rPr>
                <w:color w:val="000000"/>
                <w:lang w:val="es-PY"/>
              </w:rPr>
              <w:t xml:space="preserve">d. </w:t>
            </w:r>
            <w:r w:rsidR="00576C06" w:rsidRPr="00576C06">
              <w:rPr>
                <w:color w:val="000000"/>
                <w:lang w:val="es-PY"/>
              </w:rPr>
              <w:t>Existen mecanismos institucionales para monitorear y valorar la producción científica y académica vinculada al programa</w:t>
            </w:r>
            <w:r w:rsidRPr="00E26089">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FE385F" w14:paraId="10F690BB" w14:textId="77777777" w:rsidTr="00FE385F">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40B7B8" w14:textId="01052A21" w:rsidR="000C6B7D" w:rsidRPr="00E26089" w:rsidRDefault="00E26089">
            <w:pPr>
              <w:jc w:val="both"/>
              <w:rPr>
                <w:lang w:val="es-PY"/>
              </w:rPr>
            </w:pPr>
            <w:r w:rsidRPr="00E26089">
              <w:rPr>
                <w:color w:val="000000"/>
                <w:lang w:val="es-PY"/>
              </w:rPr>
              <w:t xml:space="preserve">e. </w:t>
            </w:r>
            <w:r w:rsidR="00576C06" w:rsidRPr="00576C06">
              <w:rPr>
                <w:color w:val="000000"/>
                <w:lang w:val="es-PY"/>
              </w:rPr>
              <w:t>La producción académica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rsidRPr="00FE385F" w14:paraId="4ADAE9A2" w14:textId="77777777" w:rsidTr="009E248B">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E1B16E5"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04A3B89" w14:textId="77777777" w:rsidR="000C6B7D" w:rsidRPr="00E26089"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9E248B">
        <w:trPr>
          <w:cantSplit/>
          <w:trHeight w:hRule="exact" w:val="65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3AEA3D4" w14:textId="43E6720C" w:rsidR="009E248B" w:rsidRDefault="009E248B" w:rsidP="009E248B">
            <w:pPr>
              <w:rPr>
                <w:b/>
                <w:color w:val="000000"/>
                <w:sz w:val="19"/>
                <w:lang w:val="es-PY"/>
              </w:rPr>
            </w:pPr>
          </w:p>
          <w:p w14:paraId="7AB213F1" w14:textId="3F2FCFFF" w:rsidR="009E248B" w:rsidRDefault="009E248B" w:rsidP="009E248B">
            <w:pPr>
              <w:rPr>
                <w:b/>
                <w:color w:val="000000"/>
                <w:sz w:val="19"/>
                <w:lang w:val="es-PY"/>
              </w:rPr>
            </w:pPr>
          </w:p>
          <w:p w14:paraId="284B3E28" w14:textId="699C5A2C" w:rsidR="009E248B" w:rsidRDefault="009E248B" w:rsidP="009E248B">
            <w:pPr>
              <w:rPr>
                <w:b/>
                <w:color w:val="000000"/>
                <w:sz w:val="19"/>
                <w:lang w:val="es-PY"/>
              </w:rPr>
            </w:pPr>
          </w:p>
          <w:p w14:paraId="2E3C3B6D" w14:textId="57C09E96" w:rsidR="009E248B" w:rsidRDefault="009E248B" w:rsidP="009E248B">
            <w:pPr>
              <w:rPr>
                <w:b/>
                <w:color w:val="000000"/>
                <w:sz w:val="19"/>
                <w:lang w:val="es-PY"/>
              </w:rPr>
            </w:pPr>
          </w:p>
          <w:p w14:paraId="1EF9E448" w14:textId="07EA297B" w:rsidR="009E248B" w:rsidRPr="00E26089" w:rsidRDefault="009E248B" w:rsidP="008C6AF4">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3B765EF" w14:textId="77777777" w:rsidR="009E248B" w:rsidRDefault="009E248B">
            <w:pPr>
              <w:jc w:val="center"/>
              <w:rPr>
                <w:b/>
                <w:color w:val="000000"/>
                <w:sz w:val="19"/>
              </w:rPr>
            </w:pPr>
          </w:p>
        </w:tc>
      </w:tr>
    </w:tbl>
    <w:p w14:paraId="17215FAB" w14:textId="3DCDFE08"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2254DB49" w14:textId="77777777" w:rsidTr="008C6AF4">
        <w:trPr>
          <w:cantSplit/>
          <w:trHeight w:hRule="exact" w:val="691"/>
          <w:jc w:val="center"/>
        </w:trPr>
        <w:tc>
          <w:tcPr>
            <w:tcW w:w="19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37315E51" w14:textId="0BA083B4" w:rsidR="000C6B7D" w:rsidRDefault="00C07594">
            <w:pPr>
              <w:jc w:val="center"/>
            </w:pPr>
            <w:r>
              <w:rPr>
                <w:b/>
                <w:color w:val="000000"/>
              </w:rPr>
              <w:t>Criterio 4.2</w:t>
            </w:r>
          </w:p>
        </w:tc>
        <w:tc>
          <w:tcPr>
            <w:tcW w:w="53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BFC12DA" w14:textId="77777777" w:rsidR="000C6B7D" w:rsidRDefault="00E26089">
            <w:pPr>
              <w:jc w:val="center"/>
            </w:pPr>
            <w:r>
              <w:rPr>
                <w:b/>
                <w:color w:val="000000"/>
              </w:rPr>
              <w:t>Indicadores</w:t>
            </w:r>
          </w:p>
        </w:tc>
        <w:tc>
          <w:tcPr>
            <w:tcW w:w="2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06C35B3" w14:textId="77777777" w:rsidR="000C6B7D" w:rsidRDefault="00E26089">
            <w:pPr>
              <w:jc w:val="center"/>
            </w:pPr>
            <w:r>
              <w:rPr>
                <w:b/>
                <w:color w:val="000000"/>
              </w:rPr>
              <w:t>Nivel de cumplimiento</w:t>
            </w:r>
          </w:p>
        </w:tc>
      </w:tr>
      <w:tr w:rsidR="000C6B7D" w14:paraId="479E7C9F" w14:textId="77777777" w:rsidTr="008C6AF4">
        <w:trPr>
          <w:cantSplit/>
          <w:trHeight w:hRule="exact" w:val="432"/>
          <w:jc w:val="center"/>
        </w:trPr>
        <w:tc>
          <w:tcPr>
            <w:tcW w:w="19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2C6D4F65" w14:textId="77777777" w:rsidR="000C6B7D" w:rsidRDefault="000C6B7D"/>
        </w:tc>
        <w:tc>
          <w:tcPr>
            <w:tcW w:w="53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88BA14A" w14:textId="77777777" w:rsidR="000C6B7D" w:rsidRDefault="000C6B7D"/>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FB79EA7" w14:textId="77777777" w:rsidR="000C6B7D" w:rsidRDefault="00E26089">
            <w:pPr>
              <w:jc w:val="center"/>
            </w:pPr>
            <w:r>
              <w:rPr>
                <w:b/>
                <w:color w:val="000000"/>
              </w:rPr>
              <w:t>CT</w:t>
            </w:r>
          </w:p>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24E2F6D" w14:textId="77777777" w:rsidR="000C6B7D" w:rsidRDefault="00E26089">
            <w:pPr>
              <w:jc w:val="center"/>
            </w:pPr>
            <w:r>
              <w:rPr>
                <w:b/>
                <w:color w:val="000000"/>
              </w:rPr>
              <w:t>CP</w:t>
            </w: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C7E62BA" w14:textId="77777777" w:rsidR="000C6B7D" w:rsidRDefault="00E26089">
            <w:pPr>
              <w:jc w:val="center"/>
            </w:pPr>
            <w:r>
              <w:rPr>
                <w:b/>
                <w:color w:val="000000"/>
              </w:rPr>
              <w:t>NC</w:t>
            </w:r>
          </w:p>
        </w:tc>
      </w:tr>
      <w:tr w:rsidR="000C6B7D" w:rsidRPr="00FE385F" w14:paraId="0696955C" w14:textId="77777777" w:rsidTr="00FE385F">
        <w:trPr>
          <w:cantSplit/>
          <w:trHeight w:val="677"/>
          <w:jc w:val="center"/>
        </w:trPr>
        <w:tc>
          <w:tcPr>
            <w:tcW w:w="1962" w:type="dxa"/>
            <w:vMerge w:val="restart"/>
            <w:tcBorders>
              <w:top w:val="single" w:sz="4" w:space="0" w:color="auto"/>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FADC4" w14:textId="6125C5B3" w:rsidR="000C6B7D" w:rsidRPr="005D12D8" w:rsidRDefault="00FA5AD9">
            <w:pPr>
              <w:jc w:val="center"/>
              <w:rPr>
                <w:lang w:val="es-PY"/>
              </w:rPr>
            </w:pPr>
            <w:r w:rsidRPr="00FA5AD9">
              <w:rPr>
                <w:b/>
                <w:color w:val="000000"/>
                <w:lang w:val="es-PY"/>
              </w:rPr>
              <w:t xml:space="preserve">Eficacia de las estrategias institucionales de apoyo a la investigación en el ámbito profesional del programa </w:t>
            </w:r>
            <w:r w:rsidR="00E26089" w:rsidRPr="005D12D8">
              <w:rPr>
                <w:b/>
                <w:color w:val="FF0000"/>
                <w:lang w:val="es-PY"/>
              </w:rPr>
              <w:t>(Sustantivo)</w:t>
            </w:r>
          </w:p>
        </w:tc>
        <w:tc>
          <w:tcPr>
            <w:tcW w:w="5330" w:type="dxa"/>
            <w:tcBorders>
              <w:top w:val="single" w:sz="4" w:space="0" w:color="auto"/>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59EF0D" w14:textId="77777777" w:rsidR="000C6B7D" w:rsidRPr="00E26089" w:rsidRDefault="00E26089">
            <w:pPr>
              <w:jc w:val="both"/>
              <w:rPr>
                <w:lang w:val="es-PY"/>
              </w:rPr>
            </w:pPr>
            <w:r w:rsidRPr="00E26089">
              <w:rPr>
                <w:color w:val="000000"/>
                <w:lang w:val="es-PY"/>
              </w:rPr>
              <w:t>a. El programa ofrece recursos y servicios de apoyo a la investigación (bases de datos, bibliografía especializada, etc.).</w:t>
            </w:r>
          </w:p>
        </w:tc>
        <w:tc>
          <w:tcPr>
            <w:tcW w:w="684" w:type="dxa"/>
            <w:tcBorders>
              <w:top w:val="single" w:sz="4" w:space="0" w:color="auto"/>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349E11" w14:textId="77777777" w:rsidR="000C6B7D" w:rsidRPr="005D12D8" w:rsidRDefault="000C6B7D">
            <w:pPr>
              <w:jc w:val="center"/>
              <w:rPr>
                <w:lang w:val="es-PY"/>
              </w:rPr>
            </w:pPr>
          </w:p>
        </w:tc>
        <w:tc>
          <w:tcPr>
            <w:tcW w:w="684" w:type="dxa"/>
            <w:tcBorders>
              <w:top w:val="single" w:sz="4" w:space="0" w:color="auto"/>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A0AB93" w14:textId="77777777" w:rsidR="000C6B7D" w:rsidRPr="005D12D8" w:rsidRDefault="000C6B7D">
            <w:pPr>
              <w:jc w:val="center"/>
              <w:rPr>
                <w:lang w:val="es-PY"/>
              </w:rPr>
            </w:pPr>
          </w:p>
        </w:tc>
        <w:tc>
          <w:tcPr>
            <w:tcW w:w="697" w:type="dxa"/>
            <w:tcBorders>
              <w:top w:val="single" w:sz="4" w:space="0" w:color="auto"/>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E2DF1F" w14:textId="77777777" w:rsidR="000C6B7D" w:rsidRPr="005D12D8" w:rsidRDefault="000C6B7D">
            <w:pPr>
              <w:jc w:val="center"/>
              <w:rPr>
                <w:lang w:val="es-PY"/>
              </w:rPr>
            </w:pPr>
          </w:p>
        </w:tc>
      </w:tr>
      <w:tr w:rsidR="000C6B7D" w:rsidRPr="00FE385F" w14:paraId="7991C48D" w14:textId="77777777" w:rsidTr="00FE385F">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ECAFE1"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243330" w14:textId="77777777" w:rsidR="000C6B7D" w:rsidRPr="00E26089" w:rsidRDefault="00E26089">
            <w:pPr>
              <w:jc w:val="both"/>
              <w:rPr>
                <w:lang w:val="es-PY"/>
              </w:rPr>
            </w:pPr>
            <w:r w:rsidRPr="00E26089">
              <w:rPr>
                <w:color w:val="000000"/>
                <w:lang w:val="es-PY"/>
              </w:rPr>
              <w:t>b. Se desarrollan seminarios, talleres o espacios de formación investigativa complementaria.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CC9A3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4531C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92AA08" w14:textId="77777777" w:rsidR="000C6B7D" w:rsidRPr="005D12D8" w:rsidRDefault="000C6B7D">
            <w:pPr>
              <w:jc w:val="center"/>
              <w:rPr>
                <w:lang w:val="es-PY"/>
              </w:rPr>
            </w:pPr>
          </w:p>
        </w:tc>
      </w:tr>
      <w:tr w:rsidR="000C6B7D" w:rsidRPr="00FE385F" w14:paraId="4A8202A1" w14:textId="77777777" w:rsidTr="00FE385F">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2E58A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0BA2DB" w14:textId="77777777" w:rsidR="000C6B7D" w:rsidRPr="00E26089" w:rsidRDefault="00E26089">
            <w:pPr>
              <w:jc w:val="both"/>
              <w:rPr>
                <w:lang w:val="es-PY"/>
              </w:rPr>
            </w:pPr>
            <w:r w:rsidRPr="00E26089">
              <w:rPr>
                <w:color w:val="000000"/>
                <w:lang w:val="es-PY"/>
              </w:rPr>
              <w:t>c. Existen mecanismos institucionales para acceder a financiamiento o estímulos a la producción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3A17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075B3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43B4F6" w14:textId="77777777" w:rsidR="000C6B7D" w:rsidRPr="005D12D8" w:rsidRDefault="000C6B7D">
            <w:pPr>
              <w:jc w:val="center"/>
              <w:rPr>
                <w:lang w:val="es-PY"/>
              </w:rPr>
            </w:pPr>
          </w:p>
        </w:tc>
      </w:tr>
      <w:tr w:rsidR="000C6B7D" w:rsidRPr="00FE385F" w14:paraId="28DCAA1B" w14:textId="77777777" w:rsidTr="00FE385F">
        <w:trPr>
          <w:cantSplit/>
          <w:trHeight w:val="57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ABC7D8"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1E9A75" w14:textId="146E0E72" w:rsidR="000C6B7D" w:rsidRPr="00E26089" w:rsidRDefault="00E26089">
            <w:pPr>
              <w:jc w:val="both"/>
              <w:rPr>
                <w:lang w:val="es-PY"/>
              </w:rPr>
            </w:pPr>
            <w:r w:rsidRPr="00E26089">
              <w:rPr>
                <w:color w:val="000000"/>
                <w:lang w:val="es-PY"/>
              </w:rPr>
              <w:t xml:space="preserve">d. Los </w:t>
            </w:r>
            <w:r w:rsidR="0044515B">
              <w:rPr>
                <w:color w:val="000000"/>
                <w:lang w:val="es-PY"/>
              </w:rPr>
              <w:t>participante</w:t>
            </w:r>
            <w:r w:rsidRPr="00E26089">
              <w:rPr>
                <w:color w:val="000000"/>
                <w:lang w:val="es-PY"/>
              </w:rPr>
              <w:t>s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18776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A9C93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9832AB" w14:textId="77777777" w:rsidR="000C6B7D" w:rsidRPr="005D12D8" w:rsidRDefault="000C6B7D">
            <w:pPr>
              <w:jc w:val="center"/>
              <w:rPr>
                <w:lang w:val="es-PY"/>
              </w:rPr>
            </w:pPr>
          </w:p>
        </w:tc>
      </w:tr>
      <w:tr w:rsidR="000C6B7D" w:rsidRPr="00FE385F" w14:paraId="120A77F0" w14:textId="77777777" w:rsidTr="00FE385F">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769B6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35D20F" w14:textId="03C8B821" w:rsidR="000C6B7D" w:rsidRPr="00E26089" w:rsidRDefault="00E26089">
            <w:pPr>
              <w:jc w:val="both"/>
              <w:rPr>
                <w:lang w:val="es-PY"/>
              </w:rPr>
            </w:pPr>
            <w:r w:rsidRPr="00E26089">
              <w:rPr>
                <w:color w:val="000000"/>
                <w:lang w:val="es-PY"/>
              </w:rPr>
              <w:t>e</w:t>
            </w:r>
            <w:r w:rsidR="00274473">
              <w:rPr>
                <w:color w:val="000000"/>
                <w:lang w:val="es-PY"/>
              </w:rPr>
              <w:t xml:space="preserve">. </w:t>
            </w:r>
            <w:r w:rsidR="00274473" w:rsidRPr="00274473">
              <w:rPr>
                <w:color w:val="000000"/>
                <w:lang w:val="es-PY"/>
              </w:rPr>
              <w:t>Las buenas prácticas de apoyo a la investigación se documentan y utilizan para mejorar el programa</w:t>
            </w:r>
            <w:r w:rsidR="00274473">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8500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B320CA"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FDD613" w14:textId="77777777" w:rsidR="000C6B7D" w:rsidRPr="005D12D8" w:rsidRDefault="000C6B7D">
            <w:pPr>
              <w:jc w:val="center"/>
              <w:rPr>
                <w:lang w:val="es-PY"/>
              </w:rPr>
            </w:pPr>
          </w:p>
        </w:tc>
      </w:tr>
      <w:tr w:rsidR="000C6B7D" w:rsidRPr="00FE385F" w14:paraId="69ADF2C6" w14:textId="77777777" w:rsidTr="005A72C0">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6A7EE48"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36D0D8E" w14:textId="77777777" w:rsidR="000C6B7D" w:rsidRPr="00E26089" w:rsidRDefault="000C6B7D">
            <w:pPr>
              <w:jc w:val="center"/>
              <w:rPr>
                <w:lang w:val="es-PY"/>
              </w:rPr>
            </w:pPr>
          </w:p>
        </w:tc>
      </w:tr>
      <w:tr w:rsidR="000C6B7D" w14:paraId="0CF079A2" w14:textId="77777777" w:rsidTr="005A72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1478F3D"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4EF3EC" w14:textId="77777777" w:rsidR="000C6B7D" w:rsidRDefault="00E26089">
            <w:pPr>
              <w:jc w:val="center"/>
            </w:pPr>
            <w:r>
              <w:rPr>
                <w:b/>
                <w:color w:val="000000"/>
                <w:sz w:val="19"/>
              </w:rPr>
              <w:t>Medios de verificación</w:t>
            </w:r>
          </w:p>
        </w:tc>
      </w:tr>
      <w:tr w:rsidR="00274473" w14:paraId="00D12E13" w14:textId="77777777" w:rsidTr="00274473">
        <w:trPr>
          <w:cantSplit/>
          <w:trHeight w:hRule="exact" w:val="7193"/>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BB25B5D" w14:textId="77777777" w:rsidR="00274473" w:rsidRPr="00E26089" w:rsidRDefault="00274473" w:rsidP="00274473">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67E536" w14:textId="77777777" w:rsidR="00274473" w:rsidRDefault="00274473">
            <w:pPr>
              <w:jc w:val="center"/>
              <w:rPr>
                <w:b/>
                <w:color w:val="000000"/>
                <w:sz w:val="19"/>
              </w:rPr>
            </w:pPr>
          </w:p>
        </w:tc>
      </w:tr>
    </w:tbl>
    <w:p w14:paraId="22014EE6" w14:textId="08B90EE9" w:rsidR="000C6B7D" w:rsidRDefault="000C6B7D"/>
    <w:tbl>
      <w:tblPr>
        <w:tblW w:w="0" w:type="auto"/>
        <w:jc w:val="center"/>
        <w:tblLayout w:type="fixed"/>
        <w:tblLook w:val="04A0" w:firstRow="1" w:lastRow="0" w:firstColumn="1" w:lastColumn="0" w:noHBand="0" w:noVBand="1"/>
      </w:tblPr>
      <w:tblGrid>
        <w:gridCol w:w="4678"/>
        <w:gridCol w:w="4678"/>
      </w:tblGrid>
      <w:tr w:rsidR="00877E2D" w:rsidRPr="00FE385F" w14:paraId="52AEE39F" w14:textId="77777777" w:rsidTr="009A28C0">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289A2A" w14:textId="3B07C70C" w:rsidR="00877E2D" w:rsidRPr="009A28C0" w:rsidRDefault="009A28C0">
            <w:pPr>
              <w:jc w:val="center"/>
              <w:rPr>
                <w:b/>
                <w:color w:val="000000"/>
                <w:lang w:val="es-PY"/>
              </w:rPr>
            </w:pPr>
            <w:r w:rsidRPr="00735EB3">
              <w:rPr>
                <w:b/>
                <w:color w:val="000000"/>
                <w:szCs w:val="20"/>
                <w:lang w:val="es-PY"/>
              </w:rPr>
              <w:t>Fortalezas y debilidades del cumplimiento de criterios de la dimensión evaluada</w:t>
            </w:r>
          </w:p>
        </w:tc>
      </w:tr>
      <w:tr w:rsidR="009808F8" w14:paraId="30566815" w14:textId="77777777" w:rsidTr="009A28C0">
        <w:trPr>
          <w:cantSplit/>
          <w:trHeight w:hRule="exact" w:val="541"/>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E3C6CD0" w14:textId="79F35CAA" w:rsidR="009808F8" w:rsidRDefault="009808F8">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40A714" w14:textId="794C9BF7" w:rsidR="009808F8" w:rsidRDefault="009808F8">
            <w:pPr>
              <w:jc w:val="center"/>
              <w:rPr>
                <w:b/>
                <w:color w:val="000000"/>
              </w:rPr>
            </w:pPr>
            <w:r>
              <w:rPr>
                <w:b/>
                <w:color w:val="000000"/>
              </w:rPr>
              <w:t>Debilidades</w:t>
            </w:r>
          </w:p>
        </w:tc>
      </w:tr>
      <w:tr w:rsidR="009808F8" w14:paraId="4E5E4E6E" w14:textId="77777777" w:rsidTr="009A28C0">
        <w:trPr>
          <w:cantSplit/>
          <w:trHeight w:hRule="exact" w:val="5892"/>
          <w:jc w:val="center"/>
        </w:trPr>
        <w:tc>
          <w:tcPr>
            <w:tcW w:w="4678" w:type="dxa"/>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47C431CF" w14:textId="696C3787" w:rsidR="009808F8" w:rsidRDefault="009808F8" w:rsidP="009A28C0">
            <w:pPr>
              <w:rPr>
                <w:b/>
                <w:color w:val="000000"/>
              </w:rPr>
            </w:pPr>
          </w:p>
          <w:p w14:paraId="779B1486" w14:textId="136F5AC2" w:rsidR="009A28C0" w:rsidRDefault="009A28C0" w:rsidP="009A28C0">
            <w:pPr>
              <w:rPr>
                <w:b/>
                <w:color w:val="000000"/>
              </w:rPr>
            </w:pPr>
          </w:p>
          <w:p w14:paraId="31F9848B" w14:textId="4C5E8796" w:rsidR="009A28C0" w:rsidRDefault="009A28C0" w:rsidP="009A28C0">
            <w:pPr>
              <w:rPr>
                <w:b/>
                <w:color w:val="000000"/>
              </w:rPr>
            </w:pPr>
          </w:p>
          <w:p w14:paraId="61845D15" w14:textId="2DF3D56F" w:rsidR="009A28C0" w:rsidRDefault="009A28C0" w:rsidP="009A28C0">
            <w:pPr>
              <w:rPr>
                <w:b/>
                <w:color w:val="000000"/>
              </w:rPr>
            </w:pPr>
          </w:p>
          <w:p w14:paraId="7E4FBEE4" w14:textId="545B1A2D" w:rsidR="009A28C0" w:rsidRDefault="009A28C0" w:rsidP="009A28C0">
            <w:pPr>
              <w:rPr>
                <w:b/>
                <w:color w:val="000000"/>
              </w:rPr>
            </w:pPr>
          </w:p>
          <w:p w14:paraId="4608192C" w14:textId="3FBA8B3F" w:rsidR="009A28C0" w:rsidRDefault="009A28C0" w:rsidP="009A28C0">
            <w:pPr>
              <w:rPr>
                <w:b/>
                <w:color w:val="000000"/>
              </w:rPr>
            </w:pPr>
          </w:p>
          <w:p w14:paraId="727CB6B1" w14:textId="35799718" w:rsidR="009A28C0" w:rsidRDefault="009A28C0" w:rsidP="009A28C0">
            <w:pPr>
              <w:rPr>
                <w:b/>
                <w:color w:val="000000"/>
              </w:rPr>
            </w:pPr>
          </w:p>
          <w:p w14:paraId="14A631B0" w14:textId="46CCE8BB" w:rsidR="009A28C0" w:rsidRDefault="009A28C0" w:rsidP="009A28C0">
            <w:pPr>
              <w:rPr>
                <w:b/>
                <w:color w:val="000000"/>
              </w:rPr>
            </w:pPr>
          </w:p>
          <w:p w14:paraId="3E0925D3" w14:textId="7FFCEBF6" w:rsidR="009A28C0" w:rsidRDefault="009A28C0" w:rsidP="009A28C0">
            <w:pPr>
              <w:rPr>
                <w:b/>
                <w:color w:val="000000"/>
              </w:rPr>
            </w:pPr>
          </w:p>
          <w:p w14:paraId="24F5342E" w14:textId="6DDF8D45" w:rsidR="009A28C0" w:rsidRDefault="009A28C0" w:rsidP="009A28C0">
            <w:pPr>
              <w:rPr>
                <w:b/>
                <w:color w:val="000000"/>
              </w:rPr>
            </w:pPr>
          </w:p>
          <w:p w14:paraId="343B71A0" w14:textId="6782CDC8" w:rsidR="009A28C0" w:rsidRDefault="009A28C0" w:rsidP="009A28C0">
            <w:pPr>
              <w:rPr>
                <w:b/>
                <w:color w:val="000000"/>
              </w:rPr>
            </w:pPr>
          </w:p>
          <w:p w14:paraId="201D5683" w14:textId="77777777" w:rsidR="009A28C0" w:rsidRDefault="009A28C0" w:rsidP="009A28C0">
            <w:pPr>
              <w:rPr>
                <w:b/>
                <w:color w:val="000000"/>
              </w:rPr>
            </w:pPr>
          </w:p>
          <w:p w14:paraId="400A4DE1" w14:textId="77777777" w:rsidR="009A28C0" w:rsidRDefault="009A28C0" w:rsidP="009A28C0">
            <w:pPr>
              <w:rPr>
                <w:b/>
                <w:color w:val="000000"/>
              </w:rPr>
            </w:pPr>
          </w:p>
          <w:p w14:paraId="39D98912" w14:textId="77777777" w:rsidR="009A28C0" w:rsidRDefault="009A28C0" w:rsidP="009A28C0">
            <w:pPr>
              <w:rPr>
                <w:b/>
                <w:color w:val="000000"/>
              </w:rPr>
            </w:pPr>
          </w:p>
          <w:p w14:paraId="05C4C582" w14:textId="665A8628" w:rsidR="009A28C0" w:rsidRDefault="009A28C0" w:rsidP="009A28C0">
            <w:pPr>
              <w:rPr>
                <w:b/>
                <w:color w:val="000000"/>
              </w:rPr>
            </w:pPr>
          </w:p>
        </w:tc>
        <w:tc>
          <w:tcPr>
            <w:tcW w:w="4678" w:type="dxa"/>
            <w:tcBorders>
              <w:top w:val="single" w:sz="6" w:space="0" w:color="000000"/>
              <w:left w:val="single" w:sz="6" w:space="0" w:color="000000"/>
              <w:bottom w:val="single" w:sz="4" w:space="0" w:color="auto"/>
              <w:right w:val="single" w:sz="6" w:space="0" w:color="000000"/>
            </w:tcBorders>
            <w:vAlign w:val="center"/>
          </w:tcPr>
          <w:p w14:paraId="1AC30016" w14:textId="77777777" w:rsidR="009808F8" w:rsidRDefault="009808F8" w:rsidP="009A28C0">
            <w:pPr>
              <w:rPr>
                <w:b/>
                <w:color w:val="000000"/>
              </w:rPr>
            </w:pPr>
          </w:p>
          <w:p w14:paraId="4D645EEB" w14:textId="77777777" w:rsidR="00AF4AE5" w:rsidRDefault="00AF4AE5" w:rsidP="009A28C0">
            <w:pPr>
              <w:rPr>
                <w:b/>
                <w:color w:val="000000"/>
              </w:rPr>
            </w:pPr>
          </w:p>
          <w:p w14:paraId="1EA0B4A5" w14:textId="77777777" w:rsidR="00AF4AE5" w:rsidRDefault="00AF4AE5" w:rsidP="009A28C0">
            <w:pPr>
              <w:rPr>
                <w:b/>
                <w:color w:val="000000"/>
              </w:rPr>
            </w:pPr>
          </w:p>
          <w:p w14:paraId="02E66832" w14:textId="77777777" w:rsidR="00AF4AE5" w:rsidRDefault="00AF4AE5" w:rsidP="009A28C0">
            <w:pPr>
              <w:rPr>
                <w:b/>
                <w:color w:val="000000"/>
              </w:rPr>
            </w:pPr>
          </w:p>
          <w:p w14:paraId="67B659AD" w14:textId="77777777" w:rsidR="00AF4AE5" w:rsidRDefault="00AF4AE5" w:rsidP="009A28C0">
            <w:pPr>
              <w:rPr>
                <w:b/>
                <w:color w:val="000000"/>
              </w:rPr>
            </w:pPr>
          </w:p>
          <w:p w14:paraId="327B92D4" w14:textId="77777777" w:rsidR="00AF4AE5" w:rsidRDefault="00AF4AE5" w:rsidP="009A28C0">
            <w:pPr>
              <w:rPr>
                <w:b/>
                <w:color w:val="000000"/>
              </w:rPr>
            </w:pPr>
          </w:p>
          <w:p w14:paraId="656D2DD1" w14:textId="77777777" w:rsidR="00AF4AE5" w:rsidRDefault="00AF4AE5" w:rsidP="009A28C0">
            <w:pPr>
              <w:rPr>
                <w:b/>
                <w:color w:val="000000"/>
              </w:rPr>
            </w:pPr>
          </w:p>
          <w:p w14:paraId="59525BD2" w14:textId="77777777" w:rsidR="00AF4AE5" w:rsidRDefault="00AF4AE5" w:rsidP="009A28C0">
            <w:pPr>
              <w:rPr>
                <w:b/>
                <w:color w:val="000000"/>
              </w:rPr>
            </w:pPr>
          </w:p>
          <w:p w14:paraId="64E1E19F" w14:textId="77777777" w:rsidR="00AF4AE5" w:rsidRDefault="00AF4AE5" w:rsidP="009A28C0">
            <w:pPr>
              <w:rPr>
                <w:b/>
                <w:color w:val="000000"/>
              </w:rPr>
            </w:pPr>
          </w:p>
          <w:p w14:paraId="41CC19E9" w14:textId="77777777" w:rsidR="00AF4AE5" w:rsidRDefault="00AF4AE5" w:rsidP="009A28C0">
            <w:pPr>
              <w:rPr>
                <w:b/>
                <w:color w:val="000000"/>
              </w:rPr>
            </w:pPr>
          </w:p>
          <w:p w14:paraId="0EFBD61B" w14:textId="77777777" w:rsidR="00AF4AE5" w:rsidRDefault="00AF4AE5" w:rsidP="009A28C0">
            <w:pPr>
              <w:rPr>
                <w:b/>
                <w:color w:val="000000"/>
              </w:rPr>
            </w:pPr>
          </w:p>
          <w:p w14:paraId="07CC9434" w14:textId="4E0ACA33" w:rsidR="00AF4AE5" w:rsidRDefault="00AF4AE5" w:rsidP="009A28C0">
            <w:pPr>
              <w:rPr>
                <w:b/>
                <w:color w:val="000000"/>
              </w:rPr>
            </w:pPr>
          </w:p>
        </w:tc>
      </w:tr>
      <w:tr w:rsidR="000C6B7D" w14:paraId="75971EAA" w14:textId="77777777" w:rsidTr="009A28C0">
        <w:trPr>
          <w:cantSplit/>
          <w:trHeight w:hRule="exact" w:val="372"/>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D2AFF75" w14:textId="77777777" w:rsidR="000C6B7D" w:rsidRDefault="00135FC3">
            <w:pPr>
              <w:jc w:val="center"/>
            </w:pPr>
            <w:r>
              <w:rPr>
                <w:b/>
                <w:color w:val="000000"/>
              </w:rPr>
              <w:t>Oportunidades</w:t>
            </w:r>
            <w:r w:rsidR="00E26089">
              <w:rPr>
                <w:b/>
                <w:color w:val="000000"/>
              </w:rPr>
              <w:t xml:space="preserve"> de mejora</w:t>
            </w:r>
          </w:p>
        </w:tc>
      </w:tr>
      <w:tr w:rsidR="00AE2053" w14:paraId="33D6BC5E" w14:textId="77777777" w:rsidTr="009A28C0">
        <w:trPr>
          <w:cantSplit/>
          <w:trHeight w:hRule="exact" w:val="5609"/>
          <w:jc w:val="center"/>
        </w:trPr>
        <w:tc>
          <w:tcPr>
            <w:tcW w:w="9356" w:type="dxa"/>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vAlign w:val="center"/>
          </w:tcPr>
          <w:p w14:paraId="0EC8F1DD" w14:textId="434A5804" w:rsidR="00AE2053" w:rsidRDefault="00AE2053" w:rsidP="009A28C0">
            <w:pPr>
              <w:rPr>
                <w:b/>
                <w:color w:val="000000"/>
              </w:rPr>
            </w:pPr>
          </w:p>
          <w:p w14:paraId="161F629A" w14:textId="4D167CEB" w:rsidR="009A28C0" w:rsidRDefault="009A28C0" w:rsidP="009A28C0">
            <w:pPr>
              <w:rPr>
                <w:b/>
                <w:color w:val="000000"/>
              </w:rPr>
            </w:pPr>
          </w:p>
          <w:p w14:paraId="72C32E71" w14:textId="44D9948B" w:rsidR="009A28C0" w:rsidRDefault="009A28C0" w:rsidP="009A28C0">
            <w:pPr>
              <w:rPr>
                <w:b/>
                <w:color w:val="000000"/>
              </w:rPr>
            </w:pPr>
          </w:p>
          <w:p w14:paraId="6A247D1F" w14:textId="14E10C4B" w:rsidR="009A28C0" w:rsidRDefault="009A28C0" w:rsidP="009A28C0">
            <w:pPr>
              <w:rPr>
                <w:b/>
                <w:color w:val="000000"/>
              </w:rPr>
            </w:pPr>
          </w:p>
          <w:p w14:paraId="18A160A8" w14:textId="77777777" w:rsidR="009A28C0" w:rsidRDefault="009A28C0" w:rsidP="009A28C0">
            <w:pPr>
              <w:rPr>
                <w:b/>
                <w:color w:val="000000"/>
              </w:rPr>
            </w:pPr>
          </w:p>
          <w:p w14:paraId="0DC64229" w14:textId="77777777" w:rsidR="009A28C0" w:rsidRDefault="009A28C0" w:rsidP="009A28C0">
            <w:pPr>
              <w:rPr>
                <w:b/>
                <w:color w:val="000000"/>
              </w:rPr>
            </w:pPr>
          </w:p>
          <w:p w14:paraId="2AC633EB" w14:textId="77777777" w:rsidR="009A28C0" w:rsidRDefault="009A28C0" w:rsidP="009A28C0">
            <w:pPr>
              <w:rPr>
                <w:b/>
                <w:color w:val="000000"/>
              </w:rPr>
            </w:pPr>
          </w:p>
          <w:p w14:paraId="1122E626" w14:textId="77777777" w:rsidR="009A28C0" w:rsidRDefault="009A28C0" w:rsidP="009A28C0">
            <w:pPr>
              <w:rPr>
                <w:b/>
                <w:color w:val="000000"/>
              </w:rPr>
            </w:pPr>
          </w:p>
          <w:p w14:paraId="259081F8" w14:textId="10C282DC" w:rsidR="009A28C0" w:rsidRDefault="009A28C0" w:rsidP="009A28C0">
            <w:pPr>
              <w:rPr>
                <w:b/>
                <w:color w:val="000000"/>
              </w:rPr>
            </w:pPr>
          </w:p>
        </w:tc>
      </w:tr>
    </w:tbl>
    <w:p w14:paraId="6EE0449D" w14:textId="351580A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FE385F" w14:paraId="3CDA057F" w14:textId="77777777" w:rsidTr="009A28C0">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2CB5285B" w14:textId="77777777" w:rsidR="000C6B7D" w:rsidRPr="00E26089" w:rsidRDefault="00E26089">
            <w:pPr>
              <w:rPr>
                <w:lang w:val="es-PY"/>
              </w:rPr>
            </w:pPr>
            <w:r w:rsidRPr="00E26089">
              <w:rPr>
                <w:b/>
                <w:color w:val="FFFFFF"/>
                <w:lang w:val="es-PY"/>
              </w:rPr>
              <w:t>DIMENSIÓN 5. VINCULACIÓN Y PROYECCIÓN DEL PROGRAMA</w:t>
            </w:r>
          </w:p>
        </w:tc>
      </w:tr>
      <w:tr w:rsidR="000C6B7D" w14:paraId="5B11936C" w14:textId="77777777" w:rsidTr="009A28C0">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11BC32" w14:textId="42078EC0" w:rsidR="000C6B7D" w:rsidRDefault="00AE2053">
            <w:pPr>
              <w:jc w:val="center"/>
            </w:pPr>
            <w:proofErr w:type="spellStart"/>
            <w:r>
              <w:rPr>
                <w:b/>
                <w:color w:val="000000"/>
              </w:rPr>
              <w:t>Criterio</w:t>
            </w:r>
            <w:proofErr w:type="spellEnd"/>
            <w:r>
              <w:rPr>
                <w:b/>
                <w:color w:val="00000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6D8296"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63785B7" w14:textId="77777777" w:rsidR="000C6B7D" w:rsidRDefault="00E26089">
            <w:pPr>
              <w:jc w:val="center"/>
            </w:pPr>
            <w:r>
              <w:rPr>
                <w:b/>
                <w:color w:val="000000"/>
              </w:rPr>
              <w:t>Nivel de cumplimiento</w:t>
            </w:r>
          </w:p>
        </w:tc>
      </w:tr>
      <w:tr w:rsidR="000C6B7D" w14:paraId="50E0675F" w14:textId="77777777" w:rsidTr="009A28C0">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C517D2F"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D3C63F1"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0D2F5A8"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8271774"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BBACCA" w14:textId="77777777" w:rsidR="000C6B7D" w:rsidRDefault="00E26089">
            <w:pPr>
              <w:jc w:val="center"/>
            </w:pPr>
            <w:r>
              <w:rPr>
                <w:b/>
                <w:color w:val="000000"/>
              </w:rPr>
              <w:t>NC</w:t>
            </w:r>
          </w:p>
        </w:tc>
      </w:tr>
      <w:tr w:rsidR="000C6B7D" w:rsidRPr="00FE385F" w14:paraId="6C661613" w14:textId="77777777" w:rsidTr="00434A3A">
        <w:trPr>
          <w:cantSplit/>
          <w:trHeight w:val="1024"/>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BEA84DF" w14:textId="1DAB82D0" w:rsidR="000C6B7D" w:rsidRPr="005D12D8" w:rsidRDefault="00E26089">
            <w:pPr>
              <w:jc w:val="center"/>
              <w:rPr>
                <w:lang w:val="es-PY"/>
              </w:rPr>
            </w:pPr>
            <w:r w:rsidRPr="00E26089">
              <w:rPr>
                <w:b/>
                <w:color w:val="000000"/>
                <w:lang w:val="es-PY"/>
              </w:rPr>
              <w:t>Pertinencia del vínculo del programa co</w:t>
            </w:r>
            <w:r w:rsidR="00BB0409">
              <w:rPr>
                <w:b/>
                <w:color w:val="000000"/>
                <w:lang w:val="es-PY"/>
              </w:rPr>
              <w:t xml:space="preserve">n el entorno académico, </w:t>
            </w:r>
            <w:r w:rsidR="00AE2053">
              <w:rPr>
                <w:b/>
                <w:color w:val="000000"/>
                <w:lang w:val="es-PY"/>
              </w:rPr>
              <w:t>social</w:t>
            </w:r>
            <w:r w:rsidR="00BB0409">
              <w:rPr>
                <w:b/>
                <w:color w:val="000000"/>
                <w:lang w:val="es-PY"/>
              </w:rPr>
              <w:t xml:space="preserve"> y profesional</w:t>
            </w:r>
            <w:r w:rsidRPr="00E26089">
              <w:rPr>
                <w:b/>
                <w:color w:val="FF0000"/>
                <w:lang w:val="es-PY"/>
              </w:rPr>
              <w:br/>
            </w: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EF84549" w14:textId="7523BA89" w:rsidR="00B150CA" w:rsidRPr="00BB0409" w:rsidRDefault="00BB0409" w:rsidP="00B150CA">
            <w:pPr>
              <w:jc w:val="both"/>
              <w:rPr>
                <w:color w:val="000000"/>
                <w:lang w:val="es-PY"/>
              </w:rPr>
            </w:pPr>
            <w:r w:rsidRPr="00BB0409">
              <w:rPr>
                <w:color w:val="000000"/>
                <w:lang w:val="es-PY"/>
              </w:rPr>
              <w:t xml:space="preserve">a. </w:t>
            </w:r>
            <w:r w:rsidR="00B150CA" w:rsidRPr="00BB0409">
              <w:rPr>
                <w:color w:val="000000"/>
                <w:lang w:val="es-PY"/>
              </w:rPr>
              <w:t>Se implementan estrategias de vinculación con actores del entorno académico, social y profesional para identificar las necesidades o problemas del medio rela</w:t>
            </w:r>
            <w:r w:rsidR="00D51657">
              <w:rPr>
                <w:color w:val="000000"/>
                <w:lang w:val="es-PY"/>
              </w:rPr>
              <w:t>cionados con los objetivos del P</w:t>
            </w:r>
            <w:r w:rsidR="00B150CA" w:rsidRPr="00BB0409">
              <w:rPr>
                <w:color w:val="000000"/>
                <w:lang w:val="es-PY"/>
              </w:rPr>
              <w:t>rograma, el perfil de egreso, línea</w:t>
            </w:r>
            <w:r>
              <w:rPr>
                <w:color w:val="000000"/>
                <w:lang w:val="es-PY"/>
              </w:rPr>
              <w:t>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586FF67"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700CBE3"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49AA984" w14:textId="77777777" w:rsidR="000C6B7D" w:rsidRPr="005D12D8" w:rsidRDefault="000C6B7D">
            <w:pPr>
              <w:jc w:val="center"/>
              <w:rPr>
                <w:lang w:val="es-PY"/>
              </w:rPr>
            </w:pPr>
          </w:p>
        </w:tc>
      </w:tr>
      <w:tr w:rsidR="000C6B7D" w:rsidRPr="00FE385F" w14:paraId="5655DBDA" w14:textId="77777777" w:rsidTr="00434A3A">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369D11D"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D8802E7" w14:textId="6292DC34" w:rsidR="00B150CA" w:rsidRPr="00BB0409" w:rsidRDefault="00BB0409">
            <w:pPr>
              <w:jc w:val="both"/>
              <w:rPr>
                <w:color w:val="000000"/>
                <w:lang w:val="es-PY"/>
              </w:rPr>
            </w:pPr>
            <w:r>
              <w:rPr>
                <w:color w:val="000000"/>
                <w:lang w:val="es-PY"/>
              </w:rPr>
              <w:t xml:space="preserve">b. </w:t>
            </w:r>
            <w:r w:rsidR="00B150CA" w:rsidRPr="00BB0409">
              <w:rPr>
                <w:color w:val="00000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5E428B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CF9E0C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931CB6D" w14:textId="77777777" w:rsidR="000C6B7D" w:rsidRPr="005D12D8" w:rsidRDefault="000C6B7D">
            <w:pPr>
              <w:jc w:val="center"/>
              <w:rPr>
                <w:lang w:val="es-PY"/>
              </w:rPr>
            </w:pPr>
          </w:p>
        </w:tc>
      </w:tr>
      <w:tr w:rsidR="000C6B7D" w:rsidRPr="00FE385F" w14:paraId="50082AE1" w14:textId="77777777" w:rsidTr="00434A3A">
        <w:trPr>
          <w:cantSplit/>
          <w:trHeight w:val="3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6E0306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1AEDDED" w14:textId="373D8661" w:rsidR="00B150CA" w:rsidRPr="00BB0409" w:rsidRDefault="00BB0409">
            <w:pPr>
              <w:jc w:val="both"/>
              <w:rPr>
                <w:color w:val="000000"/>
                <w:lang w:val="es-PY"/>
              </w:rPr>
            </w:pPr>
            <w:r>
              <w:rPr>
                <w:color w:val="000000"/>
                <w:lang w:val="es-PY"/>
              </w:rPr>
              <w:t xml:space="preserve">c. </w:t>
            </w:r>
            <w:r w:rsidR="00B150CA" w:rsidRPr="00BB0409">
              <w:rPr>
                <w:color w:val="000000"/>
                <w:lang w:val="es-PY"/>
              </w:rPr>
              <w:t>Se cuenta con una estrategia institucional de comunicación de l</w:t>
            </w:r>
            <w:r w:rsidR="00D51657">
              <w:rPr>
                <w:color w:val="000000"/>
                <w:lang w:val="es-PY"/>
              </w:rPr>
              <w:t>os logros del P</w:t>
            </w:r>
            <w:r w:rsidRPr="00BB0409">
              <w:rPr>
                <w:color w:val="000000"/>
                <w:lang w:val="es-PY"/>
              </w:rPr>
              <w:t>rograma</w:t>
            </w:r>
            <w:r w:rsidR="00D12FE3">
              <w:rPr>
                <w:color w:val="000000"/>
                <w:lang w:val="es-PY"/>
              </w:rPr>
              <w:t>,</w:t>
            </w:r>
            <w:r w:rsidRPr="00BB0409">
              <w:rPr>
                <w:color w:val="000000"/>
                <w:lang w:val="es-PY"/>
              </w:rPr>
              <w:t xml:space="preserve"> destinada</w:t>
            </w:r>
            <w:r w:rsidR="00B150CA" w:rsidRPr="00BB0409">
              <w:rPr>
                <w:color w:val="000000"/>
                <w:lang w:val="es-PY"/>
              </w:rPr>
              <w:t xml:space="preserve">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C84B18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99A64A0"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31321E5" w14:textId="77777777" w:rsidR="000C6B7D" w:rsidRPr="005D12D8" w:rsidRDefault="000C6B7D">
            <w:pPr>
              <w:jc w:val="center"/>
              <w:rPr>
                <w:lang w:val="es-PY"/>
              </w:rPr>
            </w:pPr>
          </w:p>
        </w:tc>
      </w:tr>
      <w:tr w:rsidR="000C6B7D" w:rsidRPr="00FE385F" w14:paraId="0E61F6E6" w14:textId="77777777" w:rsidTr="00434A3A">
        <w:trPr>
          <w:cantSplit/>
          <w:trHeight w:val="2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61C7A9"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6359B01" w14:textId="6F97AB60" w:rsidR="00B150CA" w:rsidRPr="00BB0409" w:rsidRDefault="00BB0409">
            <w:pPr>
              <w:jc w:val="both"/>
              <w:rPr>
                <w:color w:val="000000"/>
                <w:lang w:val="es-PY"/>
              </w:rPr>
            </w:pPr>
            <w:r>
              <w:rPr>
                <w:color w:val="000000"/>
                <w:lang w:val="es-PY"/>
              </w:rPr>
              <w:t xml:space="preserve">d. </w:t>
            </w:r>
            <w:r w:rsidR="00B150CA" w:rsidRPr="00BB0409">
              <w:rPr>
                <w:color w:val="000000"/>
                <w:lang w:val="es-PY"/>
              </w:rPr>
              <w:t xml:space="preserve">El </w:t>
            </w:r>
            <w:r w:rsidR="00D51657">
              <w:rPr>
                <w:color w:val="000000"/>
                <w:lang w:val="es-PY"/>
              </w:rPr>
              <w:t>P</w:t>
            </w:r>
            <w:r w:rsidR="00B150CA" w:rsidRPr="00BB0409">
              <w:rPr>
                <w:color w:val="000000"/>
                <w:lang w:val="es-PY"/>
              </w:rPr>
              <w:t>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1882B77"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FF82D3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EECD2DA" w14:textId="77777777" w:rsidR="000C6B7D" w:rsidRPr="005D12D8" w:rsidRDefault="000C6B7D">
            <w:pPr>
              <w:jc w:val="center"/>
              <w:rPr>
                <w:lang w:val="es-PY"/>
              </w:rPr>
            </w:pPr>
          </w:p>
        </w:tc>
      </w:tr>
      <w:tr w:rsidR="000C6B7D" w:rsidRPr="00FE385F" w14:paraId="6D9F6A91" w14:textId="77777777" w:rsidTr="009A28C0">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24020B8B"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D818A31" w14:textId="77777777" w:rsidR="000C6B7D" w:rsidRPr="00E26089" w:rsidRDefault="000C6B7D">
            <w:pPr>
              <w:jc w:val="center"/>
              <w:rPr>
                <w:lang w:val="es-PY"/>
              </w:rPr>
            </w:pPr>
          </w:p>
        </w:tc>
      </w:tr>
      <w:tr w:rsidR="000C6B7D" w14:paraId="734F259C" w14:textId="77777777" w:rsidTr="009A28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7C824C1"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6BF20" w14:textId="77777777" w:rsidR="000C6B7D" w:rsidRDefault="00E26089">
            <w:pPr>
              <w:jc w:val="center"/>
            </w:pPr>
            <w:r>
              <w:rPr>
                <w:b/>
                <w:color w:val="000000"/>
                <w:sz w:val="19"/>
              </w:rPr>
              <w:t>Medios de verificación</w:t>
            </w:r>
          </w:p>
        </w:tc>
      </w:tr>
      <w:tr w:rsidR="000C6B7D" w14:paraId="66631CAB" w14:textId="77777777" w:rsidTr="009A28C0">
        <w:trPr>
          <w:cantSplit/>
          <w:trHeight w:hRule="exact" w:val="685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27A8066" w14:textId="77777777" w:rsidR="000C6B7D" w:rsidRDefault="000C6B7D"/>
          <w:p w14:paraId="66D6BDB2" w14:textId="77777777" w:rsidR="009A28C0" w:rsidRDefault="009A28C0"/>
          <w:p w14:paraId="2215D2F1" w14:textId="77777777" w:rsidR="009A28C0" w:rsidRDefault="009A28C0"/>
          <w:p w14:paraId="4AE9EB76" w14:textId="77777777" w:rsidR="009A28C0" w:rsidRDefault="009A28C0"/>
          <w:p w14:paraId="564FFFA8" w14:textId="77777777" w:rsidR="009A28C0" w:rsidRDefault="009A28C0"/>
          <w:p w14:paraId="35D45511" w14:textId="77777777" w:rsidR="009A28C0" w:rsidRDefault="009A28C0"/>
          <w:p w14:paraId="29D6DAE9" w14:textId="77777777" w:rsidR="009A28C0" w:rsidRDefault="009A28C0"/>
          <w:p w14:paraId="30FE272D" w14:textId="77777777" w:rsidR="009A28C0" w:rsidRDefault="009A28C0"/>
          <w:p w14:paraId="0D44F82C" w14:textId="77777777" w:rsidR="009A28C0" w:rsidRDefault="009A28C0"/>
          <w:p w14:paraId="2EAC3E95" w14:textId="77777777" w:rsidR="009A28C0" w:rsidRDefault="009A28C0"/>
          <w:p w14:paraId="3C62D40A" w14:textId="77777777" w:rsidR="009A28C0" w:rsidRDefault="009A28C0"/>
          <w:p w14:paraId="1C2C2231" w14:textId="77777777" w:rsidR="009A28C0" w:rsidRDefault="009A28C0"/>
          <w:p w14:paraId="00401E40" w14:textId="77777777" w:rsidR="009A28C0" w:rsidRDefault="009A28C0"/>
          <w:p w14:paraId="29511D0D" w14:textId="77777777" w:rsidR="009A28C0" w:rsidRDefault="009A28C0"/>
          <w:p w14:paraId="14C70AD0" w14:textId="77777777" w:rsidR="009A28C0" w:rsidRDefault="009A28C0"/>
          <w:p w14:paraId="34489F3F" w14:textId="77777777" w:rsidR="009A28C0" w:rsidRDefault="009A28C0"/>
          <w:p w14:paraId="0CFE863D" w14:textId="77777777" w:rsidR="009A28C0" w:rsidRDefault="009A28C0"/>
          <w:p w14:paraId="44CC8685" w14:textId="77777777" w:rsidR="009A28C0" w:rsidRDefault="009A28C0"/>
          <w:p w14:paraId="4FF55C4D" w14:textId="77777777" w:rsidR="009A28C0" w:rsidRDefault="009A28C0"/>
          <w:p w14:paraId="20908427" w14:textId="77777777" w:rsidR="009A28C0" w:rsidRDefault="009A28C0"/>
          <w:p w14:paraId="737D8B6F" w14:textId="77777777" w:rsidR="009A28C0" w:rsidRDefault="009A28C0"/>
          <w:p w14:paraId="6BCED90C" w14:textId="77777777" w:rsidR="009A28C0" w:rsidRDefault="009A28C0"/>
          <w:p w14:paraId="6384CD33" w14:textId="77777777" w:rsidR="009A28C0" w:rsidRDefault="009A28C0"/>
          <w:p w14:paraId="209C0344" w14:textId="77777777" w:rsidR="009A28C0" w:rsidRDefault="009A28C0"/>
          <w:p w14:paraId="626FB1A7" w14:textId="77777777" w:rsidR="009A28C0" w:rsidRDefault="009A28C0"/>
          <w:p w14:paraId="3E62BC98" w14:textId="1C361927" w:rsidR="009A28C0" w:rsidRDefault="009A28C0"/>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CE9F4D9" w14:textId="77777777" w:rsidR="000C6B7D" w:rsidRDefault="000C6B7D"/>
        </w:tc>
      </w:tr>
    </w:tbl>
    <w:p w14:paraId="034FC56F" w14:textId="217F3702"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64E88EF6" w14:textId="77777777" w:rsidTr="009A28C0">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BAF37F" w14:textId="55DC4A25" w:rsidR="000C6B7D" w:rsidRDefault="009808F8">
            <w:pPr>
              <w:jc w:val="center"/>
            </w:pPr>
            <w:r w:rsidRPr="00990F2B">
              <w:rPr>
                <w:b/>
                <w:color w:val="000000"/>
                <w:lang w:val="es-PY"/>
              </w:rPr>
              <w:t>Criterio</w:t>
            </w:r>
            <w:r>
              <w:rPr>
                <w:b/>
                <w:color w:val="00000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1C54E2"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F144C9" w14:textId="77777777" w:rsidR="000C6B7D" w:rsidRDefault="00E26089">
            <w:pPr>
              <w:jc w:val="center"/>
            </w:pPr>
            <w:r>
              <w:rPr>
                <w:b/>
                <w:color w:val="000000"/>
              </w:rPr>
              <w:t>Nivel de cumplimiento</w:t>
            </w:r>
          </w:p>
        </w:tc>
      </w:tr>
      <w:tr w:rsidR="000C6B7D" w14:paraId="5BF32C2D" w14:textId="77777777" w:rsidTr="009A28C0">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C1593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87A73C"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277AFE"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A64613"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DB4502" w14:textId="77777777" w:rsidR="000C6B7D" w:rsidRDefault="00E26089">
            <w:pPr>
              <w:jc w:val="center"/>
            </w:pPr>
            <w:r>
              <w:rPr>
                <w:b/>
                <w:color w:val="000000"/>
              </w:rPr>
              <w:t>NC</w:t>
            </w:r>
          </w:p>
        </w:tc>
      </w:tr>
      <w:tr w:rsidR="000C6B7D" w:rsidRPr="00FE385F" w14:paraId="19BC2E15" w14:textId="77777777" w:rsidTr="00FE385F">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F29B02" w14:textId="2B05F06F" w:rsidR="000C6B7D" w:rsidRPr="00E26089" w:rsidRDefault="00434A3A">
            <w:pPr>
              <w:jc w:val="center"/>
              <w:rPr>
                <w:lang w:val="es-PY"/>
              </w:rPr>
            </w:pPr>
            <w:r>
              <w:rPr>
                <w:b/>
                <w:color w:val="000000"/>
                <w:lang w:val="es-PY"/>
              </w:rPr>
              <w:t>Impacto de la proyección</w:t>
            </w:r>
            <w:r w:rsidRPr="00434A3A">
              <w:rPr>
                <w:b/>
                <w:color w:val="000000"/>
                <w:lang w:val="es-PY"/>
              </w:rPr>
              <w:t xml:space="preserve"> y visibilidad de los resultados del programa</w:t>
            </w:r>
            <w:r>
              <w:rPr>
                <w:b/>
                <w:color w:val="000000"/>
                <w:lang w:val="es-PY"/>
              </w:rPr>
              <w:t xml:space="preserve"> </w:t>
            </w:r>
            <w:r w:rsidRPr="00434A3A">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315B57" w14:textId="6FE1FF6A" w:rsidR="00015037" w:rsidRPr="00015037" w:rsidRDefault="00015037" w:rsidP="00015037">
            <w:pPr>
              <w:pStyle w:val="Prrafodelista"/>
              <w:numPr>
                <w:ilvl w:val="1"/>
                <w:numId w:val="14"/>
              </w:numPr>
              <w:ind w:left="229" w:hanging="229"/>
              <w:jc w:val="both"/>
              <w:rPr>
                <w:lang w:val="es-PY"/>
              </w:rPr>
            </w:pPr>
            <w:r w:rsidRPr="00015037">
              <w:rPr>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89FA9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6022F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2B2877" w14:textId="77777777" w:rsidR="000C6B7D" w:rsidRPr="005D12D8" w:rsidRDefault="000C6B7D">
            <w:pPr>
              <w:jc w:val="center"/>
              <w:rPr>
                <w:lang w:val="es-PY"/>
              </w:rPr>
            </w:pPr>
          </w:p>
        </w:tc>
      </w:tr>
      <w:tr w:rsidR="000C6B7D" w:rsidRPr="00FE385F" w14:paraId="5E92F678" w14:textId="77777777" w:rsidTr="00FE385F">
        <w:trPr>
          <w:cantSplit/>
          <w:trHeight w:val="44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408EBA"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B07121" w14:textId="5E66D03C" w:rsidR="000C6B7D" w:rsidRPr="00E26089" w:rsidRDefault="00E26089">
            <w:pPr>
              <w:jc w:val="both"/>
              <w:rPr>
                <w:lang w:val="es-PY"/>
              </w:rPr>
            </w:pPr>
            <w:r w:rsidRPr="00E26089">
              <w:rPr>
                <w:color w:val="000000"/>
                <w:lang w:val="es-PY"/>
              </w:rPr>
              <w:t xml:space="preserve">b. </w:t>
            </w:r>
            <w:r w:rsidR="00015037" w:rsidRPr="00015037">
              <w:rPr>
                <w:color w:val="00000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F0C69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008E1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58CBE5" w14:textId="77777777" w:rsidR="000C6B7D" w:rsidRPr="005D12D8" w:rsidRDefault="000C6B7D">
            <w:pPr>
              <w:jc w:val="center"/>
              <w:rPr>
                <w:lang w:val="es-PY"/>
              </w:rPr>
            </w:pPr>
          </w:p>
        </w:tc>
      </w:tr>
      <w:tr w:rsidR="000C6B7D" w:rsidRPr="00FE385F" w14:paraId="54553F92" w14:textId="77777777" w:rsidTr="00FE385F">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06312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99BEE0" w14:textId="67A34BD6" w:rsidR="000C6B7D" w:rsidRPr="00E26089" w:rsidRDefault="00E26089">
            <w:pPr>
              <w:jc w:val="both"/>
              <w:rPr>
                <w:lang w:val="es-PY"/>
              </w:rPr>
            </w:pPr>
            <w:r w:rsidRPr="00E26089">
              <w:rPr>
                <w:color w:val="000000"/>
                <w:lang w:val="es-PY"/>
              </w:rPr>
              <w:t xml:space="preserve">c. </w:t>
            </w:r>
            <w:r w:rsidR="00015037" w:rsidRPr="00015037">
              <w:rPr>
                <w:color w:val="000000"/>
                <w:lang w:val="es-PY"/>
              </w:rPr>
              <w:t>El programa organiza o participa regularmente en eventos académicos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3C794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068EA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9CB83F" w14:textId="77777777" w:rsidR="000C6B7D" w:rsidRPr="005D12D8" w:rsidRDefault="000C6B7D">
            <w:pPr>
              <w:jc w:val="center"/>
              <w:rPr>
                <w:lang w:val="es-PY"/>
              </w:rPr>
            </w:pPr>
          </w:p>
        </w:tc>
      </w:tr>
      <w:tr w:rsidR="000C6B7D" w:rsidRPr="00FE385F" w14:paraId="713187DF" w14:textId="77777777" w:rsidTr="00FE385F">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74B97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FB62D1" w14:textId="2F58C439" w:rsidR="000C6B7D" w:rsidRPr="00E26089" w:rsidRDefault="00E26089">
            <w:pPr>
              <w:jc w:val="both"/>
              <w:rPr>
                <w:lang w:val="es-PY"/>
              </w:rPr>
            </w:pPr>
            <w:r w:rsidRPr="00E26089">
              <w:rPr>
                <w:color w:val="000000"/>
                <w:lang w:val="es-PY"/>
              </w:rPr>
              <w:t xml:space="preserve">d. </w:t>
            </w:r>
            <w:r w:rsidR="00434A3A" w:rsidRPr="00434A3A">
              <w:rPr>
                <w:color w:val="00000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0AD74C"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F2639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E4522E" w14:textId="77777777" w:rsidR="000C6B7D" w:rsidRPr="005D12D8" w:rsidRDefault="000C6B7D">
            <w:pPr>
              <w:jc w:val="center"/>
              <w:rPr>
                <w:lang w:val="es-PY"/>
              </w:rPr>
            </w:pPr>
          </w:p>
        </w:tc>
      </w:tr>
      <w:tr w:rsidR="000C6B7D" w:rsidRPr="00FE385F" w14:paraId="1186363F" w14:textId="77777777" w:rsidTr="009A28C0">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C7D1292" w14:textId="77777777" w:rsidR="000C6B7D" w:rsidRPr="00E26089" w:rsidRDefault="00E26089">
            <w:pPr>
              <w:jc w:val="center"/>
              <w:rPr>
                <w:lang w:val="es-PY"/>
              </w:rPr>
            </w:pPr>
            <w:r w:rsidRPr="00E26089">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53E4914" w14:textId="77777777" w:rsidR="000C6B7D" w:rsidRPr="00E26089" w:rsidRDefault="000C6B7D">
            <w:pPr>
              <w:jc w:val="center"/>
              <w:rPr>
                <w:lang w:val="es-PY"/>
              </w:rPr>
            </w:pPr>
          </w:p>
        </w:tc>
      </w:tr>
      <w:tr w:rsidR="000C6B7D" w14:paraId="20FC7E42" w14:textId="77777777" w:rsidTr="009A28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DBC848"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9F513D" w14:textId="77777777" w:rsidR="000C6B7D" w:rsidRDefault="00E26089">
            <w:pPr>
              <w:jc w:val="center"/>
            </w:pPr>
            <w:r>
              <w:rPr>
                <w:b/>
                <w:color w:val="000000"/>
                <w:sz w:val="19"/>
              </w:rPr>
              <w:t>Medios de verificación</w:t>
            </w:r>
          </w:p>
        </w:tc>
      </w:tr>
      <w:tr w:rsidR="000C6B7D" w14:paraId="2F4FD6B6" w14:textId="77777777" w:rsidTr="008C6AF4">
        <w:trPr>
          <w:cantSplit/>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B249EC3" w14:textId="77777777" w:rsidR="000C6B7D" w:rsidRDefault="000C6B7D" w:rsidP="008C6AF4">
            <w:pPr>
              <w:jc w:val="both"/>
            </w:pPr>
          </w:p>
          <w:p w14:paraId="225EFE70" w14:textId="77777777" w:rsidR="008C6AF4" w:rsidRDefault="008C6AF4" w:rsidP="008C6AF4">
            <w:pPr>
              <w:jc w:val="both"/>
            </w:pPr>
          </w:p>
          <w:p w14:paraId="76E4C490" w14:textId="77777777" w:rsidR="008C6AF4" w:rsidRDefault="008C6AF4" w:rsidP="008C6AF4">
            <w:pPr>
              <w:jc w:val="both"/>
            </w:pPr>
          </w:p>
          <w:p w14:paraId="1173534B" w14:textId="77777777" w:rsidR="008C6AF4" w:rsidRDefault="008C6AF4" w:rsidP="008C6AF4">
            <w:pPr>
              <w:jc w:val="both"/>
            </w:pPr>
          </w:p>
          <w:p w14:paraId="4409147E" w14:textId="77777777" w:rsidR="008C6AF4" w:rsidRDefault="008C6AF4" w:rsidP="008C6AF4">
            <w:pPr>
              <w:jc w:val="both"/>
            </w:pPr>
          </w:p>
          <w:p w14:paraId="370CD34D" w14:textId="77777777" w:rsidR="008C6AF4" w:rsidRDefault="008C6AF4" w:rsidP="008C6AF4">
            <w:pPr>
              <w:jc w:val="both"/>
            </w:pPr>
          </w:p>
          <w:p w14:paraId="2F9B3ED9" w14:textId="77777777" w:rsidR="008C6AF4" w:rsidRDefault="008C6AF4" w:rsidP="008C6AF4">
            <w:pPr>
              <w:jc w:val="both"/>
            </w:pPr>
          </w:p>
          <w:p w14:paraId="7453F945" w14:textId="77777777" w:rsidR="008C6AF4" w:rsidRDefault="008C6AF4" w:rsidP="008C6AF4">
            <w:pPr>
              <w:jc w:val="both"/>
            </w:pPr>
          </w:p>
          <w:p w14:paraId="05F73C8A" w14:textId="77777777" w:rsidR="008C6AF4" w:rsidRDefault="008C6AF4" w:rsidP="008C6AF4">
            <w:pPr>
              <w:jc w:val="both"/>
            </w:pPr>
          </w:p>
          <w:p w14:paraId="66C697D0" w14:textId="77777777" w:rsidR="008C6AF4" w:rsidRDefault="008C6AF4" w:rsidP="008C6AF4">
            <w:pPr>
              <w:jc w:val="both"/>
            </w:pPr>
          </w:p>
          <w:p w14:paraId="7FAC2E22" w14:textId="77777777" w:rsidR="008C6AF4" w:rsidRDefault="008C6AF4" w:rsidP="008C6AF4">
            <w:pPr>
              <w:jc w:val="both"/>
            </w:pPr>
          </w:p>
          <w:p w14:paraId="4C7C8594" w14:textId="77777777" w:rsidR="008C6AF4" w:rsidRDefault="008C6AF4" w:rsidP="008C6AF4">
            <w:pPr>
              <w:jc w:val="both"/>
            </w:pPr>
          </w:p>
          <w:p w14:paraId="5ED4BB63" w14:textId="77777777" w:rsidR="008C6AF4" w:rsidRDefault="008C6AF4" w:rsidP="008C6AF4">
            <w:pPr>
              <w:jc w:val="both"/>
            </w:pPr>
          </w:p>
          <w:p w14:paraId="1AC559EE" w14:textId="77777777" w:rsidR="008C6AF4" w:rsidRDefault="008C6AF4" w:rsidP="008C6AF4">
            <w:pPr>
              <w:jc w:val="both"/>
            </w:pPr>
          </w:p>
          <w:p w14:paraId="49A5826F" w14:textId="77777777" w:rsidR="008C6AF4" w:rsidRDefault="008C6AF4" w:rsidP="008C6AF4">
            <w:pPr>
              <w:jc w:val="both"/>
            </w:pPr>
          </w:p>
          <w:p w14:paraId="591B040A" w14:textId="77777777" w:rsidR="008C6AF4" w:rsidRDefault="008C6AF4" w:rsidP="008C6AF4">
            <w:pPr>
              <w:jc w:val="both"/>
            </w:pPr>
          </w:p>
          <w:p w14:paraId="7492EE2E" w14:textId="77777777" w:rsidR="008C6AF4" w:rsidRDefault="008C6AF4" w:rsidP="008C6AF4">
            <w:pPr>
              <w:jc w:val="both"/>
            </w:pPr>
          </w:p>
          <w:p w14:paraId="7432C458" w14:textId="77777777" w:rsidR="008C6AF4" w:rsidRDefault="008C6AF4" w:rsidP="008C6AF4">
            <w:pPr>
              <w:jc w:val="both"/>
            </w:pPr>
          </w:p>
          <w:p w14:paraId="478EF198" w14:textId="77777777" w:rsidR="008C6AF4" w:rsidRDefault="008C6AF4" w:rsidP="008C6AF4">
            <w:pPr>
              <w:jc w:val="both"/>
            </w:pPr>
          </w:p>
          <w:p w14:paraId="45D57538" w14:textId="77777777" w:rsidR="008C6AF4" w:rsidRDefault="008C6AF4" w:rsidP="008C6AF4">
            <w:pPr>
              <w:jc w:val="both"/>
            </w:pPr>
          </w:p>
          <w:p w14:paraId="4E3BB3CB" w14:textId="77777777" w:rsidR="008C6AF4" w:rsidRDefault="008C6AF4" w:rsidP="008C6AF4">
            <w:pPr>
              <w:jc w:val="both"/>
            </w:pPr>
          </w:p>
          <w:p w14:paraId="710C2016" w14:textId="77777777" w:rsidR="008C6AF4" w:rsidRDefault="008C6AF4" w:rsidP="008C6AF4">
            <w:pPr>
              <w:jc w:val="both"/>
            </w:pPr>
          </w:p>
          <w:p w14:paraId="70A0F504" w14:textId="77777777" w:rsidR="008C6AF4" w:rsidRDefault="008C6AF4" w:rsidP="008C6AF4">
            <w:pPr>
              <w:jc w:val="both"/>
            </w:pPr>
          </w:p>
          <w:p w14:paraId="7FDA8A1F" w14:textId="77777777" w:rsidR="008C6AF4" w:rsidRDefault="008C6AF4" w:rsidP="008C6AF4">
            <w:pPr>
              <w:jc w:val="both"/>
            </w:pPr>
          </w:p>
          <w:p w14:paraId="40C8832E" w14:textId="77777777" w:rsidR="008C6AF4" w:rsidRDefault="008C6AF4" w:rsidP="008C6AF4">
            <w:pPr>
              <w:jc w:val="both"/>
            </w:pPr>
          </w:p>
          <w:p w14:paraId="02A7D3E6" w14:textId="77777777" w:rsidR="008C6AF4" w:rsidRDefault="008C6AF4" w:rsidP="008C6AF4">
            <w:pPr>
              <w:jc w:val="both"/>
            </w:pPr>
          </w:p>
          <w:p w14:paraId="650D0F5B" w14:textId="77777777" w:rsidR="008C6AF4" w:rsidRDefault="008C6AF4" w:rsidP="008C6AF4">
            <w:pPr>
              <w:jc w:val="both"/>
            </w:pPr>
          </w:p>
          <w:p w14:paraId="0FE30CB6" w14:textId="77777777" w:rsidR="008C6AF4" w:rsidRDefault="008C6AF4" w:rsidP="008C6AF4">
            <w:pPr>
              <w:jc w:val="both"/>
            </w:pPr>
          </w:p>
          <w:p w14:paraId="754F336C" w14:textId="77777777" w:rsidR="008C6AF4" w:rsidRDefault="008C6AF4" w:rsidP="008C6AF4">
            <w:pPr>
              <w:jc w:val="both"/>
            </w:pPr>
          </w:p>
          <w:p w14:paraId="685451C8" w14:textId="77777777" w:rsidR="008C6AF4" w:rsidRDefault="008C6AF4" w:rsidP="008C6AF4">
            <w:pPr>
              <w:jc w:val="both"/>
            </w:pPr>
          </w:p>
          <w:p w14:paraId="53485E54" w14:textId="77777777" w:rsidR="008C6AF4" w:rsidRDefault="008C6AF4" w:rsidP="008C6AF4">
            <w:pPr>
              <w:jc w:val="both"/>
            </w:pPr>
          </w:p>
          <w:p w14:paraId="2D2A32FE" w14:textId="77777777" w:rsidR="008C6AF4" w:rsidRDefault="008C6AF4" w:rsidP="008C6AF4">
            <w:pPr>
              <w:jc w:val="both"/>
            </w:pPr>
          </w:p>
          <w:p w14:paraId="71C2A2F8" w14:textId="77777777" w:rsidR="008C6AF4" w:rsidRDefault="008C6AF4" w:rsidP="008C6AF4">
            <w:pPr>
              <w:jc w:val="both"/>
            </w:pPr>
          </w:p>
          <w:p w14:paraId="4EEA7583" w14:textId="77777777" w:rsidR="008C6AF4" w:rsidRDefault="008C6AF4" w:rsidP="008C6AF4">
            <w:pPr>
              <w:jc w:val="both"/>
            </w:pPr>
          </w:p>
          <w:p w14:paraId="232CA7EB" w14:textId="77777777" w:rsidR="008C6AF4" w:rsidRDefault="008C6AF4" w:rsidP="008C6AF4">
            <w:pPr>
              <w:jc w:val="both"/>
            </w:pPr>
          </w:p>
          <w:p w14:paraId="11846F70" w14:textId="77777777" w:rsidR="008C6AF4" w:rsidRDefault="008C6AF4" w:rsidP="008C6AF4">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0B3DDC7" w14:textId="77777777" w:rsidR="000C6B7D" w:rsidRDefault="000C6B7D" w:rsidP="008C6AF4">
            <w:pPr>
              <w:jc w:val="both"/>
            </w:pPr>
          </w:p>
        </w:tc>
      </w:tr>
    </w:tbl>
    <w:p w14:paraId="59A62CE3" w14:textId="55D87488" w:rsidR="000C6B7D" w:rsidRDefault="000C6B7D"/>
    <w:tbl>
      <w:tblPr>
        <w:tblW w:w="0" w:type="auto"/>
        <w:jc w:val="center"/>
        <w:tblLayout w:type="fixed"/>
        <w:tblLook w:val="04A0" w:firstRow="1" w:lastRow="0" w:firstColumn="1" w:lastColumn="0" w:noHBand="0" w:noVBand="1"/>
      </w:tblPr>
      <w:tblGrid>
        <w:gridCol w:w="4678"/>
        <w:gridCol w:w="4678"/>
      </w:tblGrid>
      <w:tr w:rsidR="009A28C0" w:rsidRPr="00FE385F" w14:paraId="1EB34531" w14:textId="77777777" w:rsidTr="00C509F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5A89044" w14:textId="0308EFA6" w:rsidR="009A28C0" w:rsidRPr="009A28C0" w:rsidRDefault="009A28C0">
            <w:pPr>
              <w:jc w:val="center"/>
              <w:rPr>
                <w:b/>
                <w:color w:val="000000"/>
                <w:lang w:val="es-PY"/>
              </w:rPr>
            </w:pPr>
            <w:r w:rsidRPr="009A28C0">
              <w:rPr>
                <w:b/>
                <w:color w:val="000000"/>
                <w:lang w:val="es-PY"/>
              </w:rPr>
              <w:t xml:space="preserve">Fortalezas y debilidades </w:t>
            </w:r>
            <w:r w:rsidRPr="00735EB3">
              <w:rPr>
                <w:b/>
                <w:color w:val="000000"/>
                <w:szCs w:val="20"/>
                <w:lang w:val="es-PY"/>
              </w:rPr>
              <w:t>del cumplimiento de criterios de la dimensión evaluada</w:t>
            </w:r>
          </w:p>
        </w:tc>
      </w:tr>
      <w:tr w:rsidR="009808F8" w14:paraId="68FB2BB2" w14:textId="77777777" w:rsidTr="009A28C0">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3AC79CA" w14:textId="0FA00B86" w:rsidR="009808F8" w:rsidRDefault="009808F8">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7D672B4" w14:textId="6943FDC7" w:rsidR="009808F8" w:rsidRDefault="009808F8">
            <w:pPr>
              <w:jc w:val="center"/>
              <w:rPr>
                <w:b/>
                <w:color w:val="000000"/>
              </w:rPr>
            </w:pPr>
            <w:r>
              <w:rPr>
                <w:b/>
                <w:color w:val="000000"/>
              </w:rPr>
              <w:t>Debilidades</w:t>
            </w:r>
          </w:p>
        </w:tc>
      </w:tr>
      <w:tr w:rsidR="009808F8" w14:paraId="7A8BD084" w14:textId="77777777" w:rsidTr="008C6AF4">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D4CD349" w14:textId="77777777" w:rsidR="009808F8" w:rsidRDefault="009808F8" w:rsidP="008C6AF4">
            <w:pPr>
              <w:jc w:val="both"/>
              <w:rPr>
                <w:b/>
                <w:color w:val="000000"/>
              </w:rPr>
            </w:pPr>
          </w:p>
          <w:p w14:paraId="3F697864" w14:textId="77777777" w:rsidR="00A152E4" w:rsidRDefault="00A152E4" w:rsidP="008C6AF4">
            <w:pPr>
              <w:jc w:val="both"/>
              <w:rPr>
                <w:b/>
                <w:color w:val="000000"/>
              </w:rPr>
            </w:pPr>
          </w:p>
          <w:p w14:paraId="429DD8D9" w14:textId="77777777" w:rsidR="00A152E4" w:rsidRDefault="00A152E4" w:rsidP="008C6AF4">
            <w:pPr>
              <w:jc w:val="both"/>
              <w:rPr>
                <w:b/>
                <w:color w:val="000000"/>
              </w:rPr>
            </w:pPr>
          </w:p>
          <w:p w14:paraId="362188F7" w14:textId="77777777" w:rsidR="00A152E4" w:rsidRDefault="00A152E4" w:rsidP="008C6AF4">
            <w:pPr>
              <w:jc w:val="both"/>
              <w:rPr>
                <w:b/>
                <w:color w:val="000000"/>
              </w:rPr>
            </w:pPr>
          </w:p>
          <w:p w14:paraId="1CF7C1A5" w14:textId="77777777" w:rsidR="00A152E4" w:rsidRDefault="00A152E4" w:rsidP="008C6AF4">
            <w:pPr>
              <w:jc w:val="both"/>
              <w:rPr>
                <w:b/>
                <w:color w:val="000000"/>
              </w:rPr>
            </w:pPr>
          </w:p>
          <w:p w14:paraId="2E73AAB3" w14:textId="77777777" w:rsidR="00A152E4" w:rsidRDefault="00A152E4" w:rsidP="008C6AF4">
            <w:pPr>
              <w:jc w:val="both"/>
              <w:rPr>
                <w:b/>
                <w:color w:val="000000"/>
              </w:rPr>
            </w:pPr>
          </w:p>
          <w:p w14:paraId="0AA3C3AD" w14:textId="77777777" w:rsidR="00A152E4" w:rsidRDefault="00A152E4" w:rsidP="008C6AF4">
            <w:pPr>
              <w:jc w:val="both"/>
              <w:rPr>
                <w:b/>
                <w:color w:val="000000"/>
              </w:rPr>
            </w:pPr>
          </w:p>
          <w:p w14:paraId="7238BF26" w14:textId="77777777" w:rsidR="00A152E4" w:rsidRDefault="00A152E4" w:rsidP="008C6AF4">
            <w:pPr>
              <w:jc w:val="both"/>
              <w:rPr>
                <w:b/>
                <w:color w:val="000000"/>
              </w:rPr>
            </w:pPr>
          </w:p>
          <w:p w14:paraId="4B61C4A5" w14:textId="64276D1D" w:rsidR="00A152E4" w:rsidRDefault="00A152E4" w:rsidP="008C6AF4">
            <w:pPr>
              <w:jc w:val="both"/>
              <w:rPr>
                <w:b/>
                <w:color w:val="000000"/>
              </w:rPr>
            </w:pPr>
          </w:p>
          <w:p w14:paraId="5791EEF7" w14:textId="1489561F" w:rsidR="009A28C0" w:rsidRDefault="009A28C0" w:rsidP="008C6AF4">
            <w:pPr>
              <w:jc w:val="both"/>
              <w:rPr>
                <w:b/>
                <w:color w:val="000000"/>
              </w:rPr>
            </w:pPr>
          </w:p>
          <w:p w14:paraId="73B99550" w14:textId="31A204CA" w:rsidR="009A28C0" w:rsidRDefault="009A28C0" w:rsidP="008C6AF4">
            <w:pPr>
              <w:jc w:val="both"/>
              <w:rPr>
                <w:b/>
                <w:color w:val="000000"/>
              </w:rPr>
            </w:pPr>
          </w:p>
          <w:p w14:paraId="2F9E946C" w14:textId="71B0C14F" w:rsidR="009A28C0" w:rsidRDefault="009A28C0" w:rsidP="008C6AF4">
            <w:pPr>
              <w:jc w:val="both"/>
              <w:rPr>
                <w:b/>
                <w:color w:val="000000"/>
              </w:rPr>
            </w:pPr>
          </w:p>
          <w:p w14:paraId="24F4D7E1" w14:textId="77777777" w:rsidR="009A28C0" w:rsidRDefault="009A28C0" w:rsidP="008C6AF4">
            <w:pPr>
              <w:jc w:val="both"/>
              <w:rPr>
                <w:b/>
                <w:color w:val="000000"/>
              </w:rPr>
            </w:pPr>
          </w:p>
          <w:p w14:paraId="27C9166C" w14:textId="77777777" w:rsidR="00A152E4" w:rsidRDefault="00A152E4" w:rsidP="008C6AF4">
            <w:pPr>
              <w:jc w:val="both"/>
              <w:rPr>
                <w:b/>
                <w:color w:val="000000"/>
              </w:rPr>
            </w:pPr>
          </w:p>
          <w:p w14:paraId="5C214E78" w14:textId="77777777" w:rsidR="00A152E4" w:rsidRDefault="00A152E4" w:rsidP="008C6AF4">
            <w:pPr>
              <w:jc w:val="both"/>
              <w:rPr>
                <w:b/>
                <w:color w:val="000000"/>
              </w:rPr>
            </w:pPr>
          </w:p>
          <w:p w14:paraId="281B2DF4" w14:textId="77777777" w:rsidR="00A152E4" w:rsidRDefault="00A152E4" w:rsidP="008C6AF4">
            <w:pPr>
              <w:jc w:val="both"/>
              <w:rPr>
                <w:b/>
                <w:color w:val="000000"/>
              </w:rPr>
            </w:pPr>
          </w:p>
          <w:p w14:paraId="713604AC" w14:textId="77777777" w:rsidR="00A152E4" w:rsidRDefault="00A152E4" w:rsidP="008C6AF4">
            <w:pPr>
              <w:jc w:val="both"/>
              <w:rPr>
                <w:b/>
                <w:color w:val="000000"/>
              </w:rPr>
            </w:pPr>
          </w:p>
          <w:p w14:paraId="7A4BE044" w14:textId="77777777" w:rsidR="00A152E4" w:rsidRDefault="00A152E4" w:rsidP="008C6AF4">
            <w:pPr>
              <w:jc w:val="both"/>
              <w:rPr>
                <w:b/>
                <w:color w:val="000000"/>
              </w:rPr>
            </w:pPr>
          </w:p>
          <w:p w14:paraId="0A872A72" w14:textId="77777777" w:rsidR="00A152E4" w:rsidRDefault="00A152E4" w:rsidP="008C6AF4">
            <w:pPr>
              <w:jc w:val="both"/>
              <w:rPr>
                <w:b/>
                <w:color w:val="000000"/>
              </w:rPr>
            </w:pPr>
          </w:p>
          <w:p w14:paraId="47E91AEF" w14:textId="77777777" w:rsidR="00A152E4" w:rsidRDefault="00A152E4" w:rsidP="008C6AF4">
            <w:pPr>
              <w:jc w:val="both"/>
              <w:rPr>
                <w:b/>
                <w:color w:val="000000"/>
              </w:rPr>
            </w:pPr>
          </w:p>
          <w:p w14:paraId="2BDC99B0" w14:textId="77777777" w:rsidR="00A152E4" w:rsidRDefault="00A152E4" w:rsidP="008C6AF4">
            <w:pPr>
              <w:jc w:val="both"/>
              <w:rPr>
                <w:b/>
                <w:color w:val="000000"/>
              </w:rPr>
            </w:pPr>
          </w:p>
          <w:p w14:paraId="3AE7A98F" w14:textId="77777777" w:rsidR="00A152E4" w:rsidRDefault="00A152E4" w:rsidP="008C6AF4">
            <w:pPr>
              <w:jc w:val="both"/>
              <w:rPr>
                <w:b/>
                <w:color w:val="000000"/>
              </w:rPr>
            </w:pPr>
          </w:p>
          <w:p w14:paraId="476391B2" w14:textId="64609A5B" w:rsidR="00A152E4" w:rsidRDefault="00A152E4" w:rsidP="008C6AF4">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26578DCA" w14:textId="77777777" w:rsidR="009808F8" w:rsidRDefault="009808F8" w:rsidP="008C6AF4">
            <w:pPr>
              <w:jc w:val="both"/>
              <w:rPr>
                <w:b/>
                <w:color w:val="000000"/>
              </w:rPr>
            </w:pPr>
          </w:p>
          <w:p w14:paraId="4DE33A66" w14:textId="77777777" w:rsidR="009808F8" w:rsidRDefault="009808F8" w:rsidP="008C6AF4">
            <w:pPr>
              <w:jc w:val="both"/>
              <w:rPr>
                <w:b/>
                <w:color w:val="000000"/>
              </w:rPr>
            </w:pPr>
          </w:p>
          <w:p w14:paraId="53F56119" w14:textId="77777777" w:rsidR="009808F8" w:rsidRDefault="009808F8" w:rsidP="008C6AF4">
            <w:pPr>
              <w:jc w:val="both"/>
              <w:rPr>
                <w:b/>
                <w:color w:val="000000"/>
              </w:rPr>
            </w:pPr>
          </w:p>
          <w:p w14:paraId="28EF2C86" w14:textId="21444AC6" w:rsidR="009808F8" w:rsidRDefault="009808F8" w:rsidP="008C6AF4">
            <w:pPr>
              <w:jc w:val="both"/>
              <w:rPr>
                <w:b/>
                <w:color w:val="000000"/>
              </w:rPr>
            </w:pPr>
          </w:p>
        </w:tc>
      </w:tr>
      <w:tr w:rsidR="000C6B7D" w14:paraId="5A96BF80" w14:textId="77777777" w:rsidTr="009A28C0">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714F8B9" w14:textId="77777777" w:rsidR="000C6B7D" w:rsidRDefault="00135FC3">
            <w:pPr>
              <w:jc w:val="center"/>
            </w:pPr>
            <w:r>
              <w:rPr>
                <w:b/>
                <w:color w:val="000000"/>
              </w:rPr>
              <w:t xml:space="preserve">Oportunidades </w:t>
            </w:r>
            <w:r w:rsidR="00E26089">
              <w:rPr>
                <w:b/>
                <w:color w:val="000000"/>
              </w:rPr>
              <w:t>de mejora</w:t>
            </w:r>
          </w:p>
        </w:tc>
      </w:tr>
      <w:tr w:rsidR="009808F8" w14:paraId="1951E1B6" w14:textId="77777777" w:rsidTr="008C6AF4">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759AB" w14:textId="77777777" w:rsidR="009808F8" w:rsidRDefault="009808F8">
            <w:pPr>
              <w:jc w:val="center"/>
              <w:rPr>
                <w:b/>
                <w:color w:val="000000"/>
              </w:rPr>
            </w:pPr>
          </w:p>
          <w:p w14:paraId="72C7F906" w14:textId="59563739" w:rsidR="00A152E4" w:rsidRDefault="00A152E4">
            <w:pPr>
              <w:jc w:val="center"/>
              <w:rPr>
                <w:b/>
                <w:color w:val="000000"/>
              </w:rPr>
            </w:pPr>
          </w:p>
          <w:p w14:paraId="5B9172A7" w14:textId="4C115D0A" w:rsidR="009A28C0" w:rsidRDefault="009A28C0">
            <w:pPr>
              <w:jc w:val="center"/>
              <w:rPr>
                <w:b/>
                <w:color w:val="000000"/>
              </w:rPr>
            </w:pPr>
          </w:p>
          <w:p w14:paraId="512B2B2A" w14:textId="0023BEA2" w:rsidR="009A28C0" w:rsidRDefault="009A28C0">
            <w:pPr>
              <w:jc w:val="center"/>
              <w:rPr>
                <w:b/>
                <w:color w:val="000000"/>
              </w:rPr>
            </w:pPr>
          </w:p>
          <w:p w14:paraId="7654EE31" w14:textId="77777777" w:rsidR="009A28C0" w:rsidRDefault="009A28C0">
            <w:pPr>
              <w:jc w:val="center"/>
              <w:rPr>
                <w:b/>
                <w:color w:val="000000"/>
              </w:rPr>
            </w:pPr>
          </w:p>
          <w:p w14:paraId="581F6C90" w14:textId="4894A2F3" w:rsidR="009A28C0" w:rsidRDefault="009A28C0">
            <w:pPr>
              <w:jc w:val="center"/>
              <w:rPr>
                <w:b/>
                <w:color w:val="000000"/>
              </w:rPr>
            </w:pPr>
          </w:p>
          <w:p w14:paraId="093C1C3F" w14:textId="621459CD" w:rsidR="009A28C0" w:rsidRDefault="009A28C0">
            <w:pPr>
              <w:jc w:val="center"/>
              <w:rPr>
                <w:b/>
                <w:color w:val="000000"/>
              </w:rPr>
            </w:pPr>
          </w:p>
          <w:p w14:paraId="41C6012A" w14:textId="77777777" w:rsidR="009A28C0" w:rsidRDefault="009A28C0">
            <w:pPr>
              <w:jc w:val="center"/>
              <w:rPr>
                <w:b/>
                <w:color w:val="000000"/>
              </w:rPr>
            </w:pPr>
          </w:p>
          <w:p w14:paraId="092084F9" w14:textId="77777777" w:rsidR="00A152E4" w:rsidRDefault="00A152E4">
            <w:pPr>
              <w:jc w:val="center"/>
              <w:rPr>
                <w:b/>
                <w:color w:val="000000"/>
              </w:rPr>
            </w:pPr>
          </w:p>
          <w:p w14:paraId="63865406" w14:textId="77777777" w:rsidR="00A152E4" w:rsidRDefault="00A152E4">
            <w:pPr>
              <w:jc w:val="center"/>
              <w:rPr>
                <w:b/>
                <w:color w:val="000000"/>
              </w:rPr>
            </w:pPr>
          </w:p>
          <w:p w14:paraId="79B15B53" w14:textId="77777777" w:rsidR="008C6AF4" w:rsidRDefault="008C6AF4">
            <w:pPr>
              <w:jc w:val="center"/>
              <w:rPr>
                <w:b/>
                <w:color w:val="000000"/>
              </w:rPr>
            </w:pPr>
          </w:p>
          <w:p w14:paraId="1B3999E1" w14:textId="77777777" w:rsidR="008C6AF4" w:rsidRDefault="008C6AF4">
            <w:pPr>
              <w:jc w:val="center"/>
              <w:rPr>
                <w:b/>
                <w:color w:val="000000"/>
              </w:rPr>
            </w:pPr>
          </w:p>
          <w:p w14:paraId="64F51B71" w14:textId="77777777" w:rsidR="008C6AF4" w:rsidRDefault="008C6AF4" w:rsidP="008C6AF4">
            <w:pPr>
              <w:rPr>
                <w:b/>
                <w:color w:val="000000"/>
              </w:rPr>
            </w:pPr>
          </w:p>
          <w:p w14:paraId="1B343B6D" w14:textId="77777777" w:rsidR="008C6AF4" w:rsidRDefault="008C6AF4" w:rsidP="008C6AF4">
            <w:pPr>
              <w:rPr>
                <w:b/>
                <w:color w:val="000000"/>
              </w:rPr>
            </w:pPr>
          </w:p>
          <w:p w14:paraId="33BA0BA1" w14:textId="77777777" w:rsidR="008C6AF4" w:rsidRDefault="008C6AF4" w:rsidP="008C6AF4">
            <w:pPr>
              <w:rPr>
                <w:b/>
                <w:color w:val="000000"/>
              </w:rPr>
            </w:pPr>
          </w:p>
          <w:p w14:paraId="1E017DC8" w14:textId="77777777" w:rsidR="008C6AF4" w:rsidRDefault="008C6AF4" w:rsidP="008C6AF4">
            <w:pPr>
              <w:rPr>
                <w:b/>
                <w:color w:val="000000"/>
              </w:rPr>
            </w:pPr>
          </w:p>
          <w:p w14:paraId="3AE4C725" w14:textId="77777777" w:rsidR="008C6AF4" w:rsidRDefault="008C6AF4" w:rsidP="008C6AF4">
            <w:pPr>
              <w:rPr>
                <w:b/>
                <w:color w:val="000000"/>
              </w:rPr>
            </w:pPr>
          </w:p>
          <w:p w14:paraId="47F69B59" w14:textId="77777777" w:rsidR="008C6AF4" w:rsidRDefault="008C6AF4" w:rsidP="008C6AF4">
            <w:pPr>
              <w:rPr>
                <w:b/>
                <w:color w:val="000000"/>
              </w:rPr>
            </w:pPr>
          </w:p>
          <w:p w14:paraId="0C19146B" w14:textId="77777777" w:rsidR="008C6AF4" w:rsidRDefault="008C6AF4" w:rsidP="008C6AF4">
            <w:pPr>
              <w:rPr>
                <w:b/>
                <w:color w:val="000000"/>
              </w:rPr>
            </w:pPr>
          </w:p>
          <w:p w14:paraId="2A654B4C" w14:textId="77777777" w:rsidR="008C6AF4" w:rsidRDefault="008C6AF4" w:rsidP="008C6AF4">
            <w:pPr>
              <w:rPr>
                <w:b/>
                <w:color w:val="000000"/>
              </w:rPr>
            </w:pPr>
          </w:p>
          <w:p w14:paraId="0DF0525B" w14:textId="77777777" w:rsidR="008C6AF4" w:rsidRDefault="008C6AF4" w:rsidP="008C6AF4">
            <w:pPr>
              <w:rPr>
                <w:b/>
                <w:color w:val="000000"/>
              </w:rPr>
            </w:pPr>
          </w:p>
          <w:p w14:paraId="6A26A8A0" w14:textId="77777777" w:rsidR="008C6AF4" w:rsidRDefault="008C6AF4" w:rsidP="008C6AF4">
            <w:pPr>
              <w:rPr>
                <w:b/>
                <w:color w:val="000000"/>
              </w:rPr>
            </w:pPr>
          </w:p>
          <w:p w14:paraId="2F28A0A3" w14:textId="77777777" w:rsidR="008C6AF4" w:rsidRDefault="008C6AF4" w:rsidP="008C6AF4">
            <w:pPr>
              <w:rPr>
                <w:b/>
                <w:color w:val="000000"/>
              </w:rPr>
            </w:pPr>
          </w:p>
          <w:p w14:paraId="4111807B" w14:textId="77777777" w:rsidR="008C6AF4" w:rsidRDefault="008C6AF4">
            <w:pPr>
              <w:jc w:val="center"/>
              <w:rPr>
                <w:b/>
                <w:color w:val="000000"/>
              </w:rPr>
            </w:pPr>
          </w:p>
          <w:p w14:paraId="1BA81726" w14:textId="77777777" w:rsidR="008C6AF4" w:rsidRDefault="008C6AF4">
            <w:pPr>
              <w:jc w:val="center"/>
              <w:rPr>
                <w:b/>
                <w:color w:val="000000"/>
              </w:rPr>
            </w:pPr>
          </w:p>
          <w:p w14:paraId="729D5850" w14:textId="7CA961F9" w:rsidR="008C6AF4" w:rsidRDefault="008C6AF4" w:rsidP="008C6AF4">
            <w:pPr>
              <w:rPr>
                <w:b/>
                <w:color w:val="000000"/>
              </w:rPr>
            </w:pPr>
          </w:p>
        </w:tc>
      </w:tr>
    </w:tbl>
    <w:p w14:paraId="60057A30" w14:textId="77777777" w:rsidR="000C6B7D" w:rsidRDefault="00E26089">
      <w:r>
        <w:br w:type="page"/>
      </w:r>
    </w:p>
    <w:tbl>
      <w:tblPr>
        <w:tblW w:w="0" w:type="auto"/>
        <w:jc w:val="center"/>
        <w:tblLayout w:type="fixed"/>
        <w:tblLook w:val="04A0" w:firstRow="1" w:lastRow="0" w:firstColumn="1" w:lastColumn="0" w:noHBand="0" w:noVBand="1"/>
      </w:tblPr>
      <w:tblGrid>
        <w:gridCol w:w="9356"/>
      </w:tblGrid>
      <w:tr w:rsidR="000C6B7D" w14:paraId="63AA7892" w14:textId="77777777" w:rsidTr="00FE3515">
        <w:trPr>
          <w:cantSplit/>
          <w:trHeight w:hRule="exact" w:val="377"/>
          <w:jc w:val="center"/>
        </w:trPr>
        <w:tc>
          <w:tcPr>
            <w:tcW w:w="9356" w:type="dxa"/>
            <w:tcBorders>
              <w:top w:val="single" w:sz="6" w:space="0" w:color="386F53"/>
              <w:left w:val="single" w:sz="6" w:space="0" w:color="386F53"/>
              <w:bottom w:val="single" w:sz="6" w:space="0" w:color="386F53"/>
              <w:right w:val="single" w:sz="6" w:space="0" w:color="386F53"/>
            </w:tcBorders>
            <w:shd w:val="clear" w:color="auto" w:fill="A6A6A6" w:themeFill="background1" w:themeFillShade="A6"/>
            <w:tcMar>
              <w:top w:w="55" w:type="dxa"/>
              <w:left w:w="70" w:type="dxa"/>
              <w:bottom w:w="55" w:type="dxa"/>
              <w:right w:w="70" w:type="dxa"/>
            </w:tcMar>
            <w:vAlign w:val="center"/>
          </w:tcPr>
          <w:p w14:paraId="4D2D733B" w14:textId="1FDF6CC2" w:rsidR="000C6B7D" w:rsidRPr="00FE3515" w:rsidRDefault="00D17F71">
            <w:pPr>
              <w:rPr>
                <w:color w:val="FFFFFF" w:themeColor="background1"/>
                <w:szCs w:val="20"/>
              </w:rPr>
            </w:pPr>
            <w:r>
              <w:rPr>
                <w:b/>
                <w:color w:val="FFFFFF" w:themeColor="background1"/>
                <w:szCs w:val="20"/>
              </w:rPr>
              <w:lastRenderedPageBreak/>
              <w:t>8</w:t>
            </w:r>
            <w:r w:rsidR="00E26089" w:rsidRPr="00FE3515">
              <w:rPr>
                <w:b/>
                <w:color w:val="FFFFFF" w:themeColor="background1"/>
                <w:szCs w:val="20"/>
              </w:rPr>
              <w:t>. SÍNTESIS EVALUATIVA</w:t>
            </w:r>
          </w:p>
        </w:tc>
      </w:tr>
    </w:tbl>
    <w:p w14:paraId="1DE06696" w14:textId="77679204" w:rsidR="000C6B7D" w:rsidRPr="00FE3515" w:rsidRDefault="00FE3515">
      <w:pPr>
        <w:rPr>
          <w:b/>
          <w:lang w:val="es-PY"/>
        </w:rPr>
      </w:pPr>
      <w:r>
        <w:rPr>
          <w:b/>
          <w:lang w:val="es-PY"/>
        </w:rPr>
        <w:t xml:space="preserve"> </w:t>
      </w:r>
      <w:r w:rsidR="00E26089" w:rsidRPr="00FE3515">
        <w:rPr>
          <w:b/>
          <w:lang w:val="es-PY"/>
        </w:rPr>
        <w:t>Tabla. Síntesis evaluativa según el tipo de criterio y el nivel de cumplimiento</w:t>
      </w: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0C6B7D" w14:paraId="0CE96239" w14:textId="77777777" w:rsidTr="00FE3515">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44CC5166" w14:textId="77777777" w:rsidR="000C6B7D" w:rsidRDefault="00E26089">
            <w:pPr>
              <w:jc w:val="center"/>
            </w:pPr>
            <w:r>
              <w:rPr>
                <w:b/>
                <w:color w:val="000000"/>
                <w:sz w:val="17"/>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D5B85C7" w14:textId="77777777" w:rsidR="000C6B7D" w:rsidRDefault="00E26089">
            <w:pPr>
              <w:jc w:val="center"/>
            </w:pPr>
            <w:r>
              <w:rPr>
                <w:b/>
                <w:color w:val="000000"/>
                <w:sz w:val="17"/>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B280752" w14:textId="77777777" w:rsidR="000C6B7D" w:rsidRDefault="00E26089">
            <w:pPr>
              <w:jc w:val="center"/>
            </w:pPr>
            <w:r>
              <w:rPr>
                <w:b/>
                <w:color w:val="000000"/>
                <w:sz w:val="17"/>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9ADC182" w14:textId="77777777" w:rsidR="000C6B7D" w:rsidRDefault="00E26089">
            <w:pPr>
              <w:jc w:val="center"/>
            </w:pPr>
            <w:r>
              <w:rPr>
                <w:b/>
                <w:color w:val="000000"/>
                <w:sz w:val="17"/>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9E587A6" w14:textId="77777777" w:rsidR="000C6B7D" w:rsidRDefault="00E26089">
            <w:pPr>
              <w:jc w:val="center"/>
            </w:pPr>
            <w:r>
              <w:rPr>
                <w:b/>
                <w:color w:val="000000"/>
                <w:sz w:val="17"/>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591A2AE" w14:textId="77777777" w:rsidR="000C6B7D" w:rsidRDefault="00E26089">
            <w:pPr>
              <w:jc w:val="center"/>
            </w:pPr>
            <w:r>
              <w:rPr>
                <w:b/>
                <w:color w:val="000000"/>
                <w:sz w:val="17"/>
              </w:rPr>
              <w:t>Escaso</w:t>
            </w:r>
          </w:p>
        </w:tc>
        <w:tc>
          <w:tcPr>
            <w:tcW w:w="161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0F1AA99B" w14:textId="77777777" w:rsidR="000C6B7D" w:rsidRDefault="00E26089">
            <w:pPr>
              <w:jc w:val="center"/>
            </w:pPr>
            <w:r>
              <w:rPr>
                <w:b/>
                <w:color w:val="000000"/>
                <w:sz w:val="17"/>
              </w:rPr>
              <w:t>No cumple</w:t>
            </w:r>
          </w:p>
        </w:tc>
      </w:tr>
      <w:tr w:rsidR="000C6B7D" w14:paraId="5AF003FC"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69E00C" w14:textId="77777777" w:rsidR="000C6B7D" w:rsidRDefault="00E26089" w:rsidP="009A28C0">
            <w:r>
              <w:rPr>
                <w:b/>
                <w:color w:val="000000"/>
                <w:sz w:val="19"/>
              </w:rPr>
              <w:t>Sustantivos</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C5272B" w14:textId="77777777" w:rsidR="000C6B7D" w:rsidRDefault="00E26089">
            <w:pPr>
              <w:jc w:val="center"/>
            </w:pPr>
            <w:r>
              <w:rPr>
                <w:b/>
                <w:color w:val="000000"/>
                <w:sz w:val="19"/>
              </w:rPr>
              <w:t>6</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C6B5F" w14:textId="77777777" w:rsidR="000C6B7D" w:rsidRDefault="000C6B7D">
            <w:pPr>
              <w:jc w:val="cente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2FF1AD" w14:textId="77777777" w:rsidR="000C6B7D" w:rsidRDefault="000C6B7D">
            <w:pPr>
              <w:jc w:val="cente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5775B5" w14:textId="77777777" w:rsidR="000C6B7D" w:rsidRDefault="000C6B7D">
            <w:pPr>
              <w:jc w:val="cente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4B5DF9" w14:textId="77777777" w:rsidR="000C6B7D" w:rsidRDefault="000C6B7D">
            <w:pPr>
              <w:jc w:val="cente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C60DC4A" w14:textId="77777777" w:rsidR="000C6B7D" w:rsidRDefault="000C6B7D">
            <w:pPr>
              <w:jc w:val="center"/>
            </w:pPr>
          </w:p>
        </w:tc>
      </w:tr>
      <w:tr w:rsidR="000C6B7D" w14:paraId="4DA7B7C2"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D5B330" w14:textId="77777777" w:rsidR="000C6B7D" w:rsidRDefault="00E26089" w:rsidP="009A28C0">
            <w:r>
              <w:rPr>
                <w:b/>
                <w:color w:val="000000"/>
                <w:sz w:val="19"/>
              </w:rPr>
              <w:t>No sustantivos</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5480DB4" w14:textId="77777777" w:rsidR="000C6B7D" w:rsidRDefault="00E26089">
            <w:pPr>
              <w:jc w:val="center"/>
            </w:pPr>
            <w:r>
              <w:rPr>
                <w:b/>
                <w:color w:val="000000"/>
                <w:sz w:val="19"/>
              </w:rPr>
              <w:t>5</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42A75A" w14:textId="77777777" w:rsidR="000C6B7D" w:rsidRDefault="000C6B7D">
            <w:pPr>
              <w:jc w:val="cente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01B164A" w14:textId="77777777" w:rsidR="000C6B7D" w:rsidRDefault="000C6B7D">
            <w:pPr>
              <w:jc w:val="cente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A32F29E" w14:textId="77777777" w:rsidR="000C6B7D" w:rsidRDefault="000C6B7D">
            <w:pPr>
              <w:jc w:val="cente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927A27" w14:textId="77777777" w:rsidR="000C6B7D" w:rsidRDefault="000C6B7D">
            <w:pPr>
              <w:jc w:val="cente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651371" w14:textId="77777777" w:rsidR="000C6B7D" w:rsidRDefault="000C6B7D">
            <w:pPr>
              <w:jc w:val="center"/>
            </w:pPr>
          </w:p>
        </w:tc>
      </w:tr>
      <w:tr w:rsidR="000C6B7D" w14:paraId="01470397"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161EC" w14:textId="77777777" w:rsidR="000C6B7D" w:rsidRDefault="00E26089" w:rsidP="009A28C0">
            <w:r>
              <w:rPr>
                <w:b/>
                <w:color w:val="000000"/>
                <w:sz w:val="19"/>
              </w:rPr>
              <w:t>Total general</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56696A" w14:textId="77777777" w:rsidR="000C6B7D" w:rsidRDefault="00E26089">
            <w:pPr>
              <w:jc w:val="center"/>
            </w:pPr>
            <w:r>
              <w:rPr>
                <w:b/>
                <w:color w:val="000000"/>
                <w:sz w:val="19"/>
              </w:rPr>
              <w:t>11</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16B058" w14:textId="77777777" w:rsidR="000C6B7D" w:rsidRDefault="000C6B7D">
            <w:pPr>
              <w:jc w:val="cente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477F996" w14:textId="77777777" w:rsidR="000C6B7D" w:rsidRDefault="000C6B7D">
            <w:pPr>
              <w:jc w:val="cente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9AEAC43" w14:textId="77777777" w:rsidR="000C6B7D" w:rsidRDefault="000C6B7D">
            <w:pPr>
              <w:jc w:val="cente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1345BC" w14:textId="77777777" w:rsidR="000C6B7D" w:rsidRDefault="000C6B7D">
            <w:pPr>
              <w:jc w:val="cente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766E409" w14:textId="77777777" w:rsidR="000C6B7D" w:rsidRDefault="000C6B7D">
            <w:pPr>
              <w:jc w:val="center"/>
            </w:pPr>
          </w:p>
        </w:tc>
      </w:tr>
    </w:tbl>
    <w:p w14:paraId="1C6174ED" w14:textId="77777777" w:rsidR="000C6B7D" w:rsidRDefault="000C6B7D"/>
    <w:tbl>
      <w:tblPr>
        <w:tblW w:w="0" w:type="auto"/>
        <w:jc w:val="center"/>
        <w:tblLayout w:type="fixed"/>
        <w:tblLook w:val="04A0" w:firstRow="1" w:lastRow="0" w:firstColumn="1" w:lastColumn="0" w:noHBand="0" w:noVBand="1"/>
      </w:tblPr>
      <w:tblGrid>
        <w:gridCol w:w="9364"/>
      </w:tblGrid>
      <w:tr w:rsidR="000C6B7D" w:rsidRPr="00FE385F"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39848229" w:rsidR="000C6B7D" w:rsidRPr="00E26089" w:rsidRDefault="00D17F71">
            <w:pPr>
              <w:rPr>
                <w:lang w:val="es-PY"/>
              </w:rPr>
            </w:pPr>
            <w:r>
              <w:rPr>
                <w:b/>
                <w:color w:val="FFFFFF"/>
                <w:shd w:val="clear" w:color="auto" w:fill="A6A6A6" w:themeFill="background1" w:themeFillShade="A6"/>
                <w:lang w:val="es-PY"/>
              </w:rPr>
              <w:t>9</w:t>
            </w:r>
            <w:r w:rsidR="00E26089" w:rsidRPr="00FE3515">
              <w:rPr>
                <w:b/>
                <w:color w:val="FFFFFF"/>
                <w:shd w:val="clear" w:color="auto" w:fill="A6A6A6" w:themeFill="background1" w:themeFillShade="A6"/>
                <w:lang w:val="es-PY"/>
              </w:rPr>
              <w:t>. CONCLUSIONES GENERALES Y VALORACIÓN GLOBAL</w:t>
            </w:r>
          </w:p>
        </w:tc>
      </w:tr>
      <w:tr w:rsidR="009A28C0" w:rsidRPr="00FE385F" w14:paraId="4764FDA2" w14:textId="77777777" w:rsidTr="00FE3515">
        <w:trPr>
          <w:cantSplit/>
          <w:trHeight w:hRule="exact" w:val="84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Default="009A28C0" w:rsidP="009A28C0">
            <w:pPr>
              <w:pStyle w:val="NormalWeb"/>
              <w:spacing w:before="0" w:beforeAutospacing="0" w:after="0" w:afterAutospacing="0"/>
              <w:jc w:val="both"/>
            </w:pPr>
            <w:r>
              <w:rPr>
                <w:rFonts w:ascii="Garamond" w:hAnsi="Garamond"/>
                <w:color w:val="A6A6A6"/>
                <w:sz w:val="22"/>
                <w:szCs w:val="22"/>
              </w:rPr>
              <w:t>Este apartado presenta la valoración global del estado de calidad de la oferta académica o institución, construida a partir de los resultados y hallazgos obtenidos durante el proceso de evaluación.</w:t>
            </w:r>
          </w:p>
          <w:p w14:paraId="6303C9C1" w14:textId="77777777" w:rsidR="009A28C0" w:rsidRDefault="009A28C0" w:rsidP="009A28C0">
            <w:pPr>
              <w:pStyle w:val="NormalWeb"/>
              <w:spacing w:before="0" w:beforeAutospacing="0" w:after="0" w:afterAutospacing="0"/>
              <w:jc w:val="both"/>
            </w:pPr>
            <w:r>
              <w:rPr>
                <w:rFonts w:ascii="Garamond" w:hAnsi="Garamond"/>
                <w:color w:val="A6A6A6"/>
                <w:sz w:val="22"/>
                <w:szCs w:val="22"/>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Default="009A28C0" w:rsidP="009A28C0">
            <w:pPr>
              <w:pStyle w:val="NormalWeb"/>
              <w:spacing w:before="0" w:beforeAutospacing="0" w:after="0" w:afterAutospacing="0"/>
              <w:jc w:val="both"/>
            </w:pPr>
            <w:r>
              <w:rPr>
                <w:rFonts w:ascii="Garamond" w:hAnsi="Garamond"/>
                <w:color w:val="A6A6A6"/>
                <w:sz w:val="22"/>
                <w:szCs w:val="22"/>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Default="009A28C0" w:rsidP="009A28C0">
            <w:pPr>
              <w:pStyle w:val="NormalWeb"/>
              <w:spacing w:before="0" w:beforeAutospacing="0" w:after="0" w:afterAutospacing="0"/>
              <w:jc w:val="both"/>
              <w:rPr>
                <w:rFonts w:ascii="Garamond" w:hAnsi="Garamond"/>
                <w:color w:val="A6A6A6"/>
                <w:sz w:val="22"/>
                <w:szCs w:val="22"/>
              </w:rPr>
            </w:pPr>
            <w:r>
              <w:rPr>
                <w:rFonts w:ascii="Garamond" w:hAnsi="Garamond"/>
                <w:color w:val="A6A6A6"/>
                <w:sz w:val="22"/>
                <w:szCs w:val="22"/>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9A28C0">
            <w:pPr>
              <w:pStyle w:val="NormalWeb"/>
              <w:spacing w:before="0" w:beforeAutospacing="0" w:after="0" w:afterAutospacing="0"/>
              <w:jc w:val="both"/>
            </w:pPr>
          </w:p>
          <w:p w14:paraId="35F2E6B7" w14:textId="4289B885" w:rsidR="009A28C0" w:rsidRDefault="009A28C0" w:rsidP="009A28C0">
            <w:pPr>
              <w:pStyle w:val="NormalWeb"/>
              <w:spacing w:before="0" w:beforeAutospacing="0" w:after="0" w:afterAutospacing="0"/>
              <w:jc w:val="both"/>
            </w:pPr>
          </w:p>
          <w:p w14:paraId="3878AF71" w14:textId="08EF55D3" w:rsidR="009A28C0" w:rsidRDefault="009A28C0" w:rsidP="009A28C0">
            <w:pPr>
              <w:pStyle w:val="NormalWeb"/>
              <w:spacing w:before="0" w:beforeAutospacing="0" w:after="0" w:afterAutospacing="0"/>
              <w:jc w:val="both"/>
            </w:pPr>
          </w:p>
          <w:p w14:paraId="60BC35F9" w14:textId="2F6F85BF" w:rsidR="009A28C0" w:rsidRDefault="009A28C0" w:rsidP="009A28C0">
            <w:pPr>
              <w:pStyle w:val="NormalWeb"/>
              <w:spacing w:before="0" w:beforeAutospacing="0" w:after="0" w:afterAutospacing="0"/>
              <w:jc w:val="both"/>
            </w:pPr>
          </w:p>
          <w:p w14:paraId="646AC6A1" w14:textId="77777777" w:rsidR="009A28C0" w:rsidRDefault="009A28C0" w:rsidP="009A28C0">
            <w:pPr>
              <w:pStyle w:val="NormalWeb"/>
              <w:spacing w:before="0" w:beforeAutospacing="0" w:after="0" w:afterAutospacing="0"/>
              <w:jc w:val="both"/>
            </w:pPr>
          </w:p>
          <w:p w14:paraId="492570D8" w14:textId="77777777" w:rsidR="009A28C0" w:rsidRDefault="009A28C0" w:rsidP="009A28C0">
            <w:pPr>
              <w:rPr>
                <w:b/>
                <w:lang w:val="es-PY"/>
              </w:rPr>
            </w:pPr>
          </w:p>
          <w:p w14:paraId="54803E23" w14:textId="77777777" w:rsidR="009A28C0" w:rsidRDefault="009A28C0" w:rsidP="009A28C0">
            <w:pPr>
              <w:rPr>
                <w:b/>
                <w:lang w:val="es-PY"/>
              </w:rPr>
            </w:pPr>
          </w:p>
          <w:p w14:paraId="67D2A9BB" w14:textId="77777777" w:rsidR="009A28C0" w:rsidRDefault="009A28C0" w:rsidP="009A28C0">
            <w:pPr>
              <w:rPr>
                <w:b/>
                <w:lang w:val="es-PY"/>
              </w:rPr>
            </w:pPr>
          </w:p>
          <w:p w14:paraId="303FE3F3" w14:textId="77777777" w:rsidR="009A28C0" w:rsidRDefault="009A28C0" w:rsidP="009A28C0">
            <w:pPr>
              <w:rPr>
                <w:b/>
                <w:lang w:val="es-PY"/>
              </w:rPr>
            </w:pPr>
          </w:p>
          <w:p w14:paraId="3633DB0B" w14:textId="77777777" w:rsidR="009A28C0" w:rsidRDefault="009A28C0" w:rsidP="009A28C0">
            <w:pPr>
              <w:rPr>
                <w:b/>
                <w:lang w:val="es-PY"/>
              </w:rPr>
            </w:pPr>
          </w:p>
          <w:p w14:paraId="54014A48" w14:textId="77777777" w:rsidR="009A28C0" w:rsidRDefault="009A28C0" w:rsidP="009A28C0">
            <w:pPr>
              <w:rPr>
                <w:b/>
                <w:lang w:val="es-PY"/>
              </w:rPr>
            </w:pPr>
          </w:p>
          <w:p w14:paraId="160D3D61" w14:textId="77777777" w:rsidR="009A28C0" w:rsidRDefault="009A28C0" w:rsidP="009A28C0">
            <w:pPr>
              <w:rPr>
                <w:b/>
                <w:lang w:val="es-PY"/>
              </w:rPr>
            </w:pPr>
          </w:p>
          <w:p w14:paraId="1726BD62" w14:textId="77777777" w:rsidR="009A28C0" w:rsidRDefault="009A28C0" w:rsidP="009A28C0">
            <w:pPr>
              <w:rPr>
                <w:b/>
                <w:lang w:val="es-PY"/>
              </w:rPr>
            </w:pPr>
          </w:p>
          <w:p w14:paraId="4D88B9DF" w14:textId="77777777" w:rsidR="009A28C0" w:rsidRDefault="009A28C0" w:rsidP="009A28C0">
            <w:pPr>
              <w:rPr>
                <w:b/>
                <w:lang w:val="es-PY"/>
              </w:rPr>
            </w:pPr>
          </w:p>
          <w:p w14:paraId="2F75C3B7" w14:textId="77777777" w:rsidR="009A28C0" w:rsidRDefault="009A28C0" w:rsidP="009A28C0">
            <w:pPr>
              <w:rPr>
                <w:b/>
                <w:lang w:val="es-PY"/>
              </w:rPr>
            </w:pPr>
          </w:p>
          <w:p w14:paraId="2377B0E1" w14:textId="77777777" w:rsidR="009A28C0" w:rsidRDefault="009A28C0" w:rsidP="009A28C0">
            <w:pPr>
              <w:rPr>
                <w:b/>
                <w:lang w:val="es-PY"/>
              </w:rPr>
            </w:pPr>
          </w:p>
          <w:p w14:paraId="6677CABC" w14:textId="77777777" w:rsidR="009A28C0" w:rsidRDefault="009A28C0" w:rsidP="009A28C0">
            <w:pPr>
              <w:rPr>
                <w:b/>
                <w:lang w:val="es-PY"/>
              </w:rPr>
            </w:pPr>
          </w:p>
          <w:p w14:paraId="2C9C3AE7" w14:textId="77777777" w:rsidR="009A28C0" w:rsidRDefault="009A28C0" w:rsidP="009A28C0">
            <w:pPr>
              <w:rPr>
                <w:b/>
                <w:lang w:val="es-PY"/>
              </w:rPr>
            </w:pPr>
          </w:p>
          <w:p w14:paraId="27A80A84" w14:textId="77777777" w:rsidR="009A28C0" w:rsidRDefault="009A28C0" w:rsidP="009A28C0">
            <w:pPr>
              <w:rPr>
                <w:b/>
                <w:lang w:val="es-PY"/>
              </w:rPr>
            </w:pPr>
          </w:p>
          <w:p w14:paraId="6DA45348" w14:textId="77777777" w:rsidR="009A28C0" w:rsidRDefault="009A28C0" w:rsidP="009A28C0">
            <w:pPr>
              <w:rPr>
                <w:b/>
                <w:lang w:val="es-PY"/>
              </w:rPr>
            </w:pPr>
          </w:p>
          <w:p w14:paraId="4B5292D9" w14:textId="77777777" w:rsidR="00FE3515" w:rsidRDefault="00FE3515" w:rsidP="009A28C0">
            <w:pPr>
              <w:rPr>
                <w:b/>
                <w:lang w:val="es-PY"/>
              </w:rPr>
            </w:pPr>
          </w:p>
          <w:p w14:paraId="3C03D960" w14:textId="77777777" w:rsidR="00FE3515" w:rsidRDefault="00FE3515" w:rsidP="009A28C0">
            <w:pPr>
              <w:rPr>
                <w:b/>
                <w:lang w:val="es-PY"/>
              </w:rPr>
            </w:pPr>
          </w:p>
          <w:p w14:paraId="5BD08F6B" w14:textId="77777777" w:rsidR="00FE3515" w:rsidRDefault="00FE3515" w:rsidP="009A28C0">
            <w:pPr>
              <w:rPr>
                <w:b/>
                <w:lang w:val="es-PY"/>
              </w:rPr>
            </w:pPr>
          </w:p>
          <w:p w14:paraId="0299155C" w14:textId="77777777" w:rsidR="00FE3515" w:rsidRDefault="00FE3515" w:rsidP="009A28C0">
            <w:pPr>
              <w:rPr>
                <w:b/>
                <w:lang w:val="es-PY"/>
              </w:rPr>
            </w:pPr>
          </w:p>
          <w:p w14:paraId="5FBF4272" w14:textId="6B1AEA3D" w:rsidR="00FE3515" w:rsidRPr="009A28C0" w:rsidRDefault="00FE3515" w:rsidP="009A28C0">
            <w:pPr>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7D9" w14:textId="77777777" w:rsidR="00C509F1" w:rsidRDefault="00C509F1" w:rsidP="005D12D8">
      <w:r>
        <w:separator/>
      </w:r>
    </w:p>
  </w:endnote>
  <w:endnote w:type="continuationSeparator" w:id="0">
    <w:p w14:paraId="30E67590" w14:textId="77777777" w:rsidR="00C509F1" w:rsidRDefault="00C509F1"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2293" w14:textId="77777777" w:rsidR="00C509F1" w:rsidRDefault="00C509F1" w:rsidP="005D12D8">
      <w:r>
        <w:separator/>
      </w:r>
    </w:p>
  </w:footnote>
  <w:footnote w:type="continuationSeparator" w:id="0">
    <w:p w14:paraId="7338F297" w14:textId="77777777" w:rsidR="00C509F1" w:rsidRDefault="00C509F1"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3"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4"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4859720">
    <w:abstractNumId w:val="8"/>
  </w:num>
  <w:num w:numId="2" w16cid:durableId="1397320431">
    <w:abstractNumId w:val="6"/>
  </w:num>
  <w:num w:numId="3" w16cid:durableId="1996107531">
    <w:abstractNumId w:val="5"/>
  </w:num>
  <w:num w:numId="4" w16cid:durableId="1315571428">
    <w:abstractNumId w:val="4"/>
  </w:num>
  <w:num w:numId="5" w16cid:durableId="1017587023">
    <w:abstractNumId w:val="7"/>
  </w:num>
  <w:num w:numId="6" w16cid:durableId="1382554231">
    <w:abstractNumId w:val="3"/>
  </w:num>
  <w:num w:numId="7" w16cid:durableId="78334328">
    <w:abstractNumId w:val="2"/>
  </w:num>
  <w:num w:numId="8" w16cid:durableId="483543039">
    <w:abstractNumId w:val="1"/>
  </w:num>
  <w:num w:numId="9" w16cid:durableId="197666074">
    <w:abstractNumId w:val="0"/>
  </w:num>
  <w:num w:numId="10" w16cid:durableId="89504761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0978934">
    <w:abstractNumId w:val="14"/>
  </w:num>
  <w:num w:numId="12" w16cid:durableId="112215660">
    <w:abstractNumId w:val="13"/>
  </w:num>
  <w:num w:numId="13" w16cid:durableId="207304432">
    <w:abstractNumId w:val="11"/>
    <w:lvlOverride w:ilvl="0">
      <w:lvl w:ilvl="0">
        <w:numFmt w:val="decimal"/>
        <w:lvlText w:val="%1."/>
        <w:lvlJc w:val="left"/>
      </w:lvl>
    </w:lvlOverride>
  </w:num>
  <w:num w:numId="14" w16cid:durableId="1286958992">
    <w:abstractNumId w:val="9"/>
    <w:lvlOverride w:ilvl="0">
      <w:lvl w:ilvl="0">
        <w:numFmt w:val="decimal"/>
        <w:lvlText w:val="%1."/>
        <w:lvlJc w:val="left"/>
      </w:lvl>
    </w:lvlOverride>
  </w:num>
  <w:num w:numId="15" w16cid:durableId="1505168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38C5"/>
    <w:rsid w:val="00034616"/>
    <w:rsid w:val="0006063C"/>
    <w:rsid w:val="00072FF5"/>
    <w:rsid w:val="000C6B7D"/>
    <w:rsid w:val="000E71D4"/>
    <w:rsid w:val="0011617B"/>
    <w:rsid w:val="00135FC3"/>
    <w:rsid w:val="0015074B"/>
    <w:rsid w:val="0018189F"/>
    <w:rsid w:val="00184518"/>
    <w:rsid w:val="001E05D5"/>
    <w:rsid w:val="00217721"/>
    <w:rsid w:val="00251D82"/>
    <w:rsid w:val="00274473"/>
    <w:rsid w:val="002820E3"/>
    <w:rsid w:val="0029639D"/>
    <w:rsid w:val="002A77A9"/>
    <w:rsid w:val="00326F90"/>
    <w:rsid w:val="003435C1"/>
    <w:rsid w:val="00375206"/>
    <w:rsid w:val="003779D2"/>
    <w:rsid w:val="003E011C"/>
    <w:rsid w:val="003F3CC2"/>
    <w:rsid w:val="00413BD2"/>
    <w:rsid w:val="0041436C"/>
    <w:rsid w:val="00430791"/>
    <w:rsid w:val="00434A3A"/>
    <w:rsid w:val="0044515B"/>
    <w:rsid w:val="00451444"/>
    <w:rsid w:val="00491CF4"/>
    <w:rsid w:val="004A78A4"/>
    <w:rsid w:val="004F3D6B"/>
    <w:rsid w:val="00541F53"/>
    <w:rsid w:val="0055474B"/>
    <w:rsid w:val="005557BF"/>
    <w:rsid w:val="00576C06"/>
    <w:rsid w:val="005A2200"/>
    <w:rsid w:val="005A72C0"/>
    <w:rsid w:val="005D12D8"/>
    <w:rsid w:val="005F7CED"/>
    <w:rsid w:val="00617774"/>
    <w:rsid w:val="006331E0"/>
    <w:rsid w:val="00650BD2"/>
    <w:rsid w:val="006D6FF2"/>
    <w:rsid w:val="00730907"/>
    <w:rsid w:val="00735EB3"/>
    <w:rsid w:val="00750F4A"/>
    <w:rsid w:val="0077056B"/>
    <w:rsid w:val="007F04AA"/>
    <w:rsid w:val="0080548E"/>
    <w:rsid w:val="00877E2D"/>
    <w:rsid w:val="008B14D2"/>
    <w:rsid w:val="008C6AF4"/>
    <w:rsid w:val="008E4A06"/>
    <w:rsid w:val="0091656A"/>
    <w:rsid w:val="00920BB3"/>
    <w:rsid w:val="0092337E"/>
    <w:rsid w:val="009434E3"/>
    <w:rsid w:val="009808F8"/>
    <w:rsid w:val="00990F2B"/>
    <w:rsid w:val="009A28C0"/>
    <w:rsid w:val="009E248B"/>
    <w:rsid w:val="00A152E4"/>
    <w:rsid w:val="00A35521"/>
    <w:rsid w:val="00A402C9"/>
    <w:rsid w:val="00A67A27"/>
    <w:rsid w:val="00A7376B"/>
    <w:rsid w:val="00A84E04"/>
    <w:rsid w:val="00A95CD6"/>
    <w:rsid w:val="00AA1D8D"/>
    <w:rsid w:val="00AE2053"/>
    <w:rsid w:val="00AF4AE5"/>
    <w:rsid w:val="00B075FD"/>
    <w:rsid w:val="00B150CA"/>
    <w:rsid w:val="00B3724C"/>
    <w:rsid w:val="00B47730"/>
    <w:rsid w:val="00BB0409"/>
    <w:rsid w:val="00BF4058"/>
    <w:rsid w:val="00C00C60"/>
    <w:rsid w:val="00C07594"/>
    <w:rsid w:val="00C13E5D"/>
    <w:rsid w:val="00C26D51"/>
    <w:rsid w:val="00C509F1"/>
    <w:rsid w:val="00C50B24"/>
    <w:rsid w:val="00C65166"/>
    <w:rsid w:val="00C95DA9"/>
    <w:rsid w:val="00CB0664"/>
    <w:rsid w:val="00CD1AC8"/>
    <w:rsid w:val="00D12FE3"/>
    <w:rsid w:val="00D17F71"/>
    <w:rsid w:val="00D21897"/>
    <w:rsid w:val="00D25E1F"/>
    <w:rsid w:val="00D51657"/>
    <w:rsid w:val="00E20812"/>
    <w:rsid w:val="00E26089"/>
    <w:rsid w:val="00E40931"/>
    <w:rsid w:val="00E56B02"/>
    <w:rsid w:val="00E66A21"/>
    <w:rsid w:val="00E73CB1"/>
    <w:rsid w:val="00EA3469"/>
    <w:rsid w:val="00EA7EEA"/>
    <w:rsid w:val="00ED1926"/>
    <w:rsid w:val="00EF1B84"/>
    <w:rsid w:val="00F44B33"/>
    <w:rsid w:val="00F7397A"/>
    <w:rsid w:val="00F86281"/>
    <w:rsid w:val="00FA213C"/>
    <w:rsid w:val="00FA5AD9"/>
    <w:rsid w:val="00FC693F"/>
    <w:rsid w:val="00FD0BB0"/>
    <w:rsid w:val="00FD6E6A"/>
    <w:rsid w:val="00FE3515"/>
    <w:rsid w:val="00FE385F"/>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DB08F-D253-45B7-82DF-8348B3E6E94B}">
  <ds:schemaRefs>
    <ds:schemaRef ds:uri="http://schemas.microsoft.com/sharepoint/v3/contenttype/forms"/>
  </ds:schemaRefs>
</ds:datastoreItem>
</file>

<file path=customXml/itemProps2.xml><?xml version="1.0" encoding="utf-8"?>
<ds:datastoreItem xmlns:ds="http://schemas.openxmlformats.org/officeDocument/2006/customXml" ds:itemID="{7F360320-A647-4227-B7DC-62FB3A12141D}">
  <ds:schemaRefs>
    <ds:schemaRef ds:uri="04ced7c2-fe6c-4dc0-a90a-a1af3751564d"/>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e4f75650-8e21-49ba-b91c-b81547c800be"/>
    <ds:schemaRef ds:uri="http://schemas.microsoft.com/office/2006/metadata/properties"/>
  </ds:schemaRefs>
</ds:datastoreItem>
</file>

<file path=customXml/itemProps3.xml><?xml version="1.0" encoding="utf-8"?>
<ds:datastoreItem xmlns:ds="http://schemas.openxmlformats.org/officeDocument/2006/customXml" ds:itemID="{26F6FBB8-13F0-4477-981C-E35D2FE4B322}">
  <ds:schemaRefs>
    <ds:schemaRef ds:uri="http://schemas.openxmlformats.org/officeDocument/2006/bibliography"/>
  </ds:schemaRefs>
</ds:datastoreItem>
</file>

<file path=customXml/itemProps4.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3104</Words>
  <Characters>17077</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20141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2026-09-03T12:24:00Z</dcterms:created>
  <dcterms:modified xsi:type="dcterms:W3CDTF">2026-09-03T12:24:00Z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