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AA268" w14:textId="77777777" w:rsidR="008045E3" w:rsidRPr="00457F5E" w:rsidRDefault="00A22F53" w:rsidP="00457F5E">
      <w:pPr>
        <w:spacing w:after="0"/>
        <w:jc w:val="center"/>
        <w:rPr>
          <w:sz w:val="24"/>
          <w:szCs w:val="24"/>
          <w:lang w:val="es-PY"/>
        </w:rPr>
      </w:pPr>
      <w:r w:rsidRPr="00457F5E">
        <w:rPr>
          <w:b/>
          <w:color w:val="000000"/>
          <w:sz w:val="24"/>
          <w:szCs w:val="24"/>
          <w:lang w:val="es-PY"/>
        </w:rPr>
        <w:t>MODELO NACIONAL DE EVALUACIÓN Y ACREDITACIÓN DE LA</w:t>
      </w:r>
    </w:p>
    <w:p w14:paraId="61D56AE3" w14:textId="273D2C16" w:rsidR="008045E3" w:rsidRDefault="00A22F53" w:rsidP="00457F5E">
      <w:pPr>
        <w:spacing w:after="0"/>
        <w:jc w:val="center"/>
        <w:rPr>
          <w:b/>
          <w:color w:val="000000"/>
          <w:sz w:val="24"/>
          <w:szCs w:val="24"/>
          <w:lang w:val="es-PY"/>
        </w:rPr>
      </w:pPr>
      <w:r w:rsidRPr="00457F5E">
        <w:rPr>
          <w:b/>
          <w:color w:val="000000"/>
          <w:sz w:val="24"/>
          <w:szCs w:val="24"/>
          <w:lang w:val="es-PY"/>
        </w:rPr>
        <w:t>EDUCACIÓN SUPERIOR</w:t>
      </w:r>
    </w:p>
    <w:p w14:paraId="36A65897" w14:textId="77777777" w:rsidR="00457F5E" w:rsidRPr="00457F5E" w:rsidRDefault="00457F5E" w:rsidP="00457F5E">
      <w:pPr>
        <w:spacing w:after="0"/>
        <w:jc w:val="center"/>
        <w:rPr>
          <w:b/>
          <w:color w:val="000000"/>
          <w:sz w:val="24"/>
          <w:szCs w:val="24"/>
          <w:lang w:val="es-PY"/>
        </w:rPr>
      </w:pPr>
    </w:p>
    <w:p w14:paraId="4B98B5CD" w14:textId="77777777" w:rsidR="009B5917" w:rsidRPr="00457F5E" w:rsidRDefault="009B5917" w:rsidP="00457F5E">
      <w:pPr>
        <w:spacing w:after="0"/>
        <w:jc w:val="center"/>
        <w:rPr>
          <w:b/>
          <w:color w:val="000000"/>
          <w:sz w:val="24"/>
          <w:szCs w:val="24"/>
          <w:lang w:val="es-PY"/>
        </w:rPr>
      </w:pPr>
      <w:r w:rsidRPr="00457F5E">
        <w:rPr>
          <w:b/>
          <w:color w:val="000000"/>
          <w:sz w:val="24"/>
          <w:szCs w:val="24"/>
          <w:lang w:val="es-PY"/>
        </w:rPr>
        <w:t xml:space="preserve">SISTEMA DE EVALUACIÓN DE LA CALIDAD DE LA </w:t>
      </w:r>
    </w:p>
    <w:p w14:paraId="3C8345FA" w14:textId="77777777" w:rsidR="009B5917" w:rsidRPr="00457F5E" w:rsidRDefault="009B5917" w:rsidP="00457F5E">
      <w:pPr>
        <w:spacing w:after="0"/>
        <w:jc w:val="center"/>
        <w:rPr>
          <w:b/>
          <w:color w:val="000000"/>
          <w:sz w:val="24"/>
          <w:szCs w:val="24"/>
          <w:lang w:val="es-PY"/>
        </w:rPr>
      </w:pPr>
      <w:r w:rsidRPr="00457F5E">
        <w:rPr>
          <w:b/>
          <w:color w:val="000000"/>
          <w:sz w:val="24"/>
          <w:szCs w:val="24"/>
          <w:lang w:val="es-PY"/>
        </w:rPr>
        <w:t>EDUCACIÓN SUPERIOR POR FASES</w:t>
      </w:r>
    </w:p>
    <w:p w14:paraId="70D100A3" w14:textId="299E4FB1" w:rsidR="009B5917" w:rsidRPr="00457F5E" w:rsidRDefault="009B5917" w:rsidP="00457F5E">
      <w:pPr>
        <w:spacing w:after="0"/>
        <w:jc w:val="center"/>
        <w:rPr>
          <w:b/>
          <w:color w:val="000000"/>
          <w:sz w:val="24"/>
          <w:szCs w:val="24"/>
          <w:lang w:val="es-PY"/>
        </w:rPr>
      </w:pPr>
      <w:r w:rsidRPr="00457F5E">
        <w:rPr>
          <w:b/>
          <w:color w:val="000000"/>
          <w:sz w:val="24"/>
          <w:szCs w:val="24"/>
          <w:lang w:val="es-PY"/>
        </w:rPr>
        <w:t>Resolución ANEAES N° 309/2025</w:t>
      </w:r>
    </w:p>
    <w:p w14:paraId="3964049B" w14:textId="77777777" w:rsidR="009B5917" w:rsidRPr="00457F5E" w:rsidRDefault="009B5917" w:rsidP="00457F5E">
      <w:pPr>
        <w:spacing w:after="0"/>
        <w:jc w:val="center"/>
        <w:rPr>
          <w:b/>
          <w:color w:val="000000"/>
          <w:sz w:val="24"/>
          <w:szCs w:val="24"/>
          <w:lang w:val="es-PY"/>
        </w:rPr>
      </w:pPr>
    </w:p>
    <w:p w14:paraId="1D21AA8B" w14:textId="77777777" w:rsidR="000043DA" w:rsidRPr="00457F5E" w:rsidRDefault="000043DA" w:rsidP="00457F5E">
      <w:pPr>
        <w:spacing w:after="0"/>
        <w:jc w:val="center"/>
        <w:rPr>
          <w:sz w:val="24"/>
          <w:szCs w:val="24"/>
          <w:lang w:val="es-PY"/>
        </w:rPr>
      </w:pPr>
      <w:r w:rsidRPr="00457F5E">
        <w:rPr>
          <w:b/>
          <w:color w:val="000000"/>
          <w:sz w:val="24"/>
          <w:szCs w:val="24"/>
          <w:lang w:val="es-PY"/>
        </w:rPr>
        <w:t xml:space="preserve">INFORME DE AUTOEVALUACIÓN </w:t>
      </w:r>
    </w:p>
    <w:p w14:paraId="0DD44083" w14:textId="4985575F" w:rsidR="008C4EB4" w:rsidRPr="00457F5E" w:rsidRDefault="000043DA" w:rsidP="00457F5E">
      <w:pPr>
        <w:spacing w:after="0"/>
        <w:jc w:val="center"/>
        <w:rPr>
          <w:b/>
          <w:color w:val="000000"/>
          <w:sz w:val="24"/>
          <w:szCs w:val="24"/>
          <w:lang w:val="es-PY"/>
        </w:rPr>
      </w:pPr>
      <w:r w:rsidRPr="00457F5E">
        <w:rPr>
          <w:b/>
          <w:color w:val="000000"/>
          <w:sz w:val="24"/>
          <w:szCs w:val="24"/>
          <w:lang w:val="es-PY"/>
        </w:rPr>
        <w:t xml:space="preserve">CLÚSTER ACADÉMICO POR </w:t>
      </w:r>
      <w:r w:rsidR="008C4EB4" w:rsidRPr="00457F5E">
        <w:rPr>
          <w:b/>
          <w:color w:val="000000"/>
          <w:sz w:val="24"/>
          <w:szCs w:val="24"/>
          <w:lang w:val="es-PY"/>
        </w:rPr>
        <w:t>ÁREA – DOCTORADOS PROFESIONALIZANTES</w:t>
      </w:r>
    </w:p>
    <w:p w14:paraId="2F984853" w14:textId="04F6DEF6" w:rsidR="000043DA" w:rsidRPr="00457F5E" w:rsidRDefault="000043DA" w:rsidP="00457F5E">
      <w:pPr>
        <w:spacing w:after="0"/>
        <w:jc w:val="center"/>
        <w:rPr>
          <w:sz w:val="24"/>
          <w:szCs w:val="24"/>
        </w:rPr>
      </w:pPr>
      <w:r w:rsidRPr="00457F5E">
        <w:rPr>
          <w:b/>
          <w:color w:val="000000"/>
          <w:sz w:val="24"/>
          <w:szCs w:val="24"/>
        </w:rPr>
        <w:t xml:space="preserve">MODALIDAD EDUCACIÓN A DISTANCIA </w:t>
      </w:r>
    </w:p>
    <w:tbl>
      <w:tblPr>
        <w:tblW w:w="9356" w:type="dxa"/>
        <w:jc w:val="center"/>
        <w:tblLayout w:type="fixed"/>
        <w:tblLook w:val="04A0" w:firstRow="1" w:lastRow="0" w:firstColumn="1" w:lastColumn="0" w:noHBand="0" w:noVBand="1"/>
      </w:tblPr>
      <w:tblGrid>
        <w:gridCol w:w="3033"/>
        <w:gridCol w:w="6323"/>
      </w:tblGrid>
      <w:tr w:rsidR="00A22F53" w14:paraId="3A69EA57" w14:textId="77777777" w:rsidTr="009B5917">
        <w:trPr>
          <w:cantSplit/>
          <w:trHeight w:hRule="exact" w:val="403"/>
          <w:jc w:val="center"/>
        </w:trPr>
        <w:tc>
          <w:tcPr>
            <w:tcW w:w="9356" w:type="dxa"/>
            <w:gridSpan w:val="2"/>
            <w:tcBorders>
              <w:top w:val="single" w:sz="6" w:space="0" w:color="386F53"/>
              <w:left w:val="single" w:sz="6" w:space="0" w:color="386F53"/>
              <w:bottom w:val="single" w:sz="6" w:space="0" w:color="386F53"/>
              <w:right w:val="single" w:sz="6" w:space="0" w:color="386F53"/>
            </w:tcBorders>
            <w:shd w:val="clear" w:color="auto" w:fill="386F53"/>
            <w:tcMar>
              <w:top w:w="55" w:type="dxa"/>
              <w:left w:w="70" w:type="dxa"/>
              <w:bottom w:w="55" w:type="dxa"/>
              <w:right w:w="70" w:type="dxa"/>
            </w:tcMar>
            <w:vAlign w:val="center"/>
          </w:tcPr>
          <w:p w14:paraId="3B43FDBC" w14:textId="77777777" w:rsidR="00A22F53" w:rsidRDefault="00A22F53" w:rsidP="00A22F53">
            <w:r>
              <w:rPr>
                <w:rFonts w:cs="Garamond"/>
                <w:b/>
                <w:color w:val="FFFFFF"/>
              </w:rPr>
              <w:t>1. DATOS DE IDENTIFICACIÓN</w:t>
            </w:r>
          </w:p>
        </w:tc>
      </w:tr>
      <w:tr w:rsidR="00A22F53" w14:paraId="7110AD59" w14:textId="77777777" w:rsidTr="009B5917">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0C4FEBAB" w14:textId="77777777" w:rsidR="00A22F53" w:rsidRDefault="00A22F53" w:rsidP="00A22F53">
            <w:r>
              <w:rPr>
                <w:rFonts w:cs="Garamond"/>
                <w:b/>
                <w:color w:val="FFFFFF"/>
              </w:rPr>
              <w:t>DATOS DE LA INSTITUCIÓN</w:t>
            </w:r>
          </w:p>
        </w:tc>
      </w:tr>
      <w:tr w:rsidR="00A22F53" w14:paraId="10455266" w14:textId="77777777" w:rsidTr="009B591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7D7324F" w14:textId="77777777" w:rsidR="00A22F53" w:rsidRDefault="00A22F53" w:rsidP="00A22F53">
            <w:r>
              <w:rPr>
                <w:rFonts w:cs="Garamond"/>
                <w:b/>
                <w:color w:val="000000"/>
              </w:rPr>
              <w:t>Institución:</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5B1C7A9" w14:textId="77777777" w:rsidR="00A22F53" w:rsidRDefault="00A22F53" w:rsidP="00A22F53"/>
        </w:tc>
      </w:tr>
      <w:tr w:rsidR="00A22F53" w14:paraId="55613E60" w14:textId="77777777" w:rsidTr="009B591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E76C8C7" w14:textId="77777777" w:rsidR="00A22F53" w:rsidRDefault="00A22F53" w:rsidP="00A22F53">
            <w:r>
              <w:rPr>
                <w:rFonts w:cs="Garamond"/>
                <w:b/>
                <w:color w:val="000000"/>
              </w:rPr>
              <w:t>Máxima autoridad:</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E015D33" w14:textId="77777777" w:rsidR="00A22F53" w:rsidRDefault="00A22F53" w:rsidP="00A22F53"/>
        </w:tc>
      </w:tr>
      <w:tr w:rsidR="00A22F53" w14:paraId="2F89781B" w14:textId="77777777" w:rsidTr="009B591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EA2C258" w14:textId="77777777" w:rsidR="00A22F53" w:rsidRDefault="00A22F53" w:rsidP="00A22F53">
            <w:r>
              <w:rPr>
                <w:rFonts w:cs="Garamond"/>
                <w:b/>
                <w:color w:val="000000"/>
              </w:rPr>
              <w:t>Dirección:</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50658CD" w14:textId="77777777" w:rsidR="00A22F53" w:rsidRDefault="00A22F53" w:rsidP="00A22F53"/>
        </w:tc>
      </w:tr>
      <w:tr w:rsidR="00A22F53" w14:paraId="566B4DE4" w14:textId="77777777" w:rsidTr="009B591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7D17029" w14:textId="77777777" w:rsidR="00A22F53" w:rsidRDefault="00A22F53" w:rsidP="00A22F53">
            <w:r>
              <w:rPr>
                <w:rFonts w:cs="Garamond"/>
                <w:b/>
                <w:color w:val="000000"/>
              </w:rPr>
              <w:t>Departamento:</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8C8B241" w14:textId="77777777" w:rsidR="00A22F53" w:rsidRDefault="00A22F53" w:rsidP="00A22F53"/>
        </w:tc>
      </w:tr>
      <w:tr w:rsidR="00A22F53" w14:paraId="57802499" w14:textId="77777777" w:rsidTr="009B591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D97FB58" w14:textId="77777777" w:rsidR="00A22F53" w:rsidRDefault="00A22F53" w:rsidP="00A22F53">
            <w:r>
              <w:rPr>
                <w:rFonts w:cs="Garamond"/>
                <w:b/>
                <w:color w:val="000000"/>
              </w:rPr>
              <w:t>Ciudad:</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A923ECC" w14:textId="77777777" w:rsidR="00A22F53" w:rsidRDefault="00A22F53" w:rsidP="00A22F53"/>
        </w:tc>
      </w:tr>
      <w:tr w:rsidR="00A22F53" w14:paraId="73C6004E" w14:textId="77777777" w:rsidTr="009B591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A08F199" w14:textId="77777777" w:rsidR="00A22F53" w:rsidRDefault="00A22F53" w:rsidP="00A22F53">
            <w:r>
              <w:rPr>
                <w:rFonts w:cs="Garamond"/>
                <w:b/>
                <w:color w:val="000000"/>
              </w:rPr>
              <w:t>Teléfono:</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429699F" w14:textId="77777777" w:rsidR="00A22F53" w:rsidRDefault="00A22F53" w:rsidP="00A22F53"/>
        </w:tc>
      </w:tr>
      <w:tr w:rsidR="00A22F53" w14:paraId="3CA10E0F" w14:textId="77777777" w:rsidTr="009B591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E06A0CF" w14:textId="77777777" w:rsidR="00A22F53" w:rsidRDefault="00A22F53" w:rsidP="00A22F53">
            <w:r>
              <w:rPr>
                <w:rFonts w:cs="Garamond"/>
                <w:b/>
                <w:color w:val="000000"/>
              </w:rPr>
              <w:t>Correo electrónico:</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F53CB0A" w14:textId="77777777" w:rsidR="00A22F53" w:rsidRDefault="00A22F53" w:rsidP="00A22F53"/>
        </w:tc>
      </w:tr>
      <w:tr w:rsidR="00A22F53" w14:paraId="1E6D9A14" w14:textId="77777777" w:rsidTr="009B5917">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09A51D9C" w14:textId="3D051DE2" w:rsidR="00A22F53" w:rsidRDefault="000043DA" w:rsidP="00A22F53">
            <w:r>
              <w:rPr>
                <w:rFonts w:cs="Garamond"/>
                <w:b/>
                <w:color w:val="FFFFFF"/>
              </w:rPr>
              <w:t xml:space="preserve">DATOS ESPECÍFICOS DEL </w:t>
            </w:r>
            <w:r w:rsidR="00A22F53">
              <w:rPr>
                <w:rFonts w:cs="Garamond"/>
                <w:b/>
                <w:color w:val="FFFFFF"/>
              </w:rPr>
              <w:t>PROGRAMA</w:t>
            </w:r>
          </w:p>
        </w:tc>
      </w:tr>
      <w:tr w:rsidR="00A22F53" w14:paraId="58302507" w14:textId="77777777" w:rsidTr="009B591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DBCB1C7" w14:textId="77777777" w:rsidR="00A22F53" w:rsidRDefault="00A22F53" w:rsidP="00A22F53">
            <w:r>
              <w:rPr>
                <w:rFonts w:cs="Garamond"/>
                <w:b/>
                <w:color w:val="000000"/>
              </w:rPr>
              <w:t>Nombre del programa:</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AFD0830" w14:textId="77777777" w:rsidR="00A22F53" w:rsidRDefault="00A22F53" w:rsidP="00A22F53"/>
        </w:tc>
      </w:tr>
      <w:tr w:rsidR="00A22F53" w14:paraId="58E7E483" w14:textId="77777777" w:rsidTr="009B591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A0966AB" w14:textId="77777777" w:rsidR="00A22F53" w:rsidRDefault="00A22F53" w:rsidP="00A22F53">
            <w:r>
              <w:rPr>
                <w:rFonts w:cs="Garamond"/>
                <w:b/>
                <w:color w:val="000000"/>
              </w:rPr>
              <w:t>Facultad:</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5B481E4" w14:textId="77777777" w:rsidR="00A22F53" w:rsidRDefault="00A22F53" w:rsidP="00A22F53"/>
        </w:tc>
      </w:tr>
      <w:tr w:rsidR="00A22F53" w:rsidRPr="009966CE" w14:paraId="3C4723A5" w14:textId="77777777" w:rsidTr="009B5917">
        <w:trPr>
          <w:cantSplit/>
          <w:trHeight w:hRule="exact" w:val="483"/>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33669E1" w14:textId="77777777" w:rsidR="00A22F53" w:rsidRPr="00CA67AF" w:rsidRDefault="00A22F53" w:rsidP="00A22F53">
            <w:pPr>
              <w:rPr>
                <w:lang w:val="es-PY"/>
              </w:rPr>
            </w:pPr>
            <w:r w:rsidRPr="00CA67AF">
              <w:rPr>
                <w:rFonts w:cs="Garamond"/>
                <w:b/>
                <w:color w:val="000000"/>
                <w:lang w:val="es-PY"/>
              </w:rPr>
              <w:t>Sede o filial donde se desarrolla:</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988B2FB" w14:textId="77777777" w:rsidR="00A22F53" w:rsidRPr="00CA67AF" w:rsidRDefault="00A22F53" w:rsidP="00A22F53">
            <w:pPr>
              <w:rPr>
                <w:lang w:val="es-PY"/>
              </w:rPr>
            </w:pPr>
          </w:p>
        </w:tc>
      </w:tr>
      <w:tr w:rsidR="00A22F53" w14:paraId="08BE87D1" w14:textId="77777777" w:rsidTr="009B591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02F5054" w14:textId="77777777" w:rsidR="00A22F53" w:rsidRDefault="00A22F53" w:rsidP="00A22F53">
            <w:r>
              <w:rPr>
                <w:rFonts w:cs="Garamond"/>
                <w:b/>
                <w:color w:val="000000"/>
              </w:rPr>
              <w:t>Dirección:</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22962C3" w14:textId="77777777" w:rsidR="00A22F53" w:rsidRDefault="00A22F53" w:rsidP="00A22F53"/>
        </w:tc>
      </w:tr>
      <w:tr w:rsidR="00A22F53" w:rsidRPr="009966CE" w14:paraId="45852C47" w14:textId="77777777" w:rsidTr="009B5917">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106D2084" w14:textId="77777777" w:rsidR="00A22F53" w:rsidRPr="00CA67AF" w:rsidRDefault="00A22F53" w:rsidP="00A22F53">
            <w:pPr>
              <w:rPr>
                <w:lang w:val="es-PY"/>
              </w:rPr>
            </w:pPr>
            <w:r w:rsidRPr="00CA67AF">
              <w:rPr>
                <w:rFonts w:cs="Garamond"/>
                <w:b/>
                <w:color w:val="FFFFFF"/>
                <w:lang w:val="es-PY"/>
              </w:rPr>
              <w:t>DATOS DE LOS RESPONSABLES DEL PROGRAMA</w:t>
            </w:r>
          </w:p>
        </w:tc>
      </w:tr>
      <w:tr w:rsidR="00A22F53" w14:paraId="164F05A6" w14:textId="77777777" w:rsidTr="009B591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1008390" w14:textId="77777777" w:rsidR="00A22F53" w:rsidRDefault="00A22F53" w:rsidP="00A22F53">
            <w:r>
              <w:rPr>
                <w:rFonts w:cs="Garamond"/>
                <w:b/>
                <w:color w:val="000000"/>
              </w:rPr>
              <w:t>Nombres y apellidos:</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BC3EC5A" w14:textId="77777777" w:rsidR="00A22F53" w:rsidRDefault="00A22F53" w:rsidP="00A22F53"/>
        </w:tc>
      </w:tr>
      <w:tr w:rsidR="00A22F53" w14:paraId="07D8BD7B" w14:textId="77777777" w:rsidTr="009B591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09879AF" w14:textId="77777777" w:rsidR="00A22F53" w:rsidRDefault="00A22F53" w:rsidP="00A22F53">
            <w:r>
              <w:rPr>
                <w:rFonts w:cs="Garamond"/>
                <w:b/>
                <w:color w:val="000000"/>
              </w:rPr>
              <w:t>Máxima titulación académica:</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4811A40" w14:textId="77777777" w:rsidR="00A22F53" w:rsidRDefault="00A22F53" w:rsidP="00A22F53"/>
        </w:tc>
      </w:tr>
      <w:tr w:rsidR="00A22F53" w14:paraId="37235D43" w14:textId="77777777" w:rsidTr="009B591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0E9BBF3" w14:textId="77777777" w:rsidR="00A22F53" w:rsidRDefault="00A22F53" w:rsidP="00A22F53">
            <w:r>
              <w:rPr>
                <w:rFonts w:cs="Garamond"/>
                <w:b/>
                <w:color w:val="000000"/>
              </w:rPr>
              <w:t>Resolución de nombramiento:</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1DC2FD2" w14:textId="77777777" w:rsidR="00A22F53" w:rsidRDefault="00A22F53" w:rsidP="00A22F53"/>
        </w:tc>
      </w:tr>
      <w:tr w:rsidR="00A22F53" w:rsidRPr="009966CE" w14:paraId="52E15F61" w14:textId="77777777" w:rsidTr="009B5917">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7691CFE4" w14:textId="77777777" w:rsidR="00A22F53" w:rsidRPr="00CA67AF" w:rsidRDefault="00A22F53" w:rsidP="00A22F53">
            <w:pPr>
              <w:rPr>
                <w:lang w:val="es-PY"/>
              </w:rPr>
            </w:pPr>
            <w:r w:rsidRPr="00CA67AF">
              <w:rPr>
                <w:rFonts w:cs="Garamond"/>
                <w:b/>
                <w:color w:val="FFFFFF"/>
                <w:lang w:val="es-PY"/>
              </w:rPr>
              <w:t>DATOS DEL TÉCNICO DE ENLACE</w:t>
            </w:r>
          </w:p>
        </w:tc>
      </w:tr>
      <w:tr w:rsidR="00A22F53" w14:paraId="10465F4D" w14:textId="77777777" w:rsidTr="009B591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B14E854" w14:textId="77777777" w:rsidR="00A22F53" w:rsidRDefault="00A22F53" w:rsidP="00A22F53">
            <w:r>
              <w:rPr>
                <w:rFonts w:cs="Garamond"/>
                <w:b/>
                <w:color w:val="000000"/>
              </w:rPr>
              <w:t>Nombres y apellidos:</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C219B0E" w14:textId="77777777" w:rsidR="00A22F53" w:rsidRDefault="00A22F53" w:rsidP="00A22F53"/>
        </w:tc>
      </w:tr>
      <w:tr w:rsidR="00A22F53" w14:paraId="0A3F7CCB" w14:textId="77777777" w:rsidTr="009B591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6C2C012" w14:textId="77777777" w:rsidR="00A22F53" w:rsidRDefault="00A22F53" w:rsidP="00A22F53">
            <w:r>
              <w:rPr>
                <w:rFonts w:cs="Garamond"/>
                <w:b/>
                <w:color w:val="000000"/>
              </w:rPr>
              <w:t>Correo electrónico:</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84F6E19" w14:textId="77777777" w:rsidR="00A22F53" w:rsidRDefault="00A22F53" w:rsidP="00A22F53"/>
        </w:tc>
      </w:tr>
      <w:tr w:rsidR="00A22F53" w14:paraId="6F739523" w14:textId="77777777" w:rsidTr="009B591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0A324B4" w14:textId="77777777" w:rsidR="00A22F53" w:rsidRDefault="00A22F53" w:rsidP="00A22F53">
            <w:r>
              <w:rPr>
                <w:rFonts w:cs="Garamond"/>
                <w:b/>
                <w:color w:val="000000"/>
              </w:rPr>
              <w:t>Teléfono de contacto:</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DC3E6A1" w14:textId="77777777" w:rsidR="00A22F53" w:rsidRDefault="00A22F53" w:rsidP="00A22F53"/>
        </w:tc>
      </w:tr>
    </w:tbl>
    <w:p w14:paraId="12070550" w14:textId="04373856" w:rsidR="009A1B7B" w:rsidRDefault="009A1B7B" w:rsidP="000043DA">
      <w:pPr>
        <w:spacing w:after="0"/>
      </w:pPr>
    </w:p>
    <w:p w14:paraId="1AEDA603" w14:textId="77777777" w:rsidR="00457F5E" w:rsidRDefault="00457F5E" w:rsidP="000043DA">
      <w:pPr>
        <w:spacing w:after="0"/>
      </w:pPr>
    </w:p>
    <w:p w14:paraId="55032CBA" w14:textId="77777777" w:rsidR="00457F5E" w:rsidRPr="000043DA" w:rsidRDefault="00457F5E" w:rsidP="000043DA">
      <w:pPr>
        <w:spacing w:after="0"/>
      </w:pPr>
    </w:p>
    <w:p w14:paraId="4DB52A4F" w14:textId="77777777" w:rsidR="009A1B7B" w:rsidRPr="00A22F53" w:rsidRDefault="009A1B7B">
      <w:pPr>
        <w:spacing w:after="0"/>
        <w:rPr>
          <w:lang w:val="es-PY"/>
        </w:rPr>
      </w:pPr>
    </w:p>
    <w:tbl>
      <w:tblPr>
        <w:tblW w:w="0" w:type="auto"/>
        <w:jc w:val="center"/>
        <w:tblLook w:val="04A0" w:firstRow="1" w:lastRow="0" w:firstColumn="1" w:lastColumn="0" w:noHBand="0" w:noVBand="1"/>
      </w:tblPr>
      <w:tblGrid>
        <w:gridCol w:w="9057"/>
      </w:tblGrid>
      <w:tr w:rsidR="008045E3" w:rsidRPr="009966CE" w14:paraId="70F764C8" w14:textId="77777777" w:rsidTr="006E0E88">
        <w:trPr>
          <w:trHeight w:hRule="exact" w:val="312"/>
          <w:jc w:val="center"/>
        </w:trPr>
        <w:tc>
          <w:tcPr>
            <w:tcW w:w="9057" w:type="dxa"/>
            <w:tcBorders>
              <w:top w:val="single" w:sz="5" w:space="0" w:color="53A67D"/>
              <w:left w:val="single" w:sz="5" w:space="0" w:color="53A67D"/>
              <w:bottom w:val="single" w:sz="5" w:space="0" w:color="53A67D"/>
              <w:right w:val="single" w:sz="5" w:space="0" w:color="53A67D"/>
            </w:tcBorders>
            <w:shd w:val="clear" w:color="auto" w:fill="53A67D"/>
            <w:vAlign w:val="center"/>
          </w:tcPr>
          <w:p w14:paraId="78625F85" w14:textId="60A18132" w:rsidR="008045E3" w:rsidRPr="00A22F53" w:rsidRDefault="000043DA">
            <w:pPr>
              <w:spacing w:after="0" w:line="240" w:lineRule="auto"/>
              <w:rPr>
                <w:szCs w:val="20"/>
                <w:lang w:val="es-PY"/>
              </w:rPr>
            </w:pPr>
            <w:r>
              <w:rPr>
                <w:b/>
                <w:color w:val="FFFFFF"/>
                <w:szCs w:val="20"/>
                <w:lang w:val="es-PY"/>
              </w:rPr>
              <w:lastRenderedPageBreak/>
              <w:t>2.</w:t>
            </w:r>
            <w:r w:rsidR="00A22F53" w:rsidRPr="00A22F53">
              <w:rPr>
                <w:b/>
                <w:color w:val="FFFFFF"/>
                <w:szCs w:val="20"/>
                <w:lang w:val="es-PY"/>
              </w:rPr>
              <w:t xml:space="preserve">   RESULTADOS DEL PROCESO DE AUTOEVALUACIÓN</w:t>
            </w:r>
          </w:p>
        </w:tc>
      </w:tr>
      <w:tr w:rsidR="008045E3" w:rsidRPr="00A22F53" w14:paraId="4AD70642" w14:textId="77777777" w:rsidTr="006E0E88">
        <w:trPr>
          <w:trHeight w:hRule="exact" w:val="369"/>
          <w:jc w:val="center"/>
        </w:trPr>
        <w:tc>
          <w:tcPr>
            <w:tcW w:w="9057" w:type="dxa"/>
            <w:tcBorders>
              <w:top w:val="single" w:sz="5" w:space="0" w:color="386F53"/>
              <w:left w:val="single" w:sz="5" w:space="0" w:color="386F53"/>
              <w:bottom w:val="single" w:sz="5" w:space="0" w:color="386F53"/>
              <w:right w:val="single" w:sz="5" w:space="0" w:color="386F53"/>
            </w:tcBorders>
            <w:shd w:val="clear" w:color="auto" w:fill="386F53"/>
            <w:vAlign w:val="center"/>
          </w:tcPr>
          <w:p w14:paraId="5DE239FA" w14:textId="0029AD67" w:rsidR="008045E3" w:rsidRPr="00A22F53" w:rsidRDefault="00B44A68" w:rsidP="000043DA">
            <w:pPr>
              <w:spacing w:after="0" w:line="240" w:lineRule="auto"/>
              <w:jc w:val="center"/>
              <w:rPr>
                <w:szCs w:val="20"/>
                <w:lang w:val="es-PY"/>
              </w:rPr>
            </w:pPr>
            <w:r>
              <w:rPr>
                <w:b/>
                <w:color w:val="FFFFFF"/>
                <w:szCs w:val="20"/>
                <w:lang w:val="es-PY"/>
              </w:rPr>
              <w:t>MARCO DISCIPLINAR – DOCTORADO</w:t>
            </w:r>
            <w:r w:rsidR="000043DA">
              <w:rPr>
                <w:b/>
                <w:color w:val="FFFFFF"/>
                <w:szCs w:val="20"/>
                <w:lang w:val="es-PY"/>
              </w:rPr>
              <w:t xml:space="preserve">……………………EaD </w:t>
            </w:r>
          </w:p>
        </w:tc>
      </w:tr>
    </w:tbl>
    <w:p w14:paraId="1C17A8FE" w14:textId="427872E6" w:rsidR="008045E3" w:rsidRDefault="008045E3">
      <w:pPr>
        <w:spacing w:after="0"/>
      </w:pPr>
    </w:p>
    <w:tbl>
      <w:tblPr>
        <w:tblW w:w="0" w:type="auto"/>
        <w:jc w:val="center"/>
        <w:tblLook w:val="04A0" w:firstRow="1" w:lastRow="0" w:firstColumn="1" w:lastColumn="0" w:noHBand="0" w:noVBand="1"/>
      </w:tblPr>
      <w:tblGrid>
        <w:gridCol w:w="1786"/>
        <w:gridCol w:w="4666"/>
        <w:gridCol w:w="9"/>
        <w:gridCol w:w="795"/>
        <w:gridCol w:w="10"/>
        <w:gridCol w:w="794"/>
        <w:gridCol w:w="11"/>
        <w:gridCol w:w="805"/>
        <w:gridCol w:w="181"/>
      </w:tblGrid>
      <w:tr w:rsidR="00A22F53" w:rsidRPr="00A22F53" w14:paraId="44DADBD1" w14:textId="77777777" w:rsidTr="00DA7BF7">
        <w:trPr>
          <w:cantSplit/>
          <w:trHeight w:val="340"/>
          <w:jc w:val="center"/>
        </w:trPr>
        <w:tc>
          <w:tcPr>
            <w:tcW w:w="1785" w:type="dxa"/>
            <w:vMerge w:val="restart"/>
            <w:tcBorders>
              <w:top w:val="single" w:sz="5" w:space="0" w:color="444444"/>
              <w:left w:val="single" w:sz="5" w:space="0" w:color="444444"/>
              <w:right w:val="single" w:sz="5" w:space="0" w:color="444444"/>
            </w:tcBorders>
            <w:shd w:val="clear" w:color="auto" w:fill="8AC4A7"/>
            <w:vAlign w:val="center"/>
          </w:tcPr>
          <w:p w14:paraId="6590CD9F" w14:textId="4828A2E8" w:rsidR="00A22F53" w:rsidRPr="00A22F53" w:rsidRDefault="004739FA">
            <w:pPr>
              <w:spacing w:after="0" w:line="240" w:lineRule="auto"/>
              <w:jc w:val="center"/>
              <w:rPr>
                <w:szCs w:val="20"/>
              </w:rPr>
            </w:pPr>
            <w:r>
              <w:rPr>
                <w:b/>
                <w:color w:val="000000"/>
                <w:szCs w:val="20"/>
              </w:rPr>
              <w:t xml:space="preserve">Criterio </w:t>
            </w:r>
          </w:p>
        </w:tc>
        <w:tc>
          <w:tcPr>
            <w:tcW w:w="4667" w:type="dxa"/>
            <w:vMerge w:val="restart"/>
            <w:tcBorders>
              <w:top w:val="single" w:sz="5" w:space="0" w:color="444444"/>
              <w:left w:val="single" w:sz="5" w:space="0" w:color="444444"/>
              <w:right w:val="single" w:sz="5" w:space="0" w:color="444444"/>
            </w:tcBorders>
            <w:shd w:val="clear" w:color="auto" w:fill="8AC4A7"/>
            <w:vAlign w:val="center"/>
          </w:tcPr>
          <w:p w14:paraId="7F2D295F" w14:textId="77777777" w:rsidR="00A22F53" w:rsidRPr="00A22F53" w:rsidRDefault="00A22F53">
            <w:pPr>
              <w:spacing w:after="0" w:line="240" w:lineRule="auto"/>
              <w:jc w:val="center"/>
              <w:rPr>
                <w:szCs w:val="20"/>
              </w:rPr>
            </w:pPr>
            <w:r w:rsidRPr="00A22F53">
              <w:rPr>
                <w:b/>
                <w:color w:val="000000"/>
                <w:szCs w:val="20"/>
              </w:rPr>
              <w:t>Indicadores</w:t>
            </w:r>
          </w:p>
        </w:tc>
        <w:tc>
          <w:tcPr>
            <w:tcW w:w="2605" w:type="dxa"/>
            <w:gridSpan w:val="7"/>
            <w:tcBorders>
              <w:top w:val="single" w:sz="5" w:space="0" w:color="444444"/>
              <w:left w:val="single" w:sz="5" w:space="0" w:color="444444"/>
              <w:bottom w:val="single" w:sz="5" w:space="0" w:color="444444"/>
              <w:right w:val="single" w:sz="5" w:space="0" w:color="444444"/>
            </w:tcBorders>
            <w:shd w:val="clear" w:color="auto" w:fill="8AC4A7"/>
            <w:vAlign w:val="center"/>
          </w:tcPr>
          <w:p w14:paraId="02990ED6" w14:textId="77777777" w:rsidR="00A22F53" w:rsidRPr="00A22F53" w:rsidRDefault="00A22F53">
            <w:pPr>
              <w:spacing w:after="0" w:line="240" w:lineRule="auto"/>
              <w:jc w:val="center"/>
              <w:rPr>
                <w:szCs w:val="20"/>
              </w:rPr>
            </w:pPr>
            <w:r w:rsidRPr="00A22F53">
              <w:rPr>
                <w:b/>
                <w:color w:val="000000"/>
                <w:szCs w:val="20"/>
              </w:rPr>
              <w:t>Nivel de cumplimiento</w:t>
            </w:r>
          </w:p>
        </w:tc>
      </w:tr>
      <w:tr w:rsidR="00A22F53" w:rsidRPr="00A22F53" w14:paraId="06F0383C" w14:textId="77777777" w:rsidTr="00DA7BF7">
        <w:trPr>
          <w:cantSplit/>
          <w:trHeight w:hRule="exact" w:val="255"/>
          <w:jc w:val="center"/>
        </w:trPr>
        <w:tc>
          <w:tcPr>
            <w:tcW w:w="1785" w:type="dxa"/>
            <w:vMerge/>
            <w:tcBorders>
              <w:left w:val="single" w:sz="5" w:space="0" w:color="444444"/>
              <w:bottom w:val="single" w:sz="5" w:space="0" w:color="444444"/>
              <w:right w:val="single" w:sz="5" w:space="0" w:color="444444"/>
            </w:tcBorders>
            <w:shd w:val="clear" w:color="auto" w:fill="8AC4A7"/>
            <w:vAlign w:val="center"/>
          </w:tcPr>
          <w:p w14:paraId="1B2FC3FC" w14:textId="77777777" w:rsidR="00A22F53" w:rsidRPr="00A22F53" w:rsidRDefault="00A22F53">
            <w:pPr>
              <w:spacing w:after="0" w:line="240" w:lineRule="auto"/>
              <w:rPr>
                <w:szCs w:val="20"/>
              </w:rPr>
            </w:pPr>
          </w:p>
        </w:tc>
        <w:tc>
          <w:tcPr>
            <w:tcW w:w="4667" w:type="dxa"/>
            <w:vMerge/>
            <w:tcBorders>
              <w:left w:val="single" w:sz="5" w:space="0" w:color="444444"/>
              <w:bottom w:val="single" w:sz="5" w:space="0" w:color="444444"/>
              <w:right w:val="single" w:sz="5" w:space="0" w:color="444444"/>
            </w:tcBorders>
            <w:shd w:val="clear" w:color="auto" w:fill="8AC4A7"/>
            <w:vAlign w:val="center"/>
          </w:tcPr>
          <w:p w14:paraId="127E69F9" w14:textId="77777777" w:rsidR="00A22F53" w:rsidRPr="00A22F53" w:rsidRDefault="00A22F53">
            <w:pPr>
              <w:spacing w:after="0" w:line="240" w:lineRule="auto"/>
              <w:rPr>
                <w:szCs w:val="20"/>
              </w:rPr>
            </w:pP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16B43D9E" w14:textId="77777777" w:rsidR="00A22F53" w:rsidRPr="00A22F53" w:rsidRDefault="00A22F53">
            <w:pPr>
              <w:spacing w:after="0" w:line="240" w:lineRule="auto"/>
              <w:jc w:val="center"/>
              <w:rPr>
                <w:szCs w:val="20"/>
              </w:rPr>
            </w:pPr>
            <w:r w:rsidRPr="00A22F53">
              <w:rPr>
                <w:b/>
                <w:color w:val="000000"/>
                <w:szCs w:val="20"/>
              </w:rPr>
              <w:t>CT</w:t>
            </w: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1BAC86CE" w14:textId="77777777" w:rsidR="00A22F53" w:rsidRPr="00A22F53" w:rsidRDefault="00A22F53">
            <w:pPr>
              <w:spacing w:after="0" w:line="240" w:lineRule="auto"/>
              <w:jc w:val="center"/>
              <w:rPr>
                <w:szCs w:val="20"/>
              </w:rPr>
            </w:pPr>
            <w:r w:rsidRPr="00A22F53">
              <w:rPr>
                <w:b/>
                <w:color w:val="000000"/>
                <w:szCs w:val="20"/>
              </w:rPr>
              <w:t>CP</w:t>
            </w:r>
          </w:p>
        </w:tc>
        <w:tc>
          <w:tcPr>
            <w:tcW w:w="997"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44BC4D59" w14:textId="77777777" w:rsidR="00A22F53" w:rsidRPr="00A22F53" w:rsidRDefault="00A22F53">
            <w:pPr>
              <w:spacing w:after="0" w:line="240" w:lineRule="auto"/>
              <w:jc w:val="center"/>
              <w:rPr>
                <w:szCs w:val="20"/>
              </w:rPr>
            </w:pPr>
            <w:r w:rsidRPr="00A22F53">
              <w:rPr>
                <w:b/>
                <w:color w:val="000000"/>
                <w:szCs w:val="20"/>
              </w:rPr>
              <w:t>NC</w:t>
            </w:r>
          </w:p>
        </w:tc>
      </w:tr>
      <w:tr w:rsidR="008045E3" w:rsidRPr="009966CE" w14:paraId="11E1ACAB" w14:textId="77777777" w:rsidTr="00DA7BF7">
        <w:trPr>
          <w:cantSplit/>
          <w:trHeight w:val="765"/>
          <w:jc w:val="center"/>
        </w:trPr>
        <w:tc>
          <w:tcPr>
            <w:tcW w:w="1785" w:type="dxa"/>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159969EB" w14:textId="77777777" w:rsidR="008045E3" w:rsidRDefault="00A22F53" w:rsidP="00982D9E">
            <w:pPr>
              <w:spacing w:after="0"/>
              <w:jc w:val="center"/>
              <w:rPr>
                <w:b/>
                <w:color w:val="E31B23"/>
                <w:szCs w:val="20"/>
                <w:lang w:val="es-PY"/>
              </w:rPr>
            </w:pPr>
            <w:r w:rsidRPr="00A22F53">
              <w:rPr>
                <w:b/>
                <w:color w:val="000000"/>
                <w:szCs w:val="20"/>
                <w:lang w:val="es-PY"/>
              </w:rPr>
              <w:t>Pertinencia del d</w:t>
            </w:r>
            <w:r w:rsidR="00982D9E">
              <w:rPr>
                <w:b/>
                <w:color w:val="000000"/>
                <w:szCs w:val="20"/>
                <w:lang w:val="es-PY"/>
              </w:rPr>
              <w:t xml:space="preserve">iseño curricular y metodológico de la </w:t>
            </w:r>
            <w:r w:rsidR="0014366C">
              <w:rPr>
                <w:b/>
                <w:color w:val="000000"/>
                <w:szCs w:val="20"/>
                <w:lang w:val="es-PY"/>
              </w:rPr>
              <w:t>modalidad a distancia</w:t>
            </w:r>
            <w:r w:rsidR="00982D9E">
              <w:rPr>
                <w:b/>
                <w:color w:val="000000"/>
                <w:szCs w:val="20"/>
                <w:lang w:val="es-PY"/>
              </w:rPr>
              <w:t xml:space="preserve"> en relació</w:t>
            </w:r>
            <w:r w:rsidR="006E0E88">
              <w:rPr>
                <w:b/>
                <w:color w:val="000000"/>
                <w:szCs w:val="20"/>
                <w:lang w:val="es-PY"/>
              </w:rPr>
              <w:t xml:space="preserve">n con el ámbito profesional de los </w:t>
            </w:r>
            <w:r w:rsidR="00982D9E">
              <w:rPr>
                <w:b/>
                <w:color w:val="000000"/>
                <w:szCs w:val="20"/>
                <w:lang w:val="es-PY"/>
              </w:rPr>
              <w:t>programa</w:t>
            </w:r>
            <w:r w:rsidR="006E0E88">
              <w:rPr>
                <w:b/>
                <w:color w:val="000000"/>
                <w:szCs w:val="20"/>
                <w:lang w:val="es-PY"/>
              </w:rPr>
              <w:t>s</w:t>
            </w:r>
            <w:r w:rsidRPr="00A22F53">
              <w:rPr>
                <w:b/>
                <w:color w:val="E31B23"/>
                <w:szCs w:val="20"/>
                <w:lang w:val="es-PY"/>
              </w:rPr>
              <w:br/>
              <w:t>(Sustantivo)</w:t>
            </w:r>
          </w:p>
          <w:p w14:paraId="48AA14A9" w14:textId="29702581" w:rsidR="00952C37" w:rsidRPr="00A22F53" w:rsidRDefault="00952C37" w:rsidP="00982D9E">
            <w:pPr>
              <w:spacing w:after="0"/>
              <w:jc w:val="center"/>
              <w:rPr>
                <w:szCs w:val="20"/>
                <w:lang w:val="es-PY"/>
              </w:rPr>
            </w:pPr>
            <w:r w:rsidRPr="00952C37">
              <w:rPr>
                <w:b/>
                <w:color w:val="000000" w:themeColor="text1"/>
                <w:szCs w:val="20"/>
                <w:lang w:val="es-PY"/>
              </w:rPr>
              <w:t>(D2.C1)</w:t>
            </w:r>
          </w:p>
        </w:tc>
        <w:tc>
          <w:tcPr>
            <w:tcW w:w="466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FE78072" w14:textId="16762CDE" w:rsidR="002138CF" w:rsidRPr="00606DF1" w:rsidRDefault="006E0E88" w:rsidP="006E0E88">
            <w:pPr>
              <w:spacing w:after="0" w:line="240" w:lineRule="auto"/>
              <w:jc w:val="both"/>
              <w:rPr>
                <w:color w:val="000000" w:themeColor="text1"/>
                <w:szCs w:val="20"/>
                <w:lang w:val="es-PY"/>
              </w:rPr>
            </w:pPr>
            <w:r>
              <w:rPr>
                <w:color w:val="000000" w:themeColor="text1"/>
                <w:szCs w:val="20"/>
                <w:lang w:val="es-PY"/>
              </w:rPr>
              <w:t>a.</w:t>
            </w:r>
            <w:r w:rsidRPr="006E0E88">
              <w:rPr>
                <w:color w:val="000000" w:themeColor="text1"/>
                <w:szCs w:val="20"/>
                <w:lang w:val="es-PY"/>
              </w:rPr>
              <w:t xml:space="preserve"> </w:t>
            </w:r>
            <w:r>
              <w:rPr>
                <w:color w:val="000000" w:themeColor="text1"/>
                <w:szCs w:val="20"/>
                <w:lang w:val="es-PY"/>
              </w:rPr>
              <w:t>Los programas</w:t>
            </w:r>
            <w:r w:rsidR="002138CF" w:rsidRPr="00606DF1">
              <w:rPr>
                <w:color w:val="000000" w:themeColor="text1"/>
                <w:szCs w:val="20"/>
                <w:lang w:val="es-PY"/>
              </w:rPr>
              <w:t xml:space="preserve"> desarrolla</w:t>
            </w:r>
            <w:r>
              <w:rPr>
                <w:color w:val="000000" w:themeColor="text1"/>
                <w:szCs w:val="20"/>
                <w:lang w:val="es-PY"/>
              </w:rPr>
              <w:t>n</w:t>
            </w:r>
            <w:r w:rsidR="002138CF" w:rsidRPr="00606DF1">
              <w:rPr>
                <w:color w:val="000000" w:themeColor="text1"/>
                <w:szCs w:val="20"/>
                <w:lang w:val="es-PY"/>
              </w:rPr>
              <w:t xml:space="preserve"> competencias avanzadas y contextualizadas, aplicables al ejercicio profesional en entornos reales.</w:t>
            </w: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2F376238" w14:textId="77777777" w:rsidR="008045E3" w:rsidRPr="0004202B" w:rsidRDefault="008045E3">
            <w:pPr>
              <w:spacing w:after="0" w:line="240" w:lineRule="auto"/>
              <w:jc w:val="center"/>
              <w:rPr>
                <w:szCs w:val="20"/>
                <w:lang w:val="es-PY"/>
              </w:rPr>
            </w:pP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7ABFB8C9" w14:textId="77777777" w:rsidR="008045E3" w:rsidRPr="0004202B" w:rsidRDefault="008045E3">
            <w:pPr>
              <w:spacing w:after="0" w:line="240" w:lineRule="auto"/>
              <w:jc w:val="center"/>
              <w:rPr>
                <w:szCs w:val="20"/>
                <w:lang w:val="es-PY"/>
              </w:rPr>
            </w:pPr>
          </w:p>
        </w:tc>
        <w:tc>
          <w:tcPr>
            <w:tcW w:w="997" w:type="dxa"/>
            <w:gridSpan w:val="3"/>
            <w:tcBorders>
              <w:top w:val="single" w:sz="5" w:space="0" w:color="444444"/>
              <w:left w:val="single" w:sz="5" w:space="0" w:color="444444"/>
              <w:bottom w:val="single" w:sz="5" w:space="0" w:color="444444"/>
              <w:right w:val="single" w:sz="5" w:space="0" w:color="444444"/>
            </w:tcBorders>
            <w:shd w:val="clear" w:color="auto" w:fill="FFFFCC"/>
            <w:vAlign w:val="center"/>
          </w:tcPr>
          <w:p w14:paraId="2820EAEF" w14:textId="77777777" w:rsidR="008045E3" w:rsidRPr="0004202B" w:rsidRDefault="008045E3">
            <w:pPr>
              <w:spacing w:after="0" w:line="240" w:lineRule="auto"/>
              <w:jc w:val="center"/>
              <w:rPr>
                <w:szCs w:val="20"/>
                <w:lang w:val="es-PY"/>
              </w:rPr>
            </w:pPr>
          </w:p>
        </w:tc>
      </w:tr>
      <w:tr w:rsidR="008045E3" w:rsidRPr="009966CE" w14:paraId="737904D8" w14:textId="77777777" w:rsidTr="00DA7BF7">
        <w:trPr>
          <w:cantSplit/>
          <w:trHeight w:val="765"/>
          <w:jc w:val="center"/>
        </w:trPr>
        <w:tc>
          <w:tcPr>
            <w:tcW w:w="1785" w:type="dxa"/>
            <w:vMerge/>
            <w:tcBorders>
              <w:top w:val="single" w:sz="5" w:space="0" w:color="444444"/>
              <w:left w:val="single" w:sz="5" w:space="0" w:color="444444"/>
              <w:bottom w:val="single" w:sz="5" w:space="0" w:color="444444"/>
              <w:right w:val="single" w:sz="5" w:space="0" w:color="444444"/>
            </w:tcBorders>
            <w:shd w:val="clear" w:color="auto" w:fill="FFFFCC"/>
          </w:tcPr>
          <w:p w14:paraId="19A9C76F" w14:textId="77777777" w:rsidR="008045E3" w:rsidRPr="0004202B" w:rsidRDefault="008045E3">
            <w:pPr>
              <w:rPr>
                <w:szCs w:val="20"/>
                <w:lang w:val="es-PY"/>
              </w:rPr>
            </w:pPr>
          </w:p>
        </w:tc>
        <w:tc>
          <w:tcPr>
            <w:tcW w:w="466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154A05A" w14:textId="4C05DE90" w:rsidR="002138CF" w:rsidRPr="00606DF1" w:rsidRDefault="002138CF" w:rsidP="006E0E88">
            <w:pPr>
              <w:spacing w:after="0" w:line="240" w:lineRule="auto"/>
              <w:jc w:val="both"/>
              <w:rPr>
                <w:color w:val="000000" w:themeColor="text1"/>
                <w:szCs w:val="20"/>
                <w:lang w:val="es-PY"/>
              </w:rPr>
            </w:pPr>
            <w:r w:rsidRPr="00606DF1">
              <w:rPr>
                <w:color w:val="000000" w:themeColor="text1"/>
                <w:szCs w:val="20"/>
                <w:lang w:val="es-PY"/>
              </w:rPr>
              <w:t>b. El diseño curricular incorpora estrategias metodológicas activas, recursos adapta</w:t>
            </w:r>
            <w:r w:rsidR="006E0E88">
              <w:rPr>
                <w:color w:val="000000" w:themeColor="text1"/>
                <w:szCs w:val="20"/>
                <w:lang w:val="es-PY"/>
              </w:rPr>
              <w:t xml:space="preserve">dos, modalidades sincrónicas y </w:t>
            </w:r>
            <w:r w:rsidRPr="00606DF1">
              <w:rPr>
                <w:color w:val="000000" w:themeColor="text1"/>
                <w:szCs w:val="20"/>
                <w:lang w:val="es-PY"/>
              </w:rPr>
              <w:t>asincrónicas pertinentes al aprendizaje autónomo y colaborativo en línea.</w:t>
            </w: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46986AEC" w14:textId="77777777" w:rsidR="008045E3" w:rsidRPr="0004202B" w:rsidRDefault="008045E3">
            <w:pPr>
              <w:spacing w:after="0" w:line="240" w:lineRule="auto"/>
              <w:jc w:val="center"/>
              <w:rPr>
                <w:szCs w:val="20"/>
                <w:lang w:val="es-PY"/>
              </w:rPr>
            </w:pP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604AAB7C" w14:textId="77777777" w:rsidR="008045E3" w:rsidRPr="0004202B" w:rsidRDefault="008045E3">
            <w:pPr>
              <w:spacing w:after="0" w:line="240" w:lineRule="auto"/>
              <w:jc w:val="center"/>
              <w:rPr>
                <w:szCs w:val="20"/>
                <w:lang w:val="es-PY"/>
              </w:rPr>
            </w:pPr>
          </w:p>
        </w:tc>
        <w:tc>
          <w:tcPr>
            <w:tcW w:w="997" w:type="dxa"/>
            <w:gridSpan w:val="3"/>
            <w:tcBorders>
              <w:top w:val="single" w:sz="5" w:space="0" w:color="444444"/>
              <w:left w:val="single" w:sz="5" w:space="0" w:color="444444"/>
              <w:bottom w:val="single" w:sz="5" w:space="0" w:color="444444"/>
              <w:right w:val="single" w:sz="5" w:space="0" w:color="444444"/>
            </w:tcBorders>
            <w:shd w:val="clear" w:color="auto" w:fill="FFFFCC"/>
            <w:vAlign w:val="center"/>
          </w:tcPr>
          <w:p w14:paraId="2BA1A664" w14:textId="77777777" w:rsidR="008045E3" w:rsidRPr="0004202B" w:rsidRDefault="008045E3">
            <w:pPr>
              <w:spacing w:after="0" w:line="240" w:lineRule="auto"/>
              <w:jc w:val="center"/>
              <w:rPr>
                <w:szCs w:val="20"/>
                <w:lang w:val="es-PY"/>
              </w:rPr>
            </w:pPr>
          </w:p>
        </w:tc>
      </w:tr>
      <w:tr w:rsidR="008045E3" w:rsidRPr="009966CE" w14:paraId="767FBFE1" w14:textId="77777777" w:rsidTr="00DA7BF7">
        <w:trPr>
          <w:cantSplit/>
          <w:trHeight w:val="617"/>
          <w:jc w:val="center"/>
        </w:trPr>
        <w:tc>
          <w:tcPr>
            <w:tcW w:w="1785" w:type="dxa"/>
            <w:vMerge/>
            <w:tcBorders>
              <w:top w:val="single" w:sz="5" w:space="0" w:color="444444"/>
              <w:left w:val="single" w:sz="5" w:space="0" w:color="444444"/>
              <w:bottom w:val="single" w:sz="5" w:space="0" w:color="444444"/>
              <w:right w:val="single" w:sz="5" w:space="0" w:color="444444"/>
            </w:tcBorders>
            <w:shd w:val="clear" w:color="auto" w:fill="FFFFCC"/>
          </w:tcPr>
          <w:p w14:paraId="04BBCD5B" w14:textId="77777777" w:rsidR="008045E3" w:rsidRPr="0004202B" w:rsidRDefault="008045E3">
            <w:pPr>
              <w:rPr>
                <w:szCs w:val="20"/>
                <w:lang w:val="es-PY"/>
              </w:rPr>
            </w:pPr>
          </w:p>
        </w:tc>
        <w:tc>
          <w:tcPr>
            <w:tcW w:w="466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3C1CB57" w14:textId="60E7DA02" w:rsidR="002138CF" w:rsidRPr="00606DF1" w:rsidRDefault="002138CF" w:rsidP="006E0E88">
            <w:pPr>
              <w:spacing w:after="0" w:line="240" w:lineRule="auto"/>
              <w:jc w:val="both"/>
              <w:rPr>
                <w:color w:val="000000" w:themeColor="text1"/>
                <w:szCs w:val="20"/>
                <w:lang w:val="es-PY"/>
              </w:rPr>
            </w:pPr>
            <w:r w:rsidRPr="00606DF1">
              <w:rPr>
                <w:color w:val="000000" w:themeColor="text1"/>
                <w:szCs w:val="20"/>
                <w:lang w:val="es-PY"/>
              </w:rPr>
              <w:t>c. Los trabajos finales abordan problemas del campo profesional con propuestas de mejora contextualizadas.</w:t>
            </w:r>
            <w:r w:rsidRPr="00606DF1">
              <w:rPr>
                <w:color w:val="000000" w:themeColor="text1"/>
                <w:szCs w:val="20"/>
                <w:lang w:val="es-PY"/>
              </w:rPr>
              <w:tab/>
            </w: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2CA293AF" w14:textId="77777777" w:rsidR="008045E3" w:rsidRPr="0004202B" w:rsidRDefault="008045E3">
            <w:pPr>
              <w:spacing w:after="0" w:line="240" w:lineRule="auto"/>
              <w:jc w:val="center"/>
              <w:rPr>
                <w:szCs w:val="20"/>
                <w:lang w:val="es-PY"/>
              </w:rPr>
            </w:pP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74087A8F" w14:textId="77777777" w:rsidR="008045E3" w:rsidRPr="0004202B" w:rsidRDefault="008045E3">
            <w:pPr>
              <w:spacing w:after="0" w:line="240" w:lineRule="auto"/>
              <w:jc w:val="center"/>
              <w:rPr>
                <w:szCs w:val="20"/>
                <w:lang w:val="es-PY"/>
              </w:rPr>
            </w:pPr>
          </w:p>
        </w:tc>
        <w:tc>
          <w:tcPr>
            <w:tcW w:w="997" w:type="dxa"/>
            <w:gridSpan w:val="3"/>
            <w:tcBorders>
              <w:top w:val="single" w:sz="5" w:space="0" w:color="444444"/>
              <w:left w:val="single" w:sz="5" w:space="0" w:color="444444"/>
              <w:bottom w:val="single" w:sz="5" w:space="0" w:color="444444"/>
              <w:right w:val="single" w:sz="5" w:space="0" w:color="444444"/>
            </w:tcBorders>
            <w:shd w:val="clear" w:color="auto" w:fill="FFFFCC"/>
            <w:vAlign w:val="center"/>
          </w:tcPr>
          <w:p w14:paraId="0452C5ED" w14:textId="77777777" w:rsidR="008045E3" w:rsidRPr="0004202B" w:rsidRDefault="008045E3">
            <w:pPr>
              <w:spacing w:after="0" w:line="240" w:lineRule="auto"/>
              <w:jc w:val="center"/>
              <w:rPr>
                <w:szCs w:val="20"/>
                <w:lang w:val="es-PY"/>
              </w:rPr>
            </w:pPr>
          </w:p>
        </w:tc>
      </w:tr>
      <w:tr w:rsidR="008045E3" w:rsidRPr="009966CE" w14:paraId="317EAB6C" w14:textId="77777777" w:rsidTr="00DA7BF7">
        <w:trPr>
          <w:cantSplit/>
          <w:trHeight w:val="765"/>
          <w:jc w:val="center"/>
        </w:trPr>
        <w:tc>
          <w:tcPr>
            <w:tcW w:w="1785" w:type="dxa"/>
            <w:vMerge/>
            <w:tcBorders>
              <w:top w:val="single" w:sz="5" w:space="0" w:color="444444"/>
              <w:left w:val="single" w:sz="5" w:space="0" w:color="444444"/>
              <w:bottom w:val="single" w:sz="5" w:space="0" w:color="444444"/>
              <w:right w:val="single" w:sz="5" w:space="0" w:color="444444"/>
            </w:tcBorders>
            <w:shd w:val="clear" w:color="auto" w:fill="FFFFCC"/>
          </w:tcPr>
          <w:p w14:paraId="1DF11014" w14:textId="77777777" w:rsidR="008045E3" w:rsidRPr="0004202B" w:rsidRDefault="008045E3">
            <w:pPr>
              <w:rPr>
                <w:szCs w:val="20"/>
                <w:lang w:val="es-PY"/>
              </w:rPr>
            </w:pPr>
          </w:p>
        </w:tc>
        <w:tc>
          <w:tcPr>
            <w:tcW w:w="466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44029420" w14:textId="537902D4" w:rsidR="002138CF" w:rsidRPr="00606DF1" w:rsidRDefault="002138CF" w:rsidP="006E0E88">
            <w:pPr>
              <w:spacing w:after="0" w:line="240" w:lineRule="auto"/>
              <w:jc w:val="both"/>
              <w:rPr>
                <w:color w:val="000000" w:themeColor="text1"/>
                <w:szCs w:val="20"/>
                <w:lang w:val="es-PY"/>
              </w:rPr>
            </w:pPr>
            <w:r w:rsidRPr="00606DF1">
              <w:rPr>
                <w:color w:val="000000" w:themeColor="text1"/>
                <w:szCs w:val="20"/>
                <w:lang w:val="es-PY"/>
              </w:rPr>
              <w:t>d. Se promueve el uso de entornos colaborativos virtuales y la participación de actores del entorno profesional en el d</w:t>
            </w:r>
            <w:r w:rsidR="006E0E88">
              <w:rPr>
                <w:color w:val="000000" w:themeColor="text1"/>
                <w:szCs w:val="20"/>
                <w:lang w:val="es-PY"/>
              </w:rPr>
              <w:t xml:space="preserve">iseño o evaluación de los programas. </w:t>
            </w:r>
            <w:r w:rsidRPr="00606DF1">
              <w:rPr>
                <w:color w:val="000000" w:themeColor="text1"/>
                <w:szCs w:val="20"/>
                <w:lang w:val="es-PY"/>
              </w:rPr>
              <w:tab/>
            </w: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31F966B1" w14:textId="77777777" w:rsidR="008045E3" w:rsidRPr="0004202B" w:rsidRDefault="008045E3">
            <w:pPr>
              <w:spacing w:after="0" w:line="240" w:lineRule="auto"/>
              <w:jc w:val="center"/>
              <w:rPr>
                <w:szCs w:val="20"/>
                <w:lang w:val="es-PY"/>
              </w:rPr>
            </w:pP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47E570B0" w14:textId="77777777" w:rsidR="008045E3" w:rsidRPr="0004202B" w:rsidRDefault="008045E3">
            <w:pPr>
              <w:spacing w:after="0" w:line="240" w:lineRule="auto"/>
              <w:jc w:val="center"/>
              <w:rPr>
                <w:szCs w:val="20"/>
                <w:lang w:val="es-PY"/>
              </w:rPr>
            </w:pPr>
          </w:p>
        </w:tc>
        <w:tc>
          <w:tcPr>
            <w:tcW w:w="997" w:type="dxa"/>
            <w:gridSpan w:val="3"/>
            <w:tcBorders>
              <w:top w:val="single" w:sz="5" w:space="0" w:color="444444"/>
              <w:left w:val="single" w:sz="5" w:space="0" w:color="444444"/>
              <w:bottom w:val="single" w:sz="5" w:space="0" w:color="444444"/>
              <w:right w:val="single" w:sz="5" w:space="0" w:color="444444"/>
            </w:tcBorders>
            <w:shd w:val="clear" w:color="auto" w:fill="FFFFCC"/>
            <w:vAlign w:val="center"/>
          </w:tcPr>
          <w:p w14:paraId="4820E85A" w14:textId="77777777" w:rsidR="008045E3" w:rsidRPr="0004202B" w:rsidRDefault="008045E3">
            <w:pPr>
              <w:spacing w:after="0" w:line="240" w:lineRule="auto"/>
              <w:jc w:val="center"/>
              <w:rPr>
                <w:szCs w:val="20"/>
                <w:lang w:val="es-PY"/>
              </w:rPr>
            </w:pPr>
          </w:p>
        </w:tc>
      </w:tr>
      <w:tr w:rsidR="008045E3" w:rsidRPr="009966CE" w14:paraId="1D1DEE32" w14:textId="77777777" w:rsidTr="00DA7BF7">
        <w:trPr>
          <w:cantSplit/>
          <w:trHeight w:val="879"/>
          <w:jc w:val="center"/>
        </w:trPr>
        <w:tc>
          <w:tcPr>
            <w:tcW w:w="1785" w:type="dxa"/>
            <w:vMerge/>
            <w:tcBorders>
              <w:top w:val="single" w:sz="5" w:space="0" w:color="444444"/>
              <w:left w:val="single" w:sz="5" w:space="0" w:color="444444"/>
              <w:bottom w:val="single" w:sz="5" w:space="0" w:color="444444"/>
              <w:right w:val="single" w:sz="5" w:space="0" w:color="444444"/>
            </w:tcBorders>
            <w:shd w:val="clear" w:color="auto" w:fill="FFFFCC"/>
          </w:tcPr>
          <w:p w14:paraId="63832932" w14:textId="77777777" w:rsidR="008045E3" w:rsidRPr="0004202B" w:rsidRDefault="008045E3">
            <w:pPr>
              <w:rPr>
                <w:szCs w:val="20"/>
                <w:lang w:val="es-PY"/>
              </w:rPr>
            </w:pPr>
          </w:p>
        </w:tc>
        <w:tc>
          <w:tcPr>
            <w:tcW w:w="466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9D050A3" w14:textId="7EC8D4F3" w:rsidR="002138CF" w:rsidRPr="00606DF1" w:rsidRDefault="002138CF" w:rsidP="006E0E88">
            <w:pPr>
              <w:spacing w:after="0" w:line="240" w:lineRule="auto"/>
              <w:jc w:val="both"/>
              <w:rPr>
                <w:color w:val="000000" w:themeColor="text1"/>
                <w:szCs w:val="20"/>
                <w:lang w:val="es-PY"/>
              </w:rPr>
            </w:pPr>
            <w:r w:rsidRPr="00606DF1">
              <w:rPr>
                <w:color w:val="000000" w:themeColor="text1"/>
                <w:szCs w:val="20"/>
                <w:lang w:val="es-PY"/>
              </w:rPr>
              <w:t>e. Se evidencian mejoras en la práctica profesional y aplicación efectiva de lo aprendido en contextos laborales, con acceso equitativo a recursos digitales.</w:t>
            </w: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07B23F28" w14:textId="77777777" w:rsidR="008045E3" w:rsidRPr="0004202B" w:rsidRDefault="008045E3">
            <w:pPr>
              <w:spacing w:after="0" w:line="240" w:lineRule="auto"/>
              <w:jc w:val="center"/>
              <w:rPr>
                <w:szCs w:val="20"/>
                <w:lang w:val="es-PY"/>
              </w:rPr>
            </w:pP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5C2D8F03" w14:textId="77777777" w:rsidR="008045E3" w:rsidRPr="0004202B" w:rsidRDefault="008045E3">
            <w:pPr>
              <w:spacing w:after="0" w:line="240" w:lineRule="auto"/>
              <w:jc w:val="center"/>
              <w:rPr>
                <w:szCs w:val="20"/>
                <w:lang w:val="es-PY"/>
              </w:rPr>
            </w:pPr>
          </w:p>
        </w:tc>
        <w:tc>
          <w:tcPr>
            <w:tcW w:w="997" w:type="dxa"/>
            <w:gridSpan w:val="3"/>
            <w:tcBorders>
              <w:top w:val="single" w:sz="5" w:space="0" w:color="444444"/>
              <w:left w:val="single" w:sz="5" w:space="0" w:color="444444"/>
              <w:bottom w:val="single" w:sz="5" w:space="0" w:color="444444"/>
              <w:right w:val="single" w:sz="5" w:space="0" w:color="444444"/>
            </w:tcBorders>
            <w:shd w:val="clear" w:color="auto" w:fill="FFFFCC"/>
            <w:vAlign w:val="center"/>
          </w:tcPr>
          <w:p w14:paraId="5AD449BE" w14:textId="77777777" w:rsidR="008045E3" w:rsidRPr="0004202B" w:rsidRDefault="008045E3">
            <w:pPr>
              <w:spacing w:after="0" w:line="240" w:lineRule="auto"/>
              <w:jc w:val="center"/>
              <w:rPr>
                <w:szCs w:val="20"/>
                <w:lang w:val="es-PY"/>
              </w:rPr>
            </w:pPr>
          </w:p>
        </w:tc>
      </w:tr>
      <w:tr w:rsidR="008045E3" w:rsidRPr="009966CE" w14:paraId="56637757" w14:textId="77777777" w:rsidTr="006E0E88">
        <w:trPr>
          <w:cantSplit/>
          <w:trHeight w:hRule="exact" w:val="312"/>
          <w:jc w:val="center"/>
        </w:trPr>
        <w:tc>
          <w:tcPr>
            <w:tcW w:w="6452" w:type="dxa"/>
            <w:gridSpan w:val="2"/>
            <w:tcBorders>
              <w:top w:val="single" w:sz="5" w:space="0" w:color="444444"/>
              <w:left w:val="single" w:sz="5" w:space="0" w:color="444444"/>
              <w:bottom w:val="single" w:sz="5" w:space="0" w:color="444444"/>
              <w:right w:val="single" w:sz="5" w:space="0" w:color="444444"/>
            </w:tcBorders>
            <w:vAlign w:val="center"/>
          </w:tcPr>
          <w:p w14:paraId="2047A46C" w14:textId="77777777" w:rsidR="008045E3" w:rsidRPr="00A22F53" w:rsidRDefault="00A22F53">
            <w:pPr>
              <w:spacing w:after="0" w:line="240" w:lineRule="auto"/>
              <w:jc w:val="center"/>
              <w:rPr>
                <w:szCs w:val="20"/>
                <w:lang w:val="es-PY"/>
              </w:rPr>
            </w:pPr>
            <w:r w:rsidRPr="00A22F53">
              <w:rPr>
                <w:b/>
                <w:color w:val="000000"/>
                <w:szCs w:val="20"/>
                <w:lang w:val="es-PY"/>
              </w:rPr>
              <w:t>Nivel de cumplimiento del criterio</w:t>
            </w:r>
          </w:p>
        </w:tc>
        <w:tc>
          <w:tcPr>
            <w:tcW w:w="2605" w:type="dxa"/>
            <w:gridSpan w:val="7"/>
            <w:tcBorders>
              <w:top w:val="single" w:sz="5" w:space="0" w:color="444444"/>
              <w:left w:val="single" w:sz="5" w:space="0" w:color="444444"/>
              <w:bottom w:val="single" w:sz="5" w:space="0" w:color="444444"/>
              <w:right w:val="single" w:sz="5" w:space="0" w:color="444444"/>
            </w:tcBorders>
            <w:vAlign w:val="center"/>
          </w:tcPr>
          <w:p w14:paraId="777B75CF" w14:textId="77777777" w:rsidR="008045E3" w:rsidRPr="00A22F53" w:rsidRDefault="008045E3">
            <w:pPr>
              <w:spacing w:after="0" w:line="240" w:lineRule="auto"/>
              <w:rPr>
                <w:szCs w:val="20"/>
                <w:lang w:val="es-PY"/>
              </w:rPr>
            </w:pPr>
          </w:p>
        </w:tc>
      </w:tr>
      <w:tr w:rsidR="008045E3" w:rsidRPr="00A22F53" w14:paraId="27A62EA4" w14:textId="77777777" w:rsidTr="0004202B">
        <w:trPr>
          <w:cantSplit/>
          <w:trHeight w:hRule="exact" w:val="340"/>
          <w:jc w:val="center"/>
        </w:trPr>
        <w:tc>
          <w:tcPr>
            <w:tcW w:w="6452" w:type="dxa"/>
            <w:gridSpan w:val="2"/>
            <w:tcBorders>
              <w:top w:val="single" w:sz="5" w:space="0" w:color="444444"/>
              <w:left w:val="single" w:sz="5" w:space="0" w:color="444444"/>
              <w:bottom w:val="single" w:sz="4" w:space="0" w:color="auto"/>
              <w:right w:val="single" w:sz="5" w:space="0" w:color="444444"/>
            </w:tcBorders>
            <w:shd w:val="clear" w:color="auto" w:fill="8AC4A7"/>
            <w:vAlign w:val="center"/>
          </w:tcPr>
          <w:p w14:paraId="40E6293C" w14:textId="77777777" w:rsidR="008045E3" w:rsidRPr="00A22F53" w:rsidRDefault="00A22F53">
            <w:pPr>
              <w:spacing w:after="0" w:line="240" w:lineRule="auto"/>
              <w:jc w:val="center"/>
              <w:rPr>
                <w:szCs w:val="20"/>
                <w:lang w:val="es-PY"/>
              </w:rPr>
            </w:pPr>
            <w:r w:rsidRPr="00A22F53">
              <w:rPr>
                <w:b/>
                <w:color w:val="000000"/>
                <w:szCs w:val="20"/>
                <w:lang w:val="es-PY"/>
              </w:rPr>
              <w:t>Argumento que sostiene el nivel de cumplimiento del criterio</w:t>
            </w:r>
          </w:p>
        </w:tc>
        <w:tc>
          <w:tcPr>
            <w:tcW w:w="2605" w:type="dxa"/>
            <w:gridSpan w:val="7"/>
            <w:tcBorders>
              <w:top w:val="single" w:sz="5" w:space="0" w:color="444444"/>
              <w:left w:val="single" w:sz="5" w:space="0" w:color="444444"/>
              <w:bottom w:val="single" w:sz="4" w:space="0" w:color="auto"/>
              <w:right w:val="single" w:sz="5" w:space="0" w:color="444444"/>
            </w:tcBorders>
            <w:shd w:val="clear" w:color="auto" w:fill="8AC4A7"/>
            <w:vAlign w:val="center"/>
          </w:tcPr>
          <w:p w14:paraId="58C8BA76" w14:textId="77777777" w:rsidR="008045E3" w:rsidRPr="00A22F53" w:rsidRDefault="00A22F53">
            <w:pPr>
              <w:spacing w:after="0" w:line="240" w:lineRule="auto"/>
              <w:jc w:val="center"/>
              <w:rPr>
                <w:szCs w:val="20"/>
              </w:rPr>
            </w:pPr>
            <w:r w:rsidRPr="00A22F53">
              <w:rPr>
                <w:b/>
                <w:color w:val="000000"/>
                <w:szCs w:val="20"/>
              </w:rPr>
              <w:t>Medios de verificación</w:t>
            </w:r>
          </w:p>
        </w:tc>
      </w:tr>
      <w:tr w:rsidR="00F529B4" w:rsidRPr="009966CE" w14:paraId="4DC37F12" w14:textId="77777777" w:rsidTr="0004202B">
        <w:trPr>
          <w:cantSplit/>
          <w:trHeight w:val="7762"/>
          <w:jc w:val="center"/>
        </w:trPr>
        <w:tc>
          <w:tcPr>
            <w:tcW w:w="6452" w:type="dxa"/>
            <w:gridSpan w:val="2"/>
            <w:tcBorders>
              <w:top w:val="single" w:sz="4" w:space="0" w:color="auto"/>
              <w:left w:val="single" w:sz="4" w:space="0" w:color="auto"/>
              <w:bottom w:val="single" w:sz="4" w:space="0" w:color="auto"/>
              <w:right w:val="single" w:sz="4" w:space="0" w:color="auto"/>
            </w:tcBorders>
            <w:shd w:val="clear" w:color="auto" w:fill="FFFFFF"/>
          </w:tcPr>
          <w:p w14:paraId="1598007A" w14:textId="1A3141B6" w:rsidR="00F529B4" w:rsidRPr="00F04053" w:rsidRDefault="00F529B4" w:rsidP="0004202B">
            <w:pPr>
              <w:pStyle w:val="TableParagraph"/>
              <w:jc w:val="both"/>
              <w:rPr>
                <w:color w:val="A6A6A6" w:themeColor="background1" w:themeShade="A6"/>
                <w:sz w:val="20"/>
                <w:lang w:val="es-PY"/>
              </w:rPr>
            </w:pPr>
            <w:r w:rsidRPr="00F04053">
              <w:rPr>
                <w:color w:val="A6A6A6" w:themeColor="background1" w:themeShade="A6"/>
                <w:sz w:val="20"/>
                <w:lang w:val="es-PY"/>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w:t>
            </w:r>
            <w:r w:rsidR="0075649C">
              <w:rPr>
                <w:color w:val="A6A6A6" w:themeColor="background1" w:themeShade="A6"/>
                <w:sz w:val="20"/>
                <w:lang w:val="es-PY"/>
              </w:rPr>
              <w:t>/programa</w:t>
            </w:r>
            <w:r w:rsidRPr="00F04053">
              <w:rPr>
                <w:color w:val="A6A6A6" w:themeColor="background1" w:themeShade="A6"/>
                <w:sz w:val="20"/>
                <w:lang w:val="es-PY"/>
              </w:rPr>
              <w:t>.</w:t>
            </w:r>
          </w:p>
          <w:p w14:paraId="035707B7" w14:textId="77777777" w:rsidR="00F529B4" w:rsidRPr="00F04053" w:rsidRDefault="00F529B4" w:rsidP="0004202B">
            <w:pPr>
              <w:pStyle w:val="TableParagraph"/>
              <w:jc w:val="both"/>
              <w:rPr>
                <w:sz w:val="20"/>
                <w:lang w:val="es-PY"/>
              </w:rPr>
            </w:pPr>
            <w:r w:rsidRPr="00F04053">
              <w:rPr>
                <w:color w:val="A6A6A6" w:themeColor="background1" w:themeShade="A6"/>
                <w:sz w:val="20"/>
                <w:lang w:val="es-PY"/>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2D580107" w14:textId="77777777" w:rsidR="00F529B4" w:rsidRPr="0004202B" w:rsidRDefault="00F529B4" w:rsidP="0004202B">
            <w:pPr>
              <w:jc w:val="both"/>
              <w:rPr>
                <w:szCs w:val="20"/>
                <w:lang w:val="es-PY"/>
              </w:rPr>
            </w:pPr>
          </w:p>
        </w:tc>
        <w:tc>
          <w:tcPr>
            <w:tcW w:w="2605" w:type="dxa"/>
            <w:gridSpan w:val="7"/>
            <w:tcBorders>
              <w:top w:val="single" w:sz="4" w:space="0" w:color="auto"/>
              <w:left w:val="single" w:sz="4" w:space="0" w:color="auto"/>
              <w:bottom w:val="single" w:sz="4" w:space="0" w:color="auto"/>
              <w:right w:val="single" w:sz="4" w:space="0" w:color="auto"/>
            </w:tcBorders>
          </w:tcPr>
          <w:p w14:paraId="4A887C4B" w14:textId="77777777" w:rsidR="00F529B4" w:rsidRPr="00F04053" w:rsidRDefault="00F529B4" w:rsidP="0004202B">
            <w:pPr>
              <w:pStyle w:val="TableParagraph"/>
              <w:jc w:val="both"/>
              <w:rPr>
                <w:color w:val="A6A6A6" w:themeColor="background1" w:themeShade="A6"/>
                <w:sz w:val="20"/>
                <w:lang w:val="es-PY"/>
              </w:rPr>
            </w:pPr>
            <w:r w:rsidRPr="00F04053">
              <w:rPr>
                <w:color w:val="A6A6A6" w:themeColor="background1" w:themeShade="A6"/>
                <w:sz w:val="20"/>
                <w:lang w:val="es-PY"/>
              </w:rPr>
              <w:t>Enumerar los Medios de Verificación, ejemplo:</w:t>
            </w:r>
          </w:p>
          <w:p w14:paraId="7115221C" w14:textId="77777777" w:rsidR="00F529B4" w:rsidRPr="00F04053" w:rsidRDefault="00F529B4" w:rsidP="0004202B">
            <w:pPr>
              <w:pStyle w:val="TableParagraph"/>
              <w:jc w:val="both"/>
              <w:rPr>
                <w:color w:val="A6A6A6" w:themeColor="background1" w:themeShade="A6"/>
                <w:sz w:val="20"/>
                <w:lang w:val="es-PY"/>
              </w:rPr>
            </w:pPr>
          </w:p>
          <w:p w14:paraId="52CA7658" w14:textId="77777777" w:rsidR="00F529B4" w:rsidRPr="00F04053" w:rsidRDefault="00F529B4" w:rsidP="0004202B">
            <w:pPr>
              <w:pStyle w:val="TableParagraph"/>
              <w:jc w:val="both"/>
              <w:rPr>
                <w:color w:val="A6A6A6" w:themeColor="background1" w:themeShade="A6"/>
                <w:sz w:val="20"/>
                <w:lang w:val="es-PY"/>
              </w:rPr>
            </w:pPr>
            <w:r w:rsidRPr="00F04053">
              <w:rPr>
                <w:color w:val="A6A6A6" w:themeColor="background1" w:themeShade="A6"/>
                <w:sz w:val="20"/>
                <w:lang w:val="es-PY"/>
              </w:rPr>
              <w:t>Anexo 1. Estatuto</w:t>
            </w:r>
          </w:p>
          <w:p w14:paraId="3C2AF6A5" w14:textId="77777777" w:rsidR="00F529B4" w:rsidRPr="00F04053" w:rsidRDefault="00F529B4" w:rsidP="0004202B">
            <w:pPr>
              <w:pStyle w:val="TableParagraph"/>
              <w:jc w:val="both"/>
              <w:rPr>
                <w:color w:val="A6A6A6" w:themeColor="background1" w:themeShade="A6"/>
                <w:sz w:val="20"/>
                <w:lang w:val="es-PY"/>
              </w:rPr>
            </w:pPr>
            <w:r w:rsidRPr="00F04053">
              <w:rPr>
                <w:color w:val="A6A6A6" w:themeColor="background1" w:themeShade="A6"/>
                <w:sz w:val="20"/>
                <w:lang w:val="es-PY"/>
              </w:rPr>
              <w:t>Anexo 2. Manual de Funciones</w:t>
            </w:r>
          </w:p>
          <w:p w14:paraId="242C2CE8" w14:textId="77777777" w:rsidR="00F529B4" w:rsidRPr="0004202B" w:rsidRDefault="00F529B4" w:rsidP="0004202B">
            <w:pPr>
              <w:jc w:val="both"/>
              <w:rPr>
                <w:szCs w:val="20"/>
                <w:lang w:val="es-PY"/>
              </w:rPr>
            </w:pPr>
          </w:p>
        </w:tc>
      </w:tr>
      <w:tr w:rsidR="0004202B" w:rsidRPr="00A22F53" w14:paraId="0FE5CD94" w14:textId="77777777" w:rsidTr="00DA7BF7">
        <w:trPr>
          <w:gridAfter w:val="1"/>
          <w:wAfter w:w="181" w:type="dxa"/>
          <w:cantSplit/>
          <w:trHeight w:val="340"/>
          <w:jc w:val="center"/>
        </w:trPr>
        <w:tc>
          <w:tcPr>
            <w:tcW w:w="1785" w:type="dxa"/>
            <w:vMerge w:val="restart"/>
            <w:tcBorders>
              <w:top w:val="single" w:sz="5" w:space="0" w:color="444444"/>
              <w:left w:val="single" w:sz="5" w:space="0" w:color="444444"/>
              <w:right w:val="single" w:sz="5" w:space="0" w:color="444444"/>
            </w:tcBorders>
            <w:shd w:val="clear" w:color="auto" w:fill="8AC4A7"/>
            <w:vAlign w:val="center"/>
          </w:tcPr>
          <w:p w14:paraId="446D7817" w14:textId="77777777" w:rsidR="0004202B" w:rsidRPr="00A22F53" w:rsidRDefault="0004202B" w:rsidP="005A7144">
            <w:pPr>
              <w:spacing w:after="0" w:line="240" w:lineRule="auto"/>
              <w:jc w:val="center"/>
              <w:rPr>
                <w:szCs w:val="20"/>
              </w:rPr>
            </w:pPr>
            <w:r w:rsidRPr="0004202B">
              <w:rPr>
                <w:lang w:val="es-PY"/>
              </w:rPr>
              <w:lastRenderedPageBreak/>
              <w:br w:type="page"/>
            </w:r>
            <w:r w:rsidRPr="00A22F53">
              <w:rPr>
                <w:b/>
                <w:color w:val="000000"/>
                <w:szCs w:val="20"/>
              </w:rPr>
              <w:t>Criterio 2.3</w:t>
            </w:r>
          </w:p>
        </w:tc>
        <w:tc>
          <w:tcPr>
            <w:tcW w:w="4676" w:type="dxa"/>
            <w:gridSpan w:val="2"/>
            <w:vMerge w:val="restart"/>
            <w:tcBorders>
              <w:top w:val="single" w:sz="5" w:space="0" w:color="444444"/>
              <w:left w:val="single" w:sz="5" w:space="0" w:color="444444"/>
              <w:right w:val="single" w:sz="5" w:space="0" w:color="444444"/>
            </w:tcBorders>
            <w:shd w:val="clear" w:color="auto" w:fill="8AC4A7"/>
            <w:vAlign w:val="center"/>
          </w:tcPr>
          <w:p w14:paraId="36A4DA58" w14:textId="77777777" w:rsidR="0004202B" w:rsidRPr="00A22F53" w:rsidRDefault="0004202B" w:rsidP="005A7144">
            <w:pPr>
              <w:spacing w:after="0" w:line="240" w:lineRule="auto"/>
              <w:jc w:val="center"/>
              <w:rPr>
                <w:szCs w:val="20"/>
              </w:rPr>
            </w:pPr>
            <w:r w:rsidRPr="00A22F53">
              <w:rPr>
                <w:b/>
                <w:color w:val="000000"/>
                <w:szCs w:val="20"/>
              </w:rPr>
              <w:t>Indicadores</w:t>
            </w:r>
          </w:p>
        </w:tc>
        <w:tc>
          <w:tcPr>
            <w:tcW w:w="2415" w:type="dxa"/>
            <w:gridSpan w:val="5"/>
            <w:tcBorders>
              <w:top w:val="single" w:sz="5" w:space="0" w:color="444444"/>
              <w:left w:val="single" w:sz="5" w:space="0" w:color="444444"/>
              <w:bottom w:val="single" w:sz="5" w:space="0" w:color="444444"/>
              <w:right w:val="single" w:sz="5" w:space="0" w:color="444444"/>
            </w:tcBorders>
            <w:shd w:val="clear" w:color="auto" w:fill="8AC4A7"/>
            <w:vAlign w:val="center"/>
          </w:tcPr>
          <w:p w14:paraId="6D5924CD" w14:textId="77777777" w:rsidR="0004202B" w:rsidRPr="00A22F53" w:rsidRDefault="0004202B" w:rsidP="005A7144">
            <w:pPr>
              <w:spacing w:after="0" w:line="240" w:lineRule="auto"/>
              <w:jc w:val="center"/>
              <w:rPr>
                <w:szCs w:val="20"/>
              </w:rPr>
            </w:pPr>
            <w:r w:rsidRPr="00A22F53">
              <w:rPr>
                <w:b/>
                <w:color w:val="000000"/>
                <w:szCs w:val="20"/>
              </w:rPr>
              <w:t>Nivel de cumplimiento</w:t>
            </w:r>
          </w:p>
        </w:tc>
      </w:tr>
      <w:tr w:rsidR="0004202B" w:rsidRPr="00A22F53" w14:paraId="35697A4E" w14:textId="77777777" w:rsidTr="00DA7BF7">
        <w:trPr>
          <w:gridAfter w:val="1"/>
          <w:wAfter w:w="181" w:type="dxa"/>
          <w:cantSplit/>
          <w:trHeight w:hRule="exact" w:val="255"/>
          <w:jc w:val="center"/>
        </w:trPr>
        <w:tc>
          <w:tcPr>
            <w:tcW w:w="1785" w:type="dxa"/>
            <w:vMerge/>
            <w:tcBorders>
              <w:left w:val="single" w:sz="5" w:space="0" w:color="444444"/>
              <w:bottom w:val="single" w:sz="5" w:space="0" w:color="444444"/>
              <w:right w:val="single" w:sz="5" w:space="0" w:color="444444"/>
            </w:tcBorders>
            <w:shd w:val="clear" w:color="auto" w:fill="8AC4A7"/>
            <w:vAlign w:val="center"/>
          </w:tcPr>
          <w:p w14:paraId="7E0C590A" w14:textId="77777777" w:rsidR="0004202B" w:rsidRPr="00A22F53" w:rsidRDefault="0004202B" w:rsidP="005A7144">
            <w:pPr>
              <w:spacing w:after="0" w:line="240" w:lineRule="auto"/>
              <w:rPr>
                <w:szCs w:val="20"/>
              </w:rPr>
            </w:pPr>
          </w:p>
        </w:tc>
        <w:tc>
          <w:tcPr>
            <w:tcW w:w="4676" w:type="dxa"/>
            <w:gridSpan w:val="2"/>
            <w:vMerge/>
            <w:tcBorders>
              <w:left w:val="single" w:sz="5" w:space="0" w:color="444444"/>
              <w:bottom w:val="single" w:sz="5" w:space="0" w:color="444444"/>
              <w:right w:val="single" w:sz="5" w:space="0" w:color="444444"/>
            </w:tcBorders>
            <w:shd w:val="clear" w:color="auto" w:fill="8AC4A7"/>
            <w:vAlign w:val="center"/>
          </w:tcPr>
          <w:p w14:paraId="3AC0D044" w14:textId="77777777" w:rsidR="0004202B" w:rsidRPr="00A22F53" w:rsidRDefault="0004202B" w:rsidP="005A7144">
            <w:pPr>
              <w:spacing w:after="0" w:line="240" w:lineRule="auto"/>
              <w:rPr>
                <w:szCs w:val="20"/>
              </w:rPr>
            </w:pP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12028F75" w14:textId="77777777" w:rsidR="0004202B" w:rsidRPr="00A22F53" w:rsidRDefault="0004202B" w:rsidP="005A7144">
            <w:pPr>
              <w:spacing w:after="0" w:line="240" w:lineRule="auto"/>
              <w:jc w:val="center"/>
              <w:rPr>
                <w:szCs w:val="20"/>
              </w:rPr>
            </w:pPr>
            <w:r w:rsidRPr="00A22F53">
              <w:rPr>
                <w:b/>
                <w:color w:val="000000"/>
                <w:szCs w:val="20"/>
              </w:rPr>
              <w:t>CT</w:t>
            </w: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07462B50" w14:textId="77777777" w:rsidR="0004202B" w:rsidRPr="00A22F53" w:rsidRDefault="0004202B" w:rsidP="005A7144">
            <w:pPr>
              <w:spacing w:after="0" w:line="240" w:lineRule="auto"/>
              <w:jc w:val="center"/>
              <w:rPr>
                <w:szCs w:val="20"/>
              </w:rPr>
            </w:pPr>
            <w:r w:rsidRPr="00A22F53">
              <w:rPr>
                <w:b/>
                <w:color w:val="000000"/>
                <w:szCs w:val="20"/>
              </w:rPr>
              <w:t>CP</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29F84B32" w14:textId="77777777" w:rsidR="0004202B" w:rsidRPr="00A22F53" w:rsidRDefault="0004202B" w:rsidP="005A7144">
            <w:pPr>
              <w:spacing w:after="0" w:line="240" w:lineRule="auto"/>
              <w:jc w:val="center"/>
              <w:rPr>
                <w:szCs w:val="20"/>
              </w:rPr>
            </w:pPr>
            <w:r w:rsidRPr="00A22F53">
              <w:rPr>
                <w:b/>
                <w:color w:val="000000"/>
                <w:szCs w:val="20"/>
              </w:rPr>
              <w:t>NC</w:t>
            </w:r>
          </w:p>
        </w:tc>
      </w:tr>
      <w:tr w:rsidR="0004202B" w:rsidRPr="009966CE" w14:paraId="7C8906F4" w14:textId="77777777" w:rsidTr="00DA7BF7">
        <w:trPr>
          <w:gridAfter w:val="1"/>
          <w:wAfter w:w="181" w:type="dxa"/>
          <w:cantSplit/>
          <w:trHeight w:val="680"/>
          <w:jc w:val="center"/>
        </w:trPr>
        <w:tc>
          <w:tcPr>
            <w:tcW w:w="1785" w:type="dxa"/>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2A85E492" w14:textId="77777777" w:rsidR="0004202B" w:rsidRPr="00E77364" w:rsidRDefault="0004202B" w:rsidP="005A7144">
            <w:pPr>
              <w:spacing w:after="0"/>
              <w:jc w:val="center"/>
              <w:rPr>
                <w:b/>
                <w:color w:val="000000"/>
                <w:szCs w:val="20"/>
                <w:lang w:val="es-PY"/>
              </w:rPr>
            </w:pPr>
            <w:r w:rsidRPr="00E77364">
              <w:rPr>
                <w:b/>
                <w:color w:val="000000"/>
                <w:szCs w:val="20"/>
                <w:lang w:val="es-PY"/>
              </w:rPr>
              <w:t>Producción y</w:t>
            </w:r>
          </w:p>
          <w:p w14:paraId="6D9E6D88" w14:textId="77777777" w:rsidR="0004202B" w:rsidRPr="00E77364" w:rsidRDefault="0004202B" w:rsidP="005A7144">
            <w:pPr>
              <w:spacing w:after="0"/>
              <w:jc w:val="center"/>
              <w:rPr>
                <w:b/>
                <w:color w:val="000000"/>
                <w:szCs w:val="20"/>
                <w:lang w:val="es-PY"/>
              </w:rPr>
            </w:pPr>
            <w:r w:rsidRPr="00E77364">
              <w:rPr>
                <w:b/>
                <w:color w:val="000000"/>
                <w:szCs w:val="20"/>
                <w:lang w:val="es-PY"/>
              </w:rPr>
              <w:t>transferencia del</w:t>
            </w:r>
          </w:p>
          <w:p w14:paraId="71DCF8F5" w14:textId="77777777" w:rsidR="0004202B" w:rsidRPr="00E77364" w:rsidRDefault="0004202B" w:rsidP="005A7144">
            <w:pPr>
              <w:spacing w:after="0"/>
              <w:jc w:val="center"/>
              <w:rPr>
                <w:b/>
                <w:color w:val="000000"/>
                <w:szCs w:val="20"/>
                <w:lang w:val="es-PY"/>
              </w:rPr>
            </w:pPr>
            <w:r w:rsidRPr="00E77364">
              <w:rPr>
                <w:b/>
                <w:color w:val="000000"/>
                <w:szCs w:val="20"/>
                <w:lang w:val="es-PY"/>
              </w:rPr>
              <w:t>conocimiento</w:t>
            </w:r>
          </w:p>
          <w:p w14:paraId="4547C744" w14:textId="77777777" w:rsidR="0004202B" w:rsidRDefault="0004202B" w:rsidP="005A7144">
            <w:pPr>
              <w:spacing w:after="0"/>
              <w:jc w:val="center"/>
              <w:rPr>
                <w:b/>
                <w:color w:val="FF0000"/>
                <w:szCs w:val="20"/>
                <w:lang w:val="es-PY"/>
              </w:rPr>
            </w:pPr>
            <w:r w:rsidRPr="00E77364">
              <w:rPr>
                <w:b/>
                <w:color w:val="FF0000"/>
                <w:szCs w:val="20"/>
                <w:lang w:val="es-PY"/>
              </w:rPr>
              <w:t>(Sustantivo)</w:t>
            </w:r>
          </w:p>
          <w:p w14:paraId="6DB443B5" w14:textId="42A8B16E" w:rsidR="0004202B" w:rsidRPr="00AA28A4" w:rsidRDefault="0004202B" w:rsidP="005A7144">
            <w:pPr>
              <w:spacing w:after="0"/>
              <w:jc w:val="center"/>
              <w:rPr>
                <w:szCs w:val="20"/>
                <w:highlight w:val="yellow"/>
                <w:lang w:val="es-PY"/>
              </w:rPr>
            </w:pPr>
            <w:r w:rsidRPr="00C00B6A">
              <w:rPr>
                <w:b/>
                <w:color w:val="000000" w:themeColor="text1"/>
                <w:szCs w:val="20"/>
                <w:lang w:val="es-PY"/>
              </w:rPr>
              <w:t>(D2.C3)</w:t>
            </w:r>
          </w:p>
        </w:tc>
        <w:tc>
          <w:tcPr>
            <w:tcW w:w="4676"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379665F3" w14:textId="77777777" w:rsidR="0004202B" w:rsidRPr="00F3623F" w:rsidRDefault="0004202B" w:rsidP="005A7144">
            <w:pPr>
              <w:pStyle w:val="Prrafodelista"/>
              <w:numPr>
                <w:ilvl w:val="0"/>
                <w:numId w:val="21"/>
              </w:numPr>
              <w:spacing w:after="0" w:line="240" w:lineRule="auto"/>
              <w:ind w:left="223" w:hanging="223"/>
              <w:jc w:val="both"/>
              <w:rPr>
                <w:color w:val="000000" w:themeColor="text1"/>
                <w:szCs w:val="20"/>
                <w:lang w:val="es-PY"/>
              </w:rPr>
            </w:pPr>
            <w:r w:rsidRPr="00F3623F">
              <w:rPr>
                <w:color w:val="000000" w:themeColor="text1"/>
                <w:szCs w:val="20"/>
                <w:lang w:val="es-PY"/>
              </w:rPr>
              <w:t>Durante el trayecto formativo se generan productos de investigación, innovación o intervención pertinentes al nivel doctoral y susceptibles de aplicació</w:t>
            </w:r>
            <w:r>
              <w:rPr>
                <w:color w:val="000000" w:themeColor="text1"/>
                <w:szCs w:val="20"/>
                <w:lang w:val="es-PY"/>
              </w:rPr>
              <w:t>n en contextos profesionales.</w:t>
            </w:r>
            <w:r>
              <w:rPr>
                <w:color w:val="000000" w:themeColor="text1"/>
                <w:szCs w:val="20"/>
                <w:lang w:val="es-PY"/>
              </w:rPr>
              <w:tab/>
            </w: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1FD1E409" w14:textId="77777777" w:rsidR="0004202B" w:rsidRPr="0004202B" w:rsidRDefault="0004202B" w:rsidP="005A7144">
            <w:pPr>
              <w:spacing w:after="0" w:line="240" w:lineRule="auto"/>
              <w:jc w:val="center"/>
              <w:rPr>
                <w:szCs w:val="20"/>
                <w:lang w:val="es-PY"/>
              </w:rPr>
            </w:pP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5225EF0E" w14:textId="77777777" w:rsidR="0004202B" w:rsidRPr="0004202B" w:rsidRDefault="0004202B"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450D85C" w14:textId="77777777" w:rsidR="0004202B" w:rsidRPr="0004202B" w:rsidRDefault="0004202B" w:rsidP="005A7144">
            <w:pPr>
              <w:spacing w:after="0" w:line="240" w:lineRule="auto"/>
              <w:jc w:val="center"/>
              <w:rPr>
                <w:szCs w:val="20"/>
                <w:lang w:val="es-PY"/>
              </w:rPr>
            </w:pPr>
          </w:p>
        </w:tc>
      </w:tr>
      <w:tr w:rsidR="0004202B" w:rsidRPr="009966CE" w14:paraId="04D59ACE" w14:textId="77777777" w:rsidTr="00DA7BF7">
        <w:trPr>
          <w:gridAfter w:val="1"/>
          <w:wAfter w:w="181" w:type="dxa"/>
          <w:cantSplit/>
          <w:trHeight w:val="680"/>
          <w:jc w:val="center"/>
        </w:trPr>
        <w:tc>
          <w:tcPr>
            <w:tcW w:w="1785" w:type="dxa"/>
            <w:vMerge/>
            <w:tcBorders>
              <w:top w:val="single" w:sz="5" w:space="0" w:color="444444"/>
              <w:left w:val="single" w:sz="5" w:space="0" w:color="444444"/>
              <w:bottom w:val="single" w:sz="5" w:space="0" w:color="444444"/>
              <w:right w:val="single" w:sz="5" w:space="0" w:color="444444"/>
            </w:tcBorders>
            <w:shd w:val="clear" w:color="auto" w:fill="FFFFCC"/>
          </w:tcPr>
          <w:p w14:paraId="2FDCAE0F" w14:textId="77777777" w:rsidR="0004202B" w:rsidRPr="0004202B" w:rsidRDefault="0004202B" w:rsidP="005A7144">
            <w:pPr>
              <w:rPr>
                <w:szCs w:val="20"/>
                <w:highlight w:val="yellow"/>
                <w:lang w:val="es-PY"/>
              </w:rPr>
            </w:pPr>
          </w:p>
        </w:tc>
        <w:tc>
          <w:tcPr>
            <w:tcW w:w="4676"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400E532F" w14:textId="77777777" w:rsidR="0004202B" w:rsidRPr="00F3623F" w:rsidRDefault="0004202B" w:rsidP="005A7144">
            <w:pPr>
              <w:pStyle w:val="Prrafodelista"/>
              <w:numPr>
                <w:ilvl w:val="0"/>
                <w:numId w:val="21"/>
              </w:numPr>
              <w:spacing w:after="0" w:line="240" w:lineRule="auto"/>
              <w:ind w:left="223" w:hanging="223"/>
              <w:jc w:val="both"/>
              <w:rPr>
                <w:color w:val="000000" w:themeColor="text1"/>
                <w:szCs w:val="20"/>
                <w:lang w:val="es-PY"/>
              </w:rPr>
            </w:pPr>
            <w:r w:rsidRPr="00F3623F">
              <w:rPr>
                <w:color w:val="000000" w:themeColor="text1"/>
                <w:szCs w:val="20"/>
                <w:lang w:val="es-PY"/>
              </w:rPr>
              <w:t>Se promueve la producción conjunta entre doctorandos, tutores y actores del ámbito profesional para favorecer la transferencia del conocimiento.</w:t>
            </w: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009A14D5" w14:textId="77777777" w:rsidR="0004202B" w:rsidRPr="0004202B" w:rsidRDefault="0004202B" w:rsidP="005A7144">
            <w:pPr>
              <w:spacing w:after="0" w:line="240" w:lineRule="auto"/>
              <w:jc w:val="center"/>
              <w:rPr>
                <w:szCs w:val="20"/>
                <w:lang w:val="es-PY"/>
              </w:rPr>
            </w:pP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321DF24B" w14:textId="77777777" w:rsidR="0004202B" w:rsidRPr="0004202B" w:rsidRDefault="0004202B"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41E4E297" w14:textId="77777777" w:rsidR="0004202B" w:rsidRPr="0004202B" w:rsidRDefault="0004202B" w:rsidP="005A7144">
            <w:pPr>
              <w:spacing w:after="0" w:line="240" w:lineRule="auto"/>
              <w:jc w:val="center"/>
              <w:rPr>
                <w:szCs w:val="20"/>
                <w:lang w:val="es-PY"/>
              </w:rPr>
            </w:pPr>
          </w:p>
        </w:tc>
      </w:tr>
      <w:tr w:rsidR="0004202B" w:rsidRPr="009966CE" w14:paraId="19477BD3" w14:textId="77777777" w:rsidTr="00DA7BF7">
        <w:trPr>
          <w:gridAfter w:val="1"/>
          <w:wAfter w:w="181" w:type="dxa"/>
          <w:cantSplit/>
          <w:trHeight w:val="680"/>
          <w:jc w:val="center"/>
        </w:trPr>
        <w:tc>
          <w:tcPr>
            <w:tcW w:w="1785" w:type="dxa"/>
            <w:vMerge/>
            <w:tcBorders>
              <w:top w:val="single" w:sz="5" w:space="0" w:color="444444"/>
              <w:left w:val="single" w:sz="5" w:space="0" w:color="444444"/>
              <w:bottom w:val="single" w:sz="5" w:space="0" w:color="444444"/>
              <w:right w:val="single" w:sz="5" w:space="0" w:color="444444"/>
            </w:tcBorders>
            <w:shd w:val="clear" w:color="auto" w:fill="FFFFCC"/>
          </w:tcPr>
          <w:p w14:paraId="11A087D6" w14:textId="77777777" w:rsidR="0004202B" w:rsidRPr="0004202B" w:rsidRDefault="0004202B" w:rsidP="005A7144">
            <w:pPr>
              <w:rPr>
                <w:szCs w:val="20"/>
                <w:highlight w:val="yellow"/>
                <w:lang w:val="es-PY"/>
              </w:rPr>
            </w:pPr>
          </w:p>
        </w:tc>
        <w:tc>
          <w:tcPr>
            <w:tcW w:w="4676"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5687DCA8" w14:textId="77777777" w:rsidR="0004202B" w:rsidRPr="00F3623F" w:rsidRDefault="0004202B" w:rsidP="005A7144">
            <w:pPr>
              <w:pStyle w:val="Prrafodelista"/>
              <w:numPr>
                <w:ilvl w:val="0"/>
                <w:numId w:val="21"/>
              </w:numPr>
              <w:spacing w:after="0" w:line="240" w:lineRule="auto"/>
              <w:ind w:left="223" w:hanging="223"/>
              <w:jc w:val="both"/>
              <w:rPr>
                <w:color w:val="000000" w:themeColor="text1"/>
                <w:szCs w:val="20"/>
                <w:lang w:val="es-PY"/>
              </w:rPr>
            </w:pPr>
            <w:r w:rsidRPr="00F3623F">
              <w:rPr>
                <w:color w:val="000000" w:themeColor="text1"/>
                <w:szCs w:val="20"/>
                <w:lang w:val="es-PY"/>
              </w:rPr>
              <w:t>Se implementan mecanismos institucionales para la difusión y transferencia de los conocimientos y productos generados por los programas.</w:t>
            </w: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3528F08C" w14:textId="77777777" w:rsidR="0004202B" w:rsidRPr="0004202B" w:rsidRDefault="0004202B" w:rsidP="005A7144">
            <w:pPr>
              <w:spacing w:after="0" w:line="240" w:lineRule="auto"/>
              <w:jc w:val="center"/>
              <w:rPr>
                <w:szCs w:val="20"/>
                <w:lang w:val="es-PY"/>
              </w:rPr>
            </w:pP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7EA10AB0" w14:textId="77777777" w:rsidR="0004202B" w:rsidRPr="0004202B" w:rsidRDefault="0004202B"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03240E5B" w14:textId="77777777" w:rsidR="0004202B" w:rsidRPr="0004202B" w:rsidRDefault="0004202B" w:rsidP="005A7144">
            <w:pPr>
              <w:spacing w:after="0" w:line="240" w:lineRule="auto"/>
              <w:jc w:val="center"/>
              <w:rPr>
                <w:szCs w:val="20"/>
                <w:lang w:val="es-PY"/>
              </w:rPr>
            </w:pPr>
          </w:p>
        </w:tc>
      </w:tr>
      <w:tr w:rsidR="0004202B" w:rsidRPr="009966CE" w14:paraId="30DAC14F" w14:textId="77777777" w:rsidTr="00DA7BF7">
        <w:trPr>
          <w:gridAfter w:val="1"/>
          <w:wAfter w:w="181" w:type="dxa"/>
          <w:cantSplit/>
          <w:trHeight w:val="624"/>
          <w:jc w:val="center"/>
        </w:trPr>
        <w:tc>
          <w:tcPr>
            <w:tcW w:w="1785" w:type="dxa"/>
            <w:vMerge/>
            <w:tcBorders>
              <w:top w:val="single" w:sz="5" w:space="0" w:color="444444"/>
              <w:left w:val="single" w:sz="5" w:space="0" w:color="444444"/>
              <w:bottom w:val="single" w:sz="5" w:space="0" w:color="444444"/>
              <w:right w:val="single" w:sz="5" w:space="0" w:color="444444"/>
            </w:tcBorders>
            <w:shd w:val="clear" w:color="auto" w:fill="FFFFCC"/>
          </w:tcPr>
          <w:p w14:paraId="6665FB0F" w14:textId="77777777" w:rsidR="0004202B" w:rsidRPr="0004202B" w:rsidRDefault="0004202B" w:rsidP="005A7144">
            <w:pPr>
              <w:rPr>
                <w:szCs w:val="20"/>
                <w:highlight w:val="yellow"/>
                <w:lang w:val="es-PY"/>
              </w:rPr>
            </w:pPr>
          </w:p>
        </w:tc>
        <w:tc>
          <w:tcPr>
            <w:tcW w:w="4676"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715D6223" w14:textId="41665A03" w:rsidR="0004202B" w:rsidRPr="00F3623F" w:rsidRDefault="0004202B" w:rsidP="005A7144">
            <w:pPr>
              <w:pStyle w:val="Prrafodelista"/>
              <w:numPr>
                <w:ilvl w:val="0"/>
                <w:numId w:val="21"/>
              </w:numPr>
              <w:spacing w:after="0" w:line="240" w:lineRule="auto"/>
              <w:ind w:left="223" w:hanging="223"/>
              <w:jc w:val="both"/>
              <w:rPr>
                <w:color w:val="000000" w:themeColor="text1"/>
                <w:szCs w:val="20"/>
                <w:lang w:val="es-PY"/>
              </w:rPr>
            </w:pPr>
            <w:r w:rsidRPr="00F3623F">
              <w:rPr>
                <w:color w:val="000000" w:themeColor="text1"/>
                <w:szCs w:val="20"/>
                <w:lang w:val="es-PY"/>
              </w:rPr>
              <w:t xml:space="preserve">La transferencia de los conocimientos y productos generados, así como su contribución a la mejora de prácticas y procesos del ámbito profesional, son utilizados para introducir mejoras en </w:t>
            </w:r>
            <w:r>
              <w:rPr>
                <w:color w:val="000000" w:themeColor="text1"/>
                <w:szCs w:val="20"/>
                <w:lang w:val="es-PY"/>
              </w:rPr>
              <w:t>los programas</w:t>
            </w:r>
            <w:r w:rsidRPr="00F3623F">
              <w:rPr>
                <w:color w:val="000000" w:themeColor="text1"/>
                <w:szCs w:val="20"/>
                <w:lang w:val="es-PY"/>
              </w:rPr>
              <w:t>.</w:t>
            </w: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268AC3F0" w14:textId="77777777" w:rsidR="0004202B" w:rsidRPr="0004202B" w:rsidRDefault="0004202B" w:rsidP="005A7144">
            <w:pPr>
              <w:spacing w:after="0" w:line="240" w:lineRule="auto"/>
              <w:jc w:val="center"/>
              <w:rPr>
                <w:szCs w:val="20"/>
                <w:lang w:val="es-PY"/>
              </w:rPr>
            </w:pP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348BA555" w14:textId="77777777" w:rsidR="0004202B" w:rsidRPr="0004202B" w:rsidRDefault="0004202B"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6C526ADE" w14:textId="77777777" w:rsidR="0004202B" w:rsidRPr="0004202B" w:rsidRDefault="0004202B" w:rsidP="005A7144">
            <w:pPr>
              <w:spacing w:after="0" w:line="240" w:lineRule="auto"/>
              <w:jc w:val="center"/>
              <w:rPr>
                <w:szCs w:val="20"/>
                <w:lang w:val="es-PY"/>
              </w:rPr>
            </w:pPr>
          </w:p>
        </w:tc>
      </w:tr>
      <w:tr w:rsidR="0004202B" w:rsidRPr="009966CE" w14:paraId="4DB2A8BE" w14:textId="77777777" w:rsidTr="00DA7BF7">
        <w:trPr>
          <w:gridAfter w:val="1"/>
          <w:wAfter w:w="181" w:type="dxa"/>
          <w:cantSplit/>
          <w:trHeight w:hRule="exact" w:val="312"/>
          <w:jc w:val="center"/>
        </w:trPr>
        <w:tc>
          <w:tcPr>
            <w:tcW w:w="6461" w:type="dxa"/>
            <w:gridSpan w:val="3"/>
            <w:tcBorders>
              <w:top w:val="single" w:sz="5" w:space="0" w:color="444444"/>
              <w:left w:val="single" w:sz="5" w:space="0" w:color="444444"/>
              <w:bottom w:val="single" w:sz="5" w:space="0" w:color="444444"/>
              <w:right w:val="single" w:sz="5" w:space="0" w:color="444444"/>
            </w:tcBorders>
            <w:vAlign w:val="center"/>
          </w:tcPr>
          <w:p w14:paraId="5336B483" w14:textId="77777777" w:rsidR="0004202B" w:rsidRPr="00A22F53" w:rsidRDefault="0004202B" w:rsidP="005A7144">
            <w:pPr>
              <w:spacing w:after="0" w:line="240" w:lineRule="auto"/>
              <w:jc w:val="center"/>
              <w:rPr>
                <w:szCs w:val="20"/>
                <w:lang w:val="es-PY"/>
              </w:rPr>
            </w:pPr>
            <w:r w:rsidRPr="00A22F53">
              <w:rPr>
                <w:b/>
                <w:color w:val="000000"/>
                <w:szCs w:val="20"/>
                <w:lang w:val="es-PY"/>
              </w:rPr>
              <w:t>Nivel de cumplimiento del criterio</w:t>
            </w:r>
          </w:p>
        </w:tc>
        <w:tc>
          <w:tcPr>
            <w:tcW w:w="2415" w:type="dxa"/>
            <w:gridSpan w:val="5"/>
            <w:tcBorders>
              <w:top w:val="single" w:sz="5" w:space="0" w:color="444444"/>
              <w:left w:val="single" w:sz="5" w:space="0" w:color="444444"/>
              <w:bottom w:val="single" w:sz="5" w:space="0" w:color="444444"/>
              <w:right w:val="single" w:sz="5" w:space="0" w:color="444444"/>
            </w:tcBorders>
            <w:vAlign w:val="center"/>
          </w:tcPr>
          <w:p w14:paraId="74B7E3FF" w14:textId="77777777" w:rsidR="0004202B" w:rsidRPr="00A22F53" w:rsidRDefault="0004202B" w:rsidP="005A7144">
            <w:pPr>
              <w:spacing w:after="0" w:line="240" w:lineRule="auto"/>
              <w:rPr>
                <w:szCs w:val="20"/>
                <w:lang w:val="es-PY"/>
              </w:rPr>
            </w:pPr>
          </w:p>
        </w:tc>
      </w:tr>
      <w:tr w:rsidR="0004202B" w:rsidRPr="00A22F53" w14:paraId="5CB0B4E7" w14:textId="77777777" w:rsidTr="00DA7BF7">
        <w:trPr>
          <w:gridAfter w:val="1"/>
          <w:wAfter w:w="181" w:type="dxa"/>
          <w:cantSplit/>
          <w:trHeight w:hRule="exact" w:val="340"/>
          <w:jc w:val="center"/>
        </w:trPr>
        <w:tc>
          <w:tcPr>
            <w:tcW w:w="6461"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5A006BA5" w14:textId="77777777" w:rsidR="0004202B" w:rsidRPr="00A22F53" w:rsidRDefault="0004202B" w:rsidP="005A7144">
            <w:pPr>
              <w:spacing w:after="0" w:line="240" w:lineRule="auto"/>
              <w:jc w:val="center"/>
              <w:rPr>
                <w:szCs w:val="20"/>
                <w:lang w:val="es-PY"/>
              </w:rPr>
            </w:pPr>
            <w:r w:rsidRPr="00A22F53">
              <w:rPr>
                <w:b/>
                <w:color w:val="000000"/>
                <w:szCs w:val="20"/>
                <w:lang w:val="es-PY"/>
              </w:rPr>
              <w:t>Argumento que sostiene el nivel de cumplimiento del criterio</w:t>
            </w:r>
          </w:p>
        </w:tc>
        <w:tc>
          <w:tcPr>
            <w:tcW w:w="2415" w:type="dxa"/>
            <w:gridSpan w:val="5"/>
            <w:tcBorders>
              <w:top w:val="single" w:sz="5" w:space="0" w:color="444444"/>
              <w:left w:val="single" w:sz="5" w:space="0" w:color="444444"/>
              <w:bottom w:val="single" w:sz="5" w:space="0" w:color="444444"/>
              <w:right w:val="single" w:sz="5" w:space="0" w:color="444444"/>
            </w:tcBorders>
            <w:shd w:val="clear" w:color="auto" w:fill="8AC4A7"/>
            <w:vAlign w:val="center"/>
          </w:tcPr>
          <w:p w14:paraId="5D2E84FD" w14:textId="77777777" w:rsidR="0004202B" w:rsidRPr="00A22F53" w:rsidRDefault="0004202B" w:rsidP="005A7144">
            <w:pPr>
              <w:spacing w:after="0" w:line="240" w:lineRule="auto"/>
              <w:jc w:val="center"/>
              <w:rPr>
                <w:szCs w:val="20"/>
              </w:rPr>
            </w:pPr>
            <w:r w:rsidRPr="00A22F53">
              <w:rPr>
                <w:b/>
                <w:color w:val="000000"/>
                <w:szCs w:val="20"/>
              </w:rPr>
              <w:t>Medios de verificación</w:t>
            </w:r>
          </w:p>
        </w:tc>
      </w:tr>
      <w:tr w:rsidR="0004202B" w:rsidRPr="00A22F53" w14:paraId="2B1AEAA6" w14:textId="77777777" w:rsidTr="00DA7BF7">
        <w:trPr>
          <w:gridAfter w:val="1"/>
          <w:wAfter w:w="181" w:type="dxa"/>
          <w:cantSplit/>
          <w:trHeight w:hRule="exact" w:val="9783"/>
          <w:jc w:val="center"/>
        </w:trPr>
        <w:tc>
          <w:tcPr>
            <w:tcW w:w="6461" w:type="dxa"/>
            <w:gridSpan w:val="3"/>
            <w:tcBorders>
              <w:top w:val="single" w:sz="5" w:space="0" w:color="444444"/>
              <w:left w:val="single" w:sz="5" w:space="0" w:color="444444"/>
              <w:bottom w:val="single" w:sz="5" w:space="0" w:color="444444"/>
              <w:right w:val="single" w:sz="5" w:space="0" w:color="444444"/>
            </w:tcBorders>
            <w:shd w:val="clear" w:color="auto" w:fill="FFFFFF"/>
          </w:tcPr>
          <w:p w14:paraId="0218D757" w14:textId="77777777" w:rsidR="0004202B" w:rsidRPr="00A22F53" w:rsidRDefault="0004202B" w:rsidP="005A7144">
            <w:pPr>
              <w:rPr>
                <w:szCs w:val="20"/>
              </w:rPr>
            </w:pPr>
          </w:p>
        </w:tc>
        <w:tc>
          <w:tcPr>
            <w:tcW w:w="2415" w:type="dxa"/>
            <w:gridSpan w:val="5"/>
            <w:tcBorders>
              <w:top w:val="single" w:sz="5" w:space="0" w:color="444444"/>
              <w:left w:val="single" w:sz="5" w:space="0" w:color="444444"/>
              <w:bottom w:val="single" w:sz="5" w:space="0" w:color="444444"/>
              <w:right w:val="single" w:sz="5" w:space="0" w:color="444444"/>
            </w:tcBorders>
            <w:shd w:val="clear" w:color="auto" w:fill="FFFFFF"/>
          </w:tcPr>
          <w:p w14:paraId="0E09DAC8" w14:textId="77777777" w:rsidR="0004202B" w:rsidRPr="00A22F53" w:rsidRDefault="0004202B" w:rsidP="005A7144">
            <w:pPr>
              <w:rPr>
                <w:szCs w:val="20"/>
              </w:rPr>
            </w:pPr>
          </w:p>
        </w:tc>
      </w:tr>
      <w:tr w:rsidR="00DA7BF7" w14:paraId="749259BB" w14:textId="77777777" w:rsidTr="005A7144">
        <w:trPr>
          <w:cantSplit/>
          <w:trHeight w:val="340"/>
          <w:jc w:val="center"/>
        </w:trPr>
        <w:tc>
          <w:tcPr>
            <w:tcW w:w="1786" w:type="dxa"/>
            <w:vMerge w:val="restart"/>
            <w:tcBorders>
              <w:top w:val="single" w:sz="5" w:space="0" w:color="444444"/>
              <w:left w:val="single" w:sz="5" w:space="0" w:color="444444"/>
              <w:right w:val="single" w:sz="5" w:space="0" w:color="444444"/>
            </w:tcBorders>
            <w:shd w:val="clear" w:color="auto" w:fill="8AC4A7"/>
            <w:vAlign w:val="center"/>
          </w:tcPr>
          <w:p w14:paraId="4BD06D7C" w14:textId="77777777" w:rsidR="00DA7BF7" w:rsidRDefault="00DA7BF7" w:rsidP="005A7144">
            <w:pPr>
              <w:spacing w:after="0" w:line="240" w:lineRule="auto"/>
              <w:jc w:val="center"/>
            </w:pPr>
            <w:r>
              <w:rPr>
                <w:b/>
                <w:color w:val="000000"/>
                <w:sz w:val="19"/>
              </w:rPr>
              <w:lastRenderedPageBreak/>
              <w:t xml:space="preserve">Criterio </w:t>
            </w:r>
          </w:p>
        </w:tc>
        <w:tc>
          <w:tcPr>
            <w:tcW w:w="4666" w:type="dxa"/>
            <w:vMerge w:val="restart"/>
            <w:tcBorders>
              <w:top w:val="single" w:sz="5" w:space="0" w:color="444444"/>
              <w:left w:val="single" w:sz="5" w:space="0" w:color="444444"/>
              <w:right w:val="single" w:sz="5" w:space="0" w:color="444444"/>
            </w:tcBorders>
            <w:shd w:val="clear" w:color="auto" w:fill="8AC4A7"/>
            <w:vAlign w:val="center"/>
          </w:tcPr>
          <w:p w14:paraId="16050FAE" w14:textId="77777777" w:rsidR="00DA7BF7" w:rsidRPr="00A22F53" w:rsidRDefault="00DA7BF7" w:rsidP="005A7144">
            <w:pPr>
              <w:spacing w:after="0" w:line="240" w:lineRule="auto"/>
              <w:jc w:val="center"/>
              <w:rPr>
                <w:szCs w:val="20"/>
              </w:rPr>
            </w:pPr>
            <w:r w:rsidRPr="00A22F53">
              <w:rPr>
                <w:b/>
                <w:color w:val="000000"/>
                <w:szCs w:val="20"/>
              </w:rPr>
              <w:t>Indicadores</w:t>
            </w:r>
          </w:p>
        </w:tc>
        <w:tc>
          <w:tcPr>
            <w:tcW w:w="2605" w:type="dxa"/>
            <w:gridSpan w:val="7"/>
            <w:tcBorders>
              <w:top w:val="single" w:sz="5" w:space="0" w:color="444444"/>
              <w:left w:val="single" w:sz="5" w:space="0" w:color="444444"/>
              <w:bottom w:val="single" w:sz="5" w:space="0" w:color="444444"/>
              <w:right w:val="single" w:sz="5" w:space="0" w:color="444444"/>
            </w:tcBorders>
            <w:shd w:val="clear" w:color="auto" w:fill="8AC4A7"/>
            <w:vAlign w:val="center"/>
          </w:tcPr>
          <w:p w14:paraId="5B3753AF" w14:textId="77777777" w:rsidR="00DA7BF7" w:rsidRPr="00A22F53" w:rsidRDefault="00DA7BF7" w:rsidP="005A7144">
            <w:pPr>
              <w:spacing w:after="0" w:line="240" w:lineRule="auto"/>
              <w:jc w:val="center"/>
              <w:rPr>
                <w:szCs w:val="20"/>
              </w:rPr>
            </w:pPr>
            <w:r w:rsidRPr="00A22F53">
              <w:rPr>
                <w:b/>
                <w:color w:val="000000"/>
                <w:szCs w:val="20"/>
              </w:rPr>
              <w:t>Nivel de cumplimiento</w:t>
            </w:r>
          </w:p>
        </w:tc>
      </w:tr>
      <w:tr w:rsidR="00DA7BF7" w14:paraId="26849D29" w14:textId="77777777" w:rsidTr="005A7144">
        <w:trPr>
          <w:cantSplit/>
          <w:trHeight w:hRule="exact" w:val="255"/>
          <w:jc w:val="center"/>
        </w:trPr>
        <w:tc>
          <w:tcPr>
            <w:tcW w:w="1786" w:type="dxa"/>
            <w:vMerge/>
            <w:tcBorders>
              <w:left w:val="single" w:sz="5" w:space="0" w:color="444444"/>
              <w:bottom w:val="single" w:sz="5" w:space="0" w:color="444444"/>
              <w:right w:val="single" w:sz="5" w:space="0" w:color="444444"/>
            </w:tcBorders>
            <w:shd w:val="clear" w:color="auto" w:fill="8AC4A7"/>
            <w:vAlign w:val="center"/>
          </w:tcPr>
          <w:p w14:paraId="2D89501F" w14:textId="77777777" w:rsidR="00DA7BF7" w:rsidRDefault="00DA7BF7" w:rsidP="005A7144">
            <w:pPr>
              <w:spacing w:after="0" w:line="240" w:lineRule="auto"/>
            </w:pPr>
          </w:p>
        </w:tc>
        <w:tc>
          <w:tcPr>
            <w:tcW w:w="4666" w:type="dxa"/>
            <w:vMerge/>
            <w:tcBorders>
              <w:left w:val="single" w:sz="5" w:space="0" w:color="444444"/>
              <w:bottom w:val="single" w:sz="5" w:space="0" w:color="444444"/>
              <w:right w:val="single" w:sz="5" w:space="0" w:color="444444"/>
            </w:tcBorders>
            <w:shd w:val="clear" w:color="auto" w:fill="8AC4A7"/>
            <w:vAlign w:val="center"/>
          </w:tcPr>
          <w:p w14:paraId="07D39267" w14:textId="77777777" w:rsidR="00DA7BF7" w:rsidRPr="00A22F53" w:rsidRDefault="00DA7BF7" w:rsidP="005A7144">
            <w:pPr>
              <w:spacing w:after="0" w:line="240" w:lineRule="auto"/>
              <w:rPr>
                <w:szCs w:val="20"/>
              </w:rPr>
            </w:pP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5AA4246D" w14:textId="77777777" w:rsidR="00DA7BF7" w:rsidRPr="00A22F53" w:rsidRDefault="00DA7BF7" w:rsidP="005A7144">
            <w:pPr>
              <w:spacing w:after="0" w:line="240" w:lineRule="auto"/>
              <w:jc w:val="center"/>
              <w:rPr>
                <w:szCs w:val="20"/>
              </w:rPr>
            </w:pPr>
            <w:r w:rsidRPr="00A22F53">
              <w:rPr>
                <w:b/>
                <w:color w:val="000000"/>
                <w:szCs w:val="20"/>
              </w:rPr>
              <w:t>CT</w:t>
            </w: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66164D7A" w14:textId="77777777" w:rsidR="00DA7BF7" w:rsidRPr="00A22F53" w:rsidRDefault="00DA7BF7" w:rsidP="005A7144">
            <w:pPr>
              <w:spacing w:after="0" w:line="240" w:lineRule="auto"/>
              <w:jc w:val="center"/>
              <w:rPr>
                <w:szCs w:val="20"/>
              </w:rPr>
            </w:pPr>
            <w:r w:rsidRPr="00A22F53">
              <w:rPr>
                <w:b/>
                <w:color w:val="000000"/>
                <w:szCs w:val="20"/>
              </w:rPr>
              <w:t>CP</w:t>
            </w:r>
          </w:p>
        </w:tc>
        <w:tc>
          <w:tcPr>
            <w:tcW w:w="997"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00A72009" w14:textId="77777777" w:rsidR="00DA7BF7" w:rsidRPr="00A22F53" w:rsidRDefault="00DA7BF7" w:rsidP="005A7144">
            <w:pPr>
              <w:spacing w:after="0" w:line="240" w:lineRule="auto"/>
              <w:jc w:val="center"/>
              <w:rPr>
                <w:szCs w:val="20"/>
              </w:rPr>
            </w:pPr>
            <w:r w:rsidRPr="00A22F53">
              <w:rPr>
                <w:b/>
                <w:color w:val="000000"/>
                <w:szCs w:val="20"/>
              </w:rPr>
              <w:t>NC</w:t>
            </w:r>
          </w:p>
        </w:tc>
      </w:tr>
      <w:tr w:rsidR="00DA7BF7" w:rsidRPr="009966CE" w14:paraId="5A8653F7" w14:textId="77777777" w:rsidTr="005A7144">
        <w:trPr>
          <w:cantSplit/>
          <w:trHeight w:val="705"/>
          <w:jc w:val="center"/>
        </w:trPr>
        <w:tc>
          <w:tcPr>
            <w:tcW w:w="1786" w:type="dxa"/>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488E07F6" w14:textId="77777777" w:rsidR="00DA7BF7" w:rsidRDefault="00DA7BF7" w:rsidP="005A7144">
            <w:pPr>
              <w:spacing w:after="0"/>
              <w:jc w:val="center"/>
              <w:rPr>
                <w:b/>
                <w:color w:val="E31B23"/>
                <w:sz w:val="19"/>
                <w:lang w:val="es-PY"/>
              </w:rPr>
            </w:pPr>
            <w:r w:rsidRPr="007C2565">
              <w:rPr>
                <w:b/>
                <w:color w:val="000000"/>
                <w:sz w:val="19"/>
                <w:lang w:val="es-PY"/>
              </w:rPr>
              <w:t>Pertinencia del cuerpo académico para la formación doctoral profesionalizante</w:t>
            </w:r>
            <w:r w:rsidRPr="007C2565">
              <w:rPr>
                <w:b/>
                <w:color w:val="E31B23"/>
                <w:sz w:val="19"/>
                <w:lang w:val="es-PY"/>
              </w:rPr>
              <w:br/>
              <w:t>(Sustantivo)</w:t>
            </w:r>
          </w:p>
          <w:p w14:paraId="0BD43416" w14:textId="5BFE49C6" w:rsidR="00DA7BF7" w:rsidRPr="007C2565" w:rsidRDefault="00DA7BF7" w:rsidP="005A7144">
            <w:pPr>
              <w:spacing w:after="0"/>
              <w:jc w:val="center"/>
              <w:rPr>
                <w:lang w:val="es-PY"/>
              </w:rPr>
            </w:pPr>
            <w:r w:rsidRPr="005A41E6">
              <w:rPr>
                <w:b/>
                <w:color w:val="000000" w:themeColor="text1"/>
                <w:sz w:val="19"/>
                <w:lang w:val="es-PY"/>
              </w:rPr>
              <w:t>(D3.C1)</w:t>
            </w:r>
          </w:p>
        </w:tc>
        <w:tc>
          <w:tcPr>
            <w:tcW w:w="4666"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66DEE557" w14:textId="77777777" w:rsidR="00DA7BF7" w:rsidRPr="007C2565" w:rsidRDefault="00DA7BF7" w:rsidP="005A7144">
            <w:pPr>
              <w:spacing w:after="0" w:line="240" w:lineRule="auto"/>
              <w:jc w:val="both"/>
              <w:rPr>
                <w:szCs w:val="20"/>
                <w:lang w:val="es-PY"/>
              </w:rPr>
            </w:pPr>
            <w:r w:rsidRPr="007C2565">
              <w:rPr>
                <w:color w:val="000000"/>
                <w:szCs w:val="20"/>
                <w:lang w:val="es-PY"/>
              </w:rPr>
              <w:t>a. El cuerpo académico posee formación docto</w:t>
            </w:r>
            <w:r>
              <w:rPr>
                <w:color w:val="000000"/>
                <w:szCs w:val="20"/>
                <w:lang w:val="es-PY"/>
              </w:rPr>
              <w:t>ral  y trayectoria pertinente a los</w:t>
            </w:r>
            <w:r w:rsidRPr="007C2565">
              <w:rPr>
                <w:color w:val="000000"/>
                <w:szCs w:val="20"/>
                <w:lang w:val="es-PY"/>
              </w:rPr>
              <w:t xml:space="preserve"> programa</w:t>
            </w:r>
            <w:r>
              <w:rPr>
                <w:color w:val="000000"/>
                <w:szCs w:val="20"/>
                <w:lang w:val="es-PY"/>
              </w:rPr>
              <w:t>s</w:t>
            </w:r>
            <w:r w:rsidRPr="007C2565">
              <w:rPr>
                <w:color w:val="000000"/>
                <w:szCs w:val="20"/>
                <w:lang w:val="es-PY"/>
              </w:rPr>
              <w:t>, conforme a la normativa aplicable.</w:t>
            </w: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10112109" w14:textId="77777777" w:rsidR="00DA7BF7" w:rsidRPr="0004202B" w:rsidRDefault="00DA7BF7" w:rsidP="005A7144">
            <w:pPr>
              <w:spacing w:after="0" w:line="240" w:lineRule="auto"/>
              <w:jc w:val="center"/>
              <w:rPr>
                <w:szCs w:val="20"/>
                <w:lang w:val="es-PY"/>
              </w:rPr>
            </w:pP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7C2D155B" w14:textId="77777777" w:rsidR="00DA7BF7" w:rsidRPr="0004202B" w:rsidRDefault="00DA7BF7" w:rsidP="005A7144">
            <w:pPr>
              <w:spacing w:after="0" w:line="240" w:lineRule="auto"/>
              <w:jc w:val="center"/>
              <w:rPr>
                <w:szCs w:val="20"/>
                <w:lang w:val="es-PY"/>
              </w:rPr>
            </w:pPr>
          </w:p>
        </w:tc>
        <w:tc>
          <w:tcPr>
            <w:tcW w:w="997" w:type="dxa"/>
            <w:gridSpan w:val="3"/>
            <w:tcBorders>
              <w:top w:val="single" w:sz="5" w:space="0" w:color="444444"/>
              <w:left w:val="single" w:sz="5" w:space="0" w:color="444444"/>
              <w:bottom w:val="single" w:sz="5" w:space="0" w:color="444444"/>
              <w:right w:val="single" w:sz="5" w:space="0" w:color="444444"/>
            </w:tcBorders>
            <w:shd w:val="clear" w:color="auto" w:fill="FFFFCC"/>
            <w:vAlign w:val="center"/>
          </w:tcPr>
          <w:p w14:paraId="68994203" w14:textId="77777777" w:rsidR="00DA7BF7" w:rsidRPr="0004202B" w:rsidRDefault="00DA7BF7" w:rsidP="005A7144">
            <w:pPr>
              <w:spacing w:after="0" w:line="240" w:lineRule="auto"/>
              <w:jc w:val="center"/>
              <w:rPr>
                <w:szCs w:val="20"/>
                <w:lang w:val="es-PY"/>
              </w:rPr>
            </w:pPr>
          </w:p>
        </w:tc>
      </w:tr>
      <w:tr w:rsidR="00DA7BF7" w:rsidRPr="009966CE" w14:paraId="499E4091" w14:textId="77777777" w:rsidTr="005A7144">
        <w:trPr>
          <w:cantSplit/>
          <w:trHeight w:val="559"/>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6E5013A1" w14:textId="77777777" w:rsidR="00DA7BF7" w:rsidRPr="0004202B" w:rsidRDefault="00DA7BF7" w:rsidP="005A7144">
            <w:pPr>
              <w:rPr>
                <w:lang w:val="es-PY"/>
              </w:rPr>
            </w:pPr>
          </w:p>
        </w:tc>
        <w:tc>
          <w:tcPr>
            <w:tcW w:w="4666"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10DECB8" w14:textId="77777777" w:rsidR="00DA7BF7" w:rsidRPr="007C2565" w:rsidRDefault="00DA7BF7" w:rsidP="005A7144">
            <w:pPr>
              <w:spacing w:after="0" w:line="240" w:lineRule="auto"/>
              <w:jc w:val="both"/>
              <w:rPr>
                <w:szCs w:val="20"/>
                <w:lang w:val="es-PY"/>
              </w:rPr>
            </w:pPr>
            <w:r w:rsidRPr="007C2565">
              <w:rPr>
                <w:color w:val="000000"/>
                <w:szCs w:val="20"/>
                <w:lang w:val="es-PY"/>
              </w:rPr>
              <w:t>b. Los docentes evidencian producción científica o académica pertinente.</w:t>
            </w: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5E3F119A" w14:textId="77777777" w:rsidR="00DA7BF7" w:rsidRPr="0004202B" w:rsidRDefault="00DA7BF7" w:rsidP="005A7144">
            <w:pPr>
              <w:spacing w:after="0" w:line="240" w:lineRule="auto"/>
              <w:jc w:val="center"/>
              <w:rPr>
                <w:szCs w:val="20"/>
                <w:lang w:val="es-PY"/>
              </w:rPr>
            </w:pP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34933B14" w14:textId="77777777" w:rsidR="00DA7BF7" w:rsidRPr="0004202B" w:rsidRDefault="00DA7BF7" w:rsidP="005A7144">
            <w:pPr>
              <w:spacing w:after="0" w:line="240" w:lineRule="auto"/>
              <w:jc w:val="center"/>
              <w:rPr>
                <w:szCs w:val="20"/>
                <w:lang w:val="es-PY"/>
              </w:rPr>
            </w:pPr>
          </w:p>
        </w:tc>
        <w:tc>
          <w:tcPr>
            <w:tcW w:w="997" w:type="dxa"/>
            <w:gridSpan w:val="3"/>
            <w:tcBorders>
              <w:top w:val="single" w:sz="5" w:space="0" w:color="444444"/>
              <w:left w:val="single" w:sz="5" w:space="0" w:color="444444"/>
              <w:bottom w:val="single" w:sz="5" w:space="0" w:color="444444"/>
              <w:right w:val="single" w:sz="5" w:space="0" w:color="444444"/>
            </w:tcBorders>
            <w:shd w:val="clear" w:color="auto" w:fill="FFFFCC"/>
            <w:vAlign w:val="center"/>
          </w:tcPr>
          <w:p w14:paraId="0F4E4AF5" w14:textId="77777777" w:rsidR="00DA7BF7" w:rsidRPr="0004202B" w:rsidRDefault="00DA7BF7" w:rsidP="005A7144">
            <w:pPr>
              <w:spacing w:after="0" w:line="240" w:lineRule="auto"/>
              <w:jc w:val="center"/>
              <w:rPr>
                <w:szCs w:val="20"/>
                <w:lang w:val="es-PY"/>
              </w:rPr>
            </w:pPr>
          </w:p>
        </w:tc>
      </w:tr>
      <w:tr w:rsidR="00DA7BF7" w:rsidRPr="009966CE" w14:paraId="36B68197" w14:textId="77777777" w:rsidTr="005A7144">
        <w:trPr>
          <w:cantSplit/>
          <w:trHeight w:val="566"/>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571FD0EB" w14:textId="77777777" w:rsidR="00DA7BF7" w:rsidRPr="0004202B" w:rsidRDefault="00DA7BF7" w:rsidP="005A7144">
            <w:pPr>
              <w:rPr>
                <w:lang w:val="es-PY"/>
              </w:rPr>
            </w:pPr>
          </w:p>
        </w:tc>
        <w:tc>
          <w:tcPr>
            <w:tcW w:w="4666"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A9EA3D4" w14:textId="77777777" w:rsidR="00DA7BF7" w:rsidRPr="007C2565" w:rsidRDefault="00DA7BF7" w:rsidP="005A7144">
            <w:pPr>
              <w:spacing w:after="0" w:line="240" w:lineRule="auto"/>
              <w:jc w:val="both"/>
              <w:rPr>
                <w:szCs w:val="20"/>
                <w:lang w:val="es-PY"/>
              </w:rPr>
            </w:pPr>
            <w:r w:rsidRPr="007C2565">
              <w:rPr>
                <w:color w:val="000000"/>
                <w:szCs w:val="20"/>
                <w:lang w:val="es-PY"/>
              </w:rPr>
              <w:t xml:space="preserve">c. El cuerpo académico cuenta con experiencia profesional </w:t>
            </w:r>
            <w:r>
              <w:rPr>
                <w:color w:val="000000"/>
                <w:szCs w:val="20"/>
                <w:lang w:val="es-PY"/>
              </w:rPr>
              <w:t>avanzada vinculada al campo de los programas.</w:t>
            </w: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330001C4" w14:textId="77777777" w:rsidR="00DA7BF7" w:rsidRPr="0004202B" w:rsidRDefault="00DA7BF7" w:rsidP="005A7144">
            <w:pPr>
              <w:spacing w:after="0" w:line="240" w:lineRule="auto"/>
              <w:jc w:val="center"/>
              <w:rPr>
                <w:szCs w:val="20"/>
                <w:lang w:val="es-PY"/>
              </w:rPr>
            </w:pP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22507886" w14:textId="77777777" w:rsidR="00DA7BF7" w:rsidRPr="0004202B" w:rsidRDefault="00DA7BF7" w:rsidP="005A7144">
            <w:pPr>
              <w:spacing w:after="0" w:line="240" w:lineRule="auto"/>
              <w:jc w:val="center"/>
              <w:rPr>
                <w:szCs w:val="20"/>
                <w:lang w:val="es-PY"/>
              </w:rPr>
            </w:pPr>
          </w:p>
        </w:tc>
        <w:tc>
          <w:tcPr>
            <w:tcW w:w="997" w:type="dxa"/>
            <w:gridSpan w:val="3"/>
            <w:tcBorders>
              <w:top w:val="single" w:sz="5" w:space="0" w:color="444444"/>
              <w:left w:val="single" w:sz="5" w:space="0" w:color="444444"/>
              <w:bottom w:val="single" w:sz="5" w:space="0" w:color="444444"/>
              <w:right w:val="single" w:sz="5" w:space="0" w:color="444444"/>
            </w:tcBorders>
            <w:shd w:val="clear" w:color="auto" w:fill="FFFFCC"/>
            <w:vAlign w:val="center"/>
          </w:tcPr>
          <w:p w14:paraId="042C68A0" w14:textId="77777777" w:rsidR="00DA7BF7" w:rsidRPr="0004202B" w:rsidRDefault="00DA7BF7" w:rsidP="005A7144">
            <w:pPr>
              <w:spacing w:after="0" w:line="240" w:lineRule="auto"/>
              <w:jc w:val="center"/>
              <w:rPr>
                <w:szCs w:val="20"/>
                <w:lang w:val="es-PY"/>
              </w:rPr>
            </w:pPr>
          </w:p>
        </w:tc>
      </w:tr>
      <w:tr w:rsidR="00DA7BF7" w:rsidRPr="009966CE" w14:paraId="012BBD00" w14:textId="77777777" w:rsidTr="005A7144">
        <w:trPr>
          <w:cantSplit/>
          <w:trHeight w:val="879"/>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129651EE" w14:textId="77777777" w:rsidR="00DA7BF7" w:rsidRPr="0004202B" w:rsidRDefault="00DA7BF7" w:rsidP="005A7144">
            <w:pPr>
              <w:rPr>
                <w:lang w:val="es-PY"/>
              </w:rPr>
            </w:pPr>
          </w:p>
        </w:tc>
        <w:tc>
          <w:tcPr>
            <w:tcW w:w="4666"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BD1C34C" w14:textId="77777777" w:rsidR="00DA7BF7" w:rsidRPr="007C2565" w:rsidRDefault="00DA7BF7" w:rsidP="005A7144">
            <w:pPr>
              <w:spacing w:after="0" w:line="240" w:lineRule="auto"/>
              <w:jc w:val="both"/>
              <w:rPr>
                <w:szCs w:val="20"/>
                <w:lang w:val="es-PY"/>
              </w:rPr>
            </w:pPr>
            <w:r w:rsidRPr="007C2565">
              <w:rPr>
                <w:color w:val="000000"/>
                <w:szCs w:val="20"/>
                <w:lang w:val="es-PY"/>
              </w:rPr>
              <w:t>d. Los docentes evidencian participación en procesos de innovación, intervención, consultoría, desarrollo, transferencia o solución de problemas complejos.</w:t>
            </w: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293DF80D" w14:textId="77777777" w:rsidR="00DA7BF7" w:rsidRPr="0004202B" w:rsidRDefault="00DA7BF7" w:rsidP="005A7144">
            <w:pPr>
              <w:spacing w:after="0" w:line="240" w:lineRule="auto"/>
              <w:jc w:val="center"/>
              <w:rPr>
                <w:szCs w:val="20"/>
                <w:lang w:val="es-PY"/>
              </w:rPr>
            </w:pP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4961E277" w14:textId="77777777" w:rsidR="00DA7BF7" w:rsidRPr="0004202B" w:rsidRDefault="00DA7BF7" w:rsidP="005A7144">
            <w:pPr>
              <w:spacing w:after="0" w:line="240" w:lineRule="auto"/>
              <w:jc w:val="center"/>
              <w:rPr>
                <w:szCs w:val="20"/>
                <w:lang w:val="es-PY"/>
              </w:rPr>
            </w:pPr>
          </w:p>
        </w:tc>
        <w:tc>
          <w:tcPr>
            <w:tcW w:w="997" w:type="dxa"/>
            <w:gridSpan w:val="3"/>
            <w:tcBorders>
              <w:top w:val="single" w:sz="5" w:space="0" w:color="444444"/>
              <w:left w:val="single" w:sz="5" w:space="0" w:color="444444"/>
              <w:bottom w:val="single" w:sz="5" w:space="0" w:color="444444"/>
              <w:right w:val="single" w:sz="5" w:space="0" w:color="444444"/>
            </w:tcBorders>
            <w:shd w:val="clear" w:color="auto" w:fill="FFFFCC"/>
            <w:vAlign w:val="center"/>
          </w:tcPr>
          <w:p w14:paraId="4B39BD9B" w14:textId="77777777" w:rsidR="00DA7BF7" w:rsidRPr="0004202B" w:rsidRDefault="00DA7BF7" w:rsidP="005A7144">
            <w:pPr>
              <w:spacing w:after="0" w:line="240" w:lineRule="auto"/>
              <w:jc w:val="center"/>
              <w:rPr>
                <w:szCs w:val="20"/>
                <w:lang w:val="es-PY"/>
              </w:rPr>
            </w:pPr>
          </w:p>
        </w:tc>
      </w:tr>
      <w:tr w:rsidR="00DA7BF7" w:rsidRPr="009966CE" w14:paraId="424E5158" w14:textId="77777777" w:rsidTr="005A7144">
        <w:trPr>
          <w:cantSplit/>
          <w:trHeight w:val="879"/>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05FE6CBD" w14:textId="77777777" w:rsidR="00DA7BF7" w:rsidRPr="0004202B" w:rsidRDefault="00DA7BF7" w:rsidP="005A7144">
            <w:pPr>
              <w:rPr>
                <w:lang w:val="es-PY"/>
              </w:rPr>
            </w:pPr>
          </w:p>
        </w:tc>
        <w:tc>
          <w:tcPr>
            <w:tcW w:w="4666"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0C9E49EF" w14:textId="77777777" w:rsidR="00DA7BF7" w:rsidRPr="007C2565" w:rsidRDefault="00DA7BF7" w:rsidP="005A7144">
            <w:pPr>
              <w:spacing w:after="0" w:line="240" w:lineRule="auto"/>
              <w:jc w:val="both"/>
              <w:rPr>
                <w:szCs w:val="20"/>
                <w:lang w:val="es-PY"/>
              </w:rPr>
            </w:pPr>
            <w:r w:rsidRPr="007C2565">
              <w:rPr>
                <w:color w:val="000000"/>
                <w:szCs w:val="20"/>
                <w:lang w:val="es-PY"/>
              </w:rPr>
              <w:t>e. El desempeño docente en las actividades académicas se evalúa periódicamente</w:t>
            </w:r>
            <w:r>
              <w:rPr>
                <w:color w:val="000000"/>
                <w:szCs w:val="20"/>
                <w:lang w:val="es-PY"/>
              </w:rPr>
              <w:t xml:space="preserve"> para fortalecer la calidad de los programas.</w:t>
            </w: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2F87086F" w14:textId="77777777" w:rsidR="00DA7BF7" w:rsidRPr="0004202B" w:rsidRDefault="00DA7BF7" w:rsidP="005A7144">
            <w:pPr>
              <w:spacing w:after="0" w:line="240" w:lineRule="auto"/>
              <w:jc w:val="center"/>
              <w:rPr>
                <w:szCs w:val="20"/>
                <w:lang w:val="es-PY"/>
              </w:rPr>
            </w:pP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6A5B6424" w14:textId="77777777" w:rsidR="00DA7BF7" w:rsidRPr="0004202B" w:rsidRDefault="00DA7BF7" w:rsidP="005A7144">
            <w:pPr>
              <w:spacing w:after="0" w:line="240" w:lineRule="auto"/>
              <w:jc w:val="center"/>
              <w:rPr>
                <w:szCs w:val="20"/>
                <w:lang w:val="es-PY"/>
              </w:rPr>
            </w:pPr>
          </w:p>
        </w:tc>
        <w:tc>
          <w:tcPr>
            <w:tcW w:w="997" w:type="dxa"/>
            <w:gridSpan w:val="3"/>
            <w:tcBorders>
              <w:top w:val="single" w:sz="5" w:space="0" w:color="444444"/>
              <w:left w:val="single" w:sz="5" w:space="0" w:color="444444"/>
              <w:bottom w:val="single" w:sz="5" w:space="0" w:color="444444"/>
              <w:right w:val="single" w:sz="5" w:space="0" w:color="444444"/>
            </w:tcBorders>
            <w:shd w:val="clear" w:color="auto" w:fill="FFFFCC"/>
            <w:vAlign w:val="center"/>
          </w:tcPr>
          <w:p w14:paraId="4F1DB8FB" w14:textId="77777777" w:rsidR="00DA7BF7" w:rsidRPr="0004202B" w:rsidRDefault="00DA7BF7" w:rsidP="005A7144">
            <w:pPr>
              <w:spacing w:after="0" w:line="240" w:lineRule="auto"/>
              <w:jc w:val="center"/>
              <w:rPr>
                <w:szCs w:val="20"/>
                <w:lang w:val="es-PY"/>
              </w:rPr>
            </w:pPr>
          </w:p>
        </w:tc>
      </w:tr>
      <w:tr w:rsidR="00DA7BF7" w:rsidRPr="009966CE" w14:paraId="1FA12D01" w14:textId="77777777" w:rsidTr="005A7144">
        <w:trPr>
          <w:cantSplit/>
          <w:trHeight w:hRule="exact" w:val="312"/>
          <w:jc w:val="center"/>
        </w:trPr>
        <w:tc>
          <w:tcPr>
            <w:tcW w:w="6452" w:type="dxa"/>
            <w:gridSpan w:val="2"/>
            <w:tcBorders>
              <w:top w:val="single" w:sz="5" w:space="0" w:color="444444"/>
              <w:left w:val="single" w:sz="5" w:space="0" w:color="444444"/>
              <w:bottom w:val="single" w:sz="5" w:space="0" w:color="444444"/>
              <w:right w:val="single" w:sz="5" w:space="0" w:color="444444"/>
            </w:tcBorders>
            <w:vAlign w:val="center"/>
          </w:tcPr>
          <w:p w14:paraId="519386D7" w14:textId="77777777" w:rsidR="00DA7BF7" w:rsidRPr="00A22F53" w:rsidRDefault="00DA7BF7" w:rsidP="005A7144">
            <w:pPr>
              <w:spacing w:after="0" w:line="240" w:lineRule="auto"/>
              <w:jc w:val="center"/>
              <w:rPr>
                <w:szCs w:val="20"/>
                <w:lang w:val="es-PY"/>
              </w:rPr>
            </w:pPr>
            <w:r w:rsidRPr="00A22F53">
              <w:rPr>
                <w:b/>
                <w:color w:val="000000"/>
                <w:szCs w:val="20"/>
                <w:lang w:val="es-PY"/>
              </w:rPr>
              <w:t>Nivel de cumplimiento del criterio</w:t>
            </w:r>
          </w:p>
        </w:tc>
        <w:tc>
          <w:tcPr>
            <w:tcW w:w="2605" w:type="dxa"/>
            <w:gridSpan w:val="7"/>
            <w:tcBorders>
              <w:top w:val="single" w:sz="5" w:space="0" w:color="444444"/>
              <w:left w:val="single" w:sz="5" w:space="0" w:color="444444"/>
              <w:bottom w:val="single" w:sz="5" w:space="0" w:color="444444"/>
              <w:right w:val="single" w:sz="5" w:space="0" w:color="444444"/>
            </w:tcBorders>
            <w:vAlign w:val="center"/>
          </w:tcPr>
          <w:p w14:paraId="23A8D933" w14:textId="77777777" w:rsidR="00DA7BF7" w:rsidRPr="00A22F53" w:rsidRDefault="00DA7BF7" w:rsidP="005A7144">
            <w:pPr>
              <w:spacing w:after="0" w:line="240" w:lineRule="auto"/>
              <w:rPr>
                <w:szCs w:val="20"/>
                <w:lang w:val="es-PY"/>
              </w:rPr>
            </w:pPr>
          </w:p>
        </w:tc>
      </w:tr>
      <w:tr w:rsidR="00DA7BF7" w14:paraId="034EE4A0" w14:textId="77777777" w:rsidTr="005A7144">
        <w:trPr>
          <w:cantSplit/>
          <w:trHeight w:hRule="exact" w:val="340"/>
          <w:jc w:val="center"/>
        </w:trPr>
        <w:tc>
          <w:tcPr>
            <w:tcW w:w="6452"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0548510A" w14:textId="77777777" w:rsidR="00DA7BF7" w:rsidRPr="00A22F53" w:rsidRDefault="00DA7BF7" w:rsidP="005A7144">
            <w:pPr>
              <w:spacing w:after="0" w:line="240" w:lineRule="auto"/>
              <w:jc w:val="center"/>
              <w:rPr>
                <w:szCs w:val="20"/>
                <w:lang w:val="es-PY"/>
              </w:rPr>
            </w:pPr>
            <w:r w:rsidRPr="00A22F53">
              <w:rPr>
                <w:b/>
                <w:color w:val="000000"/>
                <w:szCs w:val="20"/>
                <w:lang w:val="es-PY"/>
              </w:rPr>
              <w:t>Argumento que sostiene el nivel de cumplimiento del criterio</w:t>
            </w:r>
          </w:p>
        </w:tc>
        <w:tc>
          <w:tcPr>
            <w:tcW w:w="2605" w:type="dxa"/>
            <w:gridSpan w:val="7"/>
            <w:tcBorders>
              <w:top w:val="single" w:sz="5" w:space="0" w:color="444444"/>
              <w:left w:val="single" w:sz="5" w:space="0" w:color="444444"/>
              <w:bottom w:val="single" w:sz="5" w:space="0" w:color="444444"/>
              <w:right w:val="single" w:sz="5" w:space="0" w:color="444444"/>
            </w:tcBorders>
            <w:shd w:val="clear" w:color="auto" w:fill="8AC4A7"/>
            <w:vAlign w:val="center"/>
          </w:tcPr>
          <w:p w14:paraId="42599FA9" w14:textId="77777777" w:rsidR="00DA7BF7" w:rsidRPr="00A22F53" w:rsidRDefault="00DA7BF7" w:rsidP="005A7144">
            <w:pPr>
              <w:spacing w:after="0" w:line="240" w:lineRule="auto"/>
              <w:jc w:val="center"/>
              <w:rPr>
                <w:szCs w:val="20"/>
              </w:rPr>
            </w:pPr>
            <w:r w:rsidRPr="00A22F53">
              <w:rPr>
                <w:b/>
                <w:color w:val="000000"/>
                <w:szCs w:val="20"/>
              </w:rPr>
              <w:t>Medios de verificación</w:t>
            </w:r>
          </w:p>
        </w:tc>
      </w:tr>
      <w:tr w:rsidR="00DA7BF7" w14:paraId="64A65456" w14:textId="77777777" w:rsidTr="00DA7BF7">
        <w:trPr>
          <w:cantSplit/>
          <w:trHeight w:hRule="exact" w:val="9052"/>
          <w:jc w:val="center"/>
        </w:trPr>
        <w:tc>
          <w:tcPr>
            <w:tcW w:w="6452" w:type="dxa"/>
            <w:gridSpan w:val="2"/>
            <w:tcBorders>
              <w:top w:val="single" w:sz="5" w:space="0" w:color="444444"/>
              <w:left w:val="single" w:sz="5" w:space="0" w:color="444444"/>
              <w:bottom w:val="single" w:sz="5" w:space="0" w:color="444444"/>
              <w:right w:val="single" w:sz="5" w:space="0" w:color="444444"/>
            </w:tcBorders>
            <w:shd w:val="clear" w:color="auto" w:fill="FFFFFF"/>
          </w:tcPr>
          <w:p w14:paraId="04A57385" w14:textId="77777777" w:rsidR="00DA7BF7" w:rsidRPr="00A22F53" w:rsidRDefault="00DA7BF7" w:rsidP="005A7144">
            <w:pPr>
              <w:rPr>
                <w:szCs w:val="20"/>
              </w:rPr>
            </w:pPr>
          </w:p>
        </w:tc>
        <w:tc>
          <w:tcPr>
            <w:tcW w:w="2605" w:type="dxa"/>
            <w:gridSpan w:val="7"/>
            <w:tcBorders>
              <w:top w:val="single" w:sz="5" w:space="0" w:color="444444"/>
              <w:left w:val="single" w:sz="5" w:space="0" w:color="444444"/>
              <w:bottom w:val="single" w:sz="5" w:space="0" w:color="444444"/>
              <w:right w:val="single" w:sz="5" w:space="0" w:color="444444"/>
            </w:tcBorders>
            <w:shd w:val="clear" w:color="auto" w:fill="FFFFFF"/>
          </w:tcPr>
          <w:p w14:paraId="5A4D5AEE" w14:textId="77777777" w:rsidR="00DA7BF7" w:rsidRPr="00A22F53" w:rsidRDefault="00DA7BF7" w:rsidP="005A7144">
            <w:pPr>
              <w:rPr>
                <w:szCs w:val="20"/>
              </w:rPr>
            </w:pPr>
          </w:p>
        </w:tc>
      </w:tr>
    </w:tbl>
    <w:p w14:paraId="3076C403" w14:textId="4561054D" w:rsidR="005A41E6" w:rsidRPr="00DA7BF7" w:rsidRDefault="00A22F53">
      <w:pPr>
        <w:spacing w:after="0"/>
        <w:rPr>
          <w:szCs w:val="20"/>
          <w:lang w:val="es-PY"/>
        </w:rPr>
      </w:pPr>
      <w:r w:rsidRPr="0004202B">
        <w:rPr>
          <w:szCs w:val="20"/>
          <w:lang w:val="es-PY"/>
        </w:rPr>
        <w:br w:type="page"/>
      </w:r>
    </w:p>
    <w:tbl>
      <w:tblPr>
        <w:tblW w:w="0" w:type="auto"/>
        <w:jc w:val="center"/>
        <w:tblLayout w:type="fixed"/>
        <w:tblLook w:val="04A0" w:firstRow="1" w:lastRow="0" w:firstColumn="1" w:lastColumn="0" w:noHBand="0" w:noVBand="1"/>
      </w:tblPr>
      <w:tblGrid>
        <w:gridCol w:w="1786"/>
        <w:gridCol w:w="4667"/>
        <w:gridCol w:w="10"/>
        <w:gridCol w:w="794"/>
        <w:gridCol w:w="11"/>
        <w:gridCol w:w="793"/>
        <w:gridCol w:w="12"/>
        <w:gridCol w:w="805"/>
        <w:gridCol w:w="181"/>
      </w:tblGrid>
      <w:tr w:rsidR="00DA7BF7" w:rsidRPr="00EF066C" w14:paraId="35739339" w14:textId="77777777" w:rsidTr="005A7144">
        <w:trPr>
          <w:gridAfter w:val="1"/>
          <w:wAfter w:w="179" w:type="dxa"/>
          <w:cantSplit/>
          <w:trHeight w:val="340"/>
          <w:jc w:val="center"/>
        </w:trPr>
        <w:tc>
          <w:tcPr>
            <w:tcW w:w="1786" w:type="dxa"/>
            <w:vMerge w:val="restart"/>
            <w:tcBorders>
              <w:top w:val="single" w:sz="5" w:space="0" w:color="444444"/>
              <w:left w:val="single" w:sz="5" w:space="0" w:color="444444"/>
              <w:right w:val="single" w:sz="5" w:space="0" w:color="444444"/>
            </w:tcBorders>
            <w:shd w:val="clear" w:color="auto" w:fill="8AC4A7"/>
            <w:vAlign w:val="center"/>
          </w:tcPr>
          <w:p w14:paraId="07B70736" w14:textId="77777777" w:rsidR="00DA7BF7" w:rsidRPr="00EF066C" w:rsidRDefault="00DA7BF7" w:rsidP="005A7144">
            <w:pPr>
              <w:spacing w:after="0" w:line="240" w:lineRule="auto"/>
              <w:jc w:val="center"/>
              <w:rPr>
                <w:szCs w:val="20"/>
              </w:rPr>
            </w:pPr>
            <w:r>
              <w:lastRenderedPageBreak/>
              <w:br w:type="page"/>
            </w:r>
            <w:r>
              <w:rPr>
                <w:b/>
                <w:color w:val="000000"/>
                <w:szCs w:val="20"/>
              </w:rPr>
              <w:t xml:space="preserve">Criterio </w:t>
            </w:r>
          </w:p>
        </w:tc>
        <w:tc>
          <w:tcPr>
            <w:tcW w:w="4677" w:type="dxa"/>
            <w:gridSpan w:val="2"/>
            <w:vMerge w:val="restart"/>
            <w:tcBorders>
              <w:top w:val="single" w:sz="5" w:space="0" w:color="444444"/>
              <w:left w:val="single" w:sz="5" w:space="0" w:color="444444"/>
              <w:right w:val="single" w:sz="5" w:space="0" w:color="444444"/>
            </w:tcBorders>
            <w:shd w:val="clear" w:color="auto" w:fill="8AC4A7"/>
            <w:vAlign w:val="center"/>
          </w:tcPr>
          <w:p w14:paraId="139C5D4A" w14:textId="77777777" w:rsidR="00DA7BF7" w:rsidRPr="00EF066C" w:rsidRDefault="00DA7BF7" w:rsidP="005A7144">
            <w:pPr>
              <w:spacing w:after="0" w:line="240" w:lineRule="auto"/>
              <w:jc w:val="center"/>
              <w:rPr>
                <w:szCs w:val="20"/>
              </w:rPr>
            </w:pPr>
            <w:r w:rsidRPr="00EF066C">
              <w:rPr>
                <w:b/>
                <w:color w:val="000000"/>
                <w:szCs w:val="20"/>
              </w:rPr>
              <w:t>Indicadores</w:t>
            </w:r>
          </w:p>
        </w:tc>
        <w:tc>
          <w:tcPr>
            <w:tcW w:w="2415" w:type="dxa"/>
            <w:gridSpan w:val="5"/>
            <w:tcBorders>
              <w:top w:val="single" w:sz="5" w:space="0" w:color="444444"/>
              <w:left w:val="single" w:sz="5" w:space="0" w:color="444444"/>
              <w:bottom w:val="single" w:sz="5" w:space="0" w:color="444444"/>
              <w:right w:val="single" w:sz="5" w:space="0" w:color="444444"/>
            </w:tcBorders>
            <w:shd w:val="clear" w:color="auto" w:fill="8AC4A7"/>
            <w:vAlign w:val="center"/>
          </w:tcPr>
          <w:p w14:paraId="70B39BF9" w14:textId="77777777" w:rsidR="00DA7BF7" w:rsidRPr="00EF066C" w:rsidRDefault="00DA7BF7" w:rsidP="005A7144">
            <w:pPr>
              <w:spacing w:after="0" w:line="240" w:lineRule="auto"/>
              <w:jc w:val="center"/>
              <w:rPr>
                <w:szCs w:val="20"/>
              </w:rPr>
            </w:pPr>
            <w:r w:rsidRPr="00EF066C">
              <w:rPr>
                <w:b/>
                <w:color w:val="000000"/>
                <w:szCs w:val="20"/>
              </w:rPr>
              <w:t>Nivel de cumplimiento</w:t>
            </w:r>
          </w:p>
        </w:tc>
      </w:tr>
      <w:tr w:rsidR="00DA7BF7" w:rsidRPr="00EF066C" w14:paraId="6D959903" w14:textId="77777777" w:rsidTr="005A7144">
        <w:trPr>
          <w:gridAfter w:val="1"/>
          <w:wAfter w:w="179" w:type="dxa"/>
          <w:cantSplit/>
          <w:trHeight w:hRule="exact" w:val="255"/>
          <w:jc w:val="center"/>
        </w:trPr>
        <w:tc>
          <w:tcPr>
            <w:tcW w:w="1786" w:type="dxa"/>
            <w:vMerge/>
            <w:tcBorders>
              <w:left w:val="single" w:sz="5" w:space="0" w:color="444444"/>
              <w:bottom w:val="single" w:sz="5" w:space="0" w:color="444444"/>
              <w:right w:val="single" w:sz="5" w:space="0" w:color="444444"/>
            </w:tcBorders>
            <w:shd w:val="clear" w:color="auto" w:fill="8AC4A7"/>
            <w:vAlign w:val="center"/>
          </w:tcPr>
          <w:p w14:paraId="2DE3BD9C" w14:textId="77777777" w:rsidR="00DA7BF7" w:rsidRPr="00EF066C" w:rsidRDefault="00DA7BF7" w:rsidP="005A7144">
            <w:pPr>
              <w:spacing w:after="0" w:line="240" w:lineRule="auto"/>
              <w:rPr>
                <w:szCs w:val="20"/>
              </w:rPr>
            </w:pPr>
          </w:p>
        </w:tc>
        <w:tc>
          <w:tcPr>
            <w:tcW w:w="4677" w:type="dxa"/>
            <w:gridSpan w:val="2"/>
            <w:vMerge/>
            <w:tcBorders>
              <w:left w:val="single" w:sz="5" w:space="0" w:color="444444"/>
              <w:bottom w:val="single" w:sz="5" w:space="0" w:color="444444"/>
              <w:right w:val="single" w:sz="5" w:space="0" w:color="444444"/>
            </w:tcBorders>
            <w:shd w:val="clear" w:color="auto" w:fill="8AC4A7"/>
            <w:vAlign w:val="center"/>
          </w:tcPr>
          <w:p w14:paraId="14EDE397" w14:textId="77777777" w:rsidR="00DA7BF7" w:rsidRPr="00EF066C" w:rsidRDefault="00DA7BF7" w:rsidP="005A7144">
            <w:pPr>
              <w:spacing w:after="0" w:line="240" w:lineRule="auto"/>
              <w:rPr>
                <w:szCs w:val="20"/>
              </w:rPr>
            </w:pP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0540CA23" w14:textId="77777777" w:rsidR="00DA7BF7" w:rsidRPr="00EF066C" w:rsidRDefault="00DA7BF7" w:rsidP="005A7144">
            <w:pPr>
              <w:spacing w:after="0" w:line="240" w:lineRule="auto"/>
              <w:jc w:val="center"/>
              <w:rPr>
                <w:szCs w:val="20"/>
              </w:rPr>
            </w:pPr>
            <w:r w:rsidRPr="00EF066C">
              <w:rPr>
                <w:b/>
                <w:color w:val="000000"/>
                <w:szCs w:val="20"/>
              </w:rPr>
              <w:t>CT</w:t>
            </w: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21974F9F" w14:textId="77777777" w:rsidR="00DA7BF7" w:rsidRPr="00EF066C" w:rsidRDefault="00DA7BF7" w:rsidP="005A7144">
            <w:pPr>
              <w:spacing w:after="0" w:line="240" w:lineRule="auto"/>
              <w:jc w:val="center"/>
              <w:rPr>
                <w:szCs w:val="20"/>
              </w:rPr>
            </w:pPr>
            <w:r w:rsidRPr="00EF066C">
              <w:rPr>
                <w:b/>
                <w:color w:val="000000"/>
                <w:szCs w:val="20"/>
              </w:rPr>
              <w:t>CP</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44D6555D" w14:textId="77777777" w:rsidR="00DA7BF7" w:rsidRPr="00EF066C" w:rsidRDefault="00DA7BF7" w:rsidP="005A7144">
            <w:pPr>
              <w:spacing w:after="0" w:line="240" w:lineRule="auto"/>
              <w:jc w:val="center"/>
              <w:rPr>
                <w:szCs w:val="20"/>
              </w:rPr>
            </w:pPr>
            <w:r w:rsidRPr="00EF066C">
              <w:rPr>
                <w:b/>
                <w:color w:val="000000"/>
                <w:szCs w:val="20"/>
              </w:rPr>
              <w:t>NC</w:t>
            </w:r>
          </w:p>
        </w:tc>
      </w:tr>
      <w:tr w:rsidR="00DA7BF7" w:rsidRPr="009966CE" w14:paraId="5B538ACE" w14:textId="77777777" w:rsidTr="005A7144">
        <w:trPr>
          <w:gridAfter w:val="1"/>
          <w:wAfter w:w="179" w:type="dxa"/>
          <w:cantSplit/>
          <w:trHeight w:val="658"/>
          <w:jc w:val="center"/>
        </w:trPr>
        <w:tc>
          <w:tcPr>
            <w:tcW w:w="1786" w:type="dxa"/>
            <w:vMerge w:val="restart"/>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1F1C0C31" w14:textId="77777777" w:rsidR="00DA7BF7" w:rsidRDefault="00DA7BF7" w:rsidP="005A7144">
            <w:pPr>
              <w:spacing w:after="0"/>
              <w:ind w:left="-112" w:right="-163" w:firstLine="112"/>
              <w:jc w:val="center"/>
              <w:rPr>
                <w:b/>
                <w:color w:val="E31B23"/>
                <w:szCs w:val="20"/>
                <w:lang w:val="es-PY"/>
              </w:rPr>
            </w:pPr>
            <w:r w:rsidRPr="00F83ABC">
              <w:rPr>
                <w:b/>
                <w:color w:val="000000"/>
                <w:szCs w:val="20"/>
                <w:lang w:val="es-PY"/>
              </w:rPr>
              <w:t>Impacto de la internacionali</w:t>
            </w:r>
            <w:r>
              <w:rPr>
                <w:b/>
                <w:color w:val="000000"/>
                <w:szCs w:val="20"/>
                <w:lang w:val="es-PY"/>
              </w:rPr>
              <w:t>zación en la formación doctoral</w:t>
            </w:r>
          </w:p>
          <w:p w14:paraId="120C7045" w14:textId="561E8CA8" w:rsidR="00DA7BF7" w:rsidRPr="00F83ABC" w:rsidRDefault="00DA7BF7" w:rsidP="005A7144">
            <w:pPr>
              <w:spacing w:after="0"/>
              <w:ind w:left="-112" w:right="-163" w:firstLine="112"/>
              <w:jc w:val="center"/>
              <w:rPr>
                <w:szCs w:val="20"/>
                <w:lang w:val="es-PY"/>
              </w:rPr>
            </w:pPr>
            <w:r w:rsidRPr="006A027C">
              <w:rPr>
                <w:b/>
                <w:color w:val="000000" w:themeColor="text1"/>
                <w:szCs w:val="20"/>
                <w:lang w:val="es-PY"/>
              </w:rPr>
              <w:t>(D3.C3)</w:t>
            </w:r>
          </w:p>
        </w:tc>
        <w:tc>
          <w:tcPr>
            <w:tcW w:w="4677" w:type="dxa"/>
            <w:gridSpan w:val="2"/>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023BD0F3" w14:textId="77777777" w:rsidR="00DA7BF7" w:rsidRPr="00F83ABC" w:rsidRDefault="00DA7BF7" w:rsidP="005A7144">
            <w:pPr>
              <w:spacing w:after="0" w:line="240" w:lineRule="auto"/>
              <w:jc w:val="both"/>
              <w:rPr>
                <w:szCs w:val="20"/>
                <w:lang w:val="es-PY"/>
              </w:rPr>
            </w:pPr>
            <w:r w:rsidRPr="00F83ABC">
              <w:rPr>
                <w:szCs w:val="20"/>
                <w:lang w:val="es-PY"/>
              </w:rPr>
              <w:t>a. Existen convenios internacionales con fines de investigación conjunta y cooperación académ</w:t>
            </w:r>
            <w:r>
              <w:rPr>
                <w:szCs w:val="20"/>
                <w:lang w:val="es-PY"/>
              </w:rPr>
              <w:t xml:space="preserve">ica que benefician a los programas. </w:t>
            </w: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4BCBB180" w14:textId="77777777" w:rsidR="00DA7BF7" w:rsidRPr="0004202B" w:rsidRDefault="00DA7BF7" w:rsidP="005A7144">
            <w:pPr>
              <w:spacing w:after="0" w:line="240" w:lineRule="auto"/>
              <w:jc w:val="center"/>
              <w:rPr>
                <w:szCs w:val="20"/>
                <w:lang w:val="es-PY"/>
              </w:rPr>
            </w:pP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60655052" w14:textId="77777777" w:rsidR="00DA7BF7" w:rsidRPr="0004202B" w:rsidRDefault="00DA7BF7"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29C73BF2" w14:textId="77777777" w:rsidR="00DA7BF7" w:rsidRPr="0004202B" w:rsidRDefault="00DA7BF7" w:rsidP="005A7144">
            <w:pPr>
              <w:spacing w:after="0" w:line="240" w:lineRule="auto"/>
              <w:jc w:val="center"/>
              <w:rPr>
                <w:szCs w:val="20"/>
                <w:lang w:val="es-PY"/>
              </w:rPr>
            </w:pPr>
          </w:p>
        </w:tc>
      </w:tr>
      <w:tr w:rsidR="00DA7BF7" w:rsidRPr="009966CE" w14:paraId="65821313" w14:textId="77777777" w:rsidTr="005A7144">
        <w:trPr>
          <w:gridAfter w:val="1"/>
          <w:wAfter w:w="179" w:type="dxa"/>
          <w:cantSplit/>
          <w:trHeight w:val="624"/>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FF" w:themeFill="background1"/>
          </w:tcPr>
          <w:p w14:paraId="2F00DD26" w14:textId="77777777" w:rsidR="00DA7BF7" w:rsidRPr="0004202B" w:rsidRDefault="00DA7BF7" w:rsidP="005A7144">
            <w:pPr>
              <w:rPr>
                <w:szCs w:val="20"/>
                <w:lang w:val="es-PY"/>
              </w:rPr>
            </w:pPr>
          </w:p>
        </w:tc>
        <w:tc>
          <w:tcPr>
            <w:tcW w:w="4677" w:type="dxa"/>
            <w:gridSpan w:val="2"/>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4F30CC40" w14:textId="77777777" w:rsidR="00DA7BF7" w:rsidRPr="00F83ABC" w:rsidRDefault="00DA7BF7" w:rsidP="005A7144">
            <w:pPr>
              <w:spacing w:after="0" w:line="240" w:lineRule="auto"/>
              <w:jc w:val="both"/>
              <w:rPr>
                <w:szCs w:val="20"/>
                <w:lang w:val="es-PY"/>
              </w:rPr>
            </w:pPr>
            <w:r w:rsidRPr="00F83ABC">
              <w:rPr>
                <w:szCs w:val="20"/>
                <w:lang w:val="es-PY"/>
              </w:rPr>
              <w:t>b. Se fomenta la movilidad internacional de docentes y participantes.</w:t>
            </w: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1E189E1A" w14:textId="77777777" w:rsidR="00DA7BF7" w:rsidRPr="0004202B" w:rsidRDefault="00DA7BF7" w:rsidP="005A7144">
            <w:pPr>
              <w:spacing w:after="0" w:line="240" w:lineRule="auto"/>
              <w:jc w:val="center"/>
              <w:rPr>
                <w:szCs w:val="20"/>
                <w:lang w:val="es-PY"/>
              </w:rPr>
            </w:pP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3175FFAC" w14:textId="77777777" w:rsidR="00DA7BF7" w:rsidRPr="0004202B" w:rsidRDefault="00DA7BF7"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16DE341E" w14:textId="77777777" w:rsidR="00DA7BF7" w:rsidRPr="0004202B" w:rsidRDefault="00DA7BF7" w:rsidP="005A7144">
            <w:pPr>
              <w:spacing w:after="0" w:line="240" w:lineRule="auto"/>
              <w:jc w:val="center"/>
              <w:rPr>
                <w:szCs w:val="20"/>
                <w:lang w:val="es-PY"/>
              </w:rPr>
            </w:pPr>
          </w:p>
        </w:tc>
      </w:tr>
      <w:tr w:rsidR="00DA7BF7" w:rsidRPr="009966CE" w14:paraId="400430D3" w14:textId="77777777" w:rsidTr="005A7144">
        <w:trPr>
          <w:gridAfter w:val="1"/>
          <w:wAfter w:w="179" w:type="dxa"/>
          <w:cantSplit/>
          <w:trHeight w:val="765"/>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FF" w:themeFill="background1"/>
          </w:tcPr>
          <w:p w14:paraId="4A22B83D" w14:textId="77777777" w:rsidR="00DA7BF7" w:rsidRPr="0004202B" w:rsidRDefault="00DA7BF7" w:rsidP="005A7144">
            <w:pPr>
              <w:rPr>
                <w:szCs w:val="20"/>
                <w:lang w:val="es-PY"/>
              </w:rPr>
            </w:pPr>
          </w:p>
        </w:tc>
        <w:tc>
          <w:tcPr>
            <w:tcW w:w="4677" w:type="dxa"/>
            <w:gridSpan w:val="2"/>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3102CB10" w14:textId="77777777" w:rsidR="00DA7BF7" w:rsidRPr="00F83ABC" w:rsidRDefault="00DA7BF7" w:rsidP="005A7144">
            <w:pPr>
              <w:spacing w:after="0" w:line="240" w:lineRule="auto"/>
              <w:jc w:val="both"/>
              <w:rPr>
                <w:szCs w:val="20"/>
                <w:lang w:val="es-PY"/>
              </w:rPr>
            </w:pPr>
            <w:r w:rsidRPr="00F83ABC">
              <w:rPr>
                <w:szCs w:val="20"/>
                <w:lang w:val="es-PY"/>
              </w:rPr>
              <w:t xml:space="preserve">c. </w:t>
            </w:r>
            <w:r>
              <w:rPr>
                <w:szCs w:val="20"/>
                <w:lang w:val="es-PY"/>
              </w:rPr>
              <w:t>Los programas</w:t>
            </w:r>
            <w:r w:rsidRPr="00F83ABC">
              <w:rPr>
                <w:szCs w:val="20"/>
                <w:lang w:val="es-PY"/>
              </w:rPr>
              <w:t xml:space="preserve"> promueve</w:t>
            </w:r>
            <w:r>
              <w:rPr>
                <w:szCs w:val="20"/>
                <w:lang w:val="es-PY"/>
              </w:rPr>
              <w:t>n</w:t>
            </w:r>
            <w:r w:rsidRPr="00F83ABC">
              <w:rPr>
                <w:szCs w:val="20"/>
                <w:lang w:val="es-PY"/>
              </w:rPr>
              <w:t xml:space="preserve"> publicaciones y eventos con alcance inter</w:t>
            </w:r>
            <w:r>
              <w:rPr>
                <w:szCs w:val="20"/>
                <w:lang w:val="es-PY"/>
              </w:rPr>
              <w:t>nacional, que contribuyen a la proyección académica, profesional y científica de los programas.</w:t>
            </w: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5334E28D" w14:textId="77777777" w:rsidR="00DA7BF7" w:rsidRPr="0004202B" w:rsidRDefault="00DA7BF7" w:rsidP="005A7144">
            <w:pPr>
              <w:spacing w:after="0" w:line="240" w:lineRule="auto"/>
              <w:jc w:val="center"/>
              <w:rPr>
                <w:szCs w:val="20"/>
                <w:lang w:val="es-PY"/>
              </w:rPr>
            </w:pP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2EE42ED7" w14:textId="77777777" w:rsidR="00DA7BF7" w:rsidRPr="0004202B" w:rsidRDefault="00DA7BF7"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02E5AC00" w14:textId="77777777" w:rsidR="00DA7BF7" w:rsidRPr="0004202B" w:rsidRDefault="00DA7BF7" w:rsidP="005A7144">
            <w:pPr>
              <w:spacing w:after="0" w:line="240" w:lineRule="auto"/>
              <w:jc w:val="center"/>
              <w:rPr>
                <w:szCs w:val="20"/>
                <w:lang w:val="es-PY"/>
              </w:rPr>
            </w:pPr>
          </w:p>
        </w:tc>
      </w:tr>
      <w:tr w:rsidR="00DA7BF7" w:rsidRPr="009966CE" w14:paraId="5626F45E" w14:textId="77777777" w:rsidTr="005A7144">
        <w:trPr>
          <w:gridAfter w:val="1"/>
          <w:wAfter w:w="179" w:type="dxa"/>
          <w:cantSplit/>
          <w:trHeight w:val="680"/>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FF" w:themeFill="background1"/>
          </w:tcPr>
          <w:p w14:paraId="7BD1EAAA" w14:textId="77777777" w:rsidR="00DA7BF7" w:rsidRPr="0004202B" w:rsidRDefault="00DA7BF7" w:rsidP="005A7144">
            <w:pPr>
              <w:rPr>
                <w:szCs w:val="20"/>
                <w:lang w:val="es-PY"/>
              </w:rPr>
            </w:pPr>
          </w:p>
        </w:tc>
        <w:tc>
          <w:tcPr>
            <w:tcW w:w="4677" w:type="dxa"/>
            <w:gridSpan w:val="2"/>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3F246EB3" w14:textId="77777777" w:rsidR="00DA7BF7" w:rsidRPr="00F83ABC" w:rsidRDefault="00DA7BF7" w:rsidP="005A7144">
            <w:pPr>
              <w:spacing w:after="0" w:line="240" w:lineRule="auto"/>
              <w:jc w:val="both"/>
              <w:rPr>
                <w:szCs w:val="20"/>
                <w:lang w:val="es-PY"/>
              </w:rPr>
            </w:pPr>
            <w:r w:rsidRPr="00F83ABC">
              <w:rPr>
                <w:szCs w:val="20"/>
                <w:lang w:val="es-PY"/>
              </w:rPr>
              <w:t>d. El currículo incorpora bibliografía especializada y</w:t>
            </w:r>
            <w:r>
              <w:rPr>
                <w:szCs w:val="20"/>
                <w:lang w:val="es-PY"/>
              </w:rPr>
              <w:t>/o</w:t>
            </w:r>
            <w:r w:rsidRPr="00F83ABC">
              <w:rPr>
                <w:szCs w:val="20"/>
                <w:lang w:val="es-PY"/>
              </w:rPr>
              <w:t xml:space="preserve"> formación en lengua extranjera, acordes con las</w:t>
            </w:r>
            <w:r>
              <w:rPr>
                <w:szCs w:val="20"/>
                <w:lang w:val="es-PY"/>
              </w:rPr>
              <w:t xml:space="preserve"> exigencias del nivel doctoral.</w:t>
            </w: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73B79514" w14:textId="77777777" w:rsidR="00DA7BF7" w:rsidRPr="0004202B" w:rsidRDefault="00DA7BF7" w:rsidP="005A7144">
            <w:pPr>
              <w:spacing w:after="0" w:line="240" w:lineRule="auto"/>
              <w:jc w:val="center"/>
              <w:rPr>
                <w:szCs w:val="20"/>
                <w:lang w:val="es-PY"/>
              </w:rPr>
            </w:pP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64DF081D" w14:textId="77777777" w:rsidR="00DA7BF7" w:rsidRPr="0004202B" w:rsidRDefault="00DA7BF7"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5B473772" w14:textId="77777777" w:rsidR="00DA7BF7" w:rsidRPr="0004202B" w:rsidRDefault="00DA7BF7" w:rsidP="005A7144">
            <w:pPr>
              <w:spacing w:after="0" w:line="240" w:lineRule="auto"/>
              <w:jc w:val="center"/>
              <w:rPr>
                <w:szCs w:val="20"/>
                <w:lang w:val="es-PY"/>
              </w:rPr>
            </w:pPr>
          </w:p>
        </w:tc>
      </w:tr>
      <w:tr w:rsidR="00DA7BF7" w:rsidRPr="009966CE" w14:paraId="1BAB0D73" w14:textId="77777777" w:rsidTr="005A7144">
        <w:trPr>
          <w:gridAfter w:val="1"/>
          <w:wAfter w:w="179" w:type="dxa"/>
          <w:cantSplit/>
          <w:trHeight w:val="879"/>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FF" w:themeFill="background1"/>
          </w:tcPr>
          <w:p w14:paraId="2F799FD4" w14:textId="77777777" w:rsidR="00DA7BF7" w:rsidRPr="0004202B" w:rsidRDefault="00DA7BF7" w:rsidP="005A7144">
            <w:pPr>
              <w:rPr>
                <w:szCs w:val="20"/>
                <w:lang w:val="es-PY"/>
              </w:rPr>
            </w:pPr>
          </w:p>
        </w:tc>
        <w:tc>
          <w:tcPr>
            <w:tcW w:w="4677" w:type="dxa"/>
            <w:gridSpan w:val="2"/>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67F54E25" w14:textId="77777777" w:rsidR="00DA7BF7" w:rsidRPr="00F83ABC" w:rsidRDefault="00DA7BF7" w:rsidP="005A7144">
            <w:pPr>
              <w:spacing w:after="0" w:line="240" w:lineRule="auto"/>
              <w:jc w:val="both"/>
              <w:rPr>
                <w:szCs w:val="20"/>
                <w:lang w:val="es-PY"/>
              </w:rPr>
            </w:pPr>
            <w:r w:rsidRPr="00F83ABC">
              <w:rPr>
                <w:szCs w:val="20"/>
                <w:lang w:val="es-PY"/>
              </w:rPr>
              <w:t>e. Los resultados de las acciones de internacionalización se utilizan para mejorar el desarrollo académico</w:t>
            </w:r>
            <w:r>
              <w:rPr>
                <w:szCs w:val="20"/>
                <w:lang w:val="es-PY"/>
              </w:rPr>
              <w:t>, profesional y científico de los programas.</w:t>
            </w: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48C3E23E" w14:textId="77777777" w:rsidR="00DA7BF7" w:rsidRPr="0004202B" w:rsidRDefault="00DA7BF7" w:rsidP="005A7144">
            <w:pPr>
              <w:spacing w:after="0" w:line="240" w:lineRule="auto"/>
              <w:jc w:val="center"/>
              <w:rPr>
                <w:szCs w:val="20"/>
                <w:lang w:val="es-PY"/>
              </w:rPr>
            </w:pP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1DCB4795" w14:textId="77777777" w:rsidR="00DA7BF7" w:rsidRPr="0004202B" w:rsidRDefault="00DA7BF7"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1A85D78D" w14:textId="77777777" w:rsidR="00DA7BF7" w:rsidRPr="0004202B" w:rsidRDefault="00DA7BF7" w:rsidP="005A7144">
            <w:pPr>
              <w:spacing w:after="0" w:line="240" w:lineRule="auto"/>
              <w:jc w:val="center"/>
              <w:rPr>
                <w:szCs w:val="20"/>
                <w:lang w:val="es-PY"/>
              </w:rPr>
            </w:pPr>
          </w:p>
        </w:tc>
      </w:tr>
      <w:tr w:rsidR="00DA7BF7" w:rsidRPr="009966CE" w14:paraId="7DA92297" w14:textId="77777777" w:rsidTr="005A7144">
        <w:trPr>
          <w:gridAfter w:val="1"/>
          <w:wAfter w:w="179" w:type="dxa"/>
          <w:cantSplit/>
          <w:trHeight w:hRule="exact" w:val="312"/>
          <w:jc w:val="center"/>
        </w:trPr>
        <w:tc>
          <w:tcPr>
            <w:tcW w:w="6463" w:type="dxa"/>
            <w:gridSpan w:val="3"/>
            <w:tcBorders>
              <w:top w:val="single" w:sz="5" w:space="0" w:color="444444"/>
              <w:left w:val="single" w:sz="5" w:space="0" w:color="444444"/>
              <w:bottom w:val="single" w:sz="5" w:space="0" w:color="444444"/>
              <w:right w:val="single" w:sz="5" w:space="0" w:color="444444"/>
            </w:tcBorders>
            <w:vAlign w:val="center"/>
          </w:tcPr>
          <w:p w14:paraId="0C2FA45C" w14:textId="77777777" w:rsidR="00DA7BF7" w:rsidRPr="00EF066C" w:rsidRDefault="00DA7BF7" w:rsidP="005A7144">
            <w:pPr>
              <w:spacing w:after="0" w:line="240" w:lineRule="auto"/>
              <w:jc w:val="center"/>
              <w:rPr>
                <w:szCs w:val="20"/>
                <w:lang w:val="es-PY"/>
              </w:rPr>
            </w:pPr>
          </w:p>
        </w:tc>
        <w:tc>
          <w:tcPr>
            <w:tcW w:w="2415" w:type="dxa"/>
            <w:gridSpan w:val="5"/>
            <w:tcBorders>
              <w:top w:val="single" w:sz="5" w:space="0" w:color="444444"/>
              <w:left w:val="single" w:sz="5" w:space="0" w:color="444444"/>
              <w:bottom w:val="single" w:sz="5" w:space="0" w:color="444444"/>
              <w:right w:val="single" w:sz="5" w:space="0" w:color="444444"/>
            </w:tcBorders>
            <w:vAlign w:val="center"/>
          </w:tcPr>
          <w:p w14:paraId="1AC11E03" w14:textId="77777777" w:rsidR="00DA7BF7" w:rsidRPr="00EF066C" w:rsidRDefault="00DA7BF7" w:rsidP="005A7144">
            <w:pPr>
              <w:spacing w:after="0" w:line="240" w:lineRule="auto"/>
              <w:rPr>
                <w:szCs w:val="20"/>
                <w:lang w:val="es-PY"/>
              </w:rPr>
            </w:pPr>
          </w:p>
        </w:tc>
      </w:tr>
      <w:tr w:rsidR="00DA7BF7" w:rsidRPr="00EF066C" w14:paraId="4D72DE0C" w14:textId="77777777" w:rsidTr="005A7144">
        <w:trPr>
          <w:gridAfter w:val="1"/>
          <w:wAfter w:w="179" w:type="dxa"/>
          <w:cantSplit/>
          <w:trHeight w:hRule="exact" w:val="340"/>
          <w:jc w:val="center"/>
        </w:trPr>
        <w:tc>
          <w:tcPr>
            <w:tcW w:w="6463"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5CA10253" w14:textId="77777777" w:rsidR="00DA7BF7" w:rsidRPr="00EF066C" w:rsidRDefault="00DA7BF7" w:rsidP="005A7144">
            <w:pPr>
              <w:spacing w:after="0" w:line="240" w:lineRule="auto"/>
              <w:jc w:val="center"/>
              <w:rPr>
                <w:szCs w:val="20"/>
                <w:lang w:val="es-PY"/>
              </w:rPr>
            </w:pPr>
            <w:r w:rsidRPr="00EF066C">
              <w:rPr>
                <w:b/>
                <w:color w:val="000000"/>
                <w:szCs w:val="20"/>
                <w:lang w:val="es-PY"/>
              </w:rPr>
              <w:t>Argumento que sostiene el nivel de cumplimiento del criterio</w:t>
            </w:r>
          </w:p>
        </w:tc>
        <w:tc>
          <w:tcPr>
            <w:tcW w:w="2415" w:type="dxa"/>
            <w:gridSpan w:val="5"/>
            <w:tcBorders>
              <w:top w:val="single" w:sz="5" w:space="0" w:color="444444"/>
              <w:left w:val="single" w:sz="5" w:space="0" w:color="444444"/>
              <w:bottom w:val="single" w:sz="5" w:space="0" w:color="444444"/>
              <w:right w:val="single" w:sz="5" w:space="0" w:color="444444"/>
            </w:tcBorders>
            <w:shd w:val="clear" w:color="auto" w:fill="8AC4A7"/>
            <w:vAlign w:val="center"/>
          </w:tcPr>
          <w:p w14:paraId="27E31394" w14:textId="77777777" w:rsidR="00DA7BF7" w:rsidRPr="00EF066C" w:rsidRDefault="00DA7BF7" w:rsidP="005A7144">
            <w:pPr>
              <w:spacing w:after="0" w:line="240" w:lineRule="auto"/>
              <w:jc w:val="center"/>
              <w:rPr>
                <w:szCs w:val="20"/>
              </w:rPr>
            </w:pPr>
            <w:r w:rsidRPr="00EF066C">
              <w:rPr>
                <w:b/>
                <w:color w:val="000000"/>
                <w:szCs w:val="20"/>
              </w:rPr>
              <w:t>Medios de verificación</w:t>
            </w:r>
          </w:p>
        </w:tc>
      </w:tr>
      <w:tr w:rsidR="00DA7BF7" w:rsidRPr="00EF066C" w14:paraId="38B4BFD1" w14:textId="77777777" w:rsidTr="005A7144">
        <w:trPr>
          <w:gridAfter w:val="1"/>
          <w:wAfter w:w="179" w:type="dxa"/>
          <w:cantSplit/>
          <w:trHeight w:hRule="exact" w:val="9247"/>
          <w:jc w:val="center"/>
        </w:trPr>
        <w:tc>
          <w:tcPr>
            <w:tcW w:w="6463" w:type="dxa"/>
            <w:gridSpan w:val="3"/>
            <w:tcBorders>
              <w:top w:val="single" w:sz="5" w:space="0" w:color="444444"/>
              <w:left w:val="single" w:sz="5" w:space="0" w:color="444444"/>
              <w:bottom w:val="single" w:sz="5" w:space="0" w:color="444444"/>
              <w:right w:val="single" w:sz="5" w:space="0" w:color="444444"/>
            </w:tcBorders>
            <w:shd w:val="clear" w:color="auto" w:fill="FFFFFF"/>
          </w:tcPr>
          <w:p w14:paraId="4ABD3E90" w14:textId="77777777" w:rsidR="00DA7BF7" w:rsidRPr="00EF066C" w:rsidRDefault="00DA7BF7" w:rsidP="00DA7BF7">
            <w:pPr>
              <w:jc w:val="both"/>
              <w:rPr>
                <w:szCs w:val="20"/>
              </w:rPr>
            </w:pPr>
          </w:p>
        </w:tc>
        <w:tc>
          <w:tcPr>
            <w:tcW w:w="2415" w:type="dxa"/>
            <w:gridSpan w:val="5"/>
            <w:tcBorders>
              <w:top w:val="single" w:sz="5" w:space="0" w:color="444444"/>
              <w:left w:val="single" w:sz="5" w:space="0" w:color="444444"/>
              <w:bottom w:val="single" w:sz="5" w:space="0" w:color="444444"/>
              <w:right w:val="single" w:sz="5" w:space="0" w:color="444444"/>
            </w:tcBorders>
            <w:shd w:val="clear" w:color="auto" w:fill="FFFFFF"/>
          </w:tcPr>
          <w:p w14:paraId="5915E9BC" w14:textId="77777777" w:rsidR="00DA7BF7" w:rsidRPr="00EF066C" w:rsidRDefault="00DA7BF7" w:rsidP="00DA7BF7">
            <w:pPr>
              <w:jc w:val="both"/>
              <w:rPr>
                <w:szCs w:val="20"/>
              </w:rPr>
            </w:pPr>
          </w:p>
        </w:tc>
      </w:tr>
      <w:tr w:rsidR="00DA7BF7" w14:paraId="7CB19FCC" w14:textId="77777777" w:rsidTr="005A7144">
        <w:trPr>
          <w:cantSplit/>
          <w:trHeight w:val="340"/>
          <w:jc w:val="center"/>
        </w:trPr>
        <w:tc>
          <w:tcPr>
            <w:tcW w:w="1784" w:type="dxa"/>
            <w:vMerge w:val="restart"/>
            <w:tcBorders>
              <w:top w:val="single" w:sz="5" w:space="0" w:color="444444"/>
              <w:left w:val="single" w:sz="5" w:space="0" w:color="444444"/>
              <w:right w:val="single" w:sz="5" w:space="0" w:color="444444"/>
            </w:tcBorders>
            <w:shd w:val="clear" w:color="auto" w:fill="8AC4A7"/>
            <w:vAlign w:val="center"/>
          </w:tcPr>
          <w:p w14:paraId="044561EF" w14:textId="77777777" w:rsidR="00DA7BF7" w:rsidRPr="00EF066C" w:rsidRDefault="00DA7BF7" w:rsidP="005A7144">
            <w:pPr>
              <w:spacing w:after="0" w:line="240" w:lineRule="auto"/>
              <w:jc w:val="center"/>
              <w:rPr>
                <w:szCs w:val="20"/>
              </w:rPr>
            </w:pPr>
            <w:r>
              <w:rPr>
                <w:b/>
                <w:color w:val="000000"/>
                <w:szCs w:val="20"/>
              </w:rPr>
              <w:lastRenderedPageBreak/>
              <w:t xml:space="preserve">Criterio </w:t>
            </w:r>
          </w:p>
        </w:tc>
        <w:tc>
          <w:tcPr>
            <w:tcW w:w="4667" w:type="dxa"/>
            <w:vMerge w:val="restart"/>
            <w:tcBorders>
              <w:top w:val="single" w:sz="5" w:space="0" w:color="444444"/>
              <w:left w:val="single" w:sz="5" w:space="0" w:color="444444"/>
              <w:right w:val="single" w:sz="5" w:space="0" w:color="444444"/>
            </w:tcBorders>
            <w:shd w:val="clear" w:color="auto" w:fill="8AC4A7"/>
            <w:vAlign w:val="center"/>
          </w:tcPr>
          <w:p w14:paraId="74CACEC9" w14:textId="77777777" w:rsidR="00DA7BF7" w:rsidRPr="00EF066C" w:rsidRDefault="00DA7BF7" w:rsidP="005A7144">
            <w:pPr>
              <w:spacing w:after="0" w:line="240" w:lineRule="auto"/>
              <w:jc w:val="center"/>
              <w:rPr>
                <w:szCs w:val="20"/>
              </w:rPr>
            </w:pPr>
            <w:r w:rsidRPr="00EF066C">
              <w:rPr>
                <w:b/>
                <w:color w:val="000000"/>
                <w:szCs w:val="20"/>
              </w:rPr>
              <w:t>Indicadores</w:t>
            </w:r>
          </w:p>
        </w:tc>
        <w:tc>
          <w:tcPr>
            <w:tcW w:w="2606" w:type="dxa"/>
            <w:gridSpan w:val="7"/>
            <w:tcBorders>
              <w:top w:val="single" w:sz="5" w:space="0" w:color="444444"/>
              <w:left w:val="single" w:sz="5" w:space="0" w:color="444444"/>
              <w:bottom w:val="single" w:sz="5" w:space="0" w:color="444444"/>
              <w:right w:val="single" w:sz="5" w:space="0" w:color="444444"/>
            </w:tcBorders>
            <w:shd w:val="clear" w:color="auto" w:fill="8AC4A7"/>
            <w:vAlign w:val="center"/>
          </w:tcPr>
          <w:p w14:paraId="236BE15E" w14:textId="77777777" w:rsidR="00DA7BF7" w:rsidRPr="00EF066C" w:rsidRDefault="00DA7BF7" w:rsidP="005A7144">
            <w:pPr>
              <w:spacing w:after="0" w:line="240" w:lineRule="auto"/>
              <w:jc w:val="center"/>
              <w:rPr>
                <w:szCs w:val="20"/>
              </w:rPr>
            </w:pPr>
            <w:r w:rsidRPr="00EF066C">
              <w:rPr>
                <w:b/>
                <w:color w:val="000000"/>
                <w:szCs w:val="20"/>
              </w:rPr>
              <w:t>Nivel de cumplimiento</w:t>
            </w:r>
          </w:p>
        </w:tc>
      </w:tr>
      <w:tr w:rsidR="00DA7BF7" w14:paraId="20291082" w14:textId="77777777" w:rsidTr="005A7144">
        <w:trPr>
          <w:cantSplit/>
          <w:trHeight w:hRule="exact" w:val="255"/>
          <w:jc w:val="center"/>
        </w:trPr>
        <w:tc>
          <w:tcPr>
            <w:tcW w:w="1784" w:type="dxa"/>
            <w:vMerge/>
            <w:tcBorders>
              <w:left w:val="single" w:sz="5" w:space="0" w:color="444444"/>
              <w:bottom w:val="single" w:sz="5" w:space="0" w:color="444444"/>
              <w:right w:val="single" w:sz="5" w:space="0" w:color="444444"/>
            </w:tcBorders>
            <w:shd w:val="clear" w:color="auto" w:fill="8AC4A7"/>
            <w:vAlign w:val="center"/>
          </w:tcPr>
          <w:p w14:paraId="454C4E58" w14:textId="77777777" w:rsidR="00DA7BF7" w:rsidRPr="00EF066C" w:rsidRDefault="00DA7BF7" w:rsidP="005A7144">
            <w:pPr>
              <w:spacing w:after="0" w:line="240" w:lineRule="auto"/>
              <w:rPr>
                <w:szCs w:val="20"/>
              </w:rPr>
            </w:pPr>
          </w:p>
        </w:tc>
        <w:tc>
          <w:tcPr>
            <w:tcW w:w="4667" w:type="dxa"/>
            <w:vMerge/>
            <w:tcBorders>
              <w:left w:val="single" w:sz="5" w:space="0" w:color="444444"/>
              <w:bottom w:val="single" w:sz="5" w:space="0" w:color="444444"/>
              <w:right w:val="single" w:sz="5" w:space="0" w:color="444444"/>
            </w:tcBorders>
            <w:shd w:val="clear" w:color="auto" w:fill="8AC4A7"/>
            <w:vAlign w:val="center"/>
          </w:tcPr>
          <w:p w14:paraId="1B665BEA" w14:textId="77777777" w:rsidR="00DA7BF7" w:rsidRPr="00EF066C" w:rsidRDefault="00DA7BF7" w:rsidP="005A7144">
            <w:pPr>
              <w:spacing w:after="0" w:line="240" w:lineRule="auto"/>
              <w:rPr>
                <w:szCs w:val="20"/>
              </w:rPr>
            </w:pP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40E0E099" w14:textId="77777777" w:rsidR="00DA7BF7" w:rsidRPr="00EF066C" w:rsidRDefault="00DA7BF7" w:rsidP="005A7144">
            <w:pPr>
              <w:spacing w:after="0" w:line="240" w:lineRule="auto"/>
              <w:jc w:val="center"/>
              <w:rPr>
                <w:szCs w:val="20"/>
              </w:rPr>
            </w:pPr>
            <w:r w:rsidRPr="00EF066C">
              <w:rPr>
                <w:b/>
                <w:color w:val="000000"/>
                <w:szCs w:val="20"/>
              </w:rPr>
              <w:t>CT</w:t>
            </w: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0E151717" w14:textId="77777777" w:rsidR="00DA7BF7" w:rsidRPr="00EF066C" w:rsidRDefault="00DA7BF7" w:rsidP="005A7144">
            <w:pPr>
              <w:spacing w:after="0" w:line="240" w:lineRule="auto"/>
              <w:jc w:val="center"/>
              <w:rPr>
                <w:szCs w:val="20"/>
              </w:rPr>
            </w:pPr>
            <w:r w:rsidRPr="00EF066C">
              <w:rPr>
                <w:b/>
                <w:color w:val="000000"/>
                <w:szCs w:val="20"/>
              </w:rPr>
              <w:t>CP</w:t>
            </w:r>
          </w:p>
        </w:tc>
        <w:tc>
          <w:tcPr>
            <w:tcW w:w="998"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5A238819" w14:textId="77777777" w:rsidR="00DA7BF7" w:rsidRPr="00EF066C" w:rsidRDefault="00DA7BF7" w:rsidP="005A7144">
            <w:pPr>
              <w:spacing w:after="0" w:line="240" w:lineRule="auto"/>
              <w:jc w:val="center"/>
              <w:rPr>
                <w:szCs w:val="20"/>
              </w:rPr>
            </w:pPr>
            <w:r w:rsidRPr="00EF066C">
              <w:rPr>
                <w:b/>
                <w:color w:val="000000"/>
                <w:szCs w:val="20"/>
              </w:rPr>
              <w:t>NC</w:t>
            </w:r>
          </w:p>
        </w:tc>
      </w:tr>
      <w:tr w:rsidR="00DA7BF7" w:rsidRPr="009966CE" w14:paraId="1DA631BB" w14:textId="77777777" w:rsidTr="005A7144">
        <w:trPr>
          <w:cantSplit/>
          <w:trHeight w:val="564"/>
          <w:jc w:val="center"/>
        </w:trPr>
        <w:tc>
          <w:tcPr>
            <w:tcW w:w="1784" w:type="dxa"/>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626B1481" w14:textId="77777777" w:rsidR="00DA7BF7" w:rsidRDefault="00DA7BF7" w:rsidP="005A7144">
            <w:pPr>
              <w:spacing w:after="0"/>
              <w:jc w:val="center"/>
              <w:rPr>
                <w:b/>
                <w:color w:val="000000"/>
                <w:szCs w:val="20"/>
                <w:lang w:val="es-PY"/>
              </w:rPr>
            </w:pPr>
            <w:r w:rsidRPr="00EF066C">
              <w:rPr>
                <w:b/>
                <w:color w:val="000000"/>
                <w:szCs w:val="20"/>
                <w:lang w:val="es-PY"/>
              </w:rPr>
              <w:t>Pert</w:t>
            </w:r>
            <w:r>
              <w:rPr>
                <w:b/>
                <w:color w:val="000000"/>
                <w:szCs w:val="20"/>
                <w:lang w:val="es-PY"/>
              </w:rPr>
              <w:t>inencia de las tesis doctorales</w:t>
            </w:r>
          </w:p>
          <w:p w14:paraId="40FE8B6E" w14:textId="77777777" w:rsidR="00DA7BF7" w:rsidRDefault="00DA7BF7" w:rsidP="005A7144">
            <w:pPr>
              <w:spacing w:after="0"/>
              <w:jc w:val="center"/>
              <w:rPr>
                <w:b/>
                <w:color w:val="E31B23"/>
                <w:szCs w:val="20"/>
                <w:lang w:val="es-PY"/>
              </w:rPr>
            </w:pPr>
            <w:r w:rsidRPr="000626B4">
              <w:rPr>
                <w:b/>
                <w:color w:val="000000"/>
                <w:szCs w:val="20"/>
                <w:lang w:val="es-PY"/>
              </w:rPr>
              <w:t>(Sustantivo)</w:t>
            </w:r>
          </w:p>
          <w:p w14:paraId="0037CA64" w14:textId="1346404E" w:rsidR="00DA7BF7" w:rsidRDefault="00DA7BF7" w:rsidP="005A7144">
            <w:pPr>
              <w:spacing w:after="0"/>
              <w:jc w:val="center"/>
              <w:rPr>
                <w:b/>
                <w:color w:val="000000" w:themeColor="text1"/>
                <w:szCs w:val="20"/>
                <w:lang w:val="es-PY"/>
              </w:rPr>
            </w:pPr>
            <w:r w:rsidRPr="00D53187">
              <w:rPr>
                <w:b/>
                <w:color w:val="000000" w:themeColor="text1"/>
                <w:szCs w:val="20"/>
                <w:lang w:val="es-PY"/>
              </w:rPr>
              <w:t>(D4.C1</w:t>
            </w:r>
            <w:r>
              <w:rPr>
                <w:b/>
                <w:color w:val="000000" w:themeColor="text1"/>
                <w:szCs w:val="20"/>
                <w:lang w:val="es-PY"/>
              </w:rPr>
              <w:t>)</w:t>
            </w:r>
          </w:p>
          <w:p w14:paraId="775C001E" w14:textId="77777777" w:rsidR="00DA7BF7" w:rsidRPr="00EF066C" w:rsidRDefault="00DA7BF7" w:rsidP="005A7144">
            <w:pPr>
              <w:spacing w:after="0"/>
              <w:jc w:val="center"/>
              <w:rPr>
                <w:szCs w:val="20"/>
                <w:lang w:val="es-PY"/>
              </w:rPr>
            </w:pPr>
          </w:p>
        </w:tc>
        <w:tc>
          <w:tcPr>
            <w:tcW w:w="466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F7D7C08" w14:textId="77777777" w:rsidR="00DA7BF7" w:rsidRPr="00EF066C" w:rsidRDefault="00DA7BF7" w:rsidP="005A7144">
            <w:pPr>
              <w:spacing w:after="0" w:line="240" w:lineRule="auto"/>
              <w:jc w:val="both"/>
              <w:rPr>
                <w:szCs w:val="20"/>
                <w:lang w:val="es-PY"/>
              </w:rPr>
            </w:pPr>
            <w:r w:rsidRPr="00EF066C">
              <w:rPr>
                <w:color w:val="000000"/>
                <w:szCs w:val="20"/>
                <w:lang w:val="es-PY"/>
              </w:rPr>
              <w:t xml:space="preserve">a. </w:t>
            </w:r>
            <w:r w:rsidRPr="00D14CED">
              <w:rPr>
                <w:color w:val="000000"/>
                <w:szCs w:val="20"/>
                <w:lang w:val="es-PY"/>
              </w:rPr>
              <w:t xml:space="preserve">Las tesis evidencian aportes originales al conocimiento científico en coherencia con el nivel formativo, las líneas de investigación definidas </w:t>
            </w:r>
            <w:r>
              <w:rPr>
                <w:color w:val="000000"/>
                <w:szCs w:val="20"/>
                <w:lang w:val="es-PY"/>
              </w:rPr>
              <w:t>y la orientación profesional de los programas.</w:t>
            </w: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2C0C0DCF" w14:textId="77777777" w:rsidR="00DA7BF7" w:rsidRPr="0004202B" w:rsidRDefault="00DA7BF7" w:rsidP="005A7144">
            <w:pPr>
              <w:spacing w:after="0" w:line="240" w:lineRule="auto"/>
              <w:jc w:val="center"/>
              <w:rPr>
                <w:szCs w:val="20"/>
                <w:lang w:val="es-PY"/>
              </w:rPr>
            </w:pP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657A7BF0" w14:textId="77777777" w:rsidR="00DA7BF7" w:rsidRPr="0004202B" w:rsidRDefault="00DA7BF7" w:rsidP="005A7144">
            <w:pPr>
              <w:spacing w:after="0" w:line="240" w:lineRule="auto"/>
              <w:jc w:val="center"/>
              <w:rPr>
                <w:szCs w:val="20"/>
                <w:lang w:val="es-PY"/>
              </w:rPr>
            </w:pPr>
          </w:p>
        </w:tc>
        <w:tc>
          <w:tcPr>
            <w:tcW w:w="998" w:type="dxa"/>
            <w:gridSpan w:val="3"/>
            <w:tcBorders>
              <w:top w:val="single" w:sz="5" w:space="0" w:color="444444"/>
              <w:left w:val="single" w:sz="5" w:space="0" w:color="444444"/>
              <w:bottom w:val="single" w:sz="5" w:space="0" w:color="444444"/>
              <w:right w:val="single" w:sz="5" w:space="0" w:color="444444"/>
            </w:tcBorders>
            <w:shd w:val="clear" w:color="auto" w:fill="FFFFCC"/>
            <w:vAlign w:val="center"/>
          </w:tcPr>
          <w:p w14:paraId="26F199CE" w14:textId="77777777" w:rsidR="00DA7BF7" w:rsidRPr="0004202B" w:rsidRDefault="00DA7BF7" w:rsidP="005A7144">
            <w:pPr>
              <w:spacing w:after="0" w:line="240" w:lineRule="auto"/>
              <w:jc w:val="center"/>
              <w:rPr>
                <w:szCs w:val="20"/>
                <w:lang w:val="es-PY"/>
              </w:rPr>
            </w:pPr>
          </w:p>
        </w:tc>
      </w:tr>
      <w:tr w:rsidR="00DA7BF7" w:rsidRPr="009966CE" w14:paraId="11D23488" w14:textId="77777777" w:rsidTr="005A7144">
        <w:trPr>
          <w:cantSplit/>
          <w:trHeight w:val="557"/>
          <w:jc w:val="center"/>
        </w:trPr>
        <w:tc>
          <w:tcPr>
            <w:tcW w:w="1784" w:type="dxa"/>
            <w:vMerge/>
            <w:tcBorders>
              <w:top w:val="single" w:sz="5" w:space="0" w:color="444444"/>
              <w:left w:val="single" w:sz="5" w:space="0" w:color="444444"/>
              <w:bottom w:val="single" w:sz="5" w:space="0" w:color="444444"/>
              <w:right w:val="single" w:sz="5" w:space="0" w:color="444444"/>
            </w:tcBorders>
            <w:shd w:val="clear" w:color="auto" w:fill="FFFFCC"/>
          </w:tcPr>
          <w:p w14:paraId="0BCE87C3" w14:textId="77777777" w:rsidR="00DA7BF7" w:rsidRPr="0004202B" w:rsidRDefault="00DA7BF7" w:rsidP="005A7144">
            <w:pPr>
              <w:rPr>
                <w:szCs w:val="20"/>
                <w:lang w:val="es-PY"/>
              </w:rPr>
            </w:pPr>
          </w:p>
        </w:tc>
        <w:tc>
          <w:tcPr>
            <w:tcW w:w="466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0D3AF97E" w14:textId="77777777" w:rsidR="00DA7BF7" w:rsidRPr="00EF066C" w:rsidRDefault="00DA7BF7" w:rsidP="005A7144">
            <w:pPr>
              <w:spacing w:after="0" w:line="240" w:lineRule="auto"/>
              <w:jc w:val="both"/>
              <w:rPr>
                <w:szCs w:val="20"/>
                <w:lang w:val="es-PY"/>
              </w:rPr>
            </w:pPr>
            <w:r w:rsidRPr="00EF066C">
              <w:rPr>
                <w:color w:val="000000"/>
                <w:szCs w:val="20"/>
                <w:lang w:val="es-PY"/>
              </w:rPr>
              <w:t xml:space="preserve">b. </w:t>
            </w:r>
            <w:r>
              <w:rPr>
                <w:color w:val="000000"/>
                <w:szCs w:val="20"/>
                <w:lang w:val="es-PY"/>
              </w:rPr>
              <w:t>La evaluación de las t</w:t>
            </w:r>
            <w:r w:rsidRPr="00D14CED">
              <w:rPr>
                <w:color w:val="000000"/>
                <w:szCs w:val="20"/>
                <w:lang w:val="es-PY"/>
              </w:rPr>
              <w:t>esis se realiza con criterios rigurosos previamente establecidos acordes con las exigencias del nivel doctoral.</w:t>
            </w: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2A820C59" w14:textId="77777777" w:rsidR="00DA7BF7" w:rsidRPr="0004202B" w:rsidRDefault="00DA7BF7" w:rsidP="005A7144">
            <w:pPr>
              <w:spacing w:after="0" w:line="240" w:lineRule="auto"/>
              <w:jc w:val="center"/>
              <w:rPr>
                <w:szCs w:val="20"/>
                <w:lang w:val="es-PY"/>
              </w:rPr>
            </w:pP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5A20874D" w14:textId="77777777" w:rsidR="00DA7BF7" w:rsidRPr="0004202B" w:rsidRDefault="00DA7BF7" w:rsidP="005A7144">
            <w:pPr>
              <w:spacing w:after="0" w:line="240" w:lineRule="auto"/>
              <w:jc w:val="center"/>
              <w:rPr>
                <w:szCs w:val="20"/>
                <w:lang w:val="es-PY"/>
              </w:rPr>
            </w:pPr>
          </w:p>
        </w:tc>
        <w:tc>
          <w:tcPr>
            <w:tcW w:w="998" w:type="dxa"/>
            <w:gridSpan w:val="3"/>
            <w:tcBorders>
              <w:top w:val="single" w:sz="5" w:space="0" w:color="444444"/>
              <w:left w:val="single" w:sz="5" w:space="0" w:color="444444"/>
              <w:bottom w:val="single" w:sz="5" w:space="0" w:color="444444"/>
              <w:right w:val="single" w:sz="5" w:space="0" w:color="444444"/>
            </w:tcBorders>
            <w:shd w:val="clear" w:color="auto" w:fill="FFFFCC"/>
            <w:vAlign w:val="center"/>
          </w:tcPr>
          <w:p w14:paraId="2CF36E10" w14:textId="77777777" w:rsidR="00DA7BF7" w:rsidRPr="0004202B" w:rsidRDefault="00DA7BF7" w:rsidP="005A7144">
            <w:pPr>
              <w:spacing w:after="0" w:line="240" w:lineRule="auto"/>
              <w:jc w:val="center"/>
              <w:rPr>
                <w:szCs w:val="20"/>
                <w:lang w:val="es-PY"/>
              </w:rPr>
            </w:pPr>
          </w:p>
        </w:tc>
      </w:tr>
      <w:tr w:rsidR="00DA7BF7" w:rsidRPr="009966CE" w14:paraId="5B51FB42" w14:textId="77777777" w:rsidTr="005A7144">
        <w:trPr>
          <w:cantSplit/>
          <w:trHeight w:val="565"/>
          <w:jc w:val="center"/>
        </w:trPr>
        <w:tc>
          <w:tcPr>
            <w:tcW w:w="1784" w:type="dxa"/>
            <w:vMerge/>
            <w:tcBorders>
              <w:top w:val="single" w:sz="5" w:space="0" w:color="444444"/>
              <w:left w:val="single" w:sz="5" w:space="0" w:color="444444"/>
              <w:bottom w:val="single" w:sz="5" w:space="0" w:color="444444"/>
              <w:right w:val="single" w:sz="5" w:space="0" w:color="444444"/>
            </w:tcBorders>
            <w:shd w:val="clear" w:color="auto" w:fill="FFFFCC"/>
          </w:tcPr>
          <w:p w14:paraId="4835FB48" w14:textId="77777777" w:rsidR="00DA7BF7" w:rsidRPr="0004202B" w:rsidRDefault="00DA7BF7" w:rsidP="005A7144">
            <w:pPr>
              <w:rPr>
                <w:szCs w:val="20"/>
                <w:lang w:val="es-PY"/>
              </w:rPr>
            </w:pPr>
          </w:p>
        </w:tc>
        <w:tc>
          <w:tcPr>
            <w:tcW w:w="466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9F5C3A2" w14:textId="77777777" w:rsidR="00DA7BF7" w:rsidRDefault="00DA7BF7" w:rsidP="005A7144">
            <w:pPr>
              <w:spacing w:after="0" w:line="240" w:lineRule="auto"/>
              <w:jc w:val="both"/>
              <w:rPr>
                <w:color w:val="000000"/>
                <w:szCs w:val="20"/>
                <w:lang w:val="es-PY"/>
              </w:rPr>
            </w:pPr>
            <w:r w:rsidRPr="00EF066C">
              <w:rPr>
                <w:color w:val="000000"/>
                <w:szCs w:val="20"/>
                <w:lang w:val="es-PY"/>
              </w:rPr>
              <w:t xml:space="preserve">c. </w:t>
            </w:r>
            <w:r w:rsidRPr="00D14CED">
              <w:rPr>
                <w:color w:val="000000"/>
                <w:szCs w:val="20"/>
                <w:lang w:val="es-PY"/>
              </w:rPr>
              <w:t xml:space="preserve">Los integrantes del </w:t>
            </w:r>
            <w:r>
              <w:rPr>
                <w:color w:val="000000"/>
                <w:szCs w:val="20"/>
                <w:lang w:val="es-PY"/>
              </w:rPr>
              <w:t xml:space="preserve">jurado que evalúan </w:t>
            </w:r>
            <w:r w:rsidRPr="00D14CED">
              <w:rPr>
                <w:color w:val="000000"/>
                <w:szCs w:val="20"/>
                <w:lang w:val="es-PY"/>
              </w:rPr>
              <w:t>las tesis cuentan con formación acorde al área de conocimiento de</w:t>
            </w:r>
          </w:p>
          <w:p w14:paraId="445F0CD2" w14:textId="77777777" w:rsidR="00DA7BF7" w:rsidRPr="00EF066C" w:rsidRDefault="00DA7BF7" w:rsidP="005A7144">
            <w:pPr>
              <w:spacing w:after="0" w:line="240" w:lineRule="auto"/>
              <w:jc w:val="both"/>
              <w:rPr>
                <w:szCs w:val="20"/>
                <w:lang w:val="es-PY"/>
              </w:rPr>
            </w:pPr>
            <w:r>
              <w:rPr>
                <w:color w:val="000000"/>
                <w:szCs w:val="20"/>
                <w:lang w:val="es-PY"/>
              </w:rPr>
              <w:t xml:space="preserve">los </w:t>
            </w:r>
            <w:r w:rsidRPr="00D14CED">
              <w:rPr>
                <w:color w:val="000000"/>
                <w:szCs w:val="20"/>
                <w:lang w:val="es-PY"/>
              </w:rPr>
              <w:t>programa</w:t>
            </w:r>
            <w:r>
              <w:rPr>
                <w:color w:val="000000"/>
                <w:szCs w:val="20"/>
                <w:lang w:val="es-PY"/>
              </w:rPr>
              <w:t>s</w:t>
            </w:r>
            <w:r w:rsidRPr="00D14CED">
              <w:rPr>
                <w:color w:val="000000"/>
                <w:szCs w:val="20"/>
                <w:lang w:val="es-PY"/>
              </w:rPr>
              <w:t xml:space="preserve"> o experiencia en investigación.</w:t>
            </w: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0D7BAE82" w14:textId="77777777" w:rsidR="00DA7BF7" w:rsidRPr="0004202B" w:rsidRDefault="00DA7BF7" w:rsidP="005A7144">
            <w:pPr>
              <w:spacing w:after="0" w:line="240" w:lineRule="auto"/>
              <w:jc w:val="center"/>
              <w:rPr>
                <w:szCs w:val="20"/>
                <w:lang w:val="es-PY"/>
              </w:rPr>
            </w:pP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5CE25903" w14:textId="77777777" w:rsidR="00DA7BF7" w:rsidRPr="0004202B" w:rsidRDefault="00DA7BF7" w:rsidP="005A7144">
            <w:pPr>
              <w:spacing w:after="0" w:line="240" w:lineRule="auto"/>
              <w:jc w:val="center"/>
              <w:rPr>
                <w:szCs w:val="20"/>
                <w:lang w:val="es-PY"/>
              </w:rPr>
            </w:pPr>
          </w:p>
        </w:tc>
        <w:tc>
          <w:tcPr>
            <w:tcW w:w="998" w:type="dxa"/>
            <w:gridSpan w:val="3"/>
            <w:tcBorders>
              <w:top w:val="single" w:sz="5" w:space="0" w:color="444444"/>
              <w:left w:val="single" w:sz="5" w:space="0" w:color="444444"/>
              <w:bottom w:val="single" w:sz="5" w:space="0" w:color="444444"/>
              <w:right w:val="single" w:sz="5" w:space="0" w:color="444444"/>
            </w:tcBorders>
            <w:shd w:val="clear" w:color="auto" w:fill="FFFFCC"/>
            <w:vAlign w:val="center"/>
          </w:tcPr>
          <w:p w14:paraId="727DB33C" w14:textId="77777777" w:rsidR="00DA7BF7" w:rsidRPr="0004202B" w:rsidRDefault="00DA7BF7" w:rsidP="005A7144">
            <w:pPr>
              <w:spacing w:after="0" w:line="240" w:lineRule="auto"/>
              <w:jc w:val="center"/>
              <w:rPr>
                <w:szCs w:val="20"/>
                <w:lang w:val="es-PY"/>
              </w:rPr>
            </w:pPr>
          </w:p>
        </w:tc>
      </w:tr>
      <w:tr w:rsidR="00DA7BF7" w:rsidRPr="009966CE" w14:paraId="1BC23426" w14:textId="77777777" w:rsidTr="005A7144">
        <w:trPr>
          <w:cantSplit/>
          <w:trHeight w:val="417"/>
          <w:jc w:val="center"/>
        </w:trPr>
        <w:tc>
          <w:tcPr>
            <w:tcW w:w="1784" w:type="dxa"/>
            <w:vMerge/>
            <w:tcBorders>
              <w:top w:val="single" w:sz="5" w:space="0" w:color="444444"/>
              <w:left w:val="single" w:sz="5" w:space="0" w:color="444444"/>
              <w:bottom w:val="single" w:sz="5" w:space="0" w:color="444444"/>
              <w:right w:val="single" w:sz="5" w:space="0" w:color="444444"/>
            </w:tcBorders>
            <w:shd w:val="clear" w:color="auto" w:fill="FFFFCC"/>
          </w:tcPr>
          <w:p w14:paraId="7320F38E" w14:textId="77777777" w:rsidR="00DA7BF7" w:rsidRPr="0004202B" w:rsidRDefault="00DA7BF7" w:rsidP="005A7144">
            <w:pPr>
              <w:rPr>
                <w:szCs w:val="20"/>
                <w:lang w:val="es-PY"/>
              </w:rPr>
            </w:pPr>
          </w:p>
        </w:tc>
        <w:tc>
          <w:tcPr>
            <w:tcW w:w="466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22C93F5" w14:textId="77777777" w:rsidR="00DA7BF7" w:rsidRPr="00EF066C" w:rsidRDefault="00DA7BF7" w:rsidP="005A7144">
            <w:pPr>
              <w:spacing w:after="0" w:line="240" w:lineRule="auto"/>
              <w:jc w:val="both"/>
              <w:rPr>
                <w:szCs w:val="20"/>
                <w:lang w:val="es-PY"/>
              </w:rPr>
            </w:pPr>
            <w:r w:rsidRPr="00EF066C">
              <w:rPr>
                <w:color w:val="000000"/>
                <w:szCs w:val="20"/>
                <w:lang w:val="es-PY"/>
              </w:rPr>
              <w:t xml:space="preserve">d. </w:t>
            </w:r>
            <w:r w:rsidRPr="00D14CED">
              <w:rPr>
                <w:color w:val="000000"/>
                <w:szCs w:val="20"/>
                <w:lang w:val="es-PY"/>
              </w:rPr>
              <w:t>Se difunden los resultados de las tesis en revistas científicas u otros espacios de divulgación académica reconocidos.</w:t>
            </w:r>
            <w:r w:rsidRPr="00D14CED">
              <w:rPr>
                <w:color w:val="000000"/>
                <w:szCs w:val="20"/>
                <w:lang w:val="es-PY"/>
              </w:rPr>
              <w:tab/>
            </w: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13350422" w14:textId="77777777" w:rsidR="00DA7BF7" w:rsidRPr="0004202B" w:rsidRDefault="00DA7BF7" w:rsidP="005A7144">
            <w:pPr>
              <w:spacing w:after="0" w:line="240" w:lineRule="auto"/>
              <w:jc w:val="center"/>
              <w:rPr>
                <w:szCs w:val="20"/>
                <w:lang w:val="es-PY"/>
              </w:rPr>
            </w:pP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73EC55EE" w14:textId="77777777" w:rsidR="00DA7BF7" w:rsidRPr="0004202B" w:rsidRDefault="00DA7BF7" w:rsidP="005A7144">
            <w:pPr>
              <w:spacing w:after="0" w:line="240" w:lineRule="auto"/>
              <w:jc w:val="center"/>
              <w:rPr>
                <w:szCs w:val="20"/>
                <w:lang w:val="es-PY"/>
              </w:rPr>
            </w:pPr>
          </w:p>
        </w:tc>
        <w:tc>
          <w:tcPr>
            <w:tcW w:w="998" w:type="dxa"/>
            <w:gridSpan w:val="3"/>
            <w:tcBorders>
              <w:top w:val="single" w:sz="5" w:space="0" w:color="444444"/>
              <w:left w:val="single" w:sz="5" w:space="0" w:color="444444"/>
              <w:bottom w:val="single" w:sz="5" w:space="0" w:color="444444"/>
              <w:right w:val="single" w:sz="5" w:space="0" w:color="444444"/>
            </w:tcBorders>
            <w:shd w:val="clear" w:color="auto" w:fill="FFFFCC"/>
            <w:vAlign w:val="center"/>
          </w:tcPr>
          <w:p w14:paraId="4CA97389" w14:textId="77777777" w:rsidR="00DA7BF7" w:rsidRPr="0004202B" w:rsidRDefault="00DA7BF7" w:rsidP="005A7144">
            <w:pPr>
              <w:spacing w:after="0" w:line="240" w:lineRule="auto"/>
              <w:jc w:val="center"/>
              <w:rPr>
                <w:szCs w:val="20"/>
                <w:lang w:val="es-PY"/>
              </w:rPr>
            </w:pPr>
          </w:p>
        </w:tc>
      </w:tr>
      <w:tr w:rsidR="00DA7BF7" w:rsidRPr="009966CE" w14:paraId="164F5745" w14:textId="77777777" w:rsidTr="005A7144">
        <w:trPr>
          <w:cantSplit/>
          <w:trHeight w:val="680"/>
          <w:jc w:val="center"/>
        </w:trPr>
        <w:tc>
          <w:tcPr>
            <w:tcW w:w="1784" w:type="dxa"/>
            <w:vMerge/>
            <w:tcBorders>
              <w:top w:val="single" w:sz="5" w:space="0" w:color="444444"/>
              <w:left w:val="single" w:sz="5" w:space="0" w:color="444444"/>
              <w:bottom w:val="single" w:sz="5" w:space="0" w:color="444444"/>
              <w:right w:val="single" w:sz="5" w:space="0" w:color="444444"/>
            </w:tcBorders>
            <w:shd w:val="clear" w:color="auto" w:fill="FFFFCC"/>
          </w:tcPr>
          <w:p w14:paraId="0457666E" w14:textId="77777777" w:rsidR="00DA7BF7" w:rsidRPr="0004202B" w:rsidRDefault="00DA7BF7" w:rsidP="005A7144">
            <w:pPr>
              <w:rPr>
                <w:szCs w:val="20"/>
                <w:lang w:val="es-PY"/>
              </w:rPr>
            </w:pPr>
          </w:p>
        </w:tc>
        <w:tc>
          <w:tcPr>
            <w:tcW w:w="466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8014E86" w14:textId="77777777" w:rsidR="00DA7BF7" w:rsidRPr="00EF066C" w:rsidRDefault="00DA7BF7" w:rsidP="005A7144">
            <w:pPr>
              <w:spacing w:after="0" w:line="240" w:lineRule="auto"/>
              <w:jc w:val="both"/>
              <w:rPr>
                <w:szCs w:val="20"/>
                <w:lang w:val="es-PY"/>
              </w:rPr>
            </w:pPr>
            <w:r w:rsidRPr="00EF066C">
              <w:rPr>
                <w:color w:val="000000"/>
                <w:szCs w:val="20"/>
                <w:lang w:val="es-PY"/>
              </w:rPr>
              <w:t xml:space="preserve">e. </w:t>
            </w:r>
            <w:r w:rsidRPr="00D14CED">
              <w:rPr>
                <w:color w:val="000000"/>
                <w:szCs w:val="20"/>
                <w:lang w:val="es-PY"/>
              </w:rPr>
              <w:t>Los resultados poseen potencial de aplicación, transferencia, mejora o transformación de la práctica profesional.</w:t>
            </w: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552E25DF" w14:textId="77777777" w:rsidR="00DA7BF7" w:rsidRPr="0004202B" w:rsidRDefault="00DA7BF7" w:rsidP="005A7144">
            <w:pPr>
              <w:spacing w:after="0" w:line="240" w:lineRule="auto"/>
              <w:jc w:val="center"/>
              <w:rPr>
                <w:szCs w:val="20"/>
                <w:lang w:val="es-PY"/>
              </w:rPr>
            </w:pP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666FC8E1" w14:textId="77777777" w:rsidR="00DA7BF7" w:rsidRPr="0004202B" w:rsidRDefault="00DA7BF7" w:rsidP="005A7144">
            <w:pPr>
              <w:spacing w:after="0" w:line="240" w:lineRule="auto"/>
              <w:jc w:val="center"/>
              <w:rPr>
                <w:szCs w:val="20"/>
                <w:lang w:val="es-PY"/>
              </w:rPr>
            </w:pPr>
          </w:p>
        </w:tc>
        <w:tc>
          <w:tcPr>
            <w:tcW w:w="998" w:type="dxa"/>
            <w:gridSpan w:val="3"/>
            <w:tcBorders>
              <w:top w:val="single" w:sz="5" w:space="0" w:color="444444"/>
              <w:left w:val="single" w:sz="5" w:space="0" w:color="444444"/>
              <w:bottom w:val="single" w:sz="5" w:space="0" w:color="444444"/>
              <w:right w:val="single" w:sz="5" w:space="0" w:color="444444"/>
            </w:tcBorders>
            <w:shd w:val="clear" w:color="auto" w:fill="FFFFCC"/>
            <w:vAlign w:val="center"/>
          </w:tcPr>
          <w:p w14:paraId="697A5D04" w14:textId="77777777" w:rsidR="00DA7BF7" w:rsidRPr="0004202B" w:rsidRDefault="00DA7BF7" w:rsidP="005A7144">
            <w:pPr>
              <w:spacing w:after="0" w:line="240" w:lineRule="auto"/>
              <w:jc w:val="center"/>
              <w:rPr>
                <w:szCs w:val="20"/>
                <w:lang w:val="es-PY"/>
              </w:rPr>
            </w:pPr>
          </w:p>
        </w:tc>
      </w:tr>
      <w:tr w:rsidR="00DA7BF7" w:rsidRPr="009966CE" w14:paraId="05F5CA24" w14:textId="77777777" w:rsidTr="005A7144">
        <w:trPr>
          <w:cantSplit/>
          <w:trHeight w:hRule="exact" w:val="312"/>
          <w:jc w:val="center"/>
        </w:trPr>
        <w:tc>
          <w:tcPr>
            <w:tcW w:w="6451" w:type="dxa"/>
            <w:gridSpan w:val="2"/>
            <w:tcBorders>
              <w:top w:val="single" w:sz="5" w:space="0" w:color="444444"/>
              <w:left w:val="single" w:sz="5" w:space="0" w:color="444444"/>
              <w:bottom w:val="single" w:sz="5" w:space="0" w:color="444444"/>
              <w:right w:val="single" w:sz="5" w:space="0" w:color="444444"/>
            </w:tcBorders>
            <w:vAlign w:val="center"/>
          </w:tcPr>
          <w:p w14:paraId="7CD3AC5B" w14:textId="77777777" w:rsidR="00DA7BF7" w:rsidRPr="00EF066C" w:rsidRDefault="00DA7BF7" w:rsidP="005A7144">
            <w:pPr>
              <w:spacing w:after="0" w:line="240" w:lineRule="auto"/>
              <w:jc w:val="center"/>
              <w:rPr>
                <w:szCs w:val="20"/>
                <w:lang w:val="es-PY"/>
              </w:rPr>
            </w:pPr>
            <w:r w:rsidRPr="00EF066C">
              <w:rPr>
                <w:b/>
                <w:color w:val="000000"/>
                <w:szCs w:val="20"/>
                <w:lang w:val="es-PY"/>
              </w:rPr>
              <w:t>Nivel de cumplimiento del criterio</w:t>
            </w:r>
          </w:p>
        </w:tc>
        <w:tc>
          <w:tcPr>
            <w:tcW w:w="2606" w:type="dxa"/>
            <w:gridSpan w:val="7"/>
            <w:tcBorders>
              <w:top w:val="single" w:sz="5" w:space="0" w:color="444444"/>
              <w:left w:val="single" w:sz="5" w:space="0" w:color="444444"/>
              <w:bottom w:val="single" w:sz="5" w:space="0" w:color="444444"/>
              <w:right w:val="single" w:sz="5" w:space="0" w:color="444444"/>
            </w:tcBorders>
            <w:vAlign w:val="center"/>
          </w:tcPr>
          <w:p w14:paraId="5F882B66" w14:textId="77777777" w:rsidR="00DA7BF7" w:rsidRPr="00EF066C" w:rsidRDefault="00DA7BF7" w:rsidP="005A7144">
            <w:pPr>
              <w:spacing w:after="0" w:line="240" w:lineRule="auto"/>
              <w:rPr>
                <w:szCs w:val="20"/>
                <w:lang w:val="es-PY"/>
              </w:rPr>
            </w:pPr>
          </w:p>
        </w:tc>
      </w:tr>
      <w:tr w:rsidR="00DA7BF7" w14:paraId="69FE6360" w14:textId="77777777" w:rsidTr="005A7144">
        <w:trPr>
          <w:cantSplit/>
          <w:trHeight w:hRule="exact" w:val="340"/>
          <w:jc w:val="center"/>
        </w:trPr>
        <w:tc>
          <w:tcPr>
            <w:tcW w:w="6451"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415871A3" w14:textId="77777777" w:rsidR="00DA7BF7" w:rsidRPr="00EF066C" w:rsidRDefault="00DA7BF7" w:rsidP="005A7144">
            <w:pPr>
              <w:spacing w:after="0" w:line="240" w:lineRule="auto"/>
              <w:jc w:val="center"/>
              <w:rPr>
                <w:szCs w:val="20"/>
                <w:lang w:val="es-PY"/>
              </w:rPr>
            </w:pPr>
            <w:r w:rsidRPr="00EF066C">
              <w:rPr>
                <w:b/>
                <w:color w:val="000000"/>
                <w:szCs w:val="20"/>
                <w:lang w:val="es-PY"/>
              </w:rPr>
              <w:t>Argumento que sostiene el nivel de cumplimiento del criterio</w:t>
            </w:r>
          </w:p>
        </w:tc>
        <w:tc>
          <w:tcPr>
            <w:tcW w:w="2606" w:type="dxa"/>
            <w:gridSpan w:val="7"/>
            <w:tcBorders>
              <w:top w:val="single" w:sz="5" w:space="0" w:color="444444"/>
              <w:left w:val="single" w:sz="5" w:space="0" w:color="444444"/>
              <w:bottom w:val="single" w:sz="5" w:space="0" w:color="444444"/>
              <w:right w:val="single" w:sz="5" w:space="0" w:color="444444"/>
            </w:tcBorders>
            <w:shd w:val="clear" w:color="auto" w:fill="8AC4A7"/>
            <w:vAlign w:val="center"/>
          </w:tcPr>
          <w:p w14:paraId="790C5AA5" w14:textId="77777777" w:rsidR="00DA7BF7" w:rsidRPr="00EF066C" w:rsidRDefault="00DA7BF7" w:rsidP="005A7144">
            <w:pPr>
              <w:spacing w:after="0" w:line="240" w:lineRule="auto"/>
              <w:jc w:val="center"/>
              <w:rPr>
                <w:szCs w:val="20"/>
              </w:rPr>
            </w:pPr>
            <w:r w:rsidRPr="00EF066C">
              <w:rPr>
                <w:b/>
                <w:color w:val="000000"/>
                <w:szCs w:val="20"/>
              </w:rPr>
              <w:t>Medios de verificación</w:t>
            </w:r>
          </w:p>
        </w:tc>
      </w:tr>
      <w:tr w:rsidR="00DA7BF7" w14:paraId="65CD6C61" w14:textId="77777777" w:rsidTr="005A7144">
        <w:trPr>
          <w:cantSplit/>
          <w:trHeight w:hRule="exact" w:val="9036"/>
          <w:jc w:val="center"/>
        </w:trPr>
        <w:tc>
          <w:tcPr>
            <w:tcW w:w="6451" w:type="dxa"/>
            <w:gridSpan w:val="2"/>
            <w:tcBorders>
              <w:top w:val="single" w:sz="5" w:space="0" w:color="444444"/>
              <w:left w:val="single" w:sz="5" w:space="0" w:color="444444"/>
              <w:bottom w:val="single" w:sz="5" w:space="0" w:color="444444"/>
              <w:right w:val="single" w:sz="5" w:space="0" w:color="444444"/>
            </w:tcBorders>
            <w:shd w:val="clear" w:color="auto" w:fill="FFFFFF"/>
          </w:tcPr>
          <w:p w14:paraId="5F374865" w14:textId="77777777" w:rsidR="00DA7BF7" w:rsidRPr="00EF066C" w:rsidRDefault="00DA7BF7" w:rsidP="00DA7BF7">
            <w:pPr>
              <w:jc w:val="both"/>
              <w:rPr>
                <w:szCs w:val="20"/>
              </w:rPr>
            </w:pPr>
          </w:p>
        </w:tc>
        <w:tc>
          <w:tcPr>
            <w:tcW w:w="2606" w:type="dxa"/>
            <w:gridSpan w:val="7"/>
            <w:tcBorders>
              <w:top w:val="single" w:sz="5" w:space="0" w:color="444444"/>
              <w:left w:val="single" w:sz="5" w:space="0" w:color="444444"/>
              <w:bottom w:val="single" w:sz="5" w:space="0" w:color="444444"/>
              <w:right w:val="single" w:sz="5" w:space="0" w:color="444444"/>
            </w:tcBorders>
            <w:shd w:val="clear" w:color="auto" w:fill="FFFFFF"/>
          </w:tcPr>
          <w:p w14:paraId="66E12175" w14:textId="77777777" w:rsidR="00DA7BF7" w:rsidRPr="00EF066C" w:rsidRDefault="00DA7BF7" w:rsidP="00DA7BF7">
            <w:pPr>
              <w:jc w:val="both"/>
              <w:rPr>
                <w:szCs w:val="20"/>
              </w:rPr>
            </w:pPr>
          </w:p>
        </w:tc>
      </w:tr>
    </w:tbl>
    <w:p w14:paraId="535F1090" w14:textId="010B426D" w:rsidR="005A41E6" w:rsidRDefault="005A41E6">
      <w:pPr>
        <w:spacing w:after="0"/>
      </w:pPr>
    </w:p>
    <w:tbl>
      <w:tblPr>
        <w:tblW w:w="0" w:type="auto"/>
        <w:jc w:val="center"/>
        <w:tblLayout w:type="fixed"/>
        <w:tblLook w:val="04A0" w:firstRow="1" w:lastRow="0" w:firstColumn="1" w:lastColumn="0" w:noHBand="0" w:noVBand="1"/>
      </w:tblPr>
      <w:tblGrid>
        <w:gridCol w:w="1786"/>
        <w:gridCol w:w="4677"/>
        <w:gridCol w:w="805"/>
        <w:gridCol w:w="805"/>
        <w:gridCol w:w="805"/>
      </w:tblGrid>
      <w:tr w:rsidR="00DA7BF7" w14:paraId="3F90ED57" w14:textId="77777777" w:rsidTr="005A7144">
        <w:trPr>
          <w:cantSplit/>
          <w:trHeight w:val="340"/>
          <w:jc w:val="center"/>
        </w:trPr>
        <w:tc>
          <w:tcPr>
            <w:tcW w:w="1786" w:type="dxa"/>
            <w:vMerge w:val="restart"/>
            <w:tcBorders>
              <w:top w:val="single" w:sz="5" w:space="0" w:color="444444"/>
              <w:left w:val="single" w:sz="5" w:space="0" w:color="444444"/>
              <w:right w:val="single" w:sz="5" w:space="0" w:color="444444"/>
            </w:tcBorders>
            <w:shd w:val="clear" w:color="auto" w:fill="8AC4A7"/>
            <w:vAlign w:val="center"/>
          </w:tcPr>
          <w:p w14:paraId="7807846C" w14:textId="77777777" w:rsidR="00DA7BF7" w:rsidRPr="00EF066C" w:rsidRDefault="00DA7BF7" w:rsidP="005A7144">
            <w:pPr>
              <w:spacing w:after="0" w:line="240" w:lineRule="auto"/>
              <w:jc w:val="center"/>
              <w:rPr>
                <w:szCs w:val="20"/>
              </w:rPr>
            </w:pPr>
            <w:r>
              <w:rPr>
                <w:b/>
                <w:color w:val="000000"/>
                <w:szCs w:val="20"/>
              </w:rPr>
              <w:lastRenderedPageBreak/>
              <w:t xml:space="preserve">Criterio </w:t>
            </w:r>
          </w:p>
        </w:tc>
        <w:tc>
          <w:tcPr>
            <w:tcW w:w="4677" w:type="dxa"/>
            <w:vMerge w:val="restart"/>
            <w:tcBorders>
              <w:top w:val="single" w:sz="5" w:space="0" w:color="444444"/>
              <w:left w:val="single" w:sz="5" w:space="0" w:color="444444"/>
              <w:right w:val="single" w:sz="5" w:space="0" w:color="444444"/>
            </w:tcBorders>
            <w:shd w:val="clear" w:color="auto" w:fill="8AC4A7"/>
            <w:vAlign w:val="center"/>
          </w:tcPr>
          <w:p w14:paraId="537027C8" w14:textId="77777777" w:rsidR="00DA7BF7" w:rsidRPr="00EF066C" w:rsidRDefault="00DA7BF7" w:rsidP="005A7144">
            <w:pPr>
              <w:spacing w:after="0" w:line="240" w:lineRule="auto"/>
              <w:jc w:val="center"/>
              <w:rPr>
                <w:szCs w:val="20"/>
              </w:rPr>
            </w:pPr>
            <w:r w:rsidRPr="00EF066C">
              <w:rPr>
                <w:b/>
                <w:color w:val="000000"/>
                <w:szCs w:val="20"/>
              </w:rPr>
              <w:t>Indicadores</w:t>
            </w: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10B309F0" w14:textId="77777777" w:rsidR="00DA7BF7" w:rsidRPr="00EF066C" w:rsidRDefault="00DA7BF7" w:rsidP="005A7144">
            <w:pPr>
              <w:spacing w:after="0" w:line="240" w:lineRule="auto"/>
              <w:jc w:val="center"/>
              <w:rPr>
                <w:szCs w:val="20"/>
              </w:rPr>
            </w:pPr>
            <w:r w:rsidRPr="00EF066C">
              <w:rPr>
                <w:b/>
                <w:color w:val="000000"/>
                <w:szCs w:val="20"/>
              </w:rPr>
              <w:t>Nivel de cumplimiento</w:t>
            </w:r>
          </w:p>
        </w:tc>
      </w:tr>
      <w:tr w:rsidR="00DA7BF7" w14:paraId="37834B0F" w14:textId="77777777" w:rsidTr="005A7144">
        <w:trPr>
          <w:cantSplit/>
          <w:trHeight w:hRule="exact" w:val="255"/>
          <w:jc w:val="center"/>
        </w:trPr>
        <w:tc>
          <w:tcPr>
            <w:tcW w:w="1786" w:type="dxa"/>
            <w:vMerge/>
            <w:tcBorders>
              <w:left w:val="single" w:sz="5" w:space="0" w:color="444444"/>
              <w:bottom w:val="single" w:sz="5" w:space="0" w:color="444444"/>
              <w:right w:val="single" w:sz="5" w:space="0" w:color="444444"/>
            </w:tcBorders>
            <w:shd w:val="clear" w:color="auto" w:fill="8AC4A7"/>
            <w:vAlign w:val="center"/>
          </w:tcPr>
          <w:p w14:paraId="35EE0271" w14:textId="77777777" w:rsidR="00DA7BF7" w:rsidRPr="00EF066C" w:rsidRDefault="00DA7BF7" w:rsidP="005A7144">
            <w:pPr>
              <w:spacing w:after="0" w:line="240" w:lineRule="auto"/>
              <w:rPr>
                <w:szCs w:val="20"/>
              </w:rPr>
            </w:pPr>
          </w:p>
        </w:tc>
        <w:tc>
          <w:tcPr>
            <w:tcW w:w="4677" w:type="dxa"/>
            <w:vMerge/>
            <w:tcBorders>
              <w:left w:val="single" w:sz="5" w:space="0" w:color="444444"/>
              <w:bottom w:val="single" w:sz="5" w:space="0" w:color="444444"/>
              <w:right w:val="single" w:sz="5" w:space="0" w:color="444444"/>
            </w:tcBorders>
            <w:shd w:val="clear" w:color="auto" w:fill="8AC4A7"/>
            <w:vAlign w:val="center"/>
          </w:tcPr>
          <w:p w14:paraId="06E068BE" w14:textId="77777777" w:rsidR="00DA7BF7" w:rsidRPr="00EF066C" w:rsidRDefault="00DA7BF7" w:rsidP="005A7144">
            <w:pPr>
              <w:spacing w:after="0" w:line="240" w:lineRule="auto"/>
              <w:rPr>
                <w:szCs w:val="20"/>
              </w:rPr>
            </w:pP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6A1F03A2" w14:textId="77777777" w:rsidR="00DA7BF7" w:rsidRPr="00EF066C" w:rsidRDefault="00DA7BF7" w:rsidP="005A7144">
            <w:pPr>
              <w:spacing w:after="0" w:line="240" w:lineRule="auto"/>
              <w:jc w:val="center"/>
              <w:rPr>
                <w:szCs w:val="20"/>
              </w:rPr>
            </w:pPr>
            <w:r w:rsidRPr="00EF066C">
              <w:rPr>
                <w:b/>
                <w:color w:val="000000"/>
                <w:szCs w:val="20"/>
              </w:rPr>
              <w:t>CT</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42DB4A0C" w14:textId="77777777" w:rsidR="00DA7BF7" w:rsidRPr="00EF066C" w:rsidRDefault="00DA7BF7" w:rsidP="005A7144">
            <w:pPr>
              <w:spacing w:after="0" w:line="240" w:lineRule="auto"/>
              <w:jc w:val="center"/>
              <w:rPr>
                <w:szCs w:val="20"/>
              </w:rPr>
            </w:pPr>
            <w:r w:rsidRPr="00EF066C">
              <w:rPr>
                <w:b/>
                <w:color w:val="000000"/>
                <w:szCs w:val="20"/>
              </w:rPr>
              <w:t>CP</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71B49349" w14:textId="77777777" w:rsidR="00DA7BF7" w:rsidRPr="00EF066C" w:rsidRDefault="00DA7BF7" w:rsidP="005A7144">
            <w:pPr>
              <w:spacing w:after="0" w:line="240" w:lineRule="auto"/>
              <w:jc w:val="center"/>
              <w:rPr>
                <w:szCs w:val="20"/>
              </w:rPr>
            </w:pPr>
            <w:r w:rsidRPr="00EF066C">
              <w:rPr>
                <w:b/>
                <w:color w:val="000000"/>
                <w:szCs w:val="20"/>
              </w:rPr>
              <w:t>NC</w:t>
            </w:r>
          </w:p>
        </w:tc>
      </w:tr>
      <w:tr w:rsidR="00DA7BF7" w:rsidRPr="009966CE" w14:paraId="0AA8D143" w14:textId="77777777" w:rsidTr="005A7144">
        <w:trPr>
          <w:cantSplit/>
          <w:trHeight w:val="680"/>
          <w:jc w:val="center"/>
        </w:trPr>
        <w:tc>
          <w:tcPr>
            <w:tcW w:w="1786" w:type="dxa"/>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42E35BE3" w14:textId="77777777" w:rsidR="00DA7BF7" w:rsidRDefault="00DA7BF7" w:rsidP="005A7144">
            <w:pPr>
              <w:spacing w:after="0"/>
              <w:jc w:val="center"/>
              <w:rPr>
                <w:b/>
                <w:color w:val="000000"/>
                <w:szCs w:val="20"/>
                <w:lang w:val="es-PY"/>
              </w:rPr>
            </w:pPr>
            <w:r w:rsidRPr="00AD316C">
              <w:rPr>
                <w:b/>
                <w:color w:val="000000"/>
                <w:szCs w:val="20"/>
                <w:lang w:val="es-PY"/>
              </w:rPr>
              <w:t>Impacto de los egresados en los ámbitos a</w:t>
            </w:r>
            <w:r>
              <w:rPr>
                <w:b/>
                <w:color w:val="000000"/>
                <w:szCs w:val="20"/>
                <w:lang w:val="es-PY"/>
              </w:rPr>
              <w:t>cadémico, profesional o social</w:t>
            </w:r>
          </w:p>
          <w:p w14:paraId="2748DA59" w14:textId="77777777" w:rsidR="00DA7BF7" w:rsidRPr="00502812" w:rsidRDefault="00DA7BF7" w:rsidP="005A7144">
            <w:pPr>
              <w:spacing w:after="0"/>
              <w:jc w:val="center"/>
              <w:rPr>
                <w:b/>
                <w:color w:val="FF0000"/>
                <w:szCs w:val="20"/>
                <w:lang w:val="es-PY"/>
              </w:rPr>
            </w:pPr>
            <w:r w:rsidRPr="00502812">
              <w:rPr>
                <w:b/>
                <w:color w:val="FF0000"/>
                <w:szCs w:val="20"/>
                <w:lang w:val="es-PY"/>
              </w:rPr>
              <w:t>(Sustantivo)</w:t>
            </w:r>
          </w:p>
          <w:p w14:paraId="30ED5BBA" w14:textId="511A1AB6" w:rsidR="00DA7BF7" w:rsidRDefault="00DA7BF7" w:rsidP="005A7144">
            <w:pPr>
              <w:spacing w:after="0"/>
              <w:jc w:val="center"/>
              <w:rPr>
                <w:b/>
                <w:color w:val="000000"/>
                <w:szCs w:val="20"/>
                <w:lang w:val="es-PY"/>
              </w:rPr>
            </w:pPr>
            <w:r>
              <w:rPr>
                <w:b/>
                <w:color w:val="000000"/>
                <w:szCs w:val="20"/>
                <w:lang w:val="es-PY"/>
              </w:rPr>
              <w:t>(D4.C2)</w:t>
            </w:r>
          </w:p>
          <w:p w14:paraId="1CE4CEC8" w14:textId="77777777" w:rsidR="00DA7BF7" w:rsidRPr="00AB0BD3" w:rsidRDefault="00DA7BF7" w:rsidP="005A7144">
            <w:pPr>
              <w:spacing w:after="0"/>
              <w:jc w:val="center"/>
              <w:rPr>
                <w:szCs w:val="20"/>
                <w:highlight w:val="yellow"/>
                <w:lang w:val="es-PY"/>
              </w:rPr>
            </w:pP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0DD8AD4" w14:textId="77777777" w:rsidR="00DA7BF7" w:rsidRPr="00AB0BD3" w:rsidRDefault="00DA7BF7" w:rsidP="005A7144">
            <w:pPr>
              <w:spacing w:after="0" w:line="240" w:lineRule="auto"/>
              <w:jc w:val="both"/>
              <w:rPr>
                <w:szCs w:val="20"/>
                <w:highlight w:val="yellow"/>
                <w:lang w:val="es-PY"/>
              </w:rPr>
            </w:pPr>
            <w:r w:rsidRPr="00811186">
              <w:rPr>
                <w:color w:val="000000"/>
                <w:szCs w:val="20"/>
                <w:lang w:val="es-PY"/>
              </w:rPr>
              <w:t xml:space="preserve">a. </w:t>
            </w:r>
            <w:r>
              <w:rPr>
                <w:color w:val="000000"/>
                <w:szCs w:val="20"/>
                <w:lang w:val="es-PY"/>
              </w:rPr>
              <w:t xml:space="preserve">Se registran </w:t>
            </w:r>
            <w:r w:rsidRPr="004A4E40">
              <w:rPr>
                <w:color w:val="000000"/>
                <w:szCs w:val="20"/>
                <w:lang w:val="es-PY"/>
              </w:rPr>
              <w:t>y actualiza</w:t>
            </w:r>
            <w:r>
              <w:rPr>
                <w:color w:val="000000"/>
                <w:szCs w:val="20"/>
                <w:lang w:val="es-PY"/>
              </w:rPr>
              <w:t>n</w:t>
            </w:r>
            <w:r w:rsidRPr="004A4E40">
              <w:rPr>
                <w:color w:val="000000"/>
                <w:szCs w:val="20"/>
                <w:lang w:val="es-PY"/>
              </w:rPr>
              <w:t xml:space="preserve"> sistemáticamente la t</w:t>
            </w:r>
            <w:r>
              <w:rPr>
                <w:color w:val="000000"/>
                <w:szCs w:val="20"/>
                <w:lang w:val="es-PY"/>
              </w:rPr>
              <w:t xml:space="preserve">rayectoria de los egresados de los </w:t>
            </w:r>
            <w:r w:rsidRPr="004A4E40">
              <w:rPr>
                <w:color w:val="000000"/>
                <w:szCs w:val="20"/>
                <w:lang w:val="es-PY"/>
              </w:rPr>
              <w:t>programa</w:t>
            </w:r>
            <w:r>
              <w:rPr>
                <w:color w:val="000000"/>
                <w:szCs w:val="20"/>
                <w:lang w:val="es-PY"/>
              </w:rPr>
              <w:t>s que integran el clúster</w:t>
            </w:r>
            <w:r w:rsidRPr="004A4E40">
              <w:rPr>
                <w:color w:val="000000"/>
                <w:szCs w:val="20"/>
                <w:lang w:val="es-PY"/>
              </w:rPr>
              <w:t xml:space="preserve"> en los ámbitos académico, profesional o social.</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E239506" w14:textId="77777777" w:rsidR="00DA7BF7" w:rsidRPr="0004202B" w:rsidRDefault="00DA7BF7"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618CEE3" w14:textId="77777777" w:rsidR="00DA7BF7" w:rsidRPr="0004202B" w:rsidRDefault="00DA7BF7"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0C5ADCA" w14:textId="77777777" w:rsidR="00DA7BF7" w:rsidRPr="0004202B" w:rsidRDefault="00DA7BF7" w:rsidP="005A7144">
            <w:pPr>
              <w:spacing w:after="0" w:line="240" w:lineRule="auto"/>
              <w:jc w:val="center"/>
              <w:rPr>
                <w:szCs w:val="20"/>
                <w:lang w:val="es-PY"/>
              </w:rPr>
            </w:pPr>
          </w:p>
        </w:tc>
      </w:tr>
      <w:tr w:rsidR="00DA7BF7" w:rsidRPr="009966CE" w14:paraId="5F78457E" w14:textId="77777777" w:rsidTr="005A7144">
        <w:trPr>
          <w:cantSplit/>
          <w:trHeight w:val="624"/>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0970B7A2" w14:textId="77777777" w:rsidR="00DA7BF7" w:rsidRPr="0004202B" w:rsidRDefault="00DA7BF7" w:rsidP="005A7144">
            <w:pPr>
              <w:rPr>
                <w:szCs w:val="20"/>
                <w:highlight w:val="yellow"/>
                <w:lang w:val="es-PY"/>
              </w:rPr>
            </w:pP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44416F7C" w14:textId="77777777" w:rsidR="00DA7BF7" w:rsidRPr="00AB0BD3" w:rsidRDefault="00DA7BF7" w:rsidP="005A7144">
            <w:pPr>
              <w:spacing w:after="0" w:line="240" w:lineRule="auto"/>
              <w:jc w:val="both"/>
              <w:rPr>
                <w:szCs w:val="20"/>
                <w:highlight w:val="yellow"/>
                <w:lang w:val="es-PY"/>
              </w:rPr>
            </w:pPr>
            <w:r w:rsidRPr="00811186">
              <w:rPr>
                <w:color w:val="000000"/>
                <w:szCs w:val="20"/>
                <w:lang w:val="es-PY"/>
              </w:rPr>
              <w:t xml:space="preserve">b. </w:t>
            </w:r>
            <w:r w:rsidRPr="004A4E40">
              <w:rPr>
                <w:color w:val="000000"/>
                <w:szCs w:val="20"/>
                <w:lang w:val="es-PY"/>
              </w:rPr>
              <w:t>Los egresados</w:t>
            </w:r>
            <w:r>
              <w:rPr>
                <w:color w:val="000000"/>
                <w:szCs w:val="20"/>
                <w:lang w:val="es-PY"/>
              </w:rPr>
              <w:t xml:space="preserve"> de los programas del clúster</w:t>
            </w:r>
            <w:r w:rsidRPr="004A4E40">
              <w:rPr>
                <w:color w:val="000000"/>
                <w:szCs w:val="20"/>
                <w:lang w:val="es-PY"/>
              </w:rPr>
              <w:t xml:space="preserve"> desempeñan funciones de alta responsabilidad, liderazgo, innovación o especialización en su campo.</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D5EB347" w14:textId="77777777" w:rsidR="00DA7BF7" w:rsidRPr="0004202B" w:rsidRDefault="00DA7BF7"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5106C5B" w14:textId="77777777" w:rsidR="00DA7BF7" w:rsidRPr="0004202B" w:rsidRDefault="00DA7BF7"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219B66C" w14:textId="77777777" w:rsidR="00DA7BF7" w:rsidRPr="0004202B" w:rsidRDefault="00DA7BF7" w:rsidP="005A7144">
            <w:pPr>
              <w:spacing w:after="0" w:line="240" w:lineRule="auto"/>
              <w:jc w:val="center"/>
              <w:rPr>
                <w:szCs w:val="20"/>
                <w:lang w:val="es-PY"/>
              </w:rPr>
            </w:pPr>
          </w:p>
        </w:tc>
      </w:tr>
      <w:tr w:rsidR="00DA7BF7" w:rsidRPr="009966CE" w14:paraId="0A7C4AB8" w14:textId="77777777" w:rsidTr="005A7144">
        <w:trPr>
          <w:cantSplit/>
          <w:trHeight w:val="680"/>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240EE125" w14:textId="77777777" w:rsidR="00DA7BF7" w:rsidRPr="0004202B" w:rsidRDefault="00DA7BF7" w:rsidP="005A7144">
            <w:pPr>
              <w:rPr>
                <w:szCs w:val="20"/>
                <w:highlight w:val="yellow"/>
                <w:lang w:val="es-PY"/>
              </w:rPr>
            </w:pP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69E01145" w14:textId="77777777" w:rsidR="00DA7BF7" w:rsidRPr="00AB0BD3" w:rsidRDefault="00DA7BF7" w:rsidP="005A7144">
            <w:pPr>
              <w:spacing w:after="0" w:line="240" w:lineRule="auto"/>
              <w:jc w:val="both"/>
              <w:rPr>
                <w:szCs w:val="20"/>
                <w:highlight w:val="yellow"/>
                <w:lang w:val="es-PY"/>
              </w:rPr>
            </w:pPr>
            <w:r w:rsidRPr="00811186">
              <w:rPr>
                <w:color w:val="000000"/>
                <w:szCs w:val="20"/>
                <w:lang w:val="es-PY"/>
              </w:rPr>
              <w:t xml:space="preserve">c. </w:t>
            </w:r>
            <w:r w:rsidRPr="004A4E40">
              <w:rPr>
                <w:color w:val="000000"/>
                <w:szCs w:val="20"/>
                <w:lang w:val="es-PY"/>
              </w:rPr>
              <w:t xml:space="preserve">Los egresados </w:t>
            </w:r>
            <w:r>
              <w:rPr>
                <w:color w:val="000000"/>
                <w:szCs w:val="20"/>
                <w:lang w:val="es-PY"/>
              </w:rPr>
              <w:t xml:space="preserve">de los programas del clúster </w:t>
            </w:r>
            <w:r w:rsidRPr="004A4E40">
              <w:rPr>
                <w:color w:val="000000"/>
                <w:szCs w:val="20"/>
                <w:lang w:val="es-PY"/>
              </w:rPr>
              <w:t>aplican conocimientos y capacidades desarrollados durante el doctorado en sus ámbitos profesionales.</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403732F" w14:textId="77777777" w:rsidR="00DA7BF7" w:rsidRPr="0004202B" w:rsidRDefault="00DA7BF7"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366BA3A" w14:textId="77777777" w:rsidR="00DA7BF7" w:rsidRPr="0004202B" w:rsidRDefault="00DA7BF7"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70308FB" w14:textId="77777777" w:rsidR="00DA7BF7" w:rsidRPr="0004202B" w:rsidRDefault="00DA7BF7" w:rsidP="005A7144">
            <w:pPr>
              <w:spacing w:after="0" w:line="240" w:lineRule="auto"/>
              <w:jc w:val="center"/>
              <w:rPr>
                <w:szCs w:val="20"/>
                <w:lang w:val="es-PY"/>
              </w:rPr>
            </w:pPr>
          </w:p>
        </w:tc>
      </w:tr>
      <w:tr w:rsidR="00DA7BF7" w:rsidRPr="009966CE" w14:paraId="1A53C5FA" w14:textId="77777777" w:rsidTr="005A7144">
        <w:trPr>
          <w:cantSplit/>
          <w:trHeight w:val="765"/>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5D4B3DE6" w14:textId="77777777" w:rsidR="00DA7BF7" w:rsidRPr="0004202B" w:rsidRDefault="00DA7BF7" w:rsidP="005A7144">
            <w:pPr>
              <w:rPr>
                <w:szCs w:val="20"/>
                <w:highlight w:val="yellow"/>
                <w:lang w:val="es-PY"/>
              </w:rPr>
            </w:pP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A927E37" w14:textId="77777777" w:rsidR="00DA7BF7" w:rsidRPr="00AB0BD3" w:rsidRDefault="00DA7BF7" w:rsidP="005A7144">
            <w:pPr>
              <w:spacing w:after="0" w:line="240" w:lineRule="auto"/>
              <w:jc w:val="both"/>
              <w:rPr>
                <w:szCs w:val="20"/>
                <w:highlight w:val="yellow"/>
                <w:lang w:val="es-PY"/>
              </w:rPr>
            </w:pPr>
            <w:r w:rsidRPr="00811186">
              <w:rPr>
                <w:color w:val="000000"/>
                <w:szCs w:val="20"/>
                <w:lang w:val="es-PY"/>
              </w:rPr>
              <w:t xml:space="preserve">d. </w:t>
            </w:r>
            <w:r w:rsidRPr="004A4E40">
              <w:rPr>
                <w:color w:val="000000"/>
                <w:szCs w:val="20"/>
                <w:lang w:val="es-PY"/>
              </w:rPr>
              <w:t>Se evidencian aportes de los egresados a la mejora, transformación o innovación de organizaciones, sectores o comunidades.</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100DFC4" w14:textId="77777777" w:rsidR="00DA7BF7" w:rsidRPr="0004202B" w:rsidRDefault="00DA7BF7"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9954F9A" w14:textId="77777777" w:rsidR="00DA7BF7" w:rsidRPr="0004202B" w:rsidRDefault="00DA7BF7"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601B81EA" w14:textId="77777777" w:rsidR="00DA7BF7" w:rsidRPr="0004202B" w:rsidRDefault="00DA7BF7" w:rsidP="005A7144">
            <w:pPr>
              <w:spacing w:after="0" w:line="240" w:lineRule="auto"/>
              <w:jc w:val="center"/>
              <w:rPr>
                <w:szCs w:val="20"/>
                <w:lang w:val="es-PY"/>
              </w:rPr>
            </w:pPr>
          </w:p>
        </w:tc>
      </w:tr>
      <w:tr w:rsidR="00DA7BF7" w:rsidRPr="009966CE" w14:paraId="795E829D" w14:textId="77777777" w:rsidTr="005A7144">
        <w:trPr>
          <w:cantSplit/>
          <w:trHeight w:val="548"/>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1ADEC4BD" w14:textId="77777777" w:rsidR="00DA7BF7" w:rsidRPr="0004202B" w:rsidRDefault="00DA7BF7" w:rsidP="005A7144">
            <w:pPr>
              <w:rPr>
                <w:szCs w:val="20"/>
                <w:highlight w:val="yellow"/>
                <w:lang w:val="es-PY"/>
              </w:rPr>
            </w:pP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6F2E53FC" w14:textId="77777777" w:rsidR="00DA7BF7" w:rsidRPr="00AB0BD3" w:rsidRDefault="00DA7BF7" w:rsidP="005A7144">
            <w:pPr>
              <w:spacing w:after="0" w:line="240" w:lineRule="auto"/>
              <w:jc w:val="both"/>
              <w:rPr>
                <w:szCs w:val="20"/>
                <w:highlight w:val="yellow"/>
                <w:lang w:val="es-PY"/>
              </w:rPr>
            </w:pPr>
            <w:r w:rsidRPr="00811186">
              <w:rPr>
                <w:color w:val="000000"/>
                <w:szCs w:val="20"/>
                <w:lang w:val="es-PY"/>
              </w:rPr>
              <w:t xml:space="preserve">e. </w:t>
            </w:r>
            <w:r>
              <w:rPr>
                <w:color w:val="000000"/>
                <w:szCs w:val="20"/>
                <w:lang w:val="es-PY"/>
              </w:rPr>
              <w:t>Los egresados</w:t>
            </w:r>
            <w:r w:rsidRPr="004A4E40">
              <w:rPr>
                <w:color w:val="000000"/>
                <w:szCs w:val="20"/>
                <w:lang w:val="es-PY"/>
              </w:rPr>
              <w:t xml:space="preserve"> </w:t>
            </w:r>
            <w:r>
              <w:rPr>
                <w:color w:val="000000"/>
                <w:szCs w:val="20"/>
                <w:lang w:val="es-PY"/>
              </w:rPr>
              <w:t xml:space="preserve">de los </w:t>
            </w:r>
            <w:r w:rsidRPr="004A4E40">
              <w:rPr>
                <w:color w:val="000000"/>
                <w:szCs w:val="20"/>
                <w:lang w:val="es-PY"/>
              </w:rPr>
              <w:t>programa</w:t>
            </w:r>
            <w:r>
              <w:rPr>
                <w:color w:val="000000"/>
                <w:szCs w:val="20"/>
                <w:lang w:val="es-PY"/>
              </w:rPr>
              <w:t xml:space="preserve">s del clúster utilizan </w:t>
            </w:r>
            <w:r w:rsidRPr="004A4E40">
              <w:rPr>
                <w:color w:val="000000"/>
                <w:szCs w:val="20"/>
                <w:lang w:val="es-PY"/>
              </w:rPr>
              <w:t>la información sobre desempeño e impacto de los egresados para su mejora continua.</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F58D5C5" w14:textId="77777777" w:rsidR="00DA7BF7" w:rsidRPr="0004202B" w:rsidRDefault="00DA7BF7"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6E0DBDB5" w14:textId="77777777" w:rsidR="00DA7BF7" w:rsidRPr="0004202B" w:rsidRDefault="00DA7BF7"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033AC1C" w14:textId="77777777" w:rsidR="00DA7BF7" w:rsidRPr="0004202B" w:rsidRDefault="00DA7BF7" w:rsidP="005A7144">
            <w:pPr>
              <w:spacing w:after="0" w:line="240" w:lineRule="auto"/>
              <w:jc w:val="center"/>
              <w:rPr>
                <w:szCs w:val="20"/>
                <w:lang w:val="es-PY"/>
              </w:rPr>
            </w:pPr>
          </w:p>
        </w:tc>
      </w:tr>
      <w:tr w:rsidR="00DA7BF7" w:rsidRPr="009966CE" w14:paraId="60506CCD" w14:textId="77777777" w:rsidTr="005A7144">
        <w:trPr>
          <w:cantSplit/>
          <w:trHeight w:hRule="exact" w:val="312"/>
          <w:jc w:val="center"/>
        </w:trPr>
        <w:tc>
          <w:tcPr>
            <w:tcW w:w="6463" w:type="dxa"/>
            <w:gridSpan w:val="2"/>
            <w:tcBorders>
              <w:top w:val="single" w:sz="5" w:space="0" w:color="444444"/>
              <w:left w:val="single" w:sz="5" w:space="0" w:color="444444"/>
              <w:bottom w:val="single" w:sz="5" w:space="0" w:color="444444"/>
              <w:right w:val="single" w:sz="5" w:space="0" w:color="444444"/>
            </w:tcBorders>
            <w:vAlign w:val="center"/>
          </w:tcPr>
          <w:p w14:paraId="39C5B613" w14:textId="77777777" w:rsidR="00DA7BF7" w:rsidRPr="00EF066C" w:rsidRDefault="00DA7BF7" w:rsidP="005A7144">
            <w:pPr>
              <w:spacing w:after="0" w:line="240" w:lineRule="auto"/>
              <w:jc w:val="center"/>
              <w:rPr>
                <w:szCs w:val="20"/>
                <w:lang w:val="es-PY"/>
              </w:rPr>
            </w:pPr>
            <w:r w:rsidRPr="00EF066C">
              <w:rPr>
                <w:b/>
                <w:color w:val="000000"/>
                <w:szCs w:val="20"/>
                <w:lang w:val="es-PY"/>
              </w:rPr>
              <w:t>Nivel de cumplimiento del criterio</w:t>
            </w:r>
          </w:p>
        </w:tc>
        <w:tc>
          <w:tcPr>
            <w:tcW w:w="2415" w:type="dxa"/>
            <w:gridSpan w:val="3"/>
            <w:tcBorders>
              <w:top w:val="single" w:sz="5" w:space="0" w:color="444444"/>
              <w:left w:val="single" w:sz="5" w:space="0" w:color="444444"/>
              <w:bottom w:val="single" w:sz="5" w:space="0" w:color="444444"/>
              <w:right w:val="single" w:sz="5" w:space="0" w:color="444444"/>
            </w:tcBorders>
            <w:vAlign w:val="center"/>
          </w:tcPr>
          <w:p w14:paraId="70E6C640" w14:textId="77777777" w:rsidR="00DA7BF7" w:rsidRPr="00EF066C" w:rsidRDefault="00DA7BF7" w:rsidP="005A7144">
            <w:pPr>
              <w:spacing w:after="0" w:line="240" w:lineRule="auto"/>
              <w:rPr>
                <w:szCs w:val="20"/>
                <w:lang w:val="es-PY"/>
              </w:rPr>
            </w:pPr>
          </w:p>
        </w:tc>
      </w:tr>
      <w:tr w:rsidR="00DA7BF7" w14:paraId="2E1837F0" w14:textId="77777777" w:rsidTr="005A7144">
        <w:trPr>
          <w:cantSplit/>
          <w:trHeight w:hRule="exact" w:val="340"/>
          <w:jc w:val="center"/>
        </w:trPr>
        <w:tc>
          <w:tcPr>
            <w:tcW w:w="6463"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086ACF84" w14:textId="77777777" w:rsidR="00DA7BF7" w:rsidRPr="00EF066C" w:rsidRDefault="00DA7BF7" w:rsidP="005A7144">
            <w:pPr>
              <w:spacing w:after="0" w:line="240" w:lineRule="auto"/>
              <w:jc w:val="center"/>
              <w:rPr>
                <w:szCs w:val="20"/>
                <w:lang w:val="es-PY"/>
              </w:rPr>
            </w:pPr>
            <w:r w:rsidRPr="00EF066C">
              <w:rPr>
                <w:b/>
                <w:color w:val="000000"/>
                <w:szCs w:val="20"/>
                <w:lang w:val="es-PY"/>
              </w:rPr>
              <w:t>Argumento que sostiene el nivel de cumplimiento del criterio</w:t>
            </w: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04A7A2AB" w14:textId="77777777" w:rsidR="00DA7BF7" w:rsidRPr="00EF066C" w:rsidRDefault="00DA7BF7" w:rsidP="005A7144">
            <w:pPr>
              <w:spacing w:after="0" w:line="240" w:lineRule="auto"/>
              <w:jc w:val="center"/>
              <w:rPr>
                <w:szCs w:val="20"/>
              </w:rPr>
            </w:pPr>
            <w:r w:rsidRPr="00EF066C">
              <w:rPr>
                <w:b/>
                <w:color w:val="000000"/>
                <w:szCs w:val="20"/>
              </w:rPr>
              <w:t>Medios de verificación</w:t>
            </w:r>
          </w:p>
        </w:tc>
      </w:tr>
      <w:tr w:rsidR="00DA7BF7" w14:paraId="2883E3A6" w14:textId="77777777" w:rsidTr="00DA7BF7">
        <w:trPr>
          <w:cantSplit/>
          <w:trHeight w:hRule="exact" w:val="9447"/>
          <w:jc w:val="center"/>
        </w:trPr>
        <w:tc>
          <w:tcPr>
            <w:tcW w:w="6463" w:type="dxa"/>
            <w:gridSpan w:val="2"/>
            <w:tcBorders>
              <w:top w:val="single" w:sz="5" w:space="0" w:color="444444"/>
              <w:left w:val="single" w:sz="5" w:space="0" w:color="444444"/>
              <w:bottom w:val="single" w:sz="5" w:space="0" w:color="444444"/>
              <w:right w:val="single" w:sz="5" w:space="0" w:color="444444"/>
            </w:tcBorders>
            <w:shd w:val="clear" w:color="auto" w:fill="FFFFFF"/>
          </w:tcPr>
          <w:p w14:paraId="7226C667" w14:textId="77777777" w:rsidR="00DA7BF7" w:rsidRDefault="00DA7BF7" w:rsidP="00DA7BF7">
            <w:pPr>
              <w:jc w:val="both"/>
            </w:pP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FFFFFF"/>
          </w:tcPr>
          <w:p w14:paraId="549663EA" w14:textId="77777777" w:rsidR="00DA7BF7" w:rsidRDefault="00DA7BF7" w:rsidP="00DA7BF7">
            <w:pPr>
              <w:jc w:val="both"/>
            </w:pPr>
          </w:p>
        </w:tc>
      </w:tr>
      <w:tr w:rsidR="00DA7BF7" w14:paraId="6B4BB0DF" w14:textId="77777777" w:rsidTr="005A7144">
        <w:trPr>
          <w:cantSplit/>
          <w:trHeight w:val="340"/>
          <w:jc w:val="center"/>
        </w:trPr>
        <w:tc>
          <w:tcPr>
            <w:tcW w:w="1786" w:type="dxa"/>
            <w:vMerge w:val="restart"/>
            <w:tcBorders>
              <w:top w:val="single" w:sz="5" w:space="0" w:color="444444"/>
              <w:left w:val="single" w:sz="5" w:space="0" w:color="444444"/>
              <w:right w:val="single" w:sz="5" w:space="0" w:color="444444"/>
            </w:tcBorders>
            <w:shd w:val="clear" w:color="auto" w:fill="8AC4A7"/>
            <w:vAlign w:val="center"/>
          </w:tcPr>
          <w:p w14:paraId="40640E28" w14:textId="77777777" w:rsidR="00DA7BF7" w:rsidRPr="00EF066C" w:rsidRDefault="00DA7BF7" w:rsidP="005A7144">
            <w:pPr>
              <w:spacing w:after="0" w:line="240" w:lineRule="auto"/>
              <w:jc w:val="center"/>
              <w:rPr>
                <w:szCs w:val="20"/>
              </w:rPr>
            </w:pPr>
            <w:r>
              <w:rPr>
                <w:b/>
                <w:color w:val="000000"/>
                <w:szCs w:val="20"/>
              </w:rPr>
              <w:lastRenderedPageBreak/>
              <w:t xml:space="preserve">Criterio </w:t>
            </w:r>
          </w:p>
        </w:tc>
        <w:tc>
          <w:tcPr>
            <w:tcW w:w="4677" w:type="dxa"/>
            <w:vMerge w:val="restart"/>
            <w:tcBorders>
              <w:top w:val="single" w:sz="5" w:space="0" w:color="444444"/>
              <w:left w:val="single" w:sz="5" w:space="0" w:color="444444"/>
              <w:right w:val="single" w:sz="5" w:space="0" w:color="444444"/>
            </w:tcBorders>
            <w:shd w:val="clear" w:color="auto" w:fill="8AC4A7"/>
            <w:vAlign w:val="center"/>
          </w:tcPr>
          <w:p w14:paraId="597FF650" w14:textId="77777777" w:rsidR="00DA7BF7" w:rsidRPr="00EF066C" w:rsidRDefault="00DA7BF7" w:rsidP="005A7144">
            <w:pPr>
              <w:spacing w:after="0" w:line="240" w:lineRule="auto"/>
              <w:jc w:val="center"/>
              <w:rPr>
                <w:szCs w:val="20"/>
              </w:rPr>
            </w:pPr>
            <w:r w:rsidRPr="00EF066C">
              <w:rPr>
                <w:b/>
                <w:color w:val="000000"/>
                <w:szCs w:val="20"/>
              </w:rPr>
              <w:t>Indicadores</w:t>
            </w: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1D19367A" w14:textId="77777777" w:rsidR="00DA7BF7" w:rsidRPr="00EF066C" w:rsidRDefault="00DA7BF7" w:rsidP="005A7144">
            <w:pPr>
              <w:spacing w:after="0" w:line="240" w:lineRule="auto"/>
              <w:jc w:val="center"/>
              <w:rPr>
                <w:szCs w:val="20"/>
              </w:rPr>
            </w:pPr>
            <w:r w:rsidRPr="00EF066C">
              <w:rPr>
                <w:b/>
                <w:color w:val="000000"/>
                <w:szCs w:val="20"/>
              </w:rPr>
              <w:t>Nivel de cumplimiento</w:t>
            </w:r>
          </w:p>
        </w:tc>
      </w:tr>
      <w:tr w:rsidR="00DA7BF7" w14:paraId="2C5FAB7B" w14:textId="77777777" w:rsidTr="005A7144">
        <w:trPr>
          <w:cantSplit/>
          <w:trHeight w:hRule="exact" w:val="255"/>
          <w:jc w:val="center"/>
        </w:trPr>
        <w:tc>
          <w:tcPr>
            <w:tcW w:w="1786" w:type="dxa"/>
            <w:vMerge/>
            <w:tcBorders>
              <w:left w:val="single" w:sz="5" w:space="0" w:color="444444"/>
              <w:bottom w:val="single" w:sz="5" w:space="0" w:color="444444"/>
              <w:right w:val="single" w:sz="5" w:space="0" w:color="444444"/>
            </w:tcBorders>
            <w:shd w:val="clear" w:color="auto" w:fill="8AC4A7"/>
            <w:vAlign w:val="center"/>
          </w:tcPr>
          <w:p w14:paraId="51CD50F3" w14:textId="77777777" w:rsidR="00DA7BF7" w:rsidRPr="00EF066C" w:rsidRDefault="00DA7BF7" w:rsidP="005A7144">
            <w:pPr>
              <w:spacing w:after="0" w:line="240" w:lineRule="auto"/>
              <w:rPr>
                <w:szCs w:val="20"/>
              </w:rPr>
            </w:pPr>
          </w:p>
        </w:tc>
        <w:tc>
          <w:tcPr>
            <w:tcW w:w="4677" w:type="dxa"/>
            <w:vMerge/>
            <w:tcBorders>
              <w:left w:val="single" w:sz="5" w:space="0" w:color="444444"/>
              <w:bottom w:val="single" w:sz="5" w:space="0" w:color="444444"/>
              <w:right w:val="single" w:sz="5" w:space="0" w:color="444444"/>
            </w:tcBorders>
            <w:shd w:val="clear" w:color="auto" w:fill="8AC4A7"/>
            <w:vAlign w:val="center"/>
          </w:tcPr>
          <w:p w14:paraId="4CA75085" w14:textId="77777777" w:rsidR="00DA7BF7" w:rsidRPr="00EF066C" w:rsidRDefault="00DA7BF7" w:rsidP="005A7144">
            <w:pPr>
              <w:spacing w:after="0" w:line="240" w:lineRule="auto"/>
              <w:rPr>
                <w:szCs w:val="20"/>
              </w:rPr>
            </w:pP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49C8DAC7" w14:textId="77777777" w:rsidR="00DA7BF7" w:rsidRPr="00EF066C" w:rsidRDefault="00DA7BF7" w:rsidP="005A7144">
            <w:pPr>
              <w:spacing w:after="0" w:line="240" w:lineRule="auto"/>
              <w:jc w:val="center"/>
              <w:rPr>
                <w:szCs w:val="20"/>
              </w:rPr>
            </w:pPr>
            <w:r w:rsidRPr="00EF066C">
              <w:rPr>
                <w:b/>
                <w:color w:val="000000"/>
                <w:szCs w:val="20"/>
              </w:rPr>
              <w:t>CT</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397DE3AD" w14:textId="77777777" w:rsidR="00DA7BF7" w:rsidRPr="00EF066C" w:rsidRDefault="00DA7BF7" w:rsidP="005A7144">
            <w:pPr>
              <w:spacing w:after="0" w:line="240" w:lineRule="auto"/>
              <w:jc w:val="center"/>
              <w:rPr>
                <w:szCs w:val="20"/>
              </w:rPr>
            </w:pPr>
            <w:r w:rsidRPr="00EF066C">
              <w:rPr>
                <w:b/>
                <w:color w:val="000000"/>
                <w:szCs w:val="20"/>
              </w:rPr>
              <w:t>CP</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2D944674" w14:textId="77777777" w:rsidR="00DA7BF7" w:rsidRPr="00EF066C" w:rsidRDefault="00DA7BF7" w:rsidP="005A7144">
            <w:pPr>
              <w:spacing w:after="0" w:line="240" w:lineRule="auto"/>
              <w:jc w:val="center"/>
              <w:rPr>
                <w:szCs w:val="20"/>
              </w:rPr>
            </w:pPr>
            <w:r w:rsidRPr="00EF066C">
              <w:rPr>
                <w:b/>
                <w:color w:val="000000"/>
                <w:szCs w:val="20"/>
              </w:rPr>
              <w:t>NC</w:t>
            </w:r>
          </w:p>
        </w:tc>
      </w:tr>
      <w:tr w:rsidR="00DA7BF7" w:rsidRPr="009966CE" w14:paraId="3A8BAA25" w14:textId="77777777" w:rsidTr="005A7144">
        <w:trPr>
          <w:cantSplit/>
          <w:trHeight w:val="765"/>
          <w:jc w:val="center"/>
        </w:trPr>
        <w:tc>
          <w:tcPr>
            <w:tcW w:w="1786" w:type="dxa"/>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6D425144" w14:textId="77777777" w:rsidR="00DA7BF7" w:rsidRPr="00D83FA8" w:rsidRDefault="00DA7BF7" w:rsidP="005A7144">
            <w:pPr>
              <w:spacing w:after="0"/>
              <w:jc w:val="center"/>
              <w:rPr>
                <w:b/>
                <w:color w:val="000000"/>
                <w:szCs w:val="20"/>
                <w:lang w:val="es-PY"/>
              </w:rPr>
            </w:pPr>
            <w:r w:rsidRPr="00D83FA8">
              <w:rPr>
                <w:b/>
                <w:color w:val="000000"/>
                <w:szCs w:val="20"/>
                <w:lang w:val="es-PY"/>
              </w:rPr>
              <w:t xml:space="preserve">Impacto de la aplicación e innovación en la práctica </w:t>
            </w:r>
            <w:r>
              <w:rPr>
                <w:b/>
                <w:color w:val="000000"/>
                <w:szCs w:val="20"/>
                <w:lang w:val="es-PY"/>
              </w:rPr>
              <w:t>profesional</w:t>
            </w:r>
          </w:p>
          <w:p w14:paraId="243497C3" w14:textId="77777777" w:rsidR="00DA7BF7" w:rsidRDefault="00DA7BF7" w:rsidP="005A7144">
            <w:pPr>
              <w:spacing w:after="0"/>
              <w:jc w:val="center"/>
              <w:rPr>
                <w:b/>
                <w:color w:val="E31B23"/>
                <w:szCs w:val="20"/>
                <w:lang w:val="es-PY"/>
              </w:rPr>
            </w:pPr>
            <w:r w:rsidRPr="00D83FA8">
              <w:rPr>
                <w:b/>
                <w:color w:val="E31B23"/>
                <w:szCs w:val="20"/>
                <w:lang w:val="es-PY"/>
              </w:rPr>
              <w:t>(Sustantivo)</w:t>
            </w:r>
          </w:p>
          <w:p w14:paraId="10AEE9A3" w14:textId="54666E00" w:rsidR="00DA7BF7" w:rsidRPr="00D83FA8" w:rsidRDefault="00DA7BF7" w:rsidP="005A7144">
            <w:pPr>
              <w:spacing w:after="0"/>
              <w:jc w:val="center"/>
              <w:rPr>
                <w:szCs w:val="20"/>
                <w:lang w:val="es-PY"/>
              </w:rPr>
            </w:pPr>
            <w:r w:rsidRPr="00502812">
              <w:rPr>
                <w:b/>
                <w:color w:val="000000" w:themeColor="text1"/>
                <w:szCs w:val="20"/>
                <w:lang w:val="es-PY"/>
              </w:rPr>
              <w:t>(D4.C3)</w:t>
            </w: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145C4DE" w14:textId="77777777" w:rsidR="00DA7BF7" w:rsidRPr="00D83FA8" w:rsidRDefault="00DA7BF7" w:rsidP="005A7144">
            <w:pPr>
              <w:spacing w:after="0" w:line="240" w:lineRule="auto"/>
              <w:jc w:val="both"/>
              <w:rPr>
                <w:szCs w:val="20"/>
                <w:lang w:val="es-PY"/>
              </w:rPr>
            </w:pPr>
            <w:r w:rsidRPr="00D83FA8">
              <w:rPr>
                <w:color w:val="000000"/>
                <w:szCs w:val="20"/>
                <w:lang w:val="es-PY"/>
              </w:rPr>
              <w:t xml:space="preserve">a. </w:t>
            </w:r>
            <w:r>
              <w:rPr>
                <w:color w:val="000000"/>
                <w:szCs w:val="20"/>
                <w:lang w:val="es-PY"/>
              </w:rPr>
              <w:t xml:space="preserve">Los </w:t>
            </w:r>
            <w:r w:rsidRPr="00D83FA8">
              <w:rPr>
                <w:color w:val="000000"/>
                <w:szCs w:val="20"/>
                <w:lang w:val="es-PY"/>
              </w:rPr>
              <w:t>programa</w:t>
            </w:r>
            <w:r>
              <w:rPr>
                <w:color w:val="000000"/>
                <w:szCs w:val="20"/>
                <w:lang w:val="es-PY"/>
              </w:rPr>
              <w:t>s</w:t>
            </w:r>
            <w:r w:rsidRPr="00D83FA8">
              <w:rPr>
                <w:color w:val="000000"/>
                <w:szCs w:val="20"/>
                <w:lang w:val="es-PY"/>
              </w:rPr>
              <w:t xml:space="preserve"> promueve</w:t>
            </w:r>
            <w:r>
              <w:rPr>
                <w:color w:val="000000"/>
                <w:szCs w:val="20"/>
                <w:lang w:val="es-PY"/>
              </w:rPr>
              <w:t>n</w:t>
            </w:r>
            <w:r w:rsidRPr="00D83FA8">
              <w:rPr>
                <w:color w:val="000000"/>
                <w:szCs w:val="20"/>
                <w:lang w:val="es-PY"/>
              </w:rPr>
              <w:t xml:space="preserve"> la generación de conocimiento aplicado, orientado a la solución de problemas relevantes del campo profesional.</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0C9E4A66" w14:textId="77777777" w:rsidR="00DA7BF7" w:rsidRPr="0004202B" w:rsidRDefault="00DA7BF7" w:rsidP="005A7144">
            <w:pPr>
              <w:spacing w:after="0" w:line="240" w:lineRule="auto"/>
              <w:jc w:val="center"/>
              <w:rPr>
                <w:szCs w:val="20"/>
                <w:highlight w:val="yellow"/>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F98E50D" w14:textId="77777777" w:rsidR="00DA7BF7" w:rsidRPr="0004202B" w:rsidRDefault="00DA7BF7" w:rsidP="005A7144">
            <w:pPr>
              <w:spacing w:after="0" w:line="240" w:lineRule="auto"/>
              <w:jc w:val="center"/>
              <w:rPr>
                <w:szCs w:val="20"/>
                <w:highlight w:val="yellow"/>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797EDD4" w14:textId="77777777" w:rsidR="00DA7BF7" w:rsidRPr="0004202B" w:rsidRDefault="00DA7BF7" w:rsidP="005A7144">
            <w:pPr>
              <w:spacing w:after="0" w:line="240" w:lineRule="auto"/>
              <w:jc w:val="center"/>
              <w:rPr>
                <w:szCs w:val="20"/>
                <w:highlight w:val="yellow"/>
                <w:lang w:val="es-PY"/>
              </w:rPr>
            </w:pPr>
          </w:p>
        </w:tc>
      </w:tr>
      <w:tr w:rsidR="00DA7BF7" w:rsidRPr="009966CE" w14:paraId="75CB905D" w14:textId="77777777" w:rsidTr="005A7144">
        <w:trPr>
          <w:cantSplit/>
          <w:trHeight w:val="765"/>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1B0B15E6" w14:textId="77777777" w:rsidR="00DA7BF7" w:rsidRPr="0004202B" w:rsidRDefault="00DA7BF7" w:rsidP="005A7144">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353E4D6" w14:textId="77777777" w:rsidR="00DA7BF7" w:rsidRPr="00D83FA8" w:rsidRDefault="00DA7BF7" w:rsidP="005A7144">
            <w:pPr>
              <w:spacing w:after="0" w:line="240" w:lineRule="auto"/>
              <w:jc w:val="both"/>
              <w:rPr>
                <w:szCs w:val="20"/>
                <w:lang w:val="es-PY"/>
              </w:rPr>
            </w:pPr>
            <w:r w:rsidRPr="00D83FA8">
              <w:rPr>
                <w:color w:val="000000"/>
                <w:szCs w:val="20"/>
                <w:lang w:val="es-PY"/>
              </w:rPr>
              <w:t>b. Las tesis doctorales incluyen diagnósticos, propuestas o soluciones innovadoras vinculadas a contextos profesionales específicos.</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47E95C6" w14:textId="77777777" w:rsidR="00DA7BF7" w:rsidRPr="0004202B" w:rsidRDefault="00DA7BF7" w:rsidP="005A7144">
            <w:pPr>
              <w:spacing w:after="0" w:line="240" w:lineRule="auto"/>
              <w:jc w:val="center"/>
              <w:rPr>
                <w:szCs w:val="20"/>
                <w:highlight w:val="yellow"/>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74490F7" w14:textId="77777777" w:rsidR="00DA7BF7" w:rsidRPr="0004202B" w:rsidRDefault="00DA7BF7" w:rsidP="005A7144">
            <w:pPr>
              <w:spacing w:after="0" w:line="240" w:lineRule="auto"/>
              <w:jc w:val="center"/>
              <w:rPr>
                <w:szCs w:val="20"/>
                <w:highlight w:val="yellow"/>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C7A2ADE" w14:textId="77777777" w:rsidR="00DA7BF7" w:rsidRPr="0004202B" w:rsidRDefault="00DA7BF7" w:rsidP="005A7144">
            <w:pPr>
              <w:spacing w:after="0" w:line="240" w:lineRule="auto"/>
              <w:jc w:val="center"/>
              <w:rPr>
                <w:szCs w:val="20"/>
                <w:highlight w:val="yellow"/>
                <w:lang w:val="es-PY"/>
              </w:rPr>
            </w:pPr>
          </w:p>
        </w:tc>
      </w:tr>
      <w:tr w:rsidR="00DA7BF7" w:rsidRPr="009966CE" w14:paraId="783F0FD5" w14:textId="77777777" w:rsidTr="005A7144">
        <w:trPr>
          <w:cantSplit/>
          <w:trHeight w:val="765"/>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1D6E3A98" w14:textId="77777777" w:rsidR="00DA7BF7" w:rsidRPr="0004202B" w:rsidRDefault="00DA7BF7" w:rsidP="005A7144">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8CAA7F8" w14:textId="77777777" w:rsidR="00DA7BF7" w:rsidRPr="00D83FA8" w:rsidRDefault="00DA7BF7" w:rsidP="005A7144">
            <w:pPr>
              <w:spacing w:after="0" w:line="240" w:lineRule="auto"/>
              <w:jc w:val="both"/>
              <w:rPr>
                <w:szCs w:val="20"/>
                <w:lang w:val="es-PY"/>
              </w:rPr>
            </w:pPr>
            <w:r w:rsidRPr="00D83FA8">
              <w:rPr>
                <w:color w:val="000000"/>
                <w:szCs w:val="20"/>
                <w:lang w:val="es-PY"/>
              </w:rPr>
              <w:t>c. Se evidencia la participación de actores del entorno profesional en el desarrollo, tutoría o evaluación de las investigaciones doctorales.</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019AAB44" w14:textId="77777777" w:rsidR="00DA7BF7" w:rsidRPr="0004202B" w:rsidRDefault="00DA7BF7" w:rsidP="005A7144">
            <w:pPr>
              <w:spacing w:after="0" w:line="240" w:lineRule="auto"/>
              <w:jc w:val="center"/>
              <w:rPr>
                <w:szCs w:val="20"/>
                <w:highlight w:val="yellow"/>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5A8FED6" w14:textId="77777777" w:rsidR="00DA7BF7" w:rsidRPr="0004202B" w:rsidRDefault="00DA7BF7" w:rsidP="005A7144">
            <w:pPr>
              <w:spacing w:after="0" w:line="240" w:lineRule="auto"/>
              <w:jc w:val="center"/>
              <w:rPr>
                <w:szCs w:val="20"/>
                <w:highlight w:val="yellow"/>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F4514E2" w14:textId="77777777" w:rsidR="00DA7BF7" w:rsidRPr="0004202B" w:rsidRDefault="00DA7BF7" w:rsidP="005A7144">
            <w:pPr>
              <w:spacing w:after="0" w:line="240" w:lineRule="auto"/>
              <w:jc w:val="center"/>
              <w:rPr>
                <w:szCs w:val="20"/>
                <w:highlight w:val="yellow"/>
                <w:lang w:val="es-PY"/>
              </w:rPr>
            </w:pPr>
          </w:p>
        </w:tc>
      </w:tr>
      <w:tr w:rsidR="00DA7BF7" w:rsidRPr="009966CE" w14:paraId="5E5C8BFB" w14:textId="77777777" w:rsidTr="005A7144">
        <w:trPr>
          <w:cantSplit/>
          <w:trHeight w:val="765"/>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264F4BED" w14:textId="77777777" w:rsidR="00DA7BF7" w:rsidRPr="0004202B" w:rsidRDefault="00DA7BF7" w:rsidP="005A7144">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4B208C27" w14:textId="77777777" w:rsidR="00DA7BF7" w:rsidRPr="00D83FA8" w:rsidRDefault="00DA7BF7" w:rsidP="005A7144">
            <w:pPr>
              <w:spacing w:after="0" w:line="240" w:lineRule="auto"/>
              <w:jc w:val="both"/>
              <w:rPr>
                <w:szCs w:val="20"/>
                <w:lang w:val="es-PY"/>
              </w:rPr>
            </w:pPr>
            <w:r w:rsidRPr="00D83FA8">
              <w:rPr>
                <w:color w:val="000000"/>
                <w:szCs w:val="20"/>
                <w:lang w:val="es-PY"/>
              </w:rPr>
              <w:t>d. Los resultados de las tesis doctorales se aplican en contextos profesionales y generan mejoras o innovaciones verificables.</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AAD91D4" w14:textId="77777777" w:rsidR="00DA7BF7" w:rsidRPr="0004202B" w:rsidRDefault="00DA7BF7" w:rsidP="005A7144">
            <w:pPr>
              <w:spacing w:after="0" w:line="240" w:lineRule="auto"/>
              <w:jc w:val="center"/>
              <w:rPr>
                <w:szCs w:val="20"/>
                <w:highlight w:val="yellow"/>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FC04DCE" w14:textId="77777777" w:rsidR="00DA7BF7" w:rsidRPr="0004202B" w:rsidRDefault="00DA7BF7" w:rsidP="005A7144">
            <w:pPr>
              <w:spacing w:after="0" w:line="240" w:lineRule="auto"/>
              <w:jc w:val="center"/>
              <w:rPr>
                <w:szCs w:val="20"/>
                <w:highlight w:val="yellow"/>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F759EDD" w14:textId="77777777" w:rsidR="00DA7BF7" w:rsidRPr="0004202B" w:rsidRDefault="00DA7BF7" w:rsidP="005A7144">
            <w:pPr>
              <w:spacing w:after="0" w:line="240" w:lineRule="auto"/>
              <w:jc w:val="center"/>
              <w:rPr>
                <w:szCs w:val="20"/>
                <w:highlight w:val="yellow"/>
                <w:lang w:val="es-PY"/>
              </w:rPr>
            </w:pPr>
          </w:p>
        </w:tc>
      </w:tr>
      <w:tr w:rsidR="00DA7BF7" w:rsidRPr="009966CE" w14:paraId="5BF3DACE" w14:textId="77777777" w:rsidTr="005A7144">
        <w:trPr>
          <w:cantSplit/>
          <w:trHeight w:val="879"/>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1F72F43A" w14:textId="77777777" w:rsidR="00DA7BF7" w:rsidRPr="0004202B" w:rsidRDefault="00DA7BF7" w:rsidP="005A7144">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81018F5" w14:textId="77777777" w:rsidR="00DA7BF7" w:rsidRPr="00D83FA8" w:rsidRDefault="00DA7BF7" w:rsidP="005A7144">
            <w:pPr>
              <w:spacing w:after="0" w:line="240" w:lineRule="auto"/>
              <w:jc w:val="both"/>
              <w:rPr>
                <w:szCs w:val="20"/>
                <w:lang w:val="es-PY"/>
              </w:rPr>
            </w:pPr>
            <w:r w:rsidRPr="00D83FA8">
              <w:rPr>
                <w:color w:val="000000"/>
                <w:szCs w:val="20"/>
                <w:lang w:val="es-PY"/>
              </w:rPr>
              <w:t xml:space="preserve">e. </w:t>
            </w:r>
            <w:r>
              <w:rPr>
                <w:color w:val="000000"/>
                <w:szCs w:val="20"/>
                <w:lang w:val="es-PY"/>
              </w:rPr>
              <w:t xml:space="preserve">Los </w:t>
            </w:r>
            <w:r w:rsidRPr="00D83FA8">
              <w:rPr>
                <w:color w:val="000000"/>
                <w:szCs w:val="20"/>
                <w:lang w:val="es-PY"/>
              </w:rPr>
              <w:t>programa</w:t>
            </w:r>
            <w:r>
              <w:rPr>
                <w:color w:val="000000"/>
                <w:szCs w:val="20"/>
                <w:lang w:val="es-PY"/>
              </w:rPr>
              <w:t>s</w:t>
            </w:r>
            <w:r w:rsidRPr="00D83FA8">
              <w:rPr>
                <w:color w:val="000000"/>
                <w:szCs w:val="20"/>
                <w:lang w:val="es-PY"/>
              </w:rPr>
              <w:t xml:space="preserve"> cuenta</w:t>
            </w:r>
            <w:r>
              <w:rPr>
                <w:color w:val="000000"/>
                <w:szCs w:val="20"/>
                <w:lang w:val="es-PY"/>
              </w:rPr>
              <w:t>n</w:t>
            </w:r>
            <w:r w:rsidRPr="00D83FA8">
              <w:rPr>
                <w:color w:val="000000"/>
                <w:szCs w:val="20"/>
                <w:lang w:val="es-PY"/>
              </w:rPr>
              <w:t xml:space="preserve"> con mecanismos sistemáticos de articulación con el entorno profesional que facilitan la transferencia y validación del conocimiento en la práctica.</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C9A3836" w14:textId="77777777" w:rsidR="00DA7BF7" w:rsidRPr="0004202B" w:rsidRDefault="00DA7BF7" w:rsidP="005A7144">
            <w:pPr>
              <w:spacing w:after="0" w:line="240" w:lineRule="auto"/>
              <w:jc w:val="center"/>
              <w:rPr>
                <w:szCs w:val="20"/>
                <w:highlight w:val="yellow"/>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036B34DB" w14:textId="77777777" w:rsidR="00DA7BF7" w:rsidRPr="0004202B" w:rsidRDefault="00DA7BF7" w:rsidP="005A7144">
            <w:pPr>
              <w:spacing w:after="0" w:line="240" w:lineRule="auto"/>
              <w:jc w:val="center"/>
              <w:rPr>
                <w:szCs w:val="20"/>
                <w:highlight w:val="yellow"/>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42D762BE" w14:textId="77777777" w:rsidR="00DA7BF7" w:rsidRPr="0004202B" w:rsidRDefault="00DA7BF7" w:rsidP="005A7144">
            <w:pPr>
              <w:spacing w:after="0" w:line="240" w:lineRule="auto"/>
              <w:jc w:val="center"/>
              <w:rPr>
                <w:szCs w:val="20"/>
                <w:highlight w:val="yellow"/>
                <w:lang w:val="es-PY"/>
              </w:rPr>
            </w:pPr>
          </w:p>
        </w:tc>
      </w:tr>
      <w:tr w:rsidR="00DA7BF7" w:rsidRPr="009966CE" w14:paraId="2E4D030D" w14:textId="77777777" w:rsidTr="005A7144">
        <w:trPr>
          <w:cantSplit/>
          <w:trHeight w:hRule="exact" w:val="312"/>
          <w:jc w:val="center"/>
        </w:trPr>
        <w:tc>
          <w:tcPr>
            <w:tcW w:w="6463" w:type="dxa"/>
            <w:gridSpan w:val="2"/>
            <w:tcBorders>
              <w:top w:val="single" w:sz="5" w:space="0" w:color="444444"/>
              <w:left w:val="single" w:sz="5" w:space="0" w:color="444444"/>
              <w:bottom w:val="single" w:sz="5" w:space="0" w:color="444444"/>
              <w:right w:val="single" w:sz="5" w:space="0" w:color="444444"/>
            </w:tcBorders>
            <w:vAlign w:val="center"/>
          </w:tcPr>
          <w:p w14:paraId="351DEB20" w14:textId="77777777" w:rsidR="00DA7BF7" w:rsidRPr="00EF066C" w:rsidRDefault="00DA7BF7" w:rsidP="005A7144">
            <w:pPr>
              <w:spacing w:after="0" w:line="240" w:lineRule="auto"/>
              <w:jc w:val="center"/>
              <w:rPr>
                <w:szCs w:val="20"/>
                <w:lang w:val="es-PY"/>
              </w:rPr>
            </w:pPr>
            <w:r w:rsidRPr="00EF066C">
              <w:rPr>
                <w:b/>
                <w:color w:val="000000"/>
                <w:szCs w:val="20"/>
                <w:lang w:val="es-PY"/>
              </w:rPr>
              <w:t>Nivel de cumplimiento del criterio</w:t>
            </w:r>
          </w:p>
        </w:tc>
        <w:tc>
          <w:tcPr>
            <w:tcW w:w="2415" w:type="dxa"/>
            <w:gridSpan w:val="3"/>
            <w:tcBorders>
              <w:top w:val="single" w:sz="5" w:space="0" w:color="444444"/>
              <w:left w:val="single" w:sz="5" w:space="0" w:color="444444"/>
              <w:bottom w:val="single" w:sz="5" w:space="0" w:color="444444"/>
              <w:right w:val="single" w:sz="5" w:space="0" w:color="444444"/>
            </w:tcBorders>
            <w:vAlign w:val="center"/>
          </w:tcPr>
          <w:p w14:paraId="57D1FFBE" w14:textId="77777777" w:rsidR="00DA7BF7" w:rsidRPr="00EF066C" w:rsidRDefault="00DA7BF7" w:rsidP="005A7144">
            <w:pPr>
              <w:spacing w:after="0" w:line="240" w:lineRule="auto"/>
              <w:rPr>
                <w:szCs w:val="20"/>
                <w:lang w:val="es-PY"/>
              </w:rPr>
            </w:pPr>
          </w:p>
        </w:tc>
      </w:tr>
      <w:tr w:rsidR="00DA7BF7" w14:paraId="2360D49B" w14:textId="77777777" w:rsidTr="005A7144">
        <w:trPr>
          <w:cantSplit/>
          <w:trHeight w:hRule="exact" w:val="340"/>
          <w:jc w:val="center"/>
        </w:trPr>
        <w:tc>
          <w:tcPr>
            <w:tcW w:w="6463"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5B7ADA32" w14:textId="77777777" w:rsidR="00DA7BF7" w:rsidRPr="00EF066C" w:rsidRDefault="00DA7BF7" w:rsidP="005A7144">
            <w:pPr>
              <w:spacing w:after="0" w:line="240" w:lineRule="auto"/>
              <w:jc w:val="center"/>
              <w:rPr>
                <w:szCs w:val="20"/>
                <w:lang w:val="es-PY"/>
              </w:rPr>
            </w:pPr>
            <w:r w:rsidRPr="00EF066C">
              <w:rPr>
                <w:b/>
                <w:color w:val="000000"/>
                <w:szCs w:val="20"/>
                <w:lang w:val="es-PY"/>
              </w:rPr>
              <w:t>Argumento que sostiene el nivel de cumplimiento del criterio</w:t>
            </w: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13118D27" w14:textId="77777777" w:rsidR="00DA7BF7" w:rsidRPr="00EF066C" w:rsidRDefault="00DA7BF7" w:rsidP="005A7144">
            <w:pPr>
              <w:spacing w:after="0" w:line="240" w:lineRule="auto"/>
              <w:jc w:val="center"/>
              <w:rPr>
                <w:szCs w:val="20"/>
              </w:rPr>
            </w:pPr>
            <w:r w:rsidRPr="00EF066C">
              <w:rPr>
                <w:b/>
                <w:color w:val="000000"/>
                <w:szCs w:val="20"/>
              </w:rPr>
              <w:t>Medios de verificación</w:t>
            </w:r>
          </w:p>
        </w:tc>
      </w:tr>
      <w:tr w:rsidR="00DA7BF7" w14:paraId="2F2FB603" w14:textId="77777777" w:rsidTr="005A7144">
        <w:trPr>
          <w:cantSplit/>
          <w:trHeight w:hRule="exact" w:val="8785"/>
          <w:jc w:val="center"/>
        </w:trPr>
        <w:tc>
          <w:tcPr>
            <w:tcW w:w="6463" w:type="dxa"/>
            <w:gridSpan w:val="2"/>
            <w:tcBorders>
              <w:top w:val="single" w:sz="5" w:space="0" w:color="444444"/>
              <w:left w:val="single" w:sz="5" w:space="0" w:color="444444"/>
              <w:bottom w:val="single" w:sz="5" w:space="0" w:color="444444"/>
              <w:right w:val="single" w:sz="5" w:space="0" w:color="444444"/>
            </w:tcBorders>
            <w:shd w:val="clear" w:color="auto" w:fill="FFFFFF"/>
          </w:tcPr>
          <w:p w14:paraId="54C90411" w14:textId="77777777" w:rsidR="00DA7BF7" w:rsidRPr="00EF066C" w:rsidRDefault="00DA7BF7" w:rsidP="005A7144">
            <w:pPr>
              <w:rPr>
                <w:szCs w:val="20"/>
              </w:rPr>
            </w:pP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FFFFFF"/>
          </w:tcPr>
          <w:p w14:paraId="3EADDE23" w14:textId="77777777" w:rsidR="00DA7BF7" w:rsidRPr="00EF066C" w:rsidRDefault="00DA7BF7" w:rsidP="005A7144">
            <w:pPr>
              <w:rPr>
                <w:szCs w:val="20"/>
              </w:rPr>
            </w:pPr>
          </w:p>
        </w:tc>
      </w:tr>
    </w:tbl>
    <w:p w14:paraId="3DC12919" w14:textId="48377B27" w:rsidR="008045E3" w:rsidRDefault="00A22F53">
      <w:pPr>
        <w:spacing w:after="0"/>
      </w:pPr>
      <w:r>
        <w:br w:type="page"/>
      </w:r>
    </w:p>
    <w:tbl>
      <w:tblPr>
        <w:tblW w:w="0" w:type="auto"/>
        <w:jc w:val="center"/>
        <w:tblLook w:val="04A0" w:firstRow="1" w:lastRow="0" w:firstColumn="1" w:lastColumn="0" w:noHBand="0" w:noVBand="1"/>
      </w:tblPr>
      <w:tblGrid>
        <w:gridCol w:w="4528"/>
        <w:gridCol w:w="4529"/>
      </w:tblGrid>
      <w:tr w:rsidR="00DA7BF7" w:rsidRPr="009966CE" w14:paraId="4AAB4FCB" w14:textId="77777777" w:rsidTr="005A7144">
        <w:trPr>
          <w:cantSplit/>
          <w:trHeight w:hRule="exact" w:val="340"/>
          <w:jc w:val="center"/>
        </w:trPr>
        <w:tc>
          <w:tcPr>
            <w:tcW w:w="9057"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271AD006" w14:textId="77777777" w:rsidR="00DA7BF7" w:rsidRPr="0004202B" w:rsidRDefault="00DA7BF7" w:rsidP="005A7144">
            <w:pPr>
              <w:spacing w:after="0" w:line="240" w:lineRule="auto"/>
              <w:jc w:val="center"/>
              <w:rPr>
                <w:b/>
                <w:color w:val="000000"/>
                <w:szCs w:val="20"/>
                <w:lang w:val="es-PY"/>
              </w:rPr>
            </w:pPr>
            <w:r w:rsidRPr="000043DA">
              <w:rPr>
                <w:b/>
                <w:bCs/>
                <w:color w:val="000000"/>
                <w:szCs w:val="20"/>
                <w:lang w:val="es-PY"/>
              </w:rPr>
              <w:lastRenderedPageBreak/>
              <w:t>Fortalezas y debilidades del cumplimiento de criterios del Marco Disciplinar</w:t>
            </w:r>
          </w:p>
        </w:tc>
      </w:tr>
      <w:tr w:rsidR="00DA7BF7" w14:paraId="4843C317" w14:textId="77777777" w:rsidTr="005A7144">
        <w:trPr>
          <w:cantSplit/>
          <w:trHeight w:hRule="exact" w:val="340"/>
          <w:jc w:val="center"/>
        </w:trPr>
        <w:tc>
          <w:tcPr>
            <w:tcW w:w="4528"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292101E1" w14:textId="77777777" w:rsidR="00DA7BF7" w:rsidRPr="00A22F53" w:rsidRDefault="00DA7BF7" w:rsidP="005A7144">
            <w:pPr>
              <w:spacing w:after="0" w:line="240" w:lineRule="auto"/>
              <w:jc w:val="center"/>
              <w:rPr>
                <w:b/>
                <w:color w:val="000000"/>
                <w:szCs w:val="20"/>
              </w:rPr>
            </w:pPr>
            <w:r>
              <w:rPr>
                <w:b/>
                <w:color w:val="000000"/>
                <w:szCs w:val="20"/>
              </w:rPr>
              <w:t>Fortalezas</w:t>
            </w:r>
          </w:p>
        </w:tc>
        <w:tc>
          <w:tcPr>
            <w:tcW w:w="4529"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7251D420" w14:textId="77777777" w:rsidR="00DA7BF7" w:rsidRPr="00A22F53" w:rsidRDefault="00DA7BF7" w:rsidP="005A7144">
            <w:pPr>
              <w:spacing w:after="0" w:line="240" w:lineRule="auto"/>
              <w:jc w:val="center"/>
              <w:rPr>
                <w:b/>
                <w:color w:val="000000"/>
                <w:szCs w:val="20"/>
              </w:rPr>
            </w:pPr>
            <w:r>
              <w:rPr>
                <w:b/>
                <w:color w:val="000000"/>
                <w:szCs w:val="20"/>
              </w:rPr>
              <w:t>Debilidades</w:t>
            </w:r>
          </w:p>
        </w:tc>
      </w:tr>
      <w:tr w:rsidR="00DA7BF7" w:rsidRPr="009966CE" w14:paraId="3333122A" w14:textId="77777777" w:rsidTr="00DA7BF7">
        <w:trPr>
          <w:cantSplit/>
          <w:trHeight w:val="4603"/>
          <w:jc w:val="center"/>
        </w:trPr>
        <w:tc>
          <w:tcPr>
            <w:tcW w:w="4528" w:type="dxa"/>
            <w:tcBorders>
              <w:top w:val="single" w:sz="5" w:space="0" w:color="444444"/>
              <w:left w:val="single" w:sz="5" w:space="0" w:color="444444"/>
              <w:bottom w:val="single" w:sz="5" w:space="0" w:color="444444"/>
              <w:right w:val="single" w:sz="5" w:space="0" w:color="444444"/>
            </w:tcBorders>
          </w:tcPr>
          <w:p w14:paraId="00F3E7AB" w14:textId="77777777" w:rsidR="00DA7BF7" w:rsidRDefault="00DA7BF7" w:rsidP="00DA7BF7">
            <w:pPr>
              <w:spacing w:after="0" w:line="240" w:lineRule="auto"/>
              <w:jc w:val="both"/>
              <w:rPr>
                <w:color w:val="D9D9D9" w:themeColor="background1" w:themeShade="D9"/>
                <w:szCs w:val="20"/>
                <w:lang w:val="es-PY"/>
              </w:rPr>
            </w:pPr>
            <w:r w:rsidRPr="0004202B">
              <w:rPr>
                <w:color w:val="D9D9D9" w:themeColor="background1" w:themeShade="D9"/>
                <w:szCs w:val="20"/>
                <w:lang w:val="es-PY"/>
              </w:rPr>
              <w:t xml:space="preserve">Describen los aspectos en los que el programa, demuestra un nivel superior al esperado, innovaciones, buenas prácticas o resultados sobresalientes que contribuyen significativamente al logro del criterio de calidad. </w:t>
            </w:r>
            <w:r w:rsidRPr="00DA7BF7">
              <w:rPr>
                <w:color w:val="D9D9D9" w:themeColor="background1" w:themeShade="D9"/>
                <w:szCs w:val="20"/>
                <w:lang w:val="es-PY"/>
              </w:rPr>
              <w:t>No constituyen mero cumplimiento de los indicadores.</w:t>
            </w:r>
          </w:p>
          <w:p w14:paraId="53C355DD" w14:textId="77777777" w:rsidR="00DA7BF7" w:rsidRDefault="00DA7BF7" w:rsidP="00DA7BF7">
            <w:pPr>
              <w:spacing w:after="0" w:line="240" w:lineRule="auto"/>
              <w:jc w:val="both"/>
              <w:rPr>
                <w:color w:val="000000"/>
                <w:szCs w:val="20"/>
                <w:lang w:val="es-PY"/>
              </w:rPr>
            </w:pPr>
          </w:p>
          <w:p w14:paraId="359A80D4" w14:textId="77777777" w:rsidR="00DA7BF7" w:rsidRDefault="00DA7BF7" w:rsidP="00DA7BF7">
            <w:pPr>
              <w:spacing w:after="0" w:line="240" w:lineRule="auto"/>
              <w:jc w:val="both"/>
              <w:rPr>
                <w:color w:val="000000"/>
                <w:szCs w:val="20"/>
                <w:lang w:val="es-PY"/>
              </w:rPr>
            </w:pPr>
          </w:p>
          <w:p w14:paraId="416340B2" w14:textId="77777777" w:rsidR="00DA7BF7" w:rsidRDefault="00DA7BF7" w:rsidP="00DA7BF7">
            <w:pPr>
              <w:spacing w:after="0" w:line="240" w:lineRule="auto"/>
              <w:jc w:val="both"/>
              <w:rPr>
                <w:color w:val="000000"/>
                <w:szCs w:val="20"/>
                <w:lang w:val="es-PY"/>
              </w:rPr>
            </w:pPr>
          </w:p>
          <w:p w14:paraId="32F7B244" w14:textId="77777777" w:rsidR="00DA7BF7" w:rsidRDefault="00DA7BF7" w:rsidP="00DA7BF7">
            <w:pPr>
              <w:spacing w:after="0" w:line="240" w:lineRule="auto"/>
              <w:jc w:val="both"/>
              <w:rPr>
                <w:color w:val="000000"/>
                <w:szCs w:val="20"/>
                <w:lang w:val="es-PY"/>
              </w:rPr>
            </w:pPr>
          </w:p>
          <w:p w14:paraId="0B129603" w14:textId="77777777" w:rsidR="00DA7BF7" w:rsidRDefault="00DA7BF7" w:rsidP="00DA7BF7">
            <w:pPr>
              <w:spacing w:after="0" w:line="240" w:lineRule="auto"/>
              <w:jc w:val="both"/>
              <w:rPr>
                <w:color w:val="000000"/>
                <w:szCs w:val="20"/>
                <w:lang w:val="es-PY"/>
              </w:rPr>
            </w:pPr>
          </w:p>
          <w:p w14:paraId="39362594" w14:textId="77777777" w:rsidR="00DA7BF7" w:rsidRDefault="00DA7BF7" w:rsidP="00DA7BF7">
            <w:pPr>
              <w:spacing w:after="0" w:line="240" w:lineRule="auto"/>
              <w:jc w:val="both"/>
              <w:rPr>
                <w:color w:val="000000"/>
                <w:szCs w:val="20"/>
                <w:lang w:val="es-PY"/>
              </w:rPr>
            </w:pPr>
          </w:p>
          <w:p w14:paraId="284E9468" w14:textId="77777777" w:rsidR="00DA7BF7" w:rsidRDefault="00DA7BF7" w:rsidP="00DA7BF7">
            <w:pPr>
              <w:spacing w:after="0" w:line="240" w:lineRule="auto"/>
              <w:jc w:val="both"/>
              <w:rPr>
                <w:color w:val="000000"/>
                <w:szCs w:val="20"/>
                <w:lang w:val="es-PY"/>
              </w:rPr>
            </w:pPr>
          </w:p>
          <w:p w14:paraId="6AA01FBF" w14:textId="1D4D2436" w:rsidR="00DA7BF7" w:rsidRPr="00DA7BF7" w:rsidRDefault="00DA7BF7" w:rsidP="00DA7BF7">
            <w:pPr>
              <w:spacing w:after="0" w:line="240" w:lineRule="auto"/>
              <w:jc w:val="both"/>
              <w:rPr>
                <w:color w:val="000000"/>
                <w:szCs w:val="20"/>
                <w:lang w:val="es-PY"/>
              </w:rPr>
            </w:pPr>
          </w:p>
        </w:tc>
        <w:tc>
          <w:tcPr>
            <w:tcW w:w="4529" w:type="dxa"/>
            <w:tcBorders>
              <w:top w:val="single" w:sz="5" w:space="0" w:color="444444"/>
              <w:left w:val="single" w:sz="5" w:space="0" w:color="444444"/>
              <w:bottom w:val="single" w:sz="5" w:space="0" w:color="444444"/>
              <w:right w:val="single" w:sz="5" w:space="0" w:color="444444"/>
            </w:tcBorders>
          </w:tcPr>
          <w:p w14:paraId="1BEECCCA" w14:textId="77777777" w:rsidR="00DA7BF7" w:rsidRPr="0004202B" w:rsidRDefault="00DA7BF7" w:rsidP="00DA7BF7">
            <w:pPr>
              <w:spacing w:after="0" w:line="240" w:lineRule="auto"/>
              <w:jc w:val="both"/>
              <w:rPr>
                <w:color w:val="000000"/>
                <w:szCs w:val="20"/>
                <w:lang w:val="es-PY"/>
              </w:rPr>
            </w:pPr>
            <w:r w:rsidRPr="0004202B">
              <w:rPr>
                <w:color w:val="D9D9D9" w:themeColor="background1" w:themeShade="D9"/>
                <w:szCs w:val="20"/>
                <w:lang w:val="es-PY"/>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tc>
      </w:tr>
      <w:tr w:rsidR="00DA7BF7" w14:paraId="1993758C" w14:textId="77777777" w:rsidTr="005A7144">
        <w:trPr>
          <w:cantSplit/>
          <w:trHeight w:hRule="exact" w:val="340"/>
          <w:jc w:val="center"/>
        </w:trPr>
        <w:tc>
          <w:tcPr>
            <w:tcW w:w="9057"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494C9240" w14:textId="77777777" w:rsidR="00DA7BF7" w:rsidRPr="00A22F53" w:rsidRDefault="00DA7BF7" w:rsidP="005A7144">
            <w:pPr>
              <w:spacing w:after="0" w:line="240" w:lineRule="auto"/>
              <w:jc w:val="center"/>
              <w:rPr>
                <w:szCs w:val="20"/>
              </w:rPr>
            </w:pPr>
            <w:r w:rsidRPr="00A22F53">
              <w:rPr>
                <w:b/>
                <w:color w:val="000000"/>
                <w:szCs w:val="20"/>
              </w:rPr>
              <w:t>Oportunidades de mejora</w:t>
            </w:r>
          </w:p>
        </w:tc>
      </w:tr>
      <w:tr w:rsidR="00DA7BF7" w:rsidRPr="009966CE" w14:paraId="211B4738" w14:textId="77777777" w:rsidTr="00DA7BF7">
        <w:trPr>
          <w:cantSplit/>
          <w:trHeight w:val="8429"/>
          <w:jc w:val="center"/>
        </w:trPr>
        <w:tc>
          <w:tcPr>
            <w:tcW w:w="9057" w:type="dxa"/>
            <w:gridSpan w:val="2"/>
            <w:tcBorders>
              <w:top w:val="single" w:sz="5" w:space="0" w:color="444444"/>
              <w:left w:val="single" w:sz="5" w:space="0" w:color="444444"/>
              <w:bottom w:val="single" w:sz="5" w:space="0" w:color="444444"/>
              <w:right w:val="single" w:sz="5" w:space="0" w:color="444444"/>
            </w:tcBorders>
          </w:tcPr>
          <w:p w14:paraId="67D897AD" w14:textId="77777777" w:rsidR="00DA7BF7" w:rsidRPr="00DA7BF7" w:rsidRDefault="00DA7BF7" w:rsidP="00DA7BF7">
            <w:pPr>
              <w:spacing w:after="0" w:line="240" w:lineRule="auto"/>
              <w:jc w:val="both"/>
              <w:rPr>
                <w:b/>
                <w:color w:val="000000"/>
                <w:szCs w:val="20"/>
                <w:lang w:val="es-PY"/>
              </w:rPr>
            </w:pPr>
          </w:p>
          <w:p w14:paraId="5145B130" w14:textId="77777777" w:rsidR="00DA7BF7" w:rsidRPr="007062D3" w:rsidRDefault="00DA7BF7" w:rsidP="00DA7BF7">
            <w:pPr>
              <w:contextualSpacing/>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Las oportunidades de mejoras deben:</w:t>
            </w:r>
          </w:p>
          <w:p w14:paraId="79AB71F9" w14:textId="77777777" w:rsidR="00DA7BF7" w:rsidRPr="007062D3" w:rsidRDefault="00DA7BF7" w:rsidP="00DA7BF7">
            <w:pPr>
              <w:numPr>
                <w:ilvl w:val="0"/>
                <w:numId w:val="13"/>
              </w:numPr>
              <w:spacing w:after="0" w:line="240" w:lineRule="auto"/>
              <w:contextualSpacing/>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Estar directamente vinculadas con las debilidades o hallazgos identificados.</w:t>
            </w:r>
          </w:p>
          <w:p w14:paraId="4140611B" w14:textId="77777777" w:rsidR="00DA7BF7" w:rsidRPr="007062D3" w:rsidRDefault="00DA7BF7" w:rsidP="00DA7BF7">
            <w:pPr>
              <w:numPr>
                <w:ilvl w:val="0"/>
                <w:numId w:val="13"/>
              </w:numPr>
              <w:spacing w:after="0" w:line="240" w:lineRule="auto"/>
              <w:contextualSpacing/>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Ser viables y pertinentes en el marco del contexto institucional.</w:t>
            </w:r>
          </w:p>
          <w:p w14:paraId="5DDA2831" w14:textId="77777777" w:rsidR="00DA7BF7" w:rsidRPr="007062D3" w:rsidRDefault="00DA7BF7" w:rsidP="00DA7BF7">
            <w:pPr>
              <w:numPr>
                <w:ilvl w:val="0"/>
                <w:numId w:val="13"/>
              </w:numPr>
              <w:spacing w:after="0" w:line="240" w:lineRule="auto"/>
              <w:contextualSpacing/>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Orientar hacia la consolidación de procesos de mejora continua.</w:t>
            </w:r>
          </w:p>
          <w:p w14:paraId="1544C269" w14:textId="77777777" w:rsidR="00DA7BF7" w:rsidRPr="007062D3" w:rsidRDefault="00DA7BF7" w:rsidP="00DA7BF7">
            <w:pPr>
              <w:numPr>
                <w:ilvl w:val="0"/>
                <w:numId w:val="13"/>
              </w:numPr>
              <w:spacing w:after="0" w:line="240" w:lineRule="auto"/>
              <w:contextualSpacing/>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Evitar generalidades o apreciaciones vagas, ofreciendo lineamientos claros para la planificación estratégica.</w:t>
            </w:r>
          </w:p>
          <w:p w14:paraId="09E2EB1F" w14:textId="77777777" w:rsidR="00DA7BF7" w:rsidRPr="007062D3" w:rsidRDefault="00DA7BF7" w:rsidP="00DA7BF7">
            <w:pPr>
              <w:contextualSpacing/>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Estas recomendaciones complementan los resultados, ya que no solo describen la situación encontrada, sino que también proyectan acciones posibles para avanzar hacia niveles superiores de calidad.</w:t>
            </w:r>
          </w:p>
          <w:p w14:paraId="4FA24076" w14:textId="77777777" w:rsidR="00DA7BF7" w:rsidRPr="00DA7BF7" w:rsidRDefault="00DA7BF7" w:rsidP="00DA7BF7">
            <w:pPr>
              <w:spacing w:after="0" w:line="240" w:lineRule="auto"/>
              <w:jc w:val="both"/>
              <w:rPr>
                <w:b/>
                <w:color w:val="000000"/>
                <w:szCs w:val="20"/>
                <w:lang w:val="es-PY"/>
              </w:rPr>
            </w:pPr>
          </w:p>
          <w:p w14:paraId="0EABC711" w14:textId="77777777" w:rsidR="00DA7BF7" w:rsidRPr="00DA7BF7" w:rsidRDefault="00DA7BF7" w:rsidP="00DA7BF7">
            <w:pPr>
              <w:spacing w:after="0" w:line="240" w:lineRule="auto"/>
              <w:jc w:val="both"/>
              <w:rPr>
                <w:b/>
                <w:color w:val="000000"/>
                <w:szCs w:val="20"/>
                <w:lang w:val="es-PY"/>
              </w:rPr>
            </w:pPr>
          </w:p>
          <w:p w14:paraId="014D0BEF" w14:textId="77777777" w:rsidR="00DA7BF7" w:rsidRPr="00DA7BF7" w:rsidRDefault="00DA7BF7" w:rsidP="00DA7BF7">
            <w:pPr>
              <w:spacing w:after="0" w:line="240" w:lineRule="auto"/>
              <w:jc w:val="both"/>
              <w:rPr>
                <w:b/>
                <w:color w:val="000000"/>
                <w:szCs w:val="20"/>
                <w:lang w:val="es-PY"/>
              </w:rPr>
            </w:pPr>
          </w:p>
          <w:p w14:paraId="48A28D07" w14:textId="77777777" w:rsidR="00DA7BF7" w:rsidRPr="00DA7BF7" w:rsidRDefault="00DA7BF7" w:rsidP="00DA7BF7">
            <w:pPr>
              <w:spacing w:after="0" w:line="240" w:lineRule="auto"/>
              <w:jc w:val="both"/>
              <w:rPr>
                <w:b/>
                <w:color w:val="000000"/>
                <w:szCs w:val="20"/>
                <w:lang w:val="es-PY"/>
              </w:rPr>
            </w:pPr>
          </w:p>
          <w:p w14:paraId="3D2F18EC" w14:textId="77777777" w:rsidR="00DA7BF7" w:rsidRPr="00DA7BF7" w:rsidRDefault="00DA7BF7" w:rsidP="00DA7BF7">
            <w:pPr>
              <w:spacing w:after="0" w:line="240" w:lineRule="auto"/>
              <w:jc w:val="both"/>
              <w:rPr>
                <w:b/>
                <w:color w:val="000000"/>
                <w:szCs w:val="20"/>
                <w:lang w:val="es-PY"/>
              </w:rPr>
            </w:pPr>
          </w:p>
          <w:p w14:paraId="57411194" w14:textId="77777777" w:rsidR="00DA7BF7" w:rsidRPr="00DA7BF7" w:rsidRDefault="00DA7BF7" w:rsidP="00DA7BF7">
            <w:pPr>
              <w:spacing w:after="0" w:line="240" w:lineRule="auto"/>
              <w:jc w:val="both"/>
              <w:rPr>
                <w:b/>
                <w:color w:val="000000"/>
                <w:szCs w:val="20"/>
                <w:lang w:val="es-PY"/>
              </w:rPr>
            </w:pPr>
          </w:p>
          <w:p w14:paraId="6559E6AB" w14:textId="77777777" w:rsidR="00DA7BF7" w:rsidRPr="00DA7BF7" w:rsidRDefault="00DA7BF7" w:rsidP="00DA7BF7">
            <w:pPr>
              <w:spacing w:after="0" w:line="240" w:lineRule="auto"/>
              <w:jc w:val="both"/>
              <w:rPr>
                <w:b/>
                <w:color w:val="000000"/>
                <w:szCs w:val="20"/>
                <w:lang w:val="es-PY"/>
              </w:rPr>
            </w:pPr>
          </w:p>
          <w:p w14:paraId="3C00A8F8" w14:textId="77777777" w:rsidR="00DA7BF7" w:rsidRPr="00DA7BF7" w:rsidRDefault="00DA7BF7" w:rsidP="00DA7BF7">
            <w:pPr>
              <w:spacing w:after="0" w:line="240" w:lineRule="auto"/>
              <w:jc w:val="both"/>
              <w:rPr>
                <w:b/>
                <w:color w:val="000000"/>
                <w:szCs w:val="20"/>
                <w:lang w:val="es-PY"/>
              </w:rPr>
            </w:pPr>
          </w:p>
          <w:p w14:paraId="583FEE2B" w14:textId="77777777" w:rsidR="00DA7BF7" w:rsidRPr="00DA7BF7" w:rsidRDefault="00DA7BF7" w:rsidP="00DA7BF7">
            <w:pPr>
              <w:spacing w:after="0" w:line="240" w:lineRule="auto"/>
              <w:jc w:val="both"/>
              <w:rPr>
                <w:b/>
                <w:color w:val="000000"/>
                <w:szCs w:val="20"/>
                <w:lang w:val="es-PY"/>
              </w:rPr>
            </w:pPr>
          </w:p>
          <w:p w14:paraId="602189C8" w14:textId="77777777" w:rsidR="00DA7BF7" w:rsidRPr="00DA7BF7" w:rsidRDefault="00DA7BF7" w:rsidP="00DA7BF7">
            <w:pPr>
              <w:spacing w:after="0" w:line="240" w:lineRule="auto"/>
              <w:jc w:val="both"/>
              <w:rPr>
                <w:b/>
                <w:color w:val="000000"/>
                <w:szCs w:val="20"/>
                <w:lang w:val="es-PY"/>
              </w:rPr>
            </w:pPr>
          </w:p>
          <w:p w14:paraId="4B395371" w14:textId="77777777" w:rsidR="00DA7BF7" w:rsidRPr="00DA7BF7" w:rsidRDefault="00DA7BF7" w:rsidP="00DA7BF7">
            <w:pPr>
              <w:spacing w:after="0" w:line="240" w:lineRule="auto"/>
              <w:jc w:val="both"/>
              <w:rPr>
                <w:b/>
                <w:color w:val="000000"/>
                <w:szCs w:val="20"/>
                <w:lang w:val="es-PY"/>
              </w:rPr>
            </w:pPr>
          </w:p>
          <w:p w14:paraId="318C5466" w14:textId="77777777" w:rsidR="00DA7BF7" w:rsidRPr="00DA7BF7" w:rsidRDefault="00DA7BF7" w:rsidP="00DA7BF7">
            <w:pPr>
              <w:spacing w:after="0" w:line="240" w:lineRule="auto"/>
              <w:jc w:val="both"/>
              <w:rPr>
                <w:b/>
                <w:color w:val="000000"/>
                <w:szCs w:val="20"/>
                <w:lang w:val="es-PY"/>
              </w:rPr>
            </w:pPr>
          </w:p>
          <w:p w14:paraId="4D01C3BF" w14:textId="77777777" w:rsidR="00DA7BF7" w:rsidRPr="00DA7BF7" w:rsidRDefault="00DA7BF7" w:rsidP="00DA7BF7">
            <w:pPr>
              <w:spacing w:after="0" w:line="240" w:lineRule="auto"/>
              <w:jc w:val="both"/>
              <w:rPr>
                <w:b/>
                <w:color w:val="000000"/>
                <w:szCs w:val="20"/>
                <w:lang w:val="es-PY"/>
              </w:rPr>
            </w:pPr>
          </w:p>
          <w:p w14:paraId="5F92A878" w14:textId="77777777" w:rsidR="00DA7BF7" w:rsidRPr="00DA7BF7" w:rsidRDefault="00DA7BF7" w:rsidP="00DA7BF7">
            <w:pPr>
              <w:spacing w:after="0" w:line="240" w:lineRule="auto"/>
              <w:jc w:val="both"/>
              <w:rPr>
                <w:b/>
                <w:color w:val="000000"/>
                <w:szCs w:val="20"/>
                <w:lang w:val="es-PY"/>
              </w:rPr>
            </w:pPr>
          </w:p>
          <w:p w14:paraId="31507AAB" w14:textId="77777777" w:rsidR="00DA7BF7" w:rsidRPr="00DA7BF7" w:rsidRDefault="00DA7BF7" w:rsidP="00DA7BF7">
            <w:pPr>
              <w:spacing w:after="0" w:line="240" w:lineRule="auto"/>
              <w:jc w:val="both"/>
              <w:rPr>
                <w:b/>
                <w:color w:val="000000"/>
                <w:szCs w:val="20"/>
                <w:lang w:val="es-PY"/>
              </w:rPr>
            </w:pPr>
          </w:p>
          <w:p w14:paraId="56B3EA6B" w14:textId="77777777" w:rsidR="00DA7BF7" w:rsidRPr="00DA7BF7" w:rsidRDefault="00DA7BF7" w:rsidP="00DA7BF7">
            <w:pPr>
              <w:spacing w:after="0" w:line="240" w:lineRule="auto"/>
              <w:jc w:val="both"/>
              <w:rPr>
                <w:b/>
                <w:color w:val="000000"/>
                <w:szCs w:val="20"/>
                <w:lang w:val="es-PY"/>
              </w:rPr>
            </w:pPr>
          </w:p>
          <w:p w14:paraId="3B1FECD3" w14:textId="77777777" w:rsidR="00DA7BF7" w:rsidRPr="00DA7BF7" w:rsidRDefault="00DA7BF7" w:rsidP="00DA7BF7">
            <w:pPr>
              <w:spacing w:after="0" w:line="240" w:lineRule="auto"/>
              <w:jc w:val="both"/>
              <w:rPr>
                <w:b/>
                <w:color w:val="000000"/>
                <w:szCs w:val="20"/>
                <w:lang w:val="es-PY"/>
              </w:rPr>
            </w:pPr>
          </w:p>
          <w:p w14:paraId="24836189" w14:textId="77777777" w:rsidR="00DA7BF7" w:rsidRPr="00DA7BF7" w:rsidRDefault="00DA7BF7" w:rsidP="00DA7BF7">
            <w:pPr>
              <w:spacing w:after="0" w:line="240" w:lineRule="auto"/>
              <w:jc w:val="both"/>
              <w:rPr>
                <w:b/>
                <w:color w:val="000000"/>
                <w:szCs w:val="20"/>
                <w:lang w:val="es-PY"/>
              </w:rPr>
            </w:pPr>
          </w:p>
          <w:p w14:paraId="6FCB423E" w14:textId="77777777" w:rsidR="00DA7BF7" w:rsidRPr="00DA7BF7" w:rsidRDefault="00DA7BF7" w:rsidP="00DA7BF7">
            <w:pPr>
              <w:spacing w:after="0" w:line="240" w:lineRule="auto"/>
              <w:jc w:val="both"/>
              <w:rPr>
                <w:b/>
                <w:color w:val="000000"/>
                <w:szCs w:val="20"/>
                <w:lang w:val="es-PY"/>
              </w:rPr>
            </w:pPr>
          </w:p>
          <w:p w14:paraId="545DB306" w14:textId="77777777" w:rsidR="00DA7BF7" w:rsidRPr="00DA7BF7" w:rsidRDefault="00DA7BF7" w:rsidP="00DA7BF7">
            <w:pPr>
              <w:spacing w:after="0" w:line="240" w:lineRule="auto"/>
              <w:jc w:val="both"/>
              <w:rPr>
                <w:b/>
                <w:color w:val="000000"/>
                <w:szCs w:val="20"/>
                <w:lang w:val="es-PY"/>
              </w:rPr>
            </w:pPr>
          </w:p>
          <w:p w14:paraId="747817A1" w14:textId="77777777" w:rsidR="00DA7BF7" w:rsidRPr="00DA7BF7" w:rsidRDefault="00DA7BF7" w:rsidP="00DA7BF7">
            <w:pPr>
              <w:spacing w:after="0" w:line="240" w:lineRule="auto"/>
              <w:jc w:val="both"/>
              <w:rPr>
                <w:b/>
                <w:color w:val="000000"/>
                <w:szCs w:val="20"/>
                <w:lang w:val="es-PY"/>
              </w:rPr>
            </w:pPr>
          </w:p>
          <w:p w14:paraId="3B0E50A3" w14:textId="77777777" w:rsidR="00DA7BF7" w:rsidRPr="00DA7BF7" w:rsidRDefault="00DA7BF7" w:rsidP="00DA7BF7">
            <w:pPr>
              <w:spacing w:after="0" w:line="240" w:lineRule="auto"/>
              <w:jc w:val="both"/>
              <w:rPr>
                <w:b/>
                <w:color w:val="000000"/>
                <w:szCs w:val="20"/>
                <w:lang w:val="es-PY"/>
              </w:rPr>
            </w:pPr>
          </w:p>
          <w:p w14:paraId="1E7C30C1" w14:textId="77777777" w:rsidR="00DA7BF7" w:rsidRPr="00DA7BF7" w:rsidRDefault="00DA7BF7" w:rsidP="00DA7BF7">
            <w:pPr>
              <w:spacing w:after="0" w:line="240" w:lineRule="auto"/>
              <w:jc w:val="both"/>
              <w:rPr>
                <w:b/>
                <w:color w:val="000000"/>
                <w:szCs w:val="20"/>
                <w:lang w:val="es-PY"/>
              </w:rPr>
            </w:pPr>
          </w:p>
          <w:p w14:paraId="167D3DA4" w14:textId="77777777" w:rsidR="00DA7BF7" w:rsidRPr="00DA7BF7" w:rsidRDefault="00DA7BF7" w:rsidP="00DA7BF7">
            <w:pPr>
              <w:spacing w:after="0" w:line="240" w:lineRule="auto"/>
              <w:jc w:val="both"/>
              <w:rPr>
                <w:b/>
                <w:color w:val="000000"/>
                <w:szCs w:val="20"/>
                <w:lang w:val="es-PY"/>
              </w:rPr>
            </w:pPr>
          </w:p>
          <w:p w14:paraId="24029DEC" w14:textId="77777777" w:rsidR="00DA7BF7" w:rsidRPr="00DA7BF7" w:rsidRDefault="00DA7BF7" w:rsidP="00DA7BF7">
            <w:pPr>
              <w:spacing w:after="0" w:line="240" w:lineRule="auto"/>
              <w:jc w:val="both"/>
              <w:rPr>
                <w:b/>
                <w:color w:val="000000"/>
                <w:szCs w:val="20"/>
                <w:lang w:val="es-PY"/>
              </w:rPr>
            </w:pPr>
          </w:p>
          <w:p w14:paraId="75383916" w14:textId="77777777" w:rsidR="00DA7BF7" w:rsidRPr="00DA7BF7" w:rsidRDefault="00DA7BF7" w:rsidP="00DA7BF7">
            <w:pPr>
              <w:spacing w:after="0" w:line="240" w:lineRule="auto"/>
              <w:jc w:val="both"/>
              <w:rPr>
                <w:b/>
                <w:color w:val="000000"/>
                <w:szCs w:val="20"/>
                <w:lang w:val="es-PY"/>
              </w:rPr>
            </w:pPr>
          </w:p>
          <w:p w14:paraId="491AB840" w14:textId="13711B7D" w:rsidR="00DA7BF7" w:rsidRPr="00DA7BF7" w:rsidRDefault="00DA7BF7" w:rsidP="00DA7BF7">
            <w:pPr>
              <w:spacing w:after="0" w:line="240" w:lineRule="auto"/>
              <w:jc w:val="both"/>
              <w:rPr>
                <w:b/>
                <w:color w:val="000000"/>
                <w:szCs w:val="20"/>
                <w:lang w:val="es-PY"/>
              </w:rPr>
            </w:pPr>
          </w:p>
        </w:tc>
      </w:tr>
    </w:tbl>
    <w:p w14:paraId="13F9C50F" w14:textId="77777777" w:rsidR="00DA7BF7" w:rsidRPr="00DA7BF7" w:rsidRDefault="00A22F53">
      <w:pPr>
        <w:spacing w:after="0"/>
        <w:rPr>
          <w:lang w:val="es-PY"/>
        </w:rPr>
      </w:pPr>
      <w:r w:rsidRPr="00DA7BF7">
        <w:rPr>
          <w:lang w:val="es-PY"/>
        </w:rPr>
        <w:br w:type="page"/>
      </w:r>
    </w:p>
    <w:tbl>
      <w:tblPr>
        <w:tblW w:w="0" w:type="auto"/>
        <w:jc w:val="center"/>
        <w:tblLook w:val="04A0" w:firstRow="1" w:lastRow="0" w:firstColumn="1" w:lastColumn="0" w:noHBand="0" w:noVBand="1"/>
      </w:tblPr>
      <w:tblGrid>
        <w:gridCol w:w="9057"/>
      </w:tblGrid>
      <w:tr w:rsidR="00DA7BF7" w:rsidRPr="00190499" w14:paraId="3AAEEEE5" w14:textId="77777777" w:rsidTr="005A7144">
        <w:trPr>
          <w:trHeight w:hRule="exact" w:val="312"/>
          <w:jc w:val="center"/>
        </w:trPr>
        <w:tc>
          <w:tcPr>
            <w:tcW w:w="9069" w:type="dxa"/>
            <w:tcBorders>
              <w:top w:val="single" w:sz="5" w:space="0" w:color="53A67D"/>
              <w:left w:val="single" w:sz="5" w:space="0" w:color="53A67D"/>
              <w:bottom w:val="single" w:sz="5" w:space="0" w:color="53A67D"/>
              <w:right w:val="single" w:sz="5" w:space="0" w:color="53A67D"/>
            </w:tcBorders>
            <w:shd w:val="clear" w:color="auto" w:fill="53A67D"/>
            <w:vAlign w:val="center"/>
          </w:tcPr>
          <w:p w14:paraId="7009953B" w14:textId="77777777" w:rsidR="00DA7BF7" w:rsidRPr="00190499" w:rsidRDefault="00DA7BF7" w:rsidP="005A7144">
            <w:pPr>
              <w:spacing w:after="0" w:line="240" w:lineRule="auto"/>
              <w:rPr>
                <w:szCs w:val="20"/>
              </w:rPr>
            </w:pPr>
            <w:r>
              <w:rPr>
                <w:b/>
                <w:color w:val="FFFFFF"/>
                <w:szCs w:val="20"/>
              </w:rPr>
              <w:lastRenderedPageBreak/>
              <w:t>8</w:t>
            </w:r>
            <w:r w:rsidRPr="00190499">
              <w:rPr>
                <w:b/>
                <w:color w:val="FFFFFF"/>
                <w:szCs w:val="20"/>
              </w:rPr>
              <w:t>.    SÍNTESIS EVALUATIVA</w:t>
            </w:r>
          </w:p>
        </w:tc>
      </w:tr>
    </w:tbl>
    <w:p w14:paraId="640FA7C6" w14:textId="77777777" w:rsidR="00DA7BF7" w:rsidRPr="00190499" w:rsidRDefault="00DA7BF7" w:rsidP="00DA7BF7">
      <w:pPr>
        <w:spacing w:before="40" w:after="60"/>
        <w:rPr>
          <w:color w:val="000000"/>
          <w:szCs w:val="20"/>
          <w:lang w:val="es-PY"/>
        </w:rPr>
      </w:pPr>
      <w:r w:rsidRPr="00190499">
        <w:rPr>
          <w:color w:val="000000"/>
          <w:szCs w:val="20"/>
          <w:lang w:val="es-PY"/>
        </w:rPr>
        <w:t>Tabla 2. Síntesis evaluativa según el tipo de criterio y nivel de cumplimiento</w:t>
      </w:r>
    </w:p>
    <w:tbl>
      <w:tblPr>
        <w:tblW w:w="0" w:type="auto"/>
        <w:jc w:val="center"/>
        <w:tblLayout w:type="fixed"/>
        <w:tblLook w:val="04A0" w:firstRow="1" w:lastRow="0" w:firstColumn="1" w:lastColumn="0" w:noHBand="0" w:noVBand="1"/>
      </w:tblPr>
      <w:tblGrid>
        <w:gridCol w:w="1842"/>
        <w:gridCol w:w="1247"/>
        <w:gridCol w:w="1020"/>
        <w:gridCol w:w="1304"/>
        <w:gridCol w:w="1247"/>
        <w:gridCol w:w="1020"/>
        <w:gridCol w:w="1247"/>
      </w:tblGrid>
      <w:tr w:rsidR="00DA7BF7" w:rsidRPr="00190499" w14:paraId="04B2C297" w14:textId="77777777" w:rsidTr="00DA7BF7">
        <w:trPr>
          <w:cantSplit/>
          <w:trHeight w:val="454"/>
          <w:jc w:val="center"/>
        </w:trPr>
        <w:tc>
          <w:tcPr>
            <w:tcW w:w="1842" w:type="dxa"/>
            <w:tcBorders>
              <w:top w:val="single" w:sz="5" w:space="0" w:color="444444"/>
              <w:left w:val="single" w:sz="5" w:space="0" w:color="444444"/>
              <w:bottom w:val="single" w:sz="5" w:space="0" w:color="444444"/>
              <w:right w:val="single" w:sz="5" w:space="0" w:color="444444"/>
            </w:tcBorders>
            <w:shd w:val="clear" w:color="auto" w:fill="D6E3BC" w:themeFill="accent3" w:themeFillTint="66"/>
            <w:vAlign w:val="center"/>
          </w:tcPr>
          <w:p w14:paraId="47A435F0" w14:textId="77777777" w:rsidR="00DA7BF7" w:rsidRPr="00190499" w:rsidRDefault="00DA7BF7" w:rsidP="005A7144">
            <w:pPr>
              <w:spacing w:after="0" w:line="240" w:lineRule="auto"/>
              <w:jc w:val="center"/>
              <w:rPr>
                <w:szCs w:val="20"/>
              </w:rPr>
            </w:pPr>
            <w:r w:rsidRPr="00190499">
              <w:rPr>
                <w:b/>
                <w:color w:val="000000"/>
                <w:szCs w:val="20"/>
              </w:rPr>
              <w:t>Tipo de criterio</w:t>
            </w:r>
          </w:p>
        </w:tc>
        <w:tc>
          <w:tcPr>
            <w:tcW w:w="1247" w:type="dxa"/>
            <w:tcBorders>
              <w:top w:val="single" w:sz="5" w:space="0" w:color="444444"/>
              <w:left w:val="single" w:sz="5" w:space="0" w:color="444444"/>
              <w:bottom w:val="single" w:sz="5" w:space="0" w:color="444444"/>
              <w:right w:val="single" w:sz="5" w:space="0" w:color="444444"/>
            </w:tcBorders>
            <w:shd w:val="clear" w:color="auto" w:fill="D6E3BC" w:themeFill="accent3" w:themeFillTint="66"/>
            <w:vAlign w:val="center"/>
          </w:tcPr>
          <w:p w14:paraId="01B61E52" w14:textId="77777777" w:rsidR="00DA7BF7" w:rsidRPr="00190499" w:rsidRDefault="00DA7BF7" w:rsidP="005A7144">
            <w:pPr>
              <w:spacing w:after="0" w:line="240" w:lineRule="auto"/>
              <w:jc w:val="center"/>
              <w:rPr>
                <w:szCs w:val="20"/>
              </w:rPr>
            </w:pPr>
            <w:r w:rsidRPr="00190499">
              <w:rPr>
                <w:b/>
                <w:color w:val="000000"/>
                <w:szCs w:val="20"/>
              </w:rPr>
              <w:t>Total de criterios</w:t>
            </w:r>
          </w:p>
        </w:tc>
        <w:tc>
          <w:tcPr>
            <w:tcW w:w="1020" w:type="dxa"/>
            <w:tcBorders>
              <w:top w:val="single" w:sz="5" w:space="0" w:color="444444"/>
              <w:left w:val="single" w:sz="5" w:space="0" w:color="444444"/>
              <w:bottom w:val="single" w:sz="5" w:space="0" w:color="444444"/>
              <w:right w:val="single" w:sz="5" w:space="0" w:color="444444"/>
            </w:tcBorders>
            <w:shd w:val="clear" w:color="auto" w:fill="D6E3BC" w:themeFill="accent3" w:themeFillTint="66"/>
            <w:vAlign w:val="center"/>
          </w:tcPr>
          <w:p w14:paraId="42B5D301" w14:textId="77777777" w:rsidR="00DA7BF7" w:rsidRPr="00190499" w:rsidRDefault="00DA7BF7" w:rsidP="005A7144">
            <w:pPr>
              <w:spacing w:after="0" w:line="240" w:lineRule="auto"/>
              <w:jc w:val="center"/>
              <w:rPr>
                <w:szCs w:val="20"/>
              </w:rPr>
            </w:pPr>
            <w:r w:rsidRPr="00190499">
              <w:rPr>
                <w:b/>
                <w:color w:val="000000"/>
                <w:szCs w:val="20"/>
              </w:rPr>
              <w:t>Pleno</w:t>
            </w:r>
          </w:p>
        </w:tc>
        <w:tc>
          <w:tcPr>
            <w:tcW w:w="1304" w:type="dxa"/>
            <w:tcBorders>
              <w:top w:val="single" w:sz="5" w:space="0" w:color="444444"/>
              <w:left w:val="single" w:sz="5" w:space="0" w:color="444444"/>
              <w:bottom w:val="single" w:sz="5" w:space="0" w:color="444444"/>
              <w:right w:val="single" w:sz="5" w:space="0" w:color="444444"/>
            </w:tcBorders>
            <w:shd w:val="clear" w:color="auto" w:fill="D6E3BC" w:themeFill="accent3" w:themeFillTint="66"/>
            <w:vAlign w:val="center"/>
          </w:tcPr>
          <w:p w14:paraId="546CB571" w14:textId="77777777" w:rsidR="00DA7BF7" w:rsidRPr="00190499" w:rsidRDefault="00DA7BF7" w:rsidP="005A7144">
            <w:pPr>
              <w:spacing w:after="0" w:line="240" w:lineRule="auto"/>
              <w:jc w:val="center"/>
              <w:rPr>
                <w:szCs w:val="20"/>
              </w:rPr>
            </w:pPr>
            <w:r w:rsidRPr="00190499">
              <w:rPr>
                <w:b/>
                <w:color w:val="000000"/>
                <w:szCs w:val="20"/>
              </w:rPr>
              <w:t>Satisfactorio</w:t>
            </w:r>
          </w:p>
        </w:tc>
        <w:tc>
          <w:tcPr>
            <w:tcW w:w="1247" w:type="dxa"/>
            <w:tcBorders>
              <w:top w:val="single" w:sz="5" w:space="0" w:color="444444"/>
              <w:left w:val="single" w:sz="5" w:space="0" w:color="444444"/>
              <w:bottom w:val="single" w:sz="5" w:space="0" w:color="444444"/>
              <w:right w:val="single" w:sz="5" w:space="0" w:color="444444"/>
            </w:tcBorders>
            <w:shd w:val="clear" w:color="auto" w:fill="D6E3BC" w:themeFill="accent3" w:themeFillTint="66"/>
            <w:vAlign w:val="center"/>
          </w:tcPr>
          <w:p w14:paraId="697985FE" w14:textId="77777777" w:rsidR="00DA7BF7" w:rsidRPr="00190499" w:rsidRDefault="00DA7BF7" w:rsidP="005A7144">
            <w:pPr>
              <w:spacing w:after="0" w:line="240" w:lineRule="auto"/>
              <w:jc w:val="center"/>
              <w:rPr>
                <w:szCs w:val="20"/>
              </w:rPr>
            </w:pPr>
            <w:r w:rsidRPr="00190499">
              <w:rPr>
                <w:b/>
                <w:color w:val="000000"/>
                <w:szCs w:val="20"/>
              </w:rPr>
              <w:t>Suficiente</w:t>
            </w:r>
          </w:p>
        </w:tc>
        <w:tc>
          <w:tcPr>
            <w:tcW w:w="1020" w:type="dxa"/>
            <w:tcBorders>
              <w:top w:val="single" w:sz="5" w:space="0" w:color="444444"/>
              <w:left w:val="single" w:sz="5" w:space="0" w:color="444444"/>
              <w:bottom w:val="single" w:sz="5" w:space="0" w:color="444444"/>
              <w:right w:val="single" w:sz="5" w:space="0" w:color="444444"/>
            </w:tcBorders>
            <w:shd w:val="clear" w:color="auto" w:fill="D6E3BC" w:themeFill="accent3" w:themeFillTint="66"/>
            <w:vAlign w:val="center"/>
          </w:tcPr>
          <w:p w14:paraId="76164839" w14:textId="77777777" w:rsidR="00DA7BF7" w:rsidRPr="00190499" w:rsidRDefault="00DA7BF7" w:rsidP="005A7144">
            <w:pPr>
              <w:spacing w:after="0" w:line="240" w:lineRule="auto"/>
              <w:jc w:val="center"/>
              <w:rPr>
                <w:szCs w:val="20"/>
              </w:rPr>
            </w:pPr>
            <w:r w:rsidRPr="00190499">
              <w:rPr>
                <w:b/>
                <w:color w:val="000000"/>
                <w:szCs w:val="20"/>
              </w:rPr>
              <w:t>Escaso</w:t>
            </w:r>
          </w:p>
        </w:tc>
        <w:tc>
          <w:tcPr>
            <w:tcW w:w="1247" w:type="dxa"/>
            <w:tcBorders>
              <w:top w:val="single" w:sz="5" w:space="0" w:color="444444"/>
              <w:left w:val="single" w:sz="5" w:space="0" w:color="444444"/>
              <w:bottom w:val="single" w:sz="5" w:space="0" w:color="444444"/>
              <w:right w:val="single" w:sz="5" w:space="0" w:color="444444"/>
            </w:tcBorders>
            <w:shd w:val="clear" w:color="auto" w:fill="D6E3BC" w:themeFill="accent3" w:themeFillTint="66"/>
            <w:vAlign w:val="center"/>
          </w:tcPr>
          <w:p w14:paraId="4FDDA293" w14:textId="77777777" w:rsidR="00DA7BF7" w:rsidRPr="00190499" w:rsidRDefault="00DA7BF7" w:rsidP="005A7144">
            <w:pPr>
              <w:spacing w:after="0" w:line="240" w:lineRule="auto"/>
              <w:jc w:val="center"/>
              <w:rPr>
                <w:szCs w:val="20"/>
              </w:rPr>
            </w:pPr>
            <w:r w:rsidRPr="00190499">
              <w:rPr>
                <w:b/>
                <w:color w:val="000000"/>
                <w:szCs w:val="20"/>
              </w:rPr>
              <w:t>No cumple</w:t>
            </w:r>
          </w:p>
        </w:tc>
      </w:tr>
      <w:tr w:rsidR="00DA7BF7" w:rsidRPr="00190499" w14:paraId="1E8CCE9B" w14:textId="77777777" w:rsidTr="005A7144">
        <w:trPr>
          <w:cantSplit/>
          <w:trHeight w:val="510"/>
          <w:jc w:val="center"/>
        </w:trPr>
        <w:tc>
          <w:tcPr>
            <w:tcW w:w="1842" w:type="dxa"/>
            <w:tcBorders>
              <w:top w:val="single" w:sz="5" w:space="0" w:color="444444"/>
              <w:left w:val="single" w:sz="5" w:space="0" w:color="444444"/>
              <w:bottom w:val="single" w:sz="5" w:space="0" w:color="444444"/>
              <w:right w:val="single" w:sz="5" w:space="0" w:color="444444"/>
            </w:tcBorders>
            <w:shd w:val="clear" w:color="auto" w:fill="FFFFFF"/>
            <w:vAlign w:val="center"/>
          </w:tcPr>
          <w:p w14:paraId="58DFBE85" w14:textId="77777777" w:rsidR="00DA7BF7" w:rsidRPr="00DA7BF7" w:rsidRDefault="00DA7BF7" w:rsidP="005A7144">
            <w:pPr>
              <w:spacing w:after="0" w:line="240" w:lineRule="auto"/>
              <w:rPr>
                <w:b/>
                <w:szCs w:val="20"/>
              </w:rPr>
            </w:pPr>
            <w:r w:rsidRPr="00DA7BF7">
              <w:rPr>
                <w:b/>
                <w:color w:val="000000"/>
                <w:szCs w:val="20"/>
              </w:rPr>
              <w:t>Sustantivos</w:t>
            </w:r>
          </w:p>
        </w:tc>
        <w:tc>
          <w:tcPr>
            <w:tcW w:w="1247" w:type="dxa"/>
            <w:tcBorders>
              <w:top w:val="single" w:sz="5" w:space="0" w:color="444444"/>
              <w:left w:val="single" w:sz="5" w:space="0" w:color="444444"/>
              <w:bottom w:val="single" w:sz="5" w:space="0" w:color="444444"/>
              <w:right w:val="single" w:sz="5" w:space="0" w:color="444444"/>
            </w:tcBorders>
            <w:shd w:val="clear" w:color="auto" w:fill="FFFFFF"/>
            <w:vAlign w:val="center"/>
          </w:tcPr>
          <w:p w14:paraId="1A9CDFD7" w14:textId="77777777" w:rsidR="00DA7BF7" w:rsidRPr="00DA7BF7" w:rsidRDefault="00DA7BF7" w:rsidP="005A7144">
            <w:pPr>
              <w:spacing w:after="0" w:line="240" w:lineRule="auto"/>
              <w:jc w:val="center"/>
              <w:rPr>
                <w:b/>
                <w:szCs w:val="20"/>
              </w:rPr>
            </w:pPr>
            <w:r w:rsidRPr="00DA7BF7">
              <w:rPr>
                <w:b/>
                <w:color w:val="000000"/>
                <w:szCs w:val="20"/>
              </w:rPr>
              <w:t>8</w:t>
            </w:r>
          </w:p>
        </w:tc>
        <w:tc>
          <w:tcPr>
            <w:tcW w:w="1020" w:type="dxa"/>
            <w:tcBorders>
              <w:top w:val="single" w:sz="5" w:space="0" w:color="444444"/>
              <w:left w:val="single" w:sz="5" w:space="0" w:color="444444"/>
              <w:bottom w:val="single" w:sz="5" w:space="0" w:color="444444"/>
              <w:right w:val="single" w:sz="5" w:space="0" w:color="444444"/>
            </w:tcBorders>
            <w:shd w:val="clear" w:color="auto" w:fill="FFFFFF"/>
          </w:tcPr>
          <w:p w14:paraId="0F4407AF" w14:textId="77777777" w:rsidR="00DA7BF7" w:rsidRPr="00190499" w:rsidRDefault="00DA7BF7" w:rsidP="005A7144">
            <w:pPr>
              <w:rPr>
                <w:szCs w:val="20"/>
              </w:rPr>
            </w:pPr>
          </w:p>
        </w:tc>
        <w:tc>
          <w:tcPr>
            <w:tcW w:w="1304" w:type="dxa"/>
            <w:tcBorders>
              <w:top w:val="single" w:sz="5" w:space="0" w:color="444444"/>
              <w:left w:val="single" w:sz="5" w:space="0" w:color="444444"/>
              <w:bottom w:val="single" w:sz="5" w:space="0" w:color="444444"/>
              <w:right w:val="single" w:sz="5" w:space="0" w:color="444444"/>
            </w:tcBorders>
            <w:shd w:val="clear" w:color="auto" w:fill="FFFFFF"/>
          </w:tcPr>
          <w:p w14:paraId="3FE7907A" w14:textId="77777777" w:rsidR="00DA7BF7" w:rsidRPr="00190499" w:rsidRDefault="00DA7BF7" w:rsidP="005A7144">
            <w:pPr>
              <w:rPr>
                <w:szCs w:val="20"/>
              </w:rPr>
            </w:pPr>
          </w:p>
        </w:tc>
        <w:tc>
          <w:tcPr>
            <w:tcW w:w="1247" w:type="dxa"/>
            <w:tcBorders>
              <w:top w:val="single" w:sz="5" w:space="0" w:color="444444"/>
              <w:left w:val="single" w:sz="5" w:space="0" w:color="444444"/>
              <w:bottom w:val="single" w:sz="5" w:space="0" w:color="444444"/>
              <w:right w:val="single" w:sz="5" w:space="0" w:color="444444"/>
            </w:tcBorders>
            <w:shd w:val="clear" w:color="auto" w:fill="FFFFFF"/>
          </w:tcPr>
          <w:p w14:paraId="319E723C" w14:textId="77777777" w:rsidR="00DA7BF7" w:rsidRPr="00190499" w:rsidRDefault="00DA7BF7" w:rsidP="005A7144">
            <w:pPr>
              <w:rPr>
                <w:szCs w:val="20"/>
              </w:rPr>
            </w:pPr>
          </w:p>
        </w:tc>
        <w:tc>
          <w:tcPr>
            <w:tcW w:w="1020" w:type="dxa"/>
            <w:tcBorders>
              <w:top w:val="single" w:sz="5" w:space="0" w:color="444444"/>
              <w:left w:val="single" w:sz="5" w:space="0" w:color="444444"/>
              <w:bottom w:val="single" w:sz="5" w:space="0" w:color="444444"/>
              <w:right w:val="single" w:sz="5" w:space="0" w:color="444444"/>
            </w:tcBorders>
            <w:shd w:val="clear" w:color="auto" w:fill="FFFFFF"/>
          </w:tcPr>
          <w:p w14:paraId="26914070" w14:textId="77777777" w:rsidR="00DA7BF7" w:rsidRPr="00190499" w:rsidRDefault="00DA7BF7" w:rsidP="005A7144">
            <w:pPr>
              <w:rPr>
                <w:szCs w:val="20"/>
              </w:rPr>
            </w:pPr>
          </w:p>
        </w:tc>
        <w:tc>
          <w:tcPr>
            <w:tcW w:w="1247" w:type="dxa"/>
            <w:tcBorders>
              <w:top w:val="single" w:sz="5" w:space="0" w:color="444444"/>
              <w:left w:val="single" w:sz="5" w:space="0" w:color="444444"/>
              <w:bottom w:val="single" w:sz="5" w:space="0" w:color="444444"/>
              <w:right w:val="single" w:sz="5" w:space="0" w:color="444444"/>
            </w:tcBorders>
            <w:shd w:val="clear" w:color="auto" w:fill="FFFFFF"/>
          </w:tcPr>
          <w:p w14:paraId="2D61DDF5" w14:textId="77777777" w:rsidR="00DA7BF7" w:rsidRPr="00190499" w:rsidRDefault="00DA7BF7" w:rsidP="005A7144">
            <w:pPr>
              <w:rPr>
                <w:szCs w:val="20"/>
              </w:rPr>
            </w:pPr>
          </w:p>
        </w:tc>
      </w:tr>
      <w:tr w:rsidR="00DA7BF7" w:rsidRPr="00190499" w14:paraId="27590E55" w14:textId="77777777" w:rsidTr="005A7144">
        <w:trPr>
          <w:cantSplit/>
          <w:trHeight w:val="510"/>
          <w:jc w:val="center"/>
        </w:trPr>
        <w:tc>
          <w:tcPr>
            <w:tcW w:w="1842" w:type="dxa"/>
            <w:tcBorders>
              <w:top w:val="single" w:sz="5" w:space="0" w:color="444444"/>
              <w:left w:val="single" w:sz="5" w:space="0" w:color="444444"/>
              <w:bottom w:val="single" w:sz="5" w:space="0" w:color="444444"/>
              <w:right w:val="single" w:sz="5" w:space="0" w:color="444444"/>
            </w:tcBorders>
            <w:shd w:val="clear" w:color="auto" w:fill="FFFFFF"/>
            <w:vAlign w:val="center"/>
          </w:tcPr>
          <w:p w14:paraId="1ADED88B" w14:textId="77777777" w:rsidR="00DA7BF7" w:rsidRPr="00DA7BF7" w:rsidRDefault="00DA7BF7" w:rsidP="005A7144">
            <w:pPr>
              <w:spacing w:after="0" w:line="240" w:lineRule="auto"/>
              <w:rPr>
                <w:b/>
                <w:szCs w:val="20"/>
              </w:rPr>
            </w:pPr>
            <w:r w:rsidRPr="00DA7BF7">
              <w:rPr>
                <w:b/>
                <w:color w:val="000000"/>
                <w:szCs w:val="20"/>
              </w:rPr>
              <w:t>No sustantivos</w:t>
            </w:r>
          </w:p>
        </w:tc>
        <w:tc>
          <w:tcPr>
            <w:tcW w:w="1247" w:type="dxa"/>
            <w:tcBorders>
              <w:top w:val="single" w:sz="5" w:space="0" w:color="444444"/>
              <w:left w:val="single" w:sz="5" w:space="0" w:color="444444"/>
              <w:bottom w:val="single" w:sz="5" w:space="0" w:color="444444"/>
              <w:right w:val="single" w:sz="5" w:space="0" w:color="444444"/>
            </w:tcBorders>
            <w:shd w:val="clear" w:color="auto" w:fill="FFFFFF"/>
            <w:vAlign w:val="center"/>
          </w:tcPr>
          <w:p w14:paraId="722603DE" w14:textId="77777777" w:rsidR="00DA7BF7" w:rsidRPr="00DA7BF7" w:rsidRDefault="00DA7BF7" w:rsidP="005A7144">
            <w:pPr>
              <w:spacing w:after="0" w:line="240" w:lineRule="auto"/>
              <w:jc w:val="center"/>
              <w:rPr>
                <w:b/>
                <w:szCs w:val="20"/>
              </w:rPr>
            </w:pPr>
            <w:r w:rsidRPr="00DA7BF7">
              <w:rPr>
                <w:b/>
                <w:color w:val="000000"/>
                <w:szCs w:val="20"/>
              </w:rPr>
              <w:t>5</w:t>
            </w:r>
          </w:p>
        </w:tc>
        <w:tc>
          <w:tcPr>
            <w:tcW w:w="1020" w:type="dxa"/>
            <w:tcBorders>
              <w:top w:val="single" w:sz="5" w:space="0" w:color="444444"/>
              <w:left w:val="single" w:sz="5" w:space="0" w:color="444444"/>
              <w:bottom w:val="single" w:sz="5" w:space="0" w:color="444444"/>
              <w:right w:val="single" w:sz="5" w:space="0" w:color="444444"/>
            </w:tcBorders>
            <w:shd w:val="clear" w:color="auto" w:fill="FFFFFF"/>
          </w:tcPr>
          <w:p w14:paraId="376F3E68" w14:textId="77777777" w:rsidR="00DA7BF7" w:rsidRPr="00190499" w:rsidRDefault="00DA7BF7" w:rsidP="005A7144">
            <w:pPr>
              <w:rPr>
                <w:szCs w:val="20"/>
              </w:rPr>
            </w:pPr>
          </w:p>
        </w:tc>
        <w:tc>
          <w:tcPr>
            <w:tcW w:w="1304" w:type="dxa"/>
            <w:tcBorders>
              <w:top w:val="single" w:sz="5" w:space="0" w:color="444444"/>
              <w:left w:val="single" w:sz="5" w:space="0" w:color="444444"/>
              <w:bottom w:val="single" w:sz="5" w:space="0" w:color="444444"/>
              <w:right w:val="single" w:sz="5" w:space="0" w:color="444444"/>
            </w:tcBorders>
            <w:shd w:val="clear" w:color="auto" w:fill="FFFFFF"/>
          </w:tcPr>
          <w:p w14:paraId="41B9DED8" w14:textId="77777777" w:rsidR="00DA7BF7" w:rsidRPr="00190499" w:rsidRDefault="00DA7BF7" w:rsidP="005A7144">
            <w:pPr>
              <w:rPr>
                <w:szCs w:val="20"/>
              </w:rPr>
            </w:pPr>
          </w:p>
        </w:tc>
        <w:tc>
          <w:tcPr>
            <w:tcW w:w="1247" w:type="dxa"/>
            <w:tcBorders>
              <w:top w:val="single" w:sz="5" w:space="0" w:color="444444"/>
              <w:left w:val="single" w:sz="5" w:space="0" w:color="444444"/>
              <w:bottom w:val="single" w:sz="5" w:space="0" w:color="444444"/>
              <w:right w:val="single" w:sz="5" w:space="0" w:color="444444"/>
            </w:tcBorders>
            <w:shd w:val="clear" w:color="auto" w:fill="FFFFFF"/>
          </w:tcPr>
          <w:p w14:paraId="12A6CDC0" w14:textId="77777777" w:rsidR="00DA7BF7" w:rsidRPr="00190499" w:rsidRDefault="00DA7BF7" w:rsidP="005A7144">
            <w:pPr>
              <w:rPr>
                <w:szCs w:val="20"/>
              </w:rPr>
            </w:pPr>
          </w:p>
        </w:tc>
        <w:tc>
          <w:tcPr>
            <w:tcW w:w="1020" w:type="dxa"/>
            <w:tcBorders>
              <w:top w:val="single" w:sz="5" w:space="0" w:color="444444"/>
              <w:left w:val="single" w:sz="5" w:space="0" w:color="444444"/>
              <w:bottom w:val="single" w:sz="5" w:space="0" w:color="444444"/>
              <w:right w:val="single" w:sz="5" w:space="0" w:color="444444"/>
            </w:tcBorders>
            <w:shd w:val="clear" w:color="auto" w:fill="FFFFFF"/>
          </w:tcPr>
          <w:p w14:paraId="24300AF4" w14:textId="77777777" w:rsidR="00DA7BF7" w:rsidRPr="00190499" w:rsidRDefault="00DA7BF7" w:rsidP="005A7144">
            <w:pPr>
              <w:rPr>
                <w:szCs w:val="20"/>
              </w:rPr>
            </w:pPr>
          </w:p>
        </w:tc>
        <w:tc>
          <w:tcPr>
            <w:tcW w:w="1247" w:type="dxa"/>
            <w:tcBorders>
              <w:top w:val="single" w:sz="5" w:space="0" w:color="444444"/>
              <w:left w:val="single" w:sz="5" w:space="0" w:color="444444"/>
              <w:bottom w:val="single" w:sz="5" w:space="0" w:color="444444"/>
              <w:right w:val="single" w:sz="5" w:space="0" w:color="444444"/>
            </w:tcBorders>
            <w:shd w:val="clear" w:color="auto" w:fill="FFFFFF"/>
          </w:tcPr>
          <w:p w14:paraId="62210210" w14:textId="77777777" w:rsidR="00DA7BF7" w:rsidRPr="00190499" w:rsidRDefault="00DA7BF7" w:rsidP="005A7144">
            <w:pPr>
              <w:rPr>
                <w:szCs w:val="20"/>
              </w:rPr>
            </w:pPr>
          </w:p>
        </w:tc>
      </w:tr>
      <w:tr w:rsidR="00DA7BF7" w:rsidRPr="00190499" w14:paraId="07DB6EA8" w14:textId="77777777" w:rsidTr="005A7144">
        <w:trPr>
          <w:cantSplit/>
          <w:trHeight w:val="510"/>
          <w:jc w:val="center"/>
        </w:trPr>
        <w:tc>
          <w:tcPr>
            <w:tcW w:w="1842" w:type="dxa"/>
            <w:tcBorders>
              <w:top w:val="single" w:sz="5" w:space="0" w:color="444444"/>
              <w:left w:val="single" w:sz="5" w:space="0" w:color="444444"/>
              <w:bottom w:val="single" w:sz="5" w:space="0" w:color="444444"/>
              <w:right w:val="single" w:sz="5" w:space="0" w:color="444444"/>
            </w:tcBorders>
            <w:shd w:val="clear" w:color="auto" w:fill="FFFFFF"/>
            <w:vAlign w:val="center"/>
          </w:tcPr>
          <w:p w14:paraId="1E87A9A6" w14:textId="77777777" w:rsidR="00DA7BF7" w:rsidRPr="00DA7BF7" w:rsidRDefault="00DA7BF7" w:rsidP="005A7144">
            <w:pPr>
              <w:spacing w:after="0" w:line="240" w:lineRule="auto"/>
              <w:rPr>
                <w:b/>
                <w:szCs w:val="20"/>
              </w:rPr>
            </w:pPr>
            <w:r w:rsidRPr="00DA7BF7">
              <w:rPr>
                <w:b/>
                <w:color w:val="000000"/>
                <w:szCs w:val="20"/>
              </w:rPr>
              <w:t>Total general</w:t>
            </w:r>
          </w:p>
        </w:tc>
        <w:tc>
          <w:tcPr>
            <w:tcW w:w="1247" w:type="dxa"/>
            <w:tcBorders>
              <w:top w:val="single" w:sz="5" w:space="0" w:color="444444"/>
              <w:left w:val="single" w:sz="5" w:space="0" w:color="444444"/>
              <w:bottom w:val="single" w:sz="5" w:space="0" w:color="444444"/>
              <w:right w:val="single" w:sz="5" w:space="0" w:color="444444"/>
            </w:tcBorders>
            <w:shd w:val="clear" w:color="auto" w:fill="FFFFFF"/>
            <w:vAlign w:val="center"/>
          </w:tcPr>
          <w:p w14:paraId="558405D1" w14:textId="77777777" w:rsidR="00DA7BF7" w:rsidRPr="00DA7BF7" w:rsidRDefault="00DA7BF7" w:rsidP="005A7144">
            <w:pPr>
              <w:spacing w:after="0" w:line="240" w:lineRule="auto"/>
              <w:jc w:val="center"/>
              <w:rPr>
                <w:b/>
                <w:szCs w:val="20"/>
              </w:rPr>
            </w:pPr>
            <w:r w:rsidRPr="00DA7BF7">
              <w:rPr>
                <w:b/>
                <w:color w:val="000000"/>
                <w:szCs w:val="20"/>
              </w:rPr>
              <w:t>13</w:t>
            </w:r>
          </w:p>
        </w:tc>
        <w:tc>
          <w:tcPr>
            <w:tcW w:w="1020" w:type="dxa"/>
            <w:tcBorders>
              <w:top w:val="single" w:sz="5" w:space="0" w:color="444444"/>
              <w:left w:val="single" w:sz="5" w:space="0" w:color="444444"/>
              <w:bottom w:val="single" w:sz="5" w:space="0" w:color="444444"/>
              <w:right w:val="single" w:sz="5" w:space="0" w:color="444444"/>
            </w:tcBorders>
            <w:shd w:val="clear" w:color="auto" w:fill="FFFFFF"/>
          </w:tcPr>
          <w:p w14:paraId="44E00BD3" w14:textId="77777777" w:rsidR="00DA7BF7" w:rsidRPr="00190499" w:rsidRDefault="00DA7BF7" w:rsidP="005A7144">
            <w:pPr>
              <w:rPr>
                <w:szCs w:val="20"/>
              </w:rPr>
            </w:pPr>
          </w:p>
        </w:tc>
        <w:tc>
          <w:tcPr>
            <w:tcW w:w="1304" w:type="dxa"/>
            <w:tcBorders>
              <w:top w:val="single" w:sz="5" w:space="0" w:color="444444"/>
              <w:left w:val="single" w:sz="5" w:space="0" w:color="444444"/>
              <w:bottom w:val="single" w:sz="5" w:space="0" w:color="444444"/>
              <w:right w:val="single" w:sz="5" w:space="0" w:color="444444"/>
            </w:tcBorders>
            <w:shd w:val="clear" w:color="auto" w:fill="FFFFFF"/>
          </w:tcPr>
          <w:p w14:paraId="623282E1" w14:textId="77777777" w:rsidR="00DA7BF7" w:rsidRPr="00190499" w:rsidRDefault="00DA7BF7" w:rsidP="005A7144">
            <w:pPr>
              <w:rPr>
                <w:szCs w:val="20"/>
              </w:rPr>
            </w:pPr>
          </w:p>
        </w:tc>
        <w:tc>
          <w:tcPr>
            <w:tcW w:w="1247" w:type="dxa"/>
            <w:tcBorders>
              <w:top w:val="single" w:sz="5" w:space="0" w:color="444444"/>
              <w:left w:val="single" w:sz="5" w:space="0" w:color="444444"/>
              <w:bottom w:val="single" w:sz="5" w:space="0" w:color="444444"/>
              <w:right w:val="single" w:sz="5" w:space="0" w:color="444444"/>
            </w:tcBorders>
            <w:shd w:val="clear" w:color="auto" w:fill="FFFFFF"/>
          </w:tcPr>
          <w:p w14:paraId="46D3DACA" w14:textId="77777777" w:rsidR="00DA7BF7" w:rsidRPr="00190499" w:rsidRDefault="00DA7BF7" w:rsidP="005A7144">
            <w:pPr>
              <w:rPr>
                <w:szCs w:val="20"/>
              </w:rPr>
            </w:pPr>
          </w:p>
        </w:tc>
        <w:tc>
          <w:tcPr>
            <w:tcW w:w="1020" w:type="dxa"/>
            <w:tcBorders>
              <w:top w:val="single" w:sz="5" w:space="0" w:color="444444"/>
              <w:left w:val="single" w:sz="5" w:space="0" w:color="444444"/>
              <w:bottom w:val="single" w:sz="5" w:space="0" w:color="444444"/>
              <w:right w:val="single" w:sz="5" w:space="0" w:color="444444"/>
            </w:tcBorders>
            <w:shd w:val="clear" w:color="auto" w:fill="FFFFFF"/>
          </w:tcPr>
          <w:p w14:paraId="487D442F" w14:textId="77777777" w:rsidR="00DA7BF7" w:rsidRPr="00190499" w:rsidRDefault="00DA7BF7" w:rsidP="005A7144">
            <w:pPr>
              <w:rPr>
                <w:szCs w:val="20"/>
              </w:rPr>
            </w:pPr>
          </w:p>
        </w:tc>
        <w:tc>
          <w:tcPr>
            <w:tcW w:w="1247" w:type="dxa"/>
            <w:tcBorders>
              <w:top w:val="single" w:sz="5" w:space="0" w:color="444444"/>
              <w:left w:val="single" w:sz="5" w:space="0" w:color="444444"/>
              <w:bottom w:val="single" w:sz="5" w:space="0" w:color="444444"/>
              <w:right w:val="single" w:sz="5" w:space="0" w:color="444444"/>
            </w:tcBorders>
            <w:shd w:val="clear" w:color="auto" w:fill="FFFFFF"/>
          </w:tcPr>
          <w:p w14:paraId="08AD9FE3" w14:textId="77777777" w:rsidR="00DA7BF7" w:rsidRPr="00190499" w:rsidRDefault="00DA7BF7" w:rsidP="005A7144">
            <w:pPr>
              <w:rPr>
                <w:szCs w:val="20"/>
              </w:rPr>
            </w:pPr>
          </w:p>
        </w:tc>
      </w:tr>
    </w:tbl>
    <w:p w14:paraId="0830D670" w14:textId="77777777" w:rsidR="00DA7BF7" w:rsidRPr="00190499" w:rsidRDefault="00DA7BF7" w:rsidP="00DA7BF7">
      <w:pPr>
        <w:spacing w:before="160" w:after="40"/>
        <w:rPr>
          <w:szCs w:val="20"/>
        </w:rPr>
      </w:pPr>
    </w:p>
    <w:tbl>
      <w:tblPr>
        <w:tblW w:w="5000" w:type="pct"/>
        <w:jc w:val="center"/>
        <w:tblLook w:val="04A0" w:firstRow="1" w:lastRow="0" w:firstColumn="1" w:lastColumn="0" w:noHBand="0" w:noVBand="1"/>
      </w:tblPr>
      <w:tblGrid>
        <w:gridCol w:w="9053"/>
      </w:tblGrid>
      <w:tr w:rsidR="00DA7BF7" w:rsidRPr="009966CE" w14:paraId="7942890D" w14:textId="77777777" w:rsidTr="00DA7BF7">
        <w:trPr>
          <w:cantSplit/>
          <w:trHeight w:hRule="exact" w:val="340"/>
          <w:jc w:val="center"/>
        </w:trPr>
        <w:tc>
          <w:tcPr>
            <w:tcW w:w="5000" w:type="pct"/>
            <w:tcBorders>
              <w:top w:val="single" w:sz="6" w:space="0" w:color="000000"/>
              <w:left w:val="single" w:sz="6" w:space="0" w:color="000000"/>
              <w:bottom w:val="single" w:sz="6" w:space="0" w:color="000000"/>
              <w:right w:val="single" w:sz="6" w:space="0" w:color="000000"/>
            </w:tcBorders>
            <w:shd w:val="clear" w:color="auto" w:fill="53A67D"/>
            <w:tcMar>
              <w:top w:w="55" w:type="dxa"/>
              <w:left w:w="70" w:type="dxa"/>
              <w:bottom w:w="55" w:type="dxa"/>
              <w:right w:w="70" w:type="dxa"/>
            </w:tcMar>
            <w:vAlign w:val="center"/>
          </w:tcPr>
          <w:p w14:paraId="549F2B07" w14:textId="0CCBD114" w:rsidR="00DA7BF7" w:rsidRPr="00DA7BF7" w:rsidRDefault="00DA7BF7" w:rsidP="005A7144">
            <w:pPr>
              <w:rPr>
                <w:b/>
                <w:color w:val="FFFFFF" w:themeColor="background1"/>
                <w:lang w:val="es-PY"/>
              </w:rPr>
            </w:pPr>
            <w:r>
              <w:rPr>
                <w:b/>
                <w:color w:val="FFFFFF" w:themeColor="background1"/>
                <w:lang w:val="es-PY"/>
              </w:rPr>
              <w:t>9. CONCLUSIONES GENERALES Y VALORACIÓN GLOBAL</w:t>
            </w:r>
          </w:p>
        </w:tc>
      </w:tr>
      <w:tr w:rsidR="00DA7BF7" w:rsidRPr="009966CE" w14:paraId="0EC32618" w14:textId="77777777" w:rsidTr="00DA7BF7">
        <w:trPr>
          <w:cantSplit/>
          <w:trHeight w:hRule="exact" w:val="9729"/>
          <w:jc w:val="center"/>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0890ABF1" w14:textId="77777777" w:rsidR="00DA7BF7" w:rsidRPr="000043DA" w:rsidRDefault="00DA7BF7" w:rsidP="00DA7BF7">
            <w:pPr>
              <w:pStyle w:val="NormalWeb"/>
              <w:spacing w:after="0"/>
              <w:jc w:val="both"/>
              <w:rPr>
                <w:rFonts w:ascii="Garamond" w:hAnsi="Garamond"/>
                <w:color w:val="A6A6A6"/>
                <w:sz w:val="22"/>
                <w:szCs w:val="22"/>
              </w:rPr>
            </w:pPr>
            <w:r w:rsidRPr="000043DA">
              <w:rPr>
                <w:rFonts w:ascii="Garamond" w:hAnsi="Garamond"/>
                <w:color w:val="A6A6A6"/>
                <w:sz w:val="22"/>
                <w:szCs w:val="22"/>
              </w:rPr>
              <w:t>En este apartado, la institución debe presentar una conclusión y valoración global e integradora de los resultados del proceso de autoevaluación del clúster, considerando el análisis de los indicadores, criterios y dimensiones correspondientes a los marcos organizacional y disciplinar.</w:t>
            </w:r>
          </w:p>
          <w:p w14:paraId="3120E58A" w14:textId="77777777" w:rsidR="00DA7BF7" w:rsidRDefault="00DA7BF7" w:rsidP="00DA7BF7">
            <w:pPr>
              <w:pStyle w:val="NormalWeb"/>
              <w:spacing w:before="0" w:beforeAutospacing="0" w:after="0" w:afterAutospacing="0"/>
              <w:jc w:val="both"/>
            </w:pPr>
            <w:r w:rsidRPr="000043DA">
              <w:rPr>
                <w:rFonts w:ascii="Garamond" w:hAnsi="Garamond"/>
                <w:color w:val="A6A6A6"/>
                <w:sz w:val="22"/>
                <w:szCs w:val="22"/>
              </w:rPr>
              <w:t>El juicio valorativo final debe expresar la apreciación institucional sobre el nivel de calidad alcanzado por el conjunto de ofertas académicas, sustentada en evidencias verificables y en el análisis crítico desarrollado durante la autoevaluación. Asimismo, debe sintetizar los principales logros, fortalezas y aspectos que requieren mejora, distinguiendo, cuando corresponda, los resultados comunes al clúster y las particularidades de cada oferta académica. Esta valoración debe servir de base para la definición de acciones orientadas al fortalecimiento y la mejora continua.</w:t>
            </w:r>
          </w:p>
          <w:p w14:paraId="5612A052" w14:textId="202A1387" w:rsidR="00DA7BF7" w:rsidRDefault="00DA7BF7" w:rsidP="00DA7BF7">
            <w:pPr>
              <w:pStyle w:val="NormalWeb"/>
              <w:spacing w:before="0" w:beforeAutospacing="0" w:after="0" w:afterAutospacing="0"/>
              <w:jc w:val="both"/>
            </w:pPr>
          </w:p>
          <w:p w14:paraId="093BDDD7" w14:textId="58BA32A2" w:rsidR="00DA7BF7" w:rsidRDefault="00DA7BF7" w:rsidP="00DA7BF7">
            <w:pPr>
              <w:pStyle w:val="NormalWeb"/>
              <w:spacing w:before="0" w:beforeAutospacing="0" w:after="0" w:afterAutospacing="0"/>
              <w:jc w:val="both"/>
            </w:pPr>
          </w:p>
          <w:p w14:paraId="7A354D29" w14:textId="69DE15B4" w:rsidR="00DA7BF7" w:rsidRDefault="00DA7BF7" w:rsidP="00DA7BF7">
            <w:pPr>
              <w:pStyle w:val="NormalWeb"/>
              <w:spacing w:before="0" w:beforeAutospacing="0" w:after="0" w:afterAutospacing="0"/>
              <w:jc w:val="both"/>
            </w:pPr>
          </w:p>
          <w:p w14:paraId="07F38551" w14:textId="77777777" w:rsidR="00DA7BF7" w:rsidRDefault="00DA7BF7" w:rsidP="00DA7BF7">
            <w:pPr>
              <w:pStyle w:val="NormalWeb"/>
              <w:spacing w:before="0" w:beforeAutospacing="0" w:after="0" w:afterAutospacing="0"/>
              <w:jc w:val="both"/>
            </w:pPr>
          </w:p>
          <w:p w14:paraId="239D44AE" w14:textId="77777777" w:rsidR="00DA7BF7" w:rsidRDefault="00DA7BF7" w:rsidP="00DA7BF7">
            <w:pPr>
              <w:pStyle w:val="NormalWeb"/>
              <w:spacing w:before="0" w:beforeAutospacing="0" w:after="0" w:afterAutospacing="0"/>
              <w:jc w:val="both"/>
            </w:pPr>
          </w:p>
          <w:p w14:paraId="63608759" w14:textId="77777777" w:rsidR="00DA7BF7" w:rsidRDefault="00DA7BF7" w:rsidP="00DA7BF7">
            <w:pPr>
              <w:pStyle w:val="NormalWeb"/>
              <w:spacing w:before="0" w:beforeAutospacing="0" w:after="0" w:afterAutospacing="0"/>
              <w:jc w:val="both"/>
            </w:pPr>
          </w:p>
          <w:p w14:paraId="09354DC2" w14:textId="77777777" w:rsidR="00DA7BF7" w:rsidRDefault="00DA7BF7" w:rsidP="00DA7BF7">
            <w:pPr>
              <w:pStyle w:val="NormalWeb"/>
              <w:spacing w:before="0" w:beforeAutospacing="0" w:after="0" w:afterAutospacing="0"/>
              <w:jc w:val="both"/>
            </w:pPr>
          </w:p>
          <w:p w14:paraId="5CF4B895" w14:textId="77777777" w:rsidR="00DA7BF7" w:rsidRDefault="00DA7BF7" w:rsidP="00DA7BF7">
            <w:pPr>
              <w:jc w:val="both"/>
              <w:rPr>
                <w:b/>
                <w:lang w:val="es-PY"/>
              </w:rPr>
            </w:pPr>
          </w:p>
          <w:p w14:paraId="335A134E" w14:textId="77777777" w:rsidR="00DA7BF7" w:rsidRDefault="00DA7BF7" w:rsidP="00DA7BF7">
            <w:pPr>
              <w:jc w:val="both"/>
              <w:rPr>
                <w:b/>
                <w:lang w:val="es-PY"/>
              </w:rPr>
            </w:pPr>
          </w:p>
          <w:p w14:paraId="21A375BF" w14:textId="77777777" w:rsidR="00DA7BF7" w:rsidRDefault="00DA7BF7" w:rsidP="00DA7BF7">
            <w:pPr>
              <w:jc w:val="both"/>
              <w:rPr>
                <w:b/>
                <w:lang w:val="es-PY"/>
              </w:rPr>
            </w:pPr>
          </w:p>
          <w:p w14:paraId="16E8F522" w14:textId="77777777" w:rsidR="00DA7BF7" w:rsidRDefault="00DA7BF7" w:rsidP="00DA7BF7">
            <w:pPr>
              <w:jc w:val="both"/>
              <w:rPr>
                <w:b/>
                <w:lang w:val="es-PY"/>
              </w:rPr>
            </w:pPr>
          </w:p>
          <w:p w14:paraId="0210DD8A" w14:textId="77777777" w:rsidR="00DA7BF7" w:rsidRDefault="00DA7BF7" w:rsidP="00DA7BF7">
            <w:pPr>
              <w:jc w:val="both"/>
              <w:rPr>
                <w:b/>
                <w:lang w:val="es-PY"/>
              </w:rPr>
            </w:pPr>
          </w:p>
          <w:p w14:paraId="5C0FB5D9" w14:textId="77777777" w:rsidR="00DA7BF7" w:rsidRDefault="00DA7BF7" w:rsidP="00DA7BF7">
            <w:pPr>
              <w:jc w:val="both"/>
              <w:rPr>
                <w:b/>
                <w:lang w:val="es-PY"/>
              </w:rPr>
            </w:pPr>
          </w:p>
          <w:p w14:paraId="61C020F2" w14:textId="77777777" w:rsidR="00DA7BF7" w:rsidRDefault="00DA7BF7" w:rsidP="00DA7BF7">
            <w:pPr>
              <w:jc w:val="both"/>
              <w:rPr>
                <w:b/>
                <w:lang w:val="es-PY"/>
              </w:rPr>
            </w:pPr>
          </w:p>
          <w:p w14:paraId="22BCCFF6" w14:textId="77777777" w:rsidR="00DA7BF7" w:rsidRDefault="00DA7BF7" w:rsidP="00DA7BF7">
            <w:pPr>
              <w:jc w:val="both"/>
              <w:rPr>
                <w:b/>
                <w:lang w:val="es-PY"/>
              </w:rPr>
            </w:pPr>
          </w:p>
          <w:p w14:paraId="53E18DA3" w14:textId="0F039496" w:rsidR="00DA7BF7" w:rsidRDefault="00DA7BF7" w:rsidP="00DA7BF7">
            <w:pPr>
              <w:jc w:val="both"/>
              <w:rPr>
                <w:b/>
                <w:lang w:val="es-PY"/>
              </w:rPr>
            </w:pPr>
          </w:p>
          <w:p w14:paraId="17680753" w14:textId="0CEDC3E9" w:rsidR="00DA7BF7" w:rsidRDefault="00DA7BF7" w:rsidP="00DA7BF7">
            <w:pPr>
              <w:jc w:val="both"/>
              <w:rPr>
                <w:b/>
                <w:lang w:val="es-PY"/>
              </w:rPr>
            </w:pPr>
          </w:p>
          <w:p w14:paraId="1881836F" w14:textId="3B9BFF3C" w:rsidR="00DA7BF7" w:rsidRDefault="00DA7BF7" w:rsidP="00DA7BF7">
            <w:pPr>
              <w:jc w:val="both"/>
              <w:rPr>
                <w:b/>
                <w:lang w:val="es-PY"/>
              </w:rPr>
            </w:pPr>
          </w:p>
          <w:p w14:paraId="6A9B6654" w14:textId="77777777" w:rsidR="00DA7BF7" w:rsidRDefault="00DA7BF7" w:rsidP="00DA7BF7">
            <w:pPr>
              <w:jc w:val="both"/>
              <w:rPr>
                <w:b/>
                <w:lang w:val="es-PY"/>
              </w:rPr>
            </w:pPr>
          </w:p>
          <w:p w14:paraId="59BB599F" w14:textId="036A071A" w:rsidR="00DA7BF7" w:rsidRDefault="00DA7BF7" w:rsidP="00DA7BF7">
            <w:pPr>
              <w:jc w:val="both"/>
              <w:rPr>
                <w:b/>
                <w:lang w:val="es-PY"/>
              </w:rPr>
            </w:pPr>
          </w:p>
          <w:p w14:paraId="159F17DC" w14:textId="179275F6" w:rsidR="00DA7BF7" w:rsidRDefault="00DA7BF7" w:rsidP="00DA7BF7">
            <w:pPr>
              <w:jc w:val="both"/>
              <w:rPr>
                <w:b/>
                <w:lang w:val="es-PY"/>
              </w:rPr>
            </w:pPr>
          </w:p>
          <w:p w14:paraId="2114F037" w14:textId="77777777" w:rsidR="00DA7BF7" w:rsidRDefault="00DA7BF7" w:rsidP="00DA7BF7">
            <w:pPr>
              <w:jc w:val="both"/>
              <w:rPr>
                <w:b/>
                <w:lang w:val="es-PY"/>
              </w:rPr>
            </w:pPr>
          </w:p>
          <w:p w14:paraId="68104F01" w14:textId="77777777" w:rsidR="00DA7BF7" w:rsidRDefault="00DA7BF7" w:rsidP="00DA7BF7">
            <w:pPr>
              <w:jc w:val="both"/>
              <w:rPr>
                <w:b/>
                <w:lang w:val="es-PY"/>
              </w:rPr>
            </w:pPr>
          </w:p>
          <w:p w14:paraId="54B3BED1" w14:textId="77777777" w:rsidR="00DA7BF7" w:rsidRDefault="00DA7BF7" w:rsidP="00DA7BF7">
            <w:pPr>
              <w:jc w:val="both"/>
              <w:rPr>
                <w:b/>
                <w:lang w:val="es-PY"/>
              </w:rPr>
            </w:pPr>
          </w:p>
          <w:p w14:paraId="0EAC2F85" w14:textId="77777777" w:rsidR="00DA7BF7" w:rsidRDefault="00DA7BF7" w:rsidP="00DA7BF7">
            <w:pPr>
              <w:jc w:val="both"/>
              <w:rPr>
                <w:b/>
                <w:lang w:val="es-PY"/>
              </w:rPr>
            </w:pPr>
          </w:p>
          <w:p w14:paraId="7EA7C1C0" w14:textId="77777777" w:rsidR="00DA7BF7" w:rsidRDefault="00DA7BF7" w:rsidP="00DA7BF7">
            <w:pPr>
              <w:jc w:val="both"/>
              <w:rPr>
                <w:b/>
                <w:lang w:val="es-PY"/>
              </w:rPr>
            </w:pPr>
          </w:p>
          <w:p w14:paraId="04C0EB0C" w14:textId="77777777" w:rsidR="00DA7BF7" w:rsidRDefault="00DA7BF7" w:rsidP="00DA7BF7">
            <w:pPr>
              <w:jc w:val="both"/>
              <w:rPr>
                <w:b/>
                <w:lang w:val="es-PY"/>
              </w:rPr>
            </w:pPr>
          </w:p>
          <w:p w14:paraId="7805EE6B" w14:textId="77777777" w:rsidR="00DA7BF7" w:rsidRDefault="00DA7BF7" w:rsidP="00DA7BF7">
            <w:pPr>
              <w:jc w:val="both"/>
              <w:rPr>
                <w:b/>
                <w:lang w:val="es-PY"/>
              </w:rPr>
            </w:pPr>
          </w:p>
          <w:p w14:paraId="16986E84" w14:textId="77777777" w:rsidR="00DA7BF7" w:rsidRDefault="00DA7BF7" w:rsidP="00DA7BF7">
            <w:pPr>
              <w:jc w:val="both"/>
              <w:rPr>
                <w:b/>
                <w:lang w:val="es-PY"/>
              </w:rPr>
            </w:pPr>
          </w:p>
          <w:p w14:paraId="70D48A4D" w14:textId="77777777" w:rsidR="00DA7BF7" w:rsidRDefault="00DA7BF7" w:rsidP="00DA7BF7">
            <w:pPr>
              <w:jc w:val="both"/>
              <w:rPr>
                <w:b/>
                <w:lang w:val="es-PY"/>
              </w:rPr>
            </w:pPr>
          </w:p>
          <w:p w14:paraId="24CAAFB3" w14:textId="77777777" w:rsidR="00DA7BF7" w:rsidRPr="009A28C0" w:rsidRDefault="00DA7BF7" w:rsidP="00DA7BF7">
            <w:pPr>
              <w:jc w:val="both"/>
              <w:rPr>
                <w:b/>
                <w:lang w:val="es-PY"/>
              </w:rPr>
            </w:pPr>
          </w:p>
        </w:tc>
      </w:tr>
      <w:tr w:rsidR="00DA7BF7" w:rsidRPr="00E26089" w14:paraId="614C4DCA" w14:textId="77777777" w:rsidTr="005A7144">
        <w:trPr>
          <w:cantSplit/>
          <w:trHeight w:hRule="exact" w:val="385"/>
          <w:jc w:val="center"/>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F9925CE" w14:textId="77777777" w:rsidR="00DA7BF7" w:rsidRPr="009A28C0" w:rsidRDefault="00DA7BF7" w:rsidP="005A7144">
            <w:pPr>
              <w:rPr>
                <w:b/>
                <w:lang w:val="es-PY"/>
              </w:rPr>
            </w:pPr>
            <w:r w:rsidRPr="009A28C0">
              <w:rPr>
                <w:b/>
                <w:lang w:val="es-PY"/>
              </w:rPr>
              <w:t>Fecha del Informe:</w:t>
            </w:r>
          </w:p>
        </w:tc>
      </w:tr>
    </w:tbl>
    <w:p w14:paraId="01623104" w14:textId="2EFF1150" w:rsidR="000043DA" w:rsidRPr="00DA7BF7" w:rsidRDefault="000043DA">
      <w:pPr>
        <w:spacing w:after="0"/>
        <w:rPr>
          <w:lang w:val="es-PY"/>
        </w:rPr>
      </w:pPr>
    </w:p>
    <w:p w14:paraId="29BBBB61" w14:textId="5BFE9BAE" w:rsidR="008045E3" w:rsidRPr="0004202B" w:rsidRDefault="008045E3">
      <w:pPr>
        <w:spacing w:after="0"/>
        <w:rPr>
          <w:lang w:val="es-PY"/>
        </w:rPr>
      </w:pPr>
    </w:p>
    <w:sectPr w:rsidR="008045E3" w:rsidRPr="0004202B" w:rsidSect="00034616">
      <w:headerReference w:type="default" r:id="rId11"/>
      <w:pgSz w:w="11906" w:h="16838"/>
      <w:pgMar w:top="1138" w:right="1138" w:bottom="1138"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6F0B1" w14:textId="77777777" w:rsidR="0004202B" w:rsidRDefault="0004202B" w:rsidP="0004202B">
      <w:pPr>
        <w:spacing w:after="0" w:line="240" w:lineRule="auto"/>
      </w:pPr>
      <w:r>
        <w:separator/>
      </w:r>
    </w:p>
  </w:endnote>
  <w:endnote w:type="continuationSeparator" w:id="0">
    <w:p w14:paraId="623FDCDB" w14:textId="77777777" w:rsidR="0004202B" w:rsidRDefault="0004202B" w:rsidP="000420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wentieth Century">
    <w:altName w:val="Calibri"/>
    <w:charset w:val="00"/>
    <w:family w:val="auto"/>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C16EB" w14:textId="77777777" w:rsidR="0004202B" w:rsidRDefault="0004202B" w:rsidP="0004202B">
      <w:pPr>
        <w:spacing w:after="0" w:line="240" w:lineRule="auto"/>
      </w:pPr>
      <w:r>
        <w:separator/>
      </w:r>
    </w:p>
  </w:footnote>
  <w:footnote w:type="continuationSeparator" w:id="0">
    <w:p w14:paraId="5873823C" w14:textId="77777777" w:rsidR="0004202B" w:rsidRDefault="0004202B" w:rsidP="000420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DA63E" w14:textId="77777777" w:rsidR="0004202B" w:rsidRPr="00EC15B4" w:rsidRDefault="0004202B" w:rsidP="0004202B">
    <w:pPr>
      <w:spacing w:after="60"/>
      <w:rPr>
        <w:b/>
        <w:color w:val="D9D9D9" w:themeColor="background1" w:themeShade="D9"/>
        <w:sz w:val="28"/>
        <w:lang w:val="es-PY"/>
      </w:rPr>
    </w:pPr>
    <w:r w:rsidRPr="00EC15B4">
      <w:rPr>
        <w:b/>
        <w:color w:val="D9D9D9" w:themeColor="background1" w:themeShade="D9"/>
        <w:sz w:val="28"/>
        <w:lang w:val="es-PY"/>
      </w:rPr>
      <w:t>Insertar logo institucional</w:t>
    </w:r>
  </w:p>
  <w:p w14:paraId="17370A19" w14:textId="77777777" w:rsidR="0004202B" w:rsidRDefault="0004202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436441E"/>
    <w:multiLevelType w:val="multilevel"/>
    <w:tmpl w:val="B80E77DA"/>
    <w:lvl w:ilvl="0">
      <w:start w:val="1"/>
      <w:numFmt w:val="decimal"/>
      <w:lvlText w:val="%1."/>
      <w:lvlJc w:val="left"/>
      <w:pPr>
        <w:ind w:left="720" w:hanging="360"/>
      </w:pPr>
    </w:lvl>
    <w:lvl w:ilvl="1">
      <w:numFmt w:val="decimal"/>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07BE47B3"/>
    <w:multiLevelType w:val="multilevel"/>
    <w:tmpl w:val="D24AD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AE1DBD"/>
    <w:multiLevelType w:val="hybridMultilevel"/>
    <w:tmpl w:val="E6062708"/>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2" w15:restartNumberingAfterBreak="0">
    <w:nsid w:val="10E314ED"/>
    <w:multiLevelType w:val="hybridMultilevel"/>
    <w:tmpl w:val="F9865220"/>
    <w:lvl w:ilvl="0" w:tplc="1026EB2E">
      <w:start w:val="1"/>
      <w:numFmt w:val="lowerLetter"/>
      <w:lvlText w:val="%1."/>
      <w:lvlJc w:val="left"/>
      <w:pPr>
        <w:ind w:left="441" w:hanging="360"/>
      </w:pPr>
      <w:rPr>
        <w:rFonts w:hint="default"/>
      </w:rPr>
    </w:lvl>
    <w:lvl w:ilvl="1" w:tplc="3C0A0019" w:tentative="1">
      <w:start w:val="1"/>
      <w:numFmt w:val="lowerLetter"/>
      <w:lvlText w:val="%2."/>
      <w:lvlJc w:val="left"/>
      <w:pPr>
        <w:ind w:left="1161" w:hanging="360"/>
      </w:pPr>
    </w:lvl>
    <w:lvl w:ilvl="2" w:tplc="3C0A001B" w:tentative="1">
      <w:start w:val="1"/>
      <w:numFmt w:val="lowerRoman"/>
      <w:lvlText w:val="%3."/>
      <w:lvlJc w:val="right"/>
      <w:pPr>
        <w:ind w:left="1881" w:hanging="180"/>
      </w:pPr>
    </w:lvl>
    <w:lvl w:ilvl="3" w:tplc="3C0A000F" w:tentative="1">
      <w:start w:val="1"/>
      <w:numFmt w:val="decimal"/>
      <w:lvlText w:val="%4."/>
      <w:lvlJc w:val="left"/>
      <w:pPr>
        <w:ind w:left="2601" w:hanging="360"/>
      </w:pPr>
    </w:lvl>
    <w:lvl w:ilvl="4" w:tplc="3C0A0019" w:tentative="1">
      <w:start w:val="1"/>
      <w:numFmt w:val="lowerLetter"/>
      <w:lvlText w:val="%5."/>
      <w:lvlJc w:val="left"/>
      <w:pPr>
        <w:ind w:left="3321" w:hanging="360"/>
      </w:pPr>
    </w:lvl>
    <w:lvl w:ilvl="5" w:tplc="3C0A001B" w:tentative="1">
      <w:start w:val="1"/>
      <w:numFmt w:val="lowerRoman"/>
      <w:lvlText w:val="%6."/>
      <w:lvlJc w:val="right"/>
      <w:pPr>
        <w:ind w:left="4041" w:hanging="180"/>
      </w:pPr>
    </w:lvl>
    <w:lvl w:ilvl="6" w:tplc="3C0A000F" w:tentative="1">
      <w:start w:val="1"/>
      <w:numFmt w:val="decimal"/>
      <w:lvlText w:val="%7."/>
      <w:lvlJc w:val="left"/>
      <w:pPr>
        <w:ind w:left="4761" w:hanging="360"/>
      </w:pPr>
    </w:lvl>
    <w:lvl w:ilvl="7" w:tplc="3C0A0019" w:tentative="1">
      <w:start w:val="1"/>
      <w:numFmt w:val="lowerLetter"/>
      <w:lvlText w:val="%8."/>
      <w:lvlJc w:val="left"/>
      <w:pPr>
        <w:ind w:left="5481" w:hanging="360"/>
      </w:pPr>
    </w:lvl>
    <w:lvl w:ilvl="8" w:tplc="3C0A001B" w:tentative="1">
      <w:start w:val="1"/>
      <w:numFmt w:val="lowerRoman"/>
      <w:lvlText w:val="%9."/>
      <w:lvlJc w:val="right"/>
      <w:pPr>
        <w:ind w:left="6201" w:hanging="180"/>
      </w:pPr>
    </w:lvl>
  </w:abstractNum>
  <w:abstractNum w:abstractNumId="13" w15:restartNumberingAfterBreak="0">
    <w:nsid w:val="23B33083"/>
    <w:multiLevelType w:val="hybridMultilevel"/>
    <w:tmpl w:val="813ECD74"/>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4" w15:restartNumberingAfterBreak="0">
    <w:nsid w:val="2D3165A1"/>
    <w:multiLevelType w:val="hybridMultilevel"/>
    <w:tmpl w:val="F83EFD8A"/>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5" w15:restartNumberingAfterBreak="0">
    <w:nsid w:val="369367CC"/>
    <w:multiLevelType w:val="hybridMultilevel"/>
    <w:tmpl w:val="AACAA794"/>
    <w:lvl w:ilvl="0" w:tplc="3C0A0017">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6" w15:restartNumberingAfterBreak="0">
    <w:nsid w:val="392743E3"/>
    <w:multiLevelType w:val="hybridMultilevel"/>
    <w:tmpl w:val="7C24CDAC"/>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7" w15:restartNumberingAfterBreak="0">
    <w:nsid w:val="3F1F5822"/>
    <w:multiLevelType w:val="hybridMultilevel"/>
    <w:tmpl w:val="B846D258"/>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8" w15:restartNumberingAfterBreak="0">
    <w:nsid w:val="5E9A0E95"/>
    <w:multiLevelType w:val="multilevel"/>
    <w:tmpl w:val="276004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3665E4B"/>
    <w:multiLevelType w:val="hybridMultilevel"/>
    <w:tmpl w:val="D90070D6"/>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0" w15:restartNumberingAfterBreak="0">
    <w:nsid w:val="76C23643"/>
    <w:multiLevelType w:val="hybridMultilevel"/>
    <w:tmpl w:val="4B185B64"/>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num w:numId="1" w16cid:durableId="201871919">
    <w:abstractNumId w:val="8"/>
  </w:num>
  <w:num w:numId="2" w16cid:durableId="785007136">
    <w:abstractNumId w:val="6"/>
  </w:num>
  <w:num w:numId="3" w16cid:durableId="1651906458">
    <w:abstractNumId w:val="5"/>
  </w:num>
  <w:num w:numId="4" w16cid:durableId="1944729049">
    <w:abstractNumId w:val="4"/>
  </w:num>
  <w:num w:numId="5" w16cid:durableId="1137643686">
    <w:abstractNumId w:val="7"/>
  </w:num>
  <w:num w:numId="6" w16cid:durableId="1189177666">
    <w:abstractNumId w:val="3"/>
  </w:num>
  <w:num w:numId="7" w16cid:durableId="573667674">
    <w:abstractNumId w:val="2"/>
  </w:num>
  <w:num w:numId="8" w16cid:durableId="2101754211">
    <w:abstractNumId w:val="1"/>
  </w:num>
  <w:num w:numId="9" w16cid:durableId="1566187624">
    <w:abstractNumId w:val="0"/>
  </w:num>
  <w:num w:numId="10" w16cid:durableId="24184556">
    <w:abstractNumId w:val="9"/>
  </w:num>
  <w:num w:numId="11" w16cid:durableId="1223563119">
    <w:abstractNumId w:val="18"/>
  </w:num>
  <w:num w:numId="12" w16cid:durableId="1140151080">
    <w:abstractNumId w:val="17"/>
  </w:num>
  <w:num w:numId="13" w16cid:durableId="153960021">
    <w:abstractNumId w:val="10"/>
  </w:num>
  <w:num w:numId="14" w16cid:durableId="894044637">
    <w:abstractNumId w:val="13"/>
  </w:num>
  <w:num w:numId="15" w16cid:durableId="1993827674">
    <w:abstractNumId w:val="11"/>
  </w:num>
  <w:num w:numId="16" w16cid:durableId="183175825">
    <w:abstractNumId w:val="14"/>
  </w:num>
  <w:num w:numId="17" w16cid:durableId="940262206">
    <w:abstractNumId w:val="19"/>
  </w:num>
  <w:num w:numId="18" w16cid:durableId="927812442">
    <w:abstractNumId w:val="16"/>
  </w:num>
  <w:num w:numId="19" w16cid:durableId="57826108">
    <w:abstractNumId w:val="15"/>
  </w:num>
  <w:num w:numId="20" w16cid:durableId="2014334316">
    <w:abstractNumId w:val="20"/>
  </w:num>
  <w:num w:numId="21" w16cid:durableId="12851111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043DA"/>
    <w:rsid w:val="00012C74"/>
    <w:rsid w:val="00024076"/>
    <w:rsid w:val="00034616"/>
    <w:rsid w:val="0004202B"/>
    <w:rsid w:val="0005677C"/>
    <w:rsid w:val="0006063C"/>
    <w:rsid w:val="000626B4"/>
    <w:rsid w:val="00080FDF"/>
    <w:rsid w:val="00135F8C"/>
    <w:rsid w:val="0014366C"/>
    <w:rsid w:val="0015074B"/>
    <w:rsid w:val="00190499"/>
    <w:rsid w:val="001A02EA"/>
    <w:rsid w:val="001A5A31"/>
    <w:rsid w:val="001D3CFE"/>
    <w:rsid w:val="001F5358"/>
    <w:rsid w:val="002110D5"/>
    <w:rsid w:val="002138CF"/>
    <w:rsid w:val="002370BA"/>
    <w:rsid w:val="00251EDB"/>
    <w:rsid w:val="002865B9"/>
    <w:rsid w:val="0029639D"/>
    <w:rsid w:val="003041CD"/>
    <w:rsid w:val="003110E2"/>
    <w:rsid w:val="00326F90"/>
    <w:rsid w:val="00351494"/>
    <w:rsid w:val="0036724C"/>
    <w:rsid w:val="003779D2"/>
    <w:rsid w:val="00381AB3"/>
    <w:rsid w:val="00457F5E"/>
    <w:rsid w:val="004739FA"/>
    <w:rsid w:val="00477A1C"/>
    <w:rsid w:val="00497E12"/>
    <w:rsid w:val="004A28E3"/>
    <w:rsid w:val="004B2B1C"/>
    <w:rsid w:val="004B6D3D"/>
    <w:rsid w:val="004E5D20"/>
    <w:rsid w:val="004E6848"/>
    <w:rsid w:val="00502812"/>
    <w:rsid w:val="005A0363"/>
    <w:rsid w:val="005A41E6"/>
    <w:rsid w:val="005D35D2"/>
    <w:rsid w:val="00606DF1"/>
    <w:rsid w:val="006A027C"/>
    <w:rsid w:val="006A1632"/>
    <w:rsid w:val="006D2E6A"/>
    <w:rsid w:val="006E0E88"/>
    <w:rsid w:val="006E6C08"/>
    <w:rsid w:val="006F2C2C"/>
    <w:rsid w:val="0072450C"/>
    <w:rsid w:val="00746C32"/>
    <w:rsid w:val="0075649C"/>
    <w:rsid w:val="007C2565"/>
    <w:rsid w:val="007E3BD5"/>
    <w:rsid w:val="00802C9F"/>
    <w:rsid w:val="008045E3"/>
    <w:rsid w:val="00811A45"/>
    <w:rsid w:val="00887B00"/>
    <w:rsid w:val="008C13B5"/>
    <w:rsid w:val="008C4EB4"/>
    <w:rsid w:val="008C635A"/>
    <w:rsid w:val="00912D2E"/>
    <w:rsid w:val="00952C37"/>
    <w:rsid w:val="00955833"/>
    <w:rsid w:val="00982D9E"/>
    <w:rsid w:val="00985BD5"/>
    <w:rsid w:val="0099487F"/>
    <w:rsid w:val="009966CE"/>
    <w:rsid w:val="009A1B7B"/>
    <w:rsid w:val="009B5917"/>
    <w:rsid w:val="009D588F"/>
    <w:rsid w:val="00A22F53"/>
    <w:rsid w:val="00A4493D"/>
    <w:rsid w:val="00A62209"/>
    <w:rsid w:val="00AA1D8D"/>
    <w:rsid w:val="00AA28A4"/>
    <w:rsid w:val="00AB0BD3"/>
    <w:rsid w:val="00AD316C"/>
    <w:rsid w:val="00AE145E"/>
    <w:rsid w:val="00AE7C30"/>
    <w:rsid w:val="00B44A68"/>
    <w:rsid w:val="00B47730"/>
    <w:rsid w:val="00B62A7C"/>
    <w:rsid w:val="00B72F52"/>
    <w:rsid w:val="00B859F1"/>
    <w:rsid w:val="00B95D30"/>
    <w:rsid w:val="00BA00D8"/>
    <w:rsid w:val="00BA5AD0"/>
    <w:rsid w:val="00BA7B84"/>
    <w:rsid w:val="00BC41A0"/>
    <w:rsid w:val="00BE3F6D"/>
    <w:rsid w:val="00C00B6A"/>
    <w:rsid w:val="00C8617C"/>
    <w:rsid w:val="00CB0664"/>
    <w:rsid w:val="00D10ED3"/>
    <w:rsid w:val="00D14CED"/>
    <w:rsid w:val="00D212CC"/>
    <w:rsid w:val="00D53187"/>
    <w:rsid w:val="00D561DE"/>
    <w:rsid w:val="00D83FA8"/>
    <w:rsid w:val="00DA7BF7"/>
    <w:rsid w:val="00E21441"/>
    <w:rsid w:val="00E2171C"/>
    <w:rsid w:val="00E77364"/>
    <w:rsid w:val="00EF066C"/>
    <w:rsid w:val="00F2080B"/>
    <w:rsid w:val="00F3623F"/>
    <w:rsid w:val="00F529B4"/>
    <w:rsid w:val="00F83ABC"/>
    <w:rsid w:val="00FB1A7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39E588"/>
  <w14:defaultImageDpi w14:val="300"/>
  <w15:docId w15:val="{ACDAAEBC-2C28-49E1-8C47-FA8F68527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A31"/>
    <w:rPr>
      <w:rFonts w:ascii="Garamond" w:eastAsia="Garamond" w:hAnsi="Garamond"/>
      <w:sz w:val="20"/>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aconcuadrcula4">
    <w:name w:val="Tabla con cuadrícula4"/>
    <w:basedOn w:val="Tablanormal"/>
    <w:uiPriority w:val="39"/>
    <w:rsid w:val="009A1B7B"/>
    <w:pPr>
      <w:spacing w:after="0" w:line="240" w:lineRule="auto"/>
    </w:pPr>
    <w:rPr>
      <w:rFonts w:ascii="Twentieth Century" w:eastAsia="Twentieth Century" w:hAnsi="Twentieth Century" w:cs="Twentieth 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F2C2C"/>
    <w:pPr>
      <w:spacing w:before="100" w:beforeAutospacing="1" w:after="100" w:afterAutospacing="1" w:line="240" w:lineRule="auto"/>
    </w:pPr>
    <w:rPr>
      <w:rFonts w:ascii="Times New Roman" w:eastAsia="Times New Roman" w:hAnsi="Times New Roman" w:cs="Times New Roman"/>
      <w:sz w:val="24"/>
      <w:szCs w:val="24"/>
      <w:lang w:val="es-PY" w:eastAsia="es-PY"/>
    </w:rPr>
  </w:style>
  <w:style w:type="paragraph" w:customStyle="1" w:styleId="TableParagraph">
    <w:name w:val="Table Paragraph"/>
    <w:basedOn w:val="Normal"/>
    <w:uiPriority w:val="1"/>
    <w:qFormat/>
    <w:rsid w:val="008C635A"/>
    <w:pPr>
      <w:widowControl w:val="0"/>
      <w:autoSpaceDE w:val="0"/>
      <w:autoSpaceDN w:val="0"/>
      <w:spacing w:after="0" w:line="240" w:lineRule="auto"/>
    </w:pPr>
    <w:rPr>
      <w:rFonts w:cs="Garamond"/>
      <w:sz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6D57C6-AAC4-48C2-BC3A-B50AE2FC21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F30915-41F4-408F-9561-E6792B206DBA}">
  <ds:schemaRefs>
    <ds:schemaRef ds:uri="http://www.w3.org/XML/1998/namespace"/>
    <ds:schemaRef ds:uri="http://schemas.microsoft.com/office/2006/documentManagement/types"/>
    <ds:schemaRef ds:uri="e4f75650-8e21-49ba-b91c-b81547c800be"/>
    <ds:schemaRef ds:uri="http://purl.org/dc/dcmitype/"/>
    <ds:schemaRef ds:uri="http://purl.org/dc/elements/1.1/"/>
    <ds:schemaRef ds:uri="http://purl.org/dc/terms/"/>
    <ds:schemaRef ds:uri="http://schemas.microsoft.com/office/infopath/2007/PartnerControls"/>
    <ds:schemaRef ds:uri="http://schemas.openxmlformats.org/package/2006/metadata/core-properties"/>
    <ds:schemaRef ds:uri="04ced7c2-fe6c-4dc0-a90a-a1af3751564d"/>
    <ds:schemaRef ds:uri="http://schemas.microsoft.com/office/2006/metadata/properties"/>
  </ds:schemaRefs>
</ds:datastoreItem>
</file>

<file path=customXml/itemProps3.xml><?xml version="1.0" encoding="utf-8"?>
<ds:datastoreItem xmlns:ds="http://schemas.openxmlformats.org/officeDocument/2006/customXml" ds:itemID="{22F3407F-5865-4E9F-BE7B-A147B9A205CB}">
  <ds:schemaRefs>
    <ds:schemaRef ds:uri="http://schemas.openxmlformats.org/officeDocument/2006/bibliography"/>
  </ds:schemaRefs>
</ds:datastoreItem>
</file>

<file path=customXml/itemProps4.xml><?xml version="1.0" encoding="utf-8"?>
<ds:datastoreItem xmlns:ds="http://schemas.openxmlformats.org/officeDocument/2006/customXml" ds:itemID="{CFDAC4FA-C8C9-4A1F-96A0-0D2D02E032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1688</Words>
  <Characters>9286</Characters>
  <Application>Microsoft Office Word</Application>
  <DocSecurity>0</DocSecurity>
  <Lines>77</Lines>
  <Paragraphs>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10953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Susana Isabel Sischik</cp:lastModifiedBy>
  <cp:revision>3</cp:revision>
  <dcterms:created xsi:type="dcterms:W3CDTF">2026-09-07T13:51:00Z</dcterms:created>
  <dcterms:modified xsi:type="dcterms:W3CDTF">2026-09-07T13:52:00Z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0x0101002B5BB036D16C24499BBFBE55CEE0CE06</vt:lpwstr>
  </property>
</Properties>
</file>