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AFBE" w14:textId="77777777" w:rsidR="00643CF3" w:rsidRPr="00EC15B4" w:rsidRDefault="00643CF3" w:rsidP="00643CF3">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6CE26DEE" w14:textId="77777777" w:rsidR="00224D58" w:rsidRPr="00410F8B" w:rsidRDefault="00224D58" w:rsidP="00224D58">
      <w:pPr>
        <w:jc w:val="center"/>
        <w:rPr>
          <w:b/>
          <w:color w:val="000000"/>
          <w:sz w:val="24"/>
          <w:szCs w:val="24"/>
          <w:lang w:val="es-PY"/>
        </w:rPr>
      </w:pPr>
      <w:r w:rsidRPr="00410F8B">
        <w:rPr>
          <w:b/>
          <w:color w:val="000000"/>
          <w:sz w:val="24"/>
          <w:szCs w:val="24"/>
          <w:lang w:val="es-PY"/>
        </w:rPr>
        <w:t>MODELO NACIONAL DE EVALUACIÓN Y ACREDITACIÓN DE LA</w:t>
      </w:r>
    </w:p>
    <w:p w14:paraId="45A0289D" w14:textId="77777777" w:rsidR="00224D58" w:rsidRPr="00410F8B" w:rsidRDefault="00224D58" w:rsidP="00224D58">
      <w:pPr>
        <w:jc w:val="center"/>
        <w:rPr>
          <w:b/>
          <w:color w:val="000000"/>
          <w:sz w:val="24"/>
          <w:szCs w:val="24"/>
          <w:lang w:val="es-PY"/>
        </w:rPr>
      </w:pPr>
      <w:r w:rsidRPr="00410F8B">
        <w:rPr>
          <w:b/>
          <w:color w:val="000000"/>
          <w:sz w:val="24"/>
          <w:szCs w:val="24"/>
          <w:lang w:val="es-PY"/>
        </w:rPr>
        <w:t>EDUCACIÓN SUPERIOR</w:t>
      </w:r>
    </w:p>
    <w:p w14:paraId="2C42F145" w14:textId="77777777" w:rsidR="00224D58" w:rsidRPr="00410F8B" w:rsidRDefault="00224D58" w:rsidP="00224D58">
      <w:pPr>
        <w:jc w:val="center"/>
        <w:rPr>
          <w:b/>
          <w:color w:val="000000"/>
          <w:sz w:val="24"/>
          <w:szCs w:val="24"/>
          <w:lang w:val="es-PY"/>
        </w:rPr>
      </w:pPr>
    </w:p>
    <w:p w14:paraId="1F2E9C91" w14:textId="77777777" w:rsidR="00224D58" w:rsidRPr="00410F8B" w:rsidRDefault="00224D58" w:rsidP="00224D58">
      <w:pPr>
        <w:jc w:val="center"/>
        <w:rPr>
          <w:b/>
          <w:color w:val="000000"/>
          <w:sz w:val="24"/>
          <w:szCs w:val="24"/>
          <w:lang w:val="es-PY"/>
        </w:rPr>
      </w:pPr>
      <w:r w:rsidRPr="00410F8B">
        <w:rPr>
          <w:b/>
          <w:color w:val="000000"/>
          <w:sz w:val="24"/>
          <w:szCs w:val="24"/>
          <w:lang w:val="es-PY"/>
        </w:rPr>
        <w:t xml:space="preserve">SISTEMA DE EVALUACIÓN DE LA CALIDAD DE LA </w:t>
      </w:r>
    </w:p>
    <w:p w14:paraId="5A391880" w14:textId="77777777" w:rsidR="00224D58" w:rsidRPr="00410F8B" w:rsidRDefault="00224D58" w:rsidP="00224D58">
      <w:pPr>
        <w:jc w:val="center"/>
        <w:rPr>
          <w:b/>
          <w:color w:val="000000"/>
          <w:sz w:val="24"/>
          <w:szCs w:val="24"/>
          <w:lang w:val="es-PY"/>
        </w:rPr>
      </w:pPr>
      <w:r w:rsidRPr="00410F8B">
        <w:rPr>
          <w:b/>
          <w:color w:val="000000"/>
          <w:sz w:val="24"/>
          <w:szCs w:val="24"/>
          <w:lang w:val="es-PY"/>
        </w:rPr>
        <w:t>EDUCACIÓN SUPERIOR POR FASES</w:t>
      </w:r>
    </w:p>
    <w:p w14:paraId="5B6DDEAF" w14:textId="77777777" w:rsidR="00224D58" w:rsidRPr="00410F8B" w:rsidRDefault="00224D58" w:rsidP="00224D58">
      <w:pPr>
        <w:jc w:val="center"/>
        <w:rPr>
          <w:b/>
          <w:color w:val="000000"/>
          <w:sz w:val="24"/>
          <w:szCs w:val="24"/>
          <w:lang w:val="es-PY"/>
        </w:rPr>
      </w:pPr>
      <w:r w:rsidRPr="00410F8B">
        <w:rPr>
          <w:b/>
          <w:color w:val="000000"/>
          <w:sz w:val="24"/>
          <w:szCs w:val="24"/>
          <w:lang w:val="es-PY"/>
        </w:rPr>
        <w:t>Resolución ANEAES N° 309/2025</w:t>
      </w:r>
    </w:p>
    <w:p w14:paraId="2104C6E7" w14:textId="77777777" w:rsidR="00224D58" w:rsidRPr="00410F8B" w:rsidRDefault="00224D58" w:rsidP="00224D58">
      <w:pPr>
        <w:jc w:val="center"/>
        <w:rPr>
          <w:b/>
          <w:color w:val="000000"/>
          <w:sz w:val="24"/>
          <w:szCs w:val="24"/>
          <w:lang w:val="es-PY"/>
        </w:rPr>
      </w:pPr>
    </w:p>
    <w:p w14:paraId="66B6AABB" w14:textId="77777777" w:rsidR="00E17A1F" w:rsidRPr="00410F8B" w:rsidRDefault="00224D58" w:rsidP="00224D58">
      <w:pPr>
        <w:jc w:val="center"/>
        <w:rPr>
          <w:b/>
          <w:color w:val="000000"/>
          <w:sz w:val="24"/>
          <w:szCs w:val="24"/>
          <w:lang w:val="es-PY"/>
        </w:rPr>
      </w:pPr>
      <w:r w:rsidRPr="00410F8B">
        <w:rPr>
          <w:b/>
          <w:color w:val="000000"/>
          <w:sz w:val="24"/>
          <w:szCs w:val="24"/>
          <w:lang w:val="es-PY"/>
        </w:rPr>
        <w:t xml:space="preserve">INFORME DE AUTOEVALUACIÓN </w:t>
      </w:r>
    </w:p>
    <w:p w14:paraId="4F4F51E6" w14:textId="657D17C9" w:rsidR="00224D58" w:rsidRPr="00410F8B" w:rsidRDefault="00E17A1F" w:rsidP="00224D58">
      <w:pPr>
        <w:jc w:val="center"/>
        <w:rPr>
          <w:b/>
          <w:color w:val="000000"/>
          <w:sz w:val="24"/>
          <w:szCs w:val="24"/>
          <w:lang w:val="es-PY"/>
        </w:rPr>
      </w:pPr>
      <w:r w:rsidRPr="00410F8B">
        <w:rPr>
          <w:b/>
          <w:color w:val="000000"/>
          <w:sz w:val="24"/>
          <w:szCs w:val="24"/>
          <w:lang w:val="es-PY"/>
        </w:rPr>
        <w:t xml:space="preserve">CLÚSTER ACADEMICO POR AREA - </w:t>
      </w:r>
      <w:r w:rsidR="00224D58" w:rsidRPr="00410F8B">
        <w:rPr>
          <w:b/>
          <w:color w:val="000000"/>
          <w:sz w:val="24"/>
          <w:szCs w:val="24"/>
          <w:lang w:val="es-PY"/>
        </w:rPr>
        <w:t>MAESTRÍA INVESTIGATIVA</w:t>
      </w:r>
    </w:p>
    <w:p w14:paraId="58B1323E" w14:textId="3D492B3C" w:rsidR="0010517E" w:rsidRPr="00410F8B" w:rsidRDefault="00224D58" w:rsidP="00224D58">
      <w:pPr>
        <w:jc w:val="center"/>
        <w:rPr>
          <w:sz w:val="24"/>
          <w:szCs w:val="24"/>
          <w:lang w:val="es-PY"/>
        </w:rPr>
      </w:pPr>
      <w:r w:rsidRPr="00410F8B">
        <w:rPr>
          <w:b/>
          <w:color w:val="000000"/>
          <w:sz w:val="24"/>
          <w:szCs w:val="24"/>
        </w:rPr>
        <w:t>MOD</w:t>
      </w:r>
      <w:r w:rsidR="00E17A1F" w:rsidRPr="00410F8B">
        <w:rPr>
          <w:b/>
          <w:color w:val="000000"/>
          <w:sz w:val="24"/>
          <w:szCs w:val="24"/>
        </w:rPr>
        <w:t xml:space="preserve">ALIDAD EDUCACIÓN A DISTANCIA </w:t>
      </w:r>
    </w:p>
    <w:tbl>
      <w:tblPr>
        <w:tblW w:w="10057" w:type="dxa"/>
        <w:jc w:val="center"/>
        <w:tblLayout w:type="fixed"/>
        <w:tblLook w:val="04A0" w:firstRow="1" w:lastRow="0" w:firstColumn="1" w:lastColumn="0" w:noHBand="0" w:noVBand="1"/>
      </w:tblPr>
      <w:tblGrid>
        <w:gridCol w:w="3111"/>
        <w:gridCol w:w="6946"/>
      </w:tblGrid>
      <w:tr w:rsidR="00071A6D" w:rsidRPr="00410F8B" w14:paraId="5D46FB36" w14:textId="77777777" w:rsidTr="002327CF">
        <w:trPr>
          <w:cantSplit/>
          <w:trHeight w:hRule="exact" w:val="403"/>
          <w:jc w:val="center"/>
        </w:trPr>
        <w:tc>
          <w:tcPr>
            <w:tcW w:w="10057"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268BD3BF" w14:textId="77777777" w:rsidR="00071A6D" w:rsidRPr="00410F8B" w:rsidRDefault="00071A6D" w:rsidP="00071A6D">
            <w:pPr>
              <w:rPr>
                <w:sz w:val="22"/>
                <w:szCs w:val="32"/>
              </w:rPr>
            </w:pPr>
            <w:r w:rsidRPr="00410F8B">
              <w:rPr>
                <w:b/>
                <w:color w:val="FFFFFF"/>
                <w:sz w:val="22"/>
                <w:szCs w:val="32"/>
              </w:rPr>
              <w:t>1. DATOS DE IDENTIFICACIÓN</w:t>
            </w:r>
          </w:p>
        </w:tc>
      </w:tr>
      <w:tr w:rsidR="00071A6D" w:rsidRPr="00071A6D" w14:paraId="76DD566C"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72022A2" w14:textId="77777777" w:rsidR="00071A6D" w:rsidRPr="00071A6D" w:rsidRDefault="00071A6D" w:rsidP="00071A6D">
            <w:r w:rsidRPr="00071A6D">
              <w:rPr>
                <w:b/>
                <w:color w:val="FFFFFF"/>
              </w:rPr>
              <w:t>DATOS DE LA INSTITUCIÓN</w:t>
            </w:r>
          </w:p>
        </w:tc>
      </w:tr>
      <w:tr w:rsidR="00071A6D" w:rsidRPr="00071A6D" w14:paraId="5FFC06A8"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496892" w14:textId="77777777" w:rsidR="00071A6D" w:rsidRPr="00071A6D" w:rsidRDefault="00071A6D" w:rsidP="00071A6D">
            <w:proofErr w:type="spellStart"/>
            <w:r w:rsidRPr="00071A6D">
              <w:rPr>
                <w:b/>
                <w:color w:val="000000"/>
              </w:rPr>
              <w:t>Institución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3D5BEB" w14:textId="77777777" w:rsidR="00071A6D" w:rsidRPr="00071A6D" w:rsidRDefault="00071A6D" w:rsidP="00071A6D"/>
        </w:tc>
      </w:tr>
      <w:tr w:rsidR="00071A6D" w:rsidRPr="00071A6D" w14:paraId="5F1F3783"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985563" w14:textId="77777777" w:rsidR="00071A6D" w:rsidRPr="00071A6D" w:rsidRDefault="00071A6D" w:rsidP="00071A6D">
            <w:r w:rsidRPr="00071A6D">
              <w:rPr>
                <w:b/>
                <w:color w:val="000000"/>
              </w:rPr>
              <w:t xml:space="preserve">Máxima </w:t>
            </w:r>
            <w:proofErr w:type="spellStart"/>
            <w:r w:rsidRPr="00071A6D">
              <w:rPr>
                <w:b/>
                <w:color w:val="000000"/>
              </w:rPr>
              <w:t>autoridad</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10A88F" w14:textId="77777777" w:rsidR="00071A6D" w:rsidRPr="00071A6D" w:rsidRDefault="00071A6D" w:rsidP="00071A6D"/>
        </w:tc>
      </w:tr>
      <w:tr w:rsidR="00071A6D" w:rsidRPr="00071A6D" w14:paraId="370818DA"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BA173F5" w14:textId="77777777" w:rsidR="00071A6D" w:rsidRPr="00071A6D" w:rsidRDefault="00071A6D" w:rsidP="00071A6D">
            <w:proofErr w:type="spellStart"/>
            <w:r w:rsidRPr="00071A6D">
              <w:rPr>
                <w:b/>
                <w:color w:val="000000"/>
              </w:rPr>
              <w:t>Dirección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EA4FE7" w14:textId="77777777" w:rsidR="00071A6D" w:rsidRPr="00071A6D" w:rsidRDefault="00071A6D" w:rsidP="00071A6D"/>
        </w:tc>
      </w:tr>
      <w:tr w:rsidR="00071A6D" w:rsidRPr="00071A6D" w14:paraId="0C64C0EE"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AE250F" w14:textId="77777777" w:rsidR="00071A6D" w:rsidRPr="00071A6D" w:rsidRDefault="00071A6D" w:rsidP="00071A6D">
            <w:r w:rsidRPr="00071A6D">
              <w:rPr>
                <w:b/>
                <w:color w:val="000000"/>
              </w:rPr>
              <w:t>Departamento:</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D07D53" w14:textId="77777777" w:rsidR="00071A6D" w:rsidRPr="00071A6D" w:rsidRDefault="00071A6D" w:rsidP="00071A6D"/>
        </w:tc>
      </w:tr>
      <w:tr w:rsidR="00071A6D" w:rsidRPr="00071A6D" w14:paraId="14C77047"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4A33E5" w14:textId="77777777" w:rsidR="00071A6D" w:rsidRPr="00071A6D" w:rsidRDefault="00071A6D" w:rsidP="00071A6D">
            <w:r w:rsidRPr="00071A6D">
              <w:rPr>
                <w:b/>
                <w:color w:val="000000"/>
              </w:rPr>
              <w:t>Ciudad:</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B58BF8" w14:textId="77777777" w:rsidR="00071A6D" w:rsidRPr="00071A6D" w:rsidRDefault="00071A6D" w:rsidP="00071A6D"/>
        </w:tc>
      </w:tr>
      <w:tr w:rsidR="00071A6D" w:rsidRPr="00071A6D" w14:paraId="06207FC8"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22B1CB3" w14:textId="77777777" w:rsidR="00071A6D" w:rsidRPr="00071A6D" w:rsidRDefault="00071A6D" w:rsidP="00071A6D">
            <w:proofErr w:type="spellStart"/>
            <w:r w:rsidRPr="00071A6D">
              <w:rPr>
                <w:b/>
                <w:color w:val="000000"/>
              </w:rPr>
              <w:t>Teléfono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AF8CEC1" w14:textId="77777777" w:rsidR="00071A6D" w:rsidRPr="00071A6D" w:rsidRDefault="00071A6D" w:rsidP="00071A6D"/>
        </w:tc>
      </w:tr>
      <w:tr w:rsidR="00071A6D" w:rsidRPr="00071A6D" w14:paraId="10AD1B21"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2E1F1" w14:textId="77777777" w:rsidR="00071A6D" w:rsidRPr="00071A6D" w:rsidRDefault="00071A6D" w:rsidP="00071A6D">
            <w:r w:rsidRPr="00071A6D">
              <w:rPr>
                <w:b/>
                <w:color w:val="000000"/>
              </w:rPr>
              <w:t xml:space="preserve">Correo </w:t>
            </w:r>
            <w:proofErr w:type="spellStart"/>
            <w:r w:rsidRPr="00071A6D">
              <w:rPr>
                <w:b/>
                <w:color w:val="000000"/>
              </w:rPr>
              <w:t>electrónico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0329C90" w14:textId="77777777" w:rsidR="00071A6D" w:rsidRPr="00071A6D" w:rsidRDefault="00071A6D" w:rsidP="00071A6D"/>
        </w:tc>
      </w:tr>
      <w:tr w:rsidR="00071A6D" w:rsidRPr="001B0D5F" w14:paraId="19B94114"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BF67A28" w14:textId="77777777" w:rsidR="00071A6D" w:rsidRPr="00410F8B" w:rsidRDefault="00071A6D" w:rsidP="00071A6D">
            <w:pPr>
              <w:rPr>
                <w:lang w:val="es-PY"/>
              </w:rPr>
            </w:pPr>
            <w:r w:rsidRPr="00410F8B">
              <w:rPr>
                <w:b/>
                <w:color w:val="FFFFFF"/>
                <w:lang w:val="es-PY"/>
              </w:rPr>
              <w:t>DATOS DE LOS PROGRAMAS DEL CLÚSTER</w:t>
            </w:r>
          </w:p>
        </w:tc>
      </w:tr>
      <w:tr w:rsidR="00071A6D" w:rsidRPr="00071A6D" w14:paraId="478534E5" w14:textId="77777777" w:rsidTr="002327CF">
        <w:trPr>
          <w:cantSplit/>
          <w:trHeight w:hRule="exact" w:val="255"/>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0248FF" w14:textId="77777777" w:rsidR="00071A6D" w:rsidRPr="00071A6D" w:rsidRDefault="00071A6D" w:rsidP="00071A6D">
            <w:proofErr w:type="spellStart"/>
            <w:r w:rsidRPr="00071A6D">
              <w:rPr>
                <w:b/>
                <w:color w:val="000000"/>
              </w:rPr>
              <w:t>Facultad</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B74956" w14:textId="77777777" w:rsidR="00071A6D" w:rsidRPr="00071A6D" w:rsidRDefault="00071A6D" w:rsidP="00071A6D"/>
        </w:tc>
      </w:tr>
      <w:tr w:rsidR="00071A6D" w:rsidRPr="001B0D5F" w14:paraId="063FCA54" w14:textId="77777777" w:rsidTr="002327CF">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4B0810" w14:textId="77777777" w:rsidR="00071A6D" w:rsidRPr="00071A6D" w:rsidRDefault="00071A6D" w:rsidP="00071A6D">
            <w:pPr>
              <w:rPr>
                <w:lang w:val="es-PY"/>
              </w:rPr>
            </w:pPr>
            <w:r w:rsidRPr="00071A6D">
              <w:rPr>
                <w:b/>
                <w:color w:val="000000"/>
                <w:lang w:val="es-PY"/>
              </w:rPr>
              <w:t>Sede o filial donde se desarrollan:</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581239B" w14:textId="77777777" w:rsidR="00071A6D" w:rsidRPr="00071A6D" w:rsidRDefault="00071A6D" w:rsidP="00071A6D">
            <w:pPr>
              <w:rPr>
                <w:lang w:val="es-PY"/>
              </w:rPr>
            </w:pPr>
          </w:p>
        </w:tc>
      </w:tr>
      <w:tr w:rsidR="00071A6D" w:rsidRPr="00071A6D" w14:paraId="602C711C" w14:textId="77777777" w:rsidTr="002327CF">
        <w:trPr>
          <w:cantSplit/>
          <w:trHeight w:hRule="exact" w:val="275"/>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41A3E6" w14:textId="77777777" w:rsidR="00071A6D" w:rsidRPr="00071A6D" w:rsidRDefault="00071A6D" w:rsidP="00071A6D">
            <w:proofErr w:type="spellStart"/>
            <w:r w:rsidRPr="00071A6D">
              <w:rPr>
                <w:b/>
                <w:color w:val="000000"/>
              </w:rPr>
              <w:t>Dirección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398EE9" w14:textId="77777777" w:rsidR="00071A6D" w:rsidRPr="00071A6D" w:rsidRDefault="00071A6D" w:rsidP="00071A6D"/>
        </w:tc>
      </w:tr>
      <w:tr w:rsidR="00071A6D" w:rsidRPr="00071A6D" w14:paraId="231F5ACC" w14:textId="77777777" w:rsidTr="002327CF">
        <w:trPr>
          <w:cantSplit/>
          <w:trHeight w:hRule="exact" w:val="1746"/>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FC31AA" w14:textId="77777777" w:rsidR="00071A6D" w:rsidRPr="00410F8B" w:rsidRDefault="00071A6D" w:rsidP="00071A6D">
            <w:pPr>
              <w:rPr>
                <w:b/>
                <w:color w:val="000000"/>
                <w:lang w:val="es-PY"/>
              </w:rPr>
            </w:pPr>
            <w:r w:rsidRPr="00410F8B">
              <w:rPr>
                <w:b/>
                <w:color w:val="000000"/>
                <w:lang w:val="es-PY"/>
              </w:rPr>
              <w:t>Programas incluidos en el clúster:</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0A0F37" w14:textId="77777777" w:rsidR="00071A6D" w:rsidRPr="00071A6D" w:rsidRDefault="00071A6D" w:rsidP="00071A6D">
            <w:r w:rsidRPr="00071A6D">
              <w:t>1.</w:t>
            </w:r>
          </w:p>
          <w:p w14:paraId="25F67D42" w14:textId="77777777" w:rsidR="00071A6D" w:rsidRPr="00071A6D" w:rsidRDefault="00071A6D" w:rsidP="00071A6D">
            <w:r w:rsidRPr="00071A6D">
              <w:t>2.</w:t>
            </w:r>
          </w:p>
          <w:p w14:paraId="7C30235E" w14:textId="77777777" w:rsidR="00071A6D" w:rsidRPr="00071A6D" w:rsidRDefault="00071A6D" w:rsidP="00071A6D">
            <w:r w:rsidRPr="00071A6D">
              <w:t>3.</w:t>
            </w:r>
          </w:p>
          <w:p w14:paraId="5DC9B78C" w14:textId="77777777" w:rsidR="00071A6D" w:rsidRPr="00071A6D" w:rsidRDefault="00071A6D" w:rsidP="00071A6D">
            <w:r w:rsidRPr="00071A6D">
              <w:t>4.</w:t>
            </w:r>
          </w:p>
          <w:p w14:paraId="1E934D01" w14:textId="77777777" w:rsidR="00071A6D" w:rsidRPr="00071A6D" w:rsidRDefault="00071A6D" w:rsidP="00071A6D">
            <w:r w:rsidRPr="00071A6D">
              <w:t>5.</w:t>
            </w:r>
          </w:p>
          <w:p w14:paraId="13FDDC5C" w14:textId="77777777" w:rsidR="00071A6D" w:rsidRPr="00071A6D" w:rsidRDefault="00071A6D" w:rsidP="00071A6D">
            <w:r w:rsidRPr="00071A6D">
              <w:t>6.</w:t>
            </w:r>
          </w:p>
          <w:p w14:paraId="0CFB635B" w14:textId="77777777" w:rsidR="00071A6D" w:rsidRPr="00071A6D" w:rsidRDefault="00071A6D" w:rsidP="00071A6D">
            <w:r w:rsidRPr="00071A6D">
              <w:t>7.</w:t>
            </w:r>
          </w:p>
        </w:tc>
      </w:tr>
      <w:tr w:rsidR="00071A6D" w:rsidRPr="001B0D5F" w14:paraId="4A8CC916"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4EB1B8E" w14:textId="77777777" w:rsidR="00071A6D" w:rsidRPr="00071A6D" w:rsidRDefault="00071A6D" w:rsidP="00071A6D">
            <w:pPr>
              <w:rPr>
                <w:lang w:val="es-PY"/>
              </w:rPr>
            </w:pPr>
            <w:r w:rsidRPr="00071A6D">
              <w:rPr>
                <w:b/>
                <w:color w:val="FFFFFF"/>
                <w:lang w:val="es-PY"/>
              </w:rPr>
              <w:t>DATOS DE LOS RESPONSABLES DE LOS PROGRAMAS:</w:t>
            </w:r>
          </w:p>
        </w:tc>
      </w:tr>
      <w:tr w:rsidR="00071A6D" w:rsidRPr="00071A6D" w14:paraId="69199B46"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0B3B2B" w14:textId="77777777" w:rsidR="00071A6D" w:rsidRPr="00071A6D" w:rsidRDefault="00071A6D" w:rsidP="00071A6D">
            <w:proofErr w:type="spellStart"/>
            <w:r w:rsidRPr="00071A6D">
              <w:rPr>
                <w:b/>
                <w:color w:val="000000"/>
              </w:rPr>
              <w:t>Nombres</w:t>
            </w:r>
            <w:proofErr w:type="spellEnd"/>
            <w:r w:rsidRPr="00071A6D">
              <w:rPr>
                <w:b/>
                <w:color w:val="000000"/>
              </w:rPr>
              <w:t xml:space="preserve"> y </w:t>
            </w:r>
            <w:proofErr w:type="spellStart"/>
            <w:r w:rsidRPr="00071A6D">
              <w:rPr>
                <w:b/>
                <w:color w:val="000000"/>
              </w:rPr>
              <w:t>apellidos</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E9A2DC" w14:textId="77777777" w:rsidR="00071A6D" w:rsidRPr="00071A6D" w:rsidRDefault="00071A6D" w:rsidP="00071A6D"/>
        </w:tc>
      </w:tr>
      <w:tr w:rsidR="00071A6D" w:rsidRPr="00071A6D" w14:paraId="520201CD"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66C5F7" w14:textId="77777777" w:rsidR="00071A6D" w:rsidRPr="00071A6D" w:rsidRDefault="00071A6D" w:rsidP="00071A6D">
            <w:r w:rsidRPr="00071A6D">
              <w:rPr>
                <w:b/>
                <w:color w:val="000000"/>
              </w:rPr>
              <w:t xml:space="preserve">Máxima </w:t>
            </w:r>
            <w:proofErr w:type="spellStart"/>
            <w:r w:rsidRPr="00071A6D">
              <w:rPr>
                <w:b/>
                <w:color w:val="000000"/>
              </w:rPr>
              <w:t>titulación</w:t>
            </w:r>
            <w:proofErr w:type="spellEnd"/>
            <w:r w:rsidRPr="00071A6D">
              <w:rPr>
                <w:b/>
                <w:color w:val="000000"/>
              </w:rPr>
              <w:t xml:space="preserve"> </w:t>
            </w:r>
            <w:proofErr w:type="spellStart"/>
            <w:r w:rsidRPr="00071A6D">
              <w:rPr>
                <w:b/>
                <w:color w:val="000000"/>
              </w:rPr>
              <w:t>académica</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FC56008" w14:textId="77777777" w:rsidR="00071A6D" w:rsidRPr="00071A6D" w:rsidRDefault="00071A6D" w:rsidP="00071A6D"/>
        </w:tc>
      </w:tr>
      <w:tr w:rsidR="00071A6D" w:rsidRPr="00071A6D" w14:paraId="255D1C4F"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0BE8B8" w14:textId="77777777" w:rsidR="00071A6D" w:rsidRPr="00071A6D" w:rsidRDefault="00071A6D" w:rsidP="00071A6D">
            <w:proofErr w:type="spellStart"/>
            <w:r w:rsidRPr="00071A6D">
              <w:rPr>
                <w:b/>
                <w:color w:val="000000"/>
              </w:rPr>
              <w:t>Resolución</w:t>
            </w:r>
            <w:proofErr w:type="spellEnd"/>
            <w:r w:rsidRPr="00071A6D">
              <w:rPr>
                <w:b/>
                <w:color w:val="000000"/>
              </w:rPr>
              <w:t xml:space="preserve"> de </w:t>
            </w:r>
            <w:proofErr w:type="spellStart"/>
            <w:r w:rsidRPr="00071A6D">
              <w:rPr>
                <w:b/>
                <w:color w:val="000000"/>
              </w:rPr>
              <w:t>nombramiento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EBAD1E" w14:textId="77777777" w:rsidR="00071A6D" w:rsidRPr="00071A6D" w:rsidRDefault="00071A6D" w:rsidP="00071A6D"/>
        </w:tc>
      </w:tr>
      <w:tr w:rsidR="00071A6D" w:rsidRPr="001B0D5F" w14:paraId="1411D68B"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013D653" w14:textId="77777777" w:rsidR="00071A6D" w:rsidRPr="00071A6D" w:rsidRDefault="00071A6D" w:rsidP="00071A6D">
            <w:pPr>
              <w:rPr>
                <w:lang w:val="es-PY"/>
              </w:rPr>
            </w:pPr>
            <w:r w:rsidRPr="00071A6D">
              <w:rPr>
                <w:b/>
                <w:color w:val="FFFFFF"/>
                <w:lang w:val="es-PY"/>
              </w:rPr>
              <w:t>DATOS DEL TÉCNICO DE ENLACE</w:t>
            </w:r>
          </w:p>
        </w:tc>
      </w:tr>
      <w:tr w:rsidR="00071A6D" w:rsidRPr="00071A6D" w14:paraId="506CEE2A"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0424E" w14:textId="77777777" w:rsidR="00071A6D" w:rsidRPr="00071A6D" w:rsidRDefault="00071A6D" w:rsidP="00071A6D">
            <w:proofErr w:type="spellStart"/>
            <w:r w:rsidRPr="00071A6D">
              <w:rPr>
                <w:b/>
                <w:color w:val="000000"/>
              </w:rPr>
              <w:t>Nombres</w:t>
            </w:r>
            <w:proofErr w:type="spellEnd"/>
            <w:r w:rsidRPr="00071A6D">
              <w:rPr>
                <w:b/>
                <w:color w:val="000000"/>
              </w:rPr>
              <w:t xml:space="preserve"> y </w:t>
            </w:r>
            <w:proofErr w:type="spellStart"/>
            <w:r w:rsidRPr="00071A6D">
              <w:rPr>
                <w:b/>
                <w:color w:val="000000"/>
              </w:rPr>
              <w:t>apellidos</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6DC6720" w14:textId="77777777" w:rsidR="00071A6D" w:rsidRPr="00071A6D" w:rsidRDefault="00071A6D" w:rsidP="00071A6D"/>
        </w:tc>
      </w:tr>
      <w:tr w:rsidR="00071A6D" w:rsidRPr="00071A6D" w14:paraId="7D8B6536"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F9AA19" w14:textId="77777777" w:rsidR="00071A6D" w:rsidRPr="00071A6D" w:rsidRDefault="00071A6D" w:rsidP="00071A6D">
            <w:r w:rsidRPr="00071A6D">
              <w:rPr>
                <w:b/>
                <w:color w:val="000000"/>
              </w:rPr>
              <w:t xml:space="preserve">Correo </w:t>
            </w:r>
            <w:proofErr w:type="spellStart"/>
            <w:r w:rsidRPr="00071A6D">
              <w:rPr>
                <w:b/>
                <w:color w:val="000000"/>
              </w:rPr>
              <w:t>electrónico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FF7DD6" w14:textId="77777777" w:rsidR="00071A6D" w:rsidRPr="00071A6D" w:rsidRDefault="00071A6D" w:rsidP="00071A6D"/>
        </w:tc>
      </w:tr>
      <w:tr w:rsidR="00071A6D" w:rsidRPr="00071A6D" w14:paraId="2140214A"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6CD2A" w14:textId="77777777" w:rsidR="00071A6D" w:rsidRPr="00071A6D" w:rsidRDefault="00071A6D" w:rsidP="00071A6D">
            <w:proofErr w:type="spellStart"/>
            <w:r w:rsidRPr="00071A6D">
              <w:rPr>
                <w:b/>
                <w:color w:val="000000"/>
              </w:rPr>
              <w:t>Teléfono</w:t>
            </w:r>
            <w:proofErr w:type="spellEnd"/>
            <w:r w:rsidRPr="00071A6D">
              <w:rPr>
                <w:b/>
                <w:color w:val="000000"/>
              </w:rPr>
              <w:t xml:space="preserve"> de </w:t>
            </w:r>
            <w:proofErr w:type="spellStart"/>
            <w:r w:rsidRPr="00071A6D">
              <w:rPr>
                <w:b/>
                <w:color w:val="000000"/>
              </w:rPr>
              <w:t>contacto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E9AA88" w14:textId="77777777" w:rsidR="00071A6D" w:rsidRPr="00071A6D" w:rsidRDefault="00071A6D" w:rsidP="00071A6D"/>
        </w:tc>
      </w:tr>
    </w:tbl>
    <w:p w14:paraId="7CC49894" w14:textId="71A29BDC" w:rsidR="00071A6D" w:rsidRDefault="00071A6D" w:rsidP="00224D58">
      <w:pPr>
        <w:pBdr>
          <w:top w:val="nil"/>
          <w:left w:val="nil"/>
          <w:bottom w:val="nil"/>
          <w:right w:val="nil"/>
          <w:between w:val="nil"/>
        </w:pBdr>
        <w:tabs>
          <w:tab w:val="left" w:pos="9214"/>
        </w:tabs>
        <w:ind w:right="142"/>
        <w:rPr>
          <w:b/>
          <w:bCs/>
          <w:color w:val="FFFFFF"/>
        </w:rPr>
      </w:pPr>
    </w:p>
    <w:p w14:paraId="7A278011" w14:textId="77777777" w:rsidR="001B0D5F" w:rsidRDefault="001B0D5F" w:rsidP="00224D58">
      <w:pPr>
        <w:pBdr>
          <w:top w:val="nil"/>
          <w:left w:val="nil"/>
          <w:bottom w:val="nil"/>
          <w:right w:val="nil"/>
          <w:between w:val="nil"/>
        </w:pBdr>
        <w:tabs>
          <w:tab w:val="left" w:pos="9214"/>
        </w:tabs>
        <w:ind w:right="142"/>
        <w:rPr>
          <w:b/>
          <w:bCs/>
          <w:color w:val="FFFFFF"/>
        </w:rPr>
      </w:pPr>
    </w:p>
    <w:p w14:paraId="4E12F955" w14:textId="77777777" w:rsidR="001B0D5F" w:rsidRDefault="001B0D5F" w:rsidP="00224D58">
      <w:pPr>
        <w:pBdr>
          <w:top w:val="nil"/>
          <w:left w:val="nil"/>
          <w:bottom w:val="nil"/>
          <w:right w:val="nil"/>
          <w:between w:val="nil"/>
        </w:pBdr>
        <w:tabs>
          <w:tab w:val="left" w:pos="9214"/>
        </w:tabs>
        <w:ind w:right="142"/>
        <w:rPr>
          <w:b/>
          <w:bCs/>
          <w:color w:val="FFFFFF"/>
        </w:rPr>
      </w:pPr>
    </w:p>
    <w:p w14:paraId="14C78BCB" w14:textId="49E001EA" w:rsidR="0010517E" w:rsidRPr="001B0D5F" w:rsidRDefault="00E92B38" w:rsidP="001B0D5F">
      <w:pPr>
        <w:pStyle w:val="Prrafodelista"/>
        <w:numPr>
          <w:ilvl w:val="0"/>
          <w:numId w:val="25"/>
        </w:numPr>
        <w:pBdr>
          <w:top w:val="nil"/>
          <w:left w:val="nil"/>
          <w:bottom w:val="nil"/>
          <w:right w:val="nil"/>
          <w:between w:val="nil"/>
        </w:pBdr>
        <w:shd w:val="clear" w:color="auto" w:fill="386F53"/>
        <w:tabs>
          <w:tab w:val="left" w:pos="9214"/>
        </w:tabs>
        <w:spacing w:after="160" w:line="259" w:lineRule="auto"/>
        <w:ind w:left="426" w:right="142"/>
        <w:rPr>
          <w:b/>
          <w:bCs/>
          <w:color w:val="FFFFFF"/>
          <w:sz w:val="22"/>
          <w:szCs w:val="24"/>
        </w:rPr>
      </w:pPr>
      <w:r w:rsidRPr="001B0D5F">
        <w:rPr>
          <w:b/>
          <w:bCs/>
          <w:color w:val="FFFFFF"/>
          <w:sz w:val="22"/>
          <w:szCs w:val="24"/>
        </w:rPr>
        <w:lastRenderedPageBreak/>
        <w:t>RESU</w:t>
      </w:r>
      <w:r w:rsidR="00224D58" w:rsidRPr="001B0D5F">
        <w:rPr>
          <w:b/>
          <w:bCs/>
          <w:color w:val="FFFFFF"/>
          <w:sz w:val="22"/>
          <w:szCs w:val="24"/>
        </w:rPr>
        <w:t>LTAD</w:t>
      </w:r>
      <w:r w:rsidR="009B7AD4" w:rsidRPr="001B0D5F">
        <w:rPr>
          <w:b/>
          <w:bCs/>
          <w:color w:val="FFFFFF"/>
          <w:sz w:val="22"/>
          <w:szCs w:val="24"/>
        </w:rPr>
        <w:t>OS DEL PROCESO DE AUTOEVALUACIÓ</w:t>
      </w:r>
      <w:r w:rsidR="00071A6D" w:rsidRPr="001B0D5F">
        <w:rPr>
          <w:b/>
          <w:bCs/>
          <w:color w:val="FFFFFF"/>
          <w:sz w:val="22"/>
          <w:szCs w:val="24"/>
        </w:rPr>
        <w:t>N</w:t>
      </w:r>
    </w:p>
    <w:tbl>
      <w:tblPr>
        <w:tblW w:w="0" w:type="auto"/>
        <w:tblLayout w:type="fixed"/>
        <w:tblLook w:val="04A0" w:firstRow="1" w:lastRow="0" w:firstColumn="1" w:lastColumn="0" w:noHBand="0" w:noVBand="1"/>
      </w:tblPr>
      <w:tblGrid>
        <w:gridCol w:w="1962"/>
        <w:gridCol w:w="5330"/>
        <w:gridCol w:w="684"/>
        <w:gridCol w:w="684"/>
        <w:gridCol w:w="697"/>
      </w:tblGrid>
      <w:tr w:rsidR="00071A6D" w14:paraId="464108A5" w14:textId="77777777" w:rsidTr="001B0D5F">
        <w:trPr>
          <w:cantSplit/>
          <w:trHeight w:hRule="exact" w:val="691"/>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66044EC" w14:textId="01CFA00E" w:rsidR="00071A6D" w:rsidRPr="00643CF3" w:rsidRDefault="00071A6D" w:rsidP="00E92B38">
            <w:pPr>
              <w:jc w:val="center"/>
              <w:rPr>
                <w:b/>
                <w:color w:val="000000"/>
                <w:szCs w:val="20"/>
              </w:rPr>
            </w:pPr>
            <w:r w:rsidRPr="00E93055">
              <w:rPr>
                <w:b/>
                <w:color w:val="000000"/>
                <w:sz w:val="22"/>
              </w:rPr>
              <w:t>MARCO DISCIPLINAR – MAESTRÍA………</w:t>
            </w:r>
            <w:r w:rsidR="001B0D5F" w:rsidRPr="00E93055">
              <w:rPr>
                <w:b/>
                <w:color w:val="000000"/>
                <w:sz w:val="22"/>
              </w:rPr>
              <w:t xml:space="preserve"> (EaD)</w:t>
            </w:r>
          </w:p>
        </w:tc>
      </w:tr>
      <w:tr w:rsidR="0010517E" w14:paraId="12BAC5BB" w14:textId="77777777" w:rsidTr="001B0D5F">
        <w:trPr>
          <w:cantSplit/>
          <w:trHeight w:hRule="exact" w:val="733"/>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696F39" w14:textId="00C6AFDD" w:rsidR="0010517E" w:rsidRDefault="00010B74">
            <w:pPr>
              <w:jc w:val="center"/>
            </w:pPr>
            <w:proofErr w:type="spellStart"/>
            <w:r>
              <w:rPr>
                <w:b/>
                <w:color w:val="000000"/>
              </w:rPr>
              <w:t>Criterio</w:t>
            </w:r>
            <w:proofErr w:type="spellEnd"/>
            <w:r>
              <w:rPr>
                <w:b/>
                <w:color w:val="000000"/>
              </w:rPr>
              <w:t xml:space="preserve"> 2.1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DCCC27"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90C3F7" w14:textId="77777777" w:rsidR="0010517E" w:rsidRPr="00643CF3" w:rsidRDefault="00643CF3">
            <w:pPr>
              <w:jc w:val="center"/>
              <w:rPr>
                <w:szCs w:val="20"/>
              </w:rPr>
            </w:pPr>
            <w:r w:rsidRPr="00643CF3">
              <w:rPr>
                <w:b/>
                <w:color w:val="000000"/>
                <w:szCs w:val="20"/>
              </w:rPr>
              <w:t>Nivel de cumplimiento</w:t>
            </w:r>
          </w:p>
        </w:tc>
      </w:tr>
      <w:tr w:rsidR="0010517E" w14:paraId="742F2DE0" w14:textId="77777777" w:rsidTr="001B0D5F">
        <w:trPr>
          <w:cantSplit/>
          <w:trHeight w:hRule="exact" w:val="432"/>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405919"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A6D679"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07E90E3"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2891F66"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18631BE" w14:textId="77777777" w:rsidR="0010517E" w:rsidRPr="00643CF3" w:rsidRDefault="00643CF3">
            <w:pPr>
              <w:jc w:val="center"/>
              <w:rPr>
                <w:szCs w:val="20"/>
              </w:rPr>
            </w:pPr>
            <w:r w:rsidRPr="00643CF3">
              <w:rPr>
                <w:b/>
                <w:color w:val="000000"/>
                <w:szCs w:val="20"/>
              </w:rPr>
              <w:t>NC</w:t>
            </w:r>
          </w:p>
        </w:tc>
      </w:tr>
      <w:tr w:rsidR="0010517E" w:rsidRPr="001B0D5F" w14:paraId="34A58A1A" w14:textId="77777777" w:rsidTr="00E17A1F">
        <w:trPr>
          <w:cantSplit/>
          <w:trHeight w:val="459"/>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3B1499" w14:textId="763EBDB5" w:rsidR="0010517E" w:rsidRPr="00410F8B" w:rsidRDefault="00643CF3">
            <w:pPr>
              <w:jc w:val="center"/>
              <w:rPr>
                <w:b/>
                <w:color w:val="FF0000"/>
                <w:sz w:val="19"/>
                <w:lang w:val="es-PY"/>
              </w:rPr>
            </w:pPr>
            <w:r w:rsidRPr="00643CF3">
              <w:rPr>
                <w:b/>
                <w:color w:val="000000"/>
                <w:sz w:val="19"/>
                <w:lang w:val="es-PY"/>
              </w:rPr>
              <w:t xml:space="preserve">Pertinencia del </w:t>
            </w:r>
            <w:r w:rsidR="00CC0341">
              <w:rPr>
                <w:b/>
                <w:color w:val="000000"/>
                <w:sz w:val="19"/>
                <w:lang w:val="es-PY"/>
              </w:rPr>
              <w:t>diseño curricular</w:t>
            </w:r>
            <w:r w:rsidRPr="00643CF3">
              <w:rPr>
                <w:b/>
                <w:color w:val="000000"/>
                <w:sz w:val="19"/>
                <w:lang w:val="es-PY"/>
              </w:rPr>
              <w:t xml:space="preserve"> para la formación investi</w:t>
            </w:r>
            <w:r w:rsidR="00010B74">
              <w:rPr>
                <w:b/>
                <w:color w:val="000000"/>
                <w:sz w:val="19"/>
                <w:lang w:val="es-PY"/>
              </w:rPr>
              <w:t>gativa en modalidad a distancia</w:t>
            </w:r>
            <w:r w:rsidRPr="00643CF3">
              <w:rPr>
                <w:b/>
                <w:color w:val="FF0000"/>
                <w:sz w:val="19"/>
                <w:lang w:val="es-PY"/>
              </w:rPr>
              <w:br/>
            </w:r>
            <w:r w:rsidRPr="00410F8B">
              <w:rPr>
                <w:b/>
                <w:color w:val="FF0000"/>
                <w:sz w:val="19"/>
                <w:lang w:val="es-PY"/>
              </w:rPr>
              <w:t>(Sustantivo)</w:t>
            </w:r>
          </w:p>
          <w:p w14:paraId="6000B792" w14:textId="38B46529" w:rsidR="009B7AD4" w:rsidRPr="009B7AD4" w:rsidRDefault="009B7AD4">
            <w:pPr>
              <w:jc w:val="center"/>
              <w:rPr>
                <w:b/>
                <w:color w:val="000000" w:themeColor="text1"/>
                <w:sz w:val="19"/>
              </w:rPr>
            </w:pPr>
            <w:r w:rsidRPr="009B7AD4">
              <w:rPr>
                <w:b/>
                <w:color w:val="000000" w:themeColor="text1"/>
                <w:sz w:val="19"/>
              </w:rPr>
              <w:t>(D2.C1.)</w:t>
            </w:r>
          </w:p>
          <w:p w14:paraId="50FFD1C6" w14:textId="275E5230" w:rsidR="00CC0341" w:rsidRDefault="00CC0341">
            <w:pPr>
              <w:jc w:val="cente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F8C40" w14:textId="77777777" w:rsidR="0010517E" w:rsidRPr="008E68A3" w:rsidRDefault="00643CF3">
            <w:pPr>
              <w:jc w:val="both"/>
              <w:rPr>
                <w:szCs w:val="20"/>
                <w:lang w:val="es-PY"/>
              </w:rPr>
            </w:pPr>
            <w:r w:rsidRPr="008E68A3">
              <w:rPr>
                <w:szCs w:val="20"/>
                <w:lang w:val="es-PY"/>
              </w:rPr>
              <w:t>a. El currículo responde al perfil de egreso definido para una maestría con orientación investigativa.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54154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C0BD6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2DF1E4" w14:textId="77777777" w:rsidR="0010517E" w:rsidRPr="00410F8B" w:rsidRDefault="0010517E">
            <w:pPr>
              <w:jc w:val="center"/>
              <w:rPr>
                <w:szCs w:val="20"/>
                <w:lang w:val="es-PY"/>
              </w:rPr>
            </w:pPr>
          </w:p>
        </w:tc>
      </w:tr>
      <w:tr w:rsidR="0010517E" w:rsidRPr="001B0D5F" w14:paraId="2749AC1C" w14:textId="77777777" w:rsidTr="00E17A1F">
        <w:trPr>
          <w:cantSplit/>
          <w:trHeight w:val="6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AFCBDB"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2C642D" w14:textId="77777777" w:rsidR="0010517E" w:rsidRPr="008E68A3" w:rsidRDefault="00643CF3">
            <w:pPr>
              <w:jc w:val="both"/>
              <w:rPr>
                <w:szCs w:val="20"/>
                <w:lang w:val="es-PY"/>
              </w:rPr>
            </w:pPr>
            <w:r w:rsidRPr="008E68A3">
              <w:rPr>
                <w:szCs w:val="20"/>
                <w:lang w:val="es-PY"/>
              </w:rPr>
              <w:t>b. Se incluyen espacios de formación metodológica y epistemológica, integrando estrategias activas, colaborativas y pertinentes al entorno virtual.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0C077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87101C"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81DEB6" w14:textId="77777777" w:rsidR="0010517E" w:rsidRPr="00410F8B" w:rsidRDefault="0010517E">
            <w:pPr>
              <w:jc w:val="center"/>
              <w:rPr>
                <w:szCs w:val="20"/>
                <w:lang w:val="es-PY"/>
              </w:rPr>
            </w:pPr>
          </w:p>
        </w:tc>
      </w:tr>
      <w:tr w:rsidR="0010517E" w:rsidRPr="001B0D5F" w14:paraId="283637A0" w14:textId="77777777" w:rsidTr="00E17A1F">
        <w:trPr>
          <w:cantSplit/>
          <w:trHeight w:val="720"/>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5C664B"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CD26F6" w14:textId="77777777" w:rsidR="0010517E" w:rsidRPr="008E68A3" w:rsidRDefault="00643CF3">
            <w:pPr>
              <w:jc w:val="both"/>
              <w:rPr>
                <w:szCs w:val="20"/>
                <w:lang w:val="es-PY"/>
              </w:rPr>
            </w:pPr>
            <w:r w:rsidRPr="008E68A3">
              <w:rPr>
                <w:szCs w:val="20"/>
                <w:lang w:val="es-PY"/>
              </w:rPr>
              <w:t>c. El diseño metodológico contempla actividades sincrónicas y asincrónicas que favorecen el aprendizaje autónomo y el acompañamiento formativo en línea.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5C6B6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92406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BDFA40" w14:textId="77777777" w:rsidR="0010517E" w:rsidRPr="00410F8B" w:rsidRDefault="0010517E">
            <w:pPr>
              <w:jc w:val="center"/>
              <w:rPr>
                <w:szCs w:val="20"/>
                <w:lang w:val="es-PY"/>
              </w:rPr>
            </w:pPr>
          </w:p>
        </w:tc>
      </w:tr>
      <w:tr w:rsidR="0010517E" w:rsidRPr="001B0D5F" w14:paraId="4F342D9A" w14:textId="77777777" w:rsidTr="00E17A1F">
        <w:trPr>
          <w:cantSplit/>
          <w:trHeight w:val="5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00CED0"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AEBAA" w14:textId="587BD15D" w:rsidR="0010517E" w:rsidRPr="008E68A3" w:rsidRDefault="00643CF3">
            <w:pPr>
              <w:jc w:val="both"/>
              <w:rPr>
                <w:szCs w:val="20"/>
                <w:lang w:val="es-PY"/>
              </w:rPr>
            </w:pPr>
            <w:r w:rsidRPr="008E68A3">
              <w:rPr>
                <w:szCs w:val="20"/>
                <w:lang w:val="es-PY"/>
              </w:rPr>
              <w:t>d. Se pro</w:t>
            </w:r>
            <w:r w:rsidR="00547EA2" w:rsidRPr="008E68A3">
              <w:rPr>
                <w:szCs w:val="20"/>
                <w:lang w:val="es-PY"/>
              </w:rPr>
              <w:t>mueve el desarrollo de investigaciones</w:t>
            </w:r>
            <w:r w:rsidRPr="008E68A3">
              <w:rPr>
                <w:szCs w:val="20"/>
                <w:lang w:val="es-PY"/>
              </w:rPr>
              <w:t xml:space="preserve"> mediante el uso de entornos virtuales colaborativos y recursos adaptados.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FF9406"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E9E0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60F8C4" w14:textId="77777777" w:rsidR="0010517E" w:rsidRPr="00410F8B" w:rsidRDefault="0010517E">
            <w:pPr>
              <w:jc w:val="center"/>
              <w:rPr>
                <w:szCs w:val="20"/>
                <w:lang w:val="es-PY"/>
              </w:rPr>
            </w:pPr>
          </w:p>
        </w:tc>
      </w:tr>
      <w:tr w:rsidR="0010517E" w:rsidRPr="001B0D5F" w14:paraId="5F2D9900" w14:textId="77777777" w:rsidTr="00E17A1F">
        <w:trPr>
          <w:cantSplit/>
          <w:trHeight w:val="6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C641D7"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D8A73B" w14:textId="77777777" w:rsidR="0010517E" w:rsidRPr="008E68A3" w:rsidRDefault="00643CF3">
            <w:pPr>
              <w:jc w:val="both"/>
              <w:rPr>
                <w:szCs w:val="20"/>
                <w:lang w:val="es-PY"/>
              </w:rPr>
            </w:pPr>
            <w:r w:rsidRPr="008E68A3">
              <w:rPr>
                <w:szCs w:val="20"/>
                <w:lang w:val="es-PY"/>
              </w:rPr>
              <w:t>e. El currículo se revisa, ajusta o actualiza, asegurando la accesibilidad digital de los recursos y su pertinencia para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9438E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F825"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D77198" w14:textId="77777777" w:rsidR="0010517E" w:rsidRPr="00410F8B" w:rsidRDefault="0010517E">
            <w:pPr>
              <w:jc w:val="center"/>
              <w:rPr>
                <w:szCs w:val="20"/>
                <w:lang w:val="es-PY"/>
              </w:rPr>
            </w:pPr>
          </w:p>
        </w:tc>
      </w:tr>
      <w:tr w:rsidR="0010517E" w:rsidRPr="001B0D5F" w14:paraId="6DA650EA" w14:textId="77777777" w:rsidTr="00E17A1F">
        <w:trPr>
          <w:cantSplit/>
          <w:trHeight w:hRule="exact" w:val="446"/>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538B75"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71A0E5F" w14:textId="77777777" w:rsidR="0010517E" w:rsidRPr="00643CF3" w:rsidRDefault="0010517E">
            <w:pPr>
              <w:jc w:val="center"/>
              <w:rPr>
                <w:szCs w:val="20"/>
                <w:lang w:val="es-PY"/>
              </w:rPr>
            </w:pPr>
          </w:p>
        </w:tc>
      </w:tr>
      <w:tr w:rsidR="0010517E" w14:paraId="5CBF0C0C" w14:textId="77777777" w:rsidTr="001B0D5F">
        <w:trPr>
          <w:cantSplit/>
          <w:trHeight w:hRule="exact" w:val="662"/>
        </w:trPr>
        <w:tc>
          <w:tcPr>
            <w:tcW w:w="7292" w:type="dxa"/>
            <w:gridSpan w:val="2"/>
            <w:tcBorders>
              <w:top w:val="single" w:sz="6" w:space="0" w:color="000000"/>
              <w:left w:val="single" w:sz="6" w:space="0" w:color="000000"/>
              <w:bottom w:val="single" w:sz="4" w:space="0" w:color="auto"/>
              <w:right w:val="single" w:sz="6" w:space="0" w:color="000000"/>
            </w:tcBorders>
            <w:shd w:val="clear" w:color="auto" w:fill="B8DBCA"/>
            <w:tcMar>
              <w:top w:w="55" w:type="dxa"/>
              <w:left w:w="70" w:type="dxa"/>
              <w:bottom w:w="55" w:type="dxa"/>
              <w:right w:w="70" w:type="dxa"/>
            </w:tcMar>
            <w:vAlign w:val="center"/>
          </w:tcPr>
          <w:p w14:paraId="207B0B42"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4" w:space="0" w:color="auto"/>
              <w:right w:val="single" w:sz="6" w:space="0" w:color="000000"/>
            </w:tcBorders>
            <w:shd w:val="clear" w:color="auto" w:fill="B8DBCA"/>
            <w:tcMar>
              <w:top w:w="55" w:type="dxa"/>
              <w:left w:w="70" w:type="dxa"/>
              <w:bottom w:w="55" w:type="dxa"/>
              <w:right w:w="70" w:type="dxa"/>
            </w:tcMar>
            <w:vAlign w:val="center"/>
          </w:tcPr>
          <w:p w14:paraId="2B6BAC55" w14:textId="77777777" w:rsidR="0010517E" w:rsidRPr="00643CF3" w:rsidRDefault="00643CF3">
            <w:pPr>
              <w:jc w:val="center"/>
              <w:rPr>
                <w:szCs w:val="20"/>
              </w:rPr>
            </w:pPr>
            <w:r w:rsidRPr="00643CF3">
              <w:rPr>
                <w:b/>
                <w:color w:val="000000"/>
                <w:szCs w:val="20"/>
              </w:rPr>
              <w:t>Medios de verificación</w:t>
            </w:r>
          </w:p>
        </w:tc>
      </w:tr>
      <w:tr w:rsidR="00485ACC" w:rsidRPr="001B0D5F" w14:paraId="54A87726" w14:textId="77777777" w:rsidTr="001B0D5F">
        <w:trPr>
          <w:cantSplit/>
        </w:trPr>
        <w:tc>
          <w:tcPr>
            <w:tcW w:w="7292" w:type="dxa"/>
            <w:gridSpan w:val="2"/>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tcPr>
          <w:p w14:paraId="78805EFA" w14:textId="77777777" w:rsidR="00485ACC" w:rsidRPr="00F04053" w:rsidRDefault="00485ACC" w:rsidP="00485ACC">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Pr>
                <w:color w:val="A6A6A6" w:themeColor="background1" w:themeShade="A6"/>
                <w:sz w:val="20"/>
                <w:lang w:val="es-PY"/>
              </w:rPr>
              <w:t>/programa.</w:t>
            </w:r>
          </w:p>
          <w:p w14:paraId="6FC89D9F" w14:textId="77777777" w:rsidR="00485ACC" w:rsidRPr="00F04053" w:rsidRDefault="00485ACC" w:rsidP="00485ACC">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79CB986" w14:textId="77777777" w:rsidR="00485ACC" w:rsidRDefault="00485ACC" w:rsidP="00485ACC">
            <w:pPr>
              <w:jc w:val="center"/>
              <w:rPr>
                <w:lang w:val="es-PY"/>
              </w:rPr>
            </w:pPr>
          </w:p>
          <w:p w14:paraId="40A789E1" w14:textId="77777777" w:rsidR="001B0D5F" w:rsidRDefault="001B0D5F" w:rsidP="00485ACC">
            <w:pPr>
              <w:jc w:val="center"/>
              <w:rPr>
                <w:lang w:val="es-PY"/>
              </w:rPr>
            </w:pPr>
          </w:p>
          <w:p w14:paraId="0EADC42A" w14:textId="77777777" w:rsidR="001B0D5F" w:rsidRDefault="001B0D5F" w:rsidP="00485ACC">
            <w:pPr>
              <w:jc w:val="center"/>
              <w:rPr>
                <w:lang w:val="es-PY"/>
              </w:rPr>
            </w:pPr>
          </w:p>
          <w:p w14:paraId="523901B0" w14:textId="77777777" w:rsidR="001B0D5F" w:rsidRDefault="001B0D5F" w:rsidP="00485ACC">
            <w:pPr>
              <w:jc w:val="center"/>
              <w:rPr>
                <w:lang w:val="es-PY"/>
              </w:rPr>
            </w:pPr>
          </w:p>
          <w:p w14:paraId="2F78D54B" w14:textId="77777777" w:rsidR="001B0D5F" w:rsidRDefault="001B0D5F" w:rsidP="00485ACC">
            <w:pPr>
              <w:jc w:val="center"/>
              <w:rPr>
                <w:lang w:val="es-PY"/>
              </w:rPr>
            </w:pPr>
          </w:p>
          <w:p w14:paraId="6941595B" w14:textId="77777777" w:rsidR="001B0D5F" w:rsidRDefault="001B0D5F" w:rsidP="00485ACC">
            <w:pPr>
              <w:jc w:val="center"/>
              <w:rPr>
                <w:lang w:val="es-PY"/>
              </w:rPr>
            </w:pPr>
          </w:p>
          <w:p w14:paraId="2FE34C11" w14:textId="77777777" w:rsidR="001B0D5F" w:rsidRDefault="001B0D5F" w:rsidP="00485ACC">
            <w:pPr>
              <w:jc w:val="center"/>
              <w:rPr>
                <w:lang w:val="es-PY"/>
              </w:rPr>
            </w:pPr>
          </w:p>
          <w:p w14:paraId="552E2731" w14:textId="77777777" w:rsidR="001B0D5F" w:rsidRDefault="001B0D5F" w:rsidP="00485ACC">
            <w:pPr>
              <w:jc w:val="center"/>
              <w:rPr>
                <w:lang w:val="es-PY"/>
              </w:rPr>
            </w:pPr>
          </w:p>
          <w:p w14:paraId="01D96270" w14:textId="77777777" w:rsidR="001B0D5F" w:rsidRDefault="001B0D5F" w:rsidP="00485ACC">
            <w:pPr>
              <w:jc w:val="center"/>
              <w:rPr>
                <w:lang w:val="es-PY"/>
              </w:rPr>
            </w:pPr>
          </w:p>
          <w:p w14:paraId="64CE9435" w14:textId="77777777" w:rsidR="001B0D5F" w:rsidRDefault="001B0D5F" w:rsidP="00485ACC">
            <w:pPr>
              <w:jc w:val="center"/>
              <w:rPr>
                <w:lang w:val="es-PY"/>
              </w:rPr>
            </w:pPr>
          </w:p>
          <w:p w14:paraId="1D38E140" w14:textId="77777777" w:rsidR="001B0D5F" w:rsidRDefault="001B0D5F" w:rsidP="00485ACC">
            <w:pPr>
              <w:jc w:val="center"/>
              <w:rPr>
                <w:lang w:val="es-PY"/>
              </w:rPr>
            </w:pPr>
          </w:p>
          <w:p w14:paraId="14C3258A" w14:textId="77777777" w:rsidR="001B0D5F" w:rsidRDefault="001B0D5F" w:rsidP="00485ACC">
            <w:pPr>
              <w:jc w:val="center"/>
              <w:rPr>
                <w:lang w:val="es-PY"/>
              </w:rPr>
            </w:pPr>
          </w:p>
          <w:p w14:paraId="685B3800" w14:textId="77777777" w:rsidR="001B0D5F" w:rsidRDefault="001B0D5F" w:rsidP="00485ACC">
            <w:pPr>
              <w:jc w:val="center"/>
              <w:rPr>
                <w:lang w:val="es-PY"/>
              </w:rPr>
            </w:pPr>
          </w:p>
          <w:p w14:paraId="6BA2419F" w14:textId="77777777" w:rsidR="001B0D5F" w:rsidRDefault="001B0D5F" w:rsidP="00485ACC">
            <w:pPr>
              <w:jc w:val="center"/>
              <w:rPr>
                <w:lang w:val="es-PY"/>
              </w:rPr>
            </w:pPr>
          </w:p>
          <w:p w14:paraId="3957F023" w14:textId="77777777" w:rsidR="001B0D5F" w:rsidRDefault="001B0D5F" w:rsidP="00485ACC">
            <w:pPr>
              <w:jc w:val="center"/>
              <w:rPr>
                <w:lang w:val="es-PY"/>
              </w:rPr>
            </w:pPr>
          </w:p>
          <w:p w14:paraId="21F36799" w14:textId="77777777" w:rsidR="001B0D5F" w:rsidRDefault="001B0D5F" w:rsidP="00485ACC">
            <w:pPr>
              <w:jc w:val="center"/>
              <w:rPr>
                <w:lang w:val="es-PY"/>
              </w:rPr>
            </w:pPr>
          </w:p>
          <w:p w14:paraId="59F8EA54" w14:textId="77777777" w:rsidR="001B0D5F" w:rsidRDefault="001B0D5F" w:rsidP="001B0D5F">
            <w:pPr>
              <w:rPr>
                <w:lang w:val="es-PY"/>
              </w:rPr>
            </w:pPr>
          </w:p>
          <w:p w14:paraId="283E1A07" w14:textId="71DD779B" w:rsidR="001B0D5F" w:rsidRPr="00410F8B" w:rsidRDefault="001B0D5F" w:rsidP="00485ACC">
            <w:pPr>
              <w:jc w:val="center"/>
              <w:rPr>
                <w:lang w:val="es-PY"/>
              </w:rPr>
            </w:pPr>
          </w:p>
        </w:tc>
        <w:tc>
          <w:tcPr>
            <w:tcW w:w="2065" w:type="dxa"/>
            <w:gridSpan w:val="3"/>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tcPr>
          <w:p w14:paraId="7E53BFE3"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6DF573A7" w14:textId="77777777" w:rsidR="00485ACC" w:rsidRPr="00F04053" w:rsidRDefault="00485ACC" w:rsidP="00485ACC">
            <w:pPr>
              <w:pStyle w:val="TableParagraph"/>
              <w:rPr>
                <w:color w:val="A6A6A6" w:themeColor="background1" w:themeShade="A6"/>
                <w:sz w:val="20"/>
                <w:lang w:val="es-PY"/>
              </w:rPr>
            </w:pPr>
          </w:p>
          <w:p w14:paraId="7C62C82C"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Anexo 1. Estatuto</w:t>
            </w:r>
          </w:p>
          <w:p w14:paraId="74A63F96"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71794712" w14:textId="77777777" w:rsidR="00485ACC" w:rsidRPr="00410F8B" w:rsidRDefault="00485ACC" w:rsidP="00485ACC">
            <w:pPr>
              <w:jc w:val="center"/>
              <w:rPr>
                <w:lang w:val="es-PY"/>
              </w:rPr>
            </w:pPr>
          </w:p>
        </w:tc>
      </w:tr>
      <w:tr w:rsidR="0010517E" w14:paraId="3CAD6E84" w14:textId="77777777">
        <w:tblPrEx>
          <w:jc w:val="center"/>
        </w:tblPrEx>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A7316B" w14:textId="3D1F72F0" w:rsidR="0010517E" w:rsidRDefault="00260CB0">
            <w:pPr>
              <w:jc w:val="center"/>
            </w:pPr>
            <w:proofErr w:type="spellStart"/>
            <w:r>
              <w:rPr>
                <w:b/>
                <w:color w:val="000000"/>
              </w:rPr>
              <w:lastRenderedPageBreak/>
              <w:t>Criterio</w:t>
            </w:r>
            <w:proofErr w:type="spellEnd"/>
            <w:r>
              <w:rPr>
                <w:b/>
                <w:color w:val="000000"/>
              </w:rPr>
              <w:t xml:space="preserve">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1FBAB9" w14:textId="77777777" w:rsidR="0010517E" w:rsidRDefault="00643CF3">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C4B37EE" w14:textId="77777777" w:rsidR="0010517E" w:rsidRDefault="00643CF3">
            <w:pPr>
              <w:jc w:val="center"/>
            </w:pPr>
            <w:r>
              <w:rPr>
                <w:b/>
                <w:color w:val="000000"/>
              </w:rPr>
              <w:t>Nivel de cumplimiento</w:t>
            </w:r>
          </w:p>
        </w:tc>
      </w:tr>
      <w:tr w:rsidR="0010517E" w14:paraId="5D0BE451" w14:textId="77777777">
        <w:tblPrEx>
          <w:jc w:val="center"/>
        </w:tblPrEx>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759B9D"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DFB1D3" w14:textId="77777777" w:rsidR="0010517E" w:rsidRDefault="0010517E"/>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6B5B2AF" w14:textId="77777777" w:rsidR="0010517E" w:rsidRDefault="00643CF3">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394C4E7" w14:textId="77777777" w:rsidR="0010517E" w:rsidRDefault="00643CF3">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52D040" w14:textId="77777777" w:rsidR="0010517E" w:rsidRDefault="00643CF3">
            <w:pPr>
              <w:jc w:val="center"/>
            </w:pPr>
            <w:r>
              <w:rPr>
                <w:b/>
                <w:color w:val="000000"/>
              </w:rPr>
              <w:t>NC</w:t>
            </w:r>
          </w:p>
        </w:tc>
      </w:tr>
      <w:tr w:rsidR="0010517E" w:rsidRPr="001B0D5F" w14:paraId="48B4982E" w14:textId="77777777" w:rsidTr="00260CB0">
        <w:tblPrEx>
          <w:jc w:val="center"/>
        </w:tblPrEx>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EEFD6A" w14:textId="77777777" w:rsidR="0010517E" w:rsidRPr="00410F8B" w:rsidRDefault="00643CF3">
            <w:pPr>
              <w:jc w:val="center"/>
              <w:rPr>
                <w:b/>
                <w:color w:val="FF0000"/>
                <w:szCs w:val="20"/>
                <w:lang w:val="es-PY"/>
              </w:rPr>
            </w:pPr>
            <w:r w:rsidRPr="00643CF3">
              <w:rPr>
                <w:b/>
                <w:color w:val="000000"/>
                <w:szCs w:val="20"/>
                <w:lang w:val="es-PY"/>
              </w:rPr>
              <w:t>Eficacia del desempeño docente del</w:t>
            </w:r>
            <w:r w:rsidR="00260CB0">
              <w:rPr>
                <w:b/>
                <w:color w:val="000000"/>
                <w:szCs w:val="20"/>
                <w:lang w:val="es-PY"/>
              </w:rPr>
              <w:t xml:space="preserve"> programa en entornos virtuales</w:t>
            </w:r>
            <w:r w:rsidRPr="00643CF3">
              <w:rPr>
                <w:b/>
                <w:color w:val="FF0000"/>
                <w:szCs w:val="20"/>
                <w:lang w:val="es-PY"/>
              </w:rPr>
              <w:br/>
            </w:r>
            <w:r w:rsidRPr="00410F8B">
              <w:rPr>
                <w:b/>
                <w:color w:val="FF0000"/>
                <w:szCs w:val="20"/>
                <w:lang w:val="es-PY"/>
              </w:rPr>
              <w:t>(Sustantivo)</w:t>
            </w:r>
          </w:p>
          <w:p w14:paraId="2C42D2B1" w14:textId="0DD4C2AF" w:rsidR="009B7AD4" w:rsidRPr="00643CF3" w:rsidRDefault="009B7AD4">
            <w:pPr>
              <w:jc w:val="center"/>
              <w:rPr>
                <w:szCs w:val="20"/>
              </w:rPr>
            </w:pPr>
            <w:r w:rsidRPr="009B7AD4">
              <w:rPr>
                <w:b/>
                <w:color w:val="000000" w:themeColor="text1"/>
                <w:szCs w:val="20"/>
              </w:rPr>
              <w:t>(D3.C1.)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998CEC" w14:textId="0514A87F" w:rsidR="00B317C6" w:rsidRPr="00233B1E" w:rsidRDefault="00B317C6" w:rsidP="00233B1E">
            <w:pPr>
              <w:pStyle w:val="Prrafodelista"/>
              <w:numPr>
                <w:ilvl w:val="0"/>
                <w:numId w:val="15"/>
              </w:numPr>
              <w:ind w:left="89" w:hanging="89"/>
              <w:jc w:val="both"/>
              <w:rPr>
                <w:color w:val="000000" w:themeColor="text1"/>
                <w:szCs w:val="20"/>
                <w:lang w:val="es-PY"/>
              </w:rPr>
            </w:pPr>
            <w:r w:rsidRPr="00233B1E">
              <w:rPr>
                <w:color w:val="000000" w:themeColor="text1"/>
                <w:szCs w:val="20"/>
                <w:lang w:val="es-PY"/>
              </w:rPr>
              <w:t>Los docentes cuentan con formación de posgrado, trayectoria académica vinculada con el campo de profundización de la maestría y preparación para la docencia en entornos virtuales.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BFEB31"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E65C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37F39" w14:textId="77777777" w:rsidR="0010517E" w:rsidRPr="00410F8B" w:rsidRDefault="0010517E">
            <w:pPr>
              <w:jc w:val="center"/>
              <w:rPr>
                <w:szCs w:val="20"/>
                <w:lang w:val="es-PY"/>
              </w:rPr>
            </w:pPr>
          </w:p>
        </w:tc>
      </w:tr>
      <w:tr w:rsidR="0010517E" w:rsidRPr="001B0D5F" w14:paraId="2B538714" w14:textId="77777777" w:rsidTr="00260CB0">
        <w:tblPrEx>
          <w:jc w:val="center"/>
        </w:tblPrEx>
        <w:trPr>
          <w:cantSplit/>
          <w:trHeight w:val="47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3EFAD2"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292986" w14:textId="69808E9F" w:rsidR="00B317C6" w:rsidRPr="00233B1E" w:rsidRDefault="00233B1E" w:rsidP="00B317C6">
            <w:pPr>
              <w:jc w:val="both"/>
              <w:rPr>
                <w:color w:val="000000" w:themeColor="text1"/>
                <w:szCs w:val="20"/>
                <w:lang w:val="es-PY"/>
              </w:rPr>
            </w:pPr>
            <w:r w:rsidRPr="00233B1E">
              <w:rPr>
                <w:color w:val="000000" w:themeColor="text1"/>
                <w:szCs w:val="20"/>
                <w:lang w:val="es-PY"/>
              </w:rPr>
              <w:t xml:space="preserve">b. </w:t>
            </w:r>
            <w:r w:rsidR="00B317C6" w:rsidRPr="00233B1E">
              <w:rPr>
                <w:color w:val="000000" w:themeColor="text1"/>
                <w:szCs w:val="20"/>
                <w:lang w:val="es-PY"/>
              </w:rPr>
              <w:t>El cuerpo docente integra profesionales con experiencia especializada y participación en proyectos de investigación e innovación.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2ACE59"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3B0FE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DE46EB" w14:textId="77777777" w:rsidR="0010517E" w:rsidRPr="00410F8B" w:rsidRDefault="0010517E">
            <w:pPr>
              <w:jc w:val="center"/>
              <w:rPr>
                <w:szCs w:val="20"/>
                <w:lang w:val="es-PY"/>
              </w:rPr>
            </w:pPr>
          </w:p>
        </w:tc>
      </w:tr>
      <w:tr w:rsidR="0010517E" w:rsidRPr="001B0D5F" w14:paraId="58E724BC" w14:textId="77777777" w:rsidTr="00643CF3">
        <w:tblPrEx>
          <w:jc w:val="center"/>
        </w:tblPrEx>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1DEB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9BACB" w14:textId="728DC200" w:rsidR="00B317C6" w:rsidRPr="00233B1E" w:rsidRDefault="00643CF3" w:rsidP="00B317C6">
            <w:pPr>
              <w:jc w:val="both"/>
              <w:rPr>
                <w:color w:val="000000" w:themeColor="text1"/>
                <w:szCs w:val="20"/>
                <w:lang w:val="es-PY"/>
              </w:rPr>
            </w:pPr>
            <w:r w:rsidRPr="00233B1E">
              <w:rPr>
                <w:color w:val="000000" w:themeColor="text1"/>
                <w:szCs w:val="20"/>
                <w:lang w:val="es-PY"/>
              </w:rPr>
              <w:t xml:space="preserve">c. </w:t>
            </w:r>
            <w:r w:rsidR="00B317C6" w:rsidRPr="00233B1E">
              <w:rPr>
                <w:color w:val="000000" w:themeColor="text1"/>
                <w:szCs w:val="20"/>
                <w:lang w:val="es-PY"/>
              </w:rPr>
              <w:t>La composición del cuerpo docente responde a las áreas de profundización, los objetivos, la orientación investigativa y los requerimientos de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5FFCCF2"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66398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B9D32D" w14:textId="77777777" w:rsidR="0010517E" w:rsidRPr="00410F8B" w:rsidRDefault="0010517E">
            <w:pPr>
              <w:jc w:val="center"/>
              <w:rPr>
                <w:szCs w:val="20"/>
                <w:lang w:val="es-PY"/>
              </w:rPr>
            </w:pPr>
          </w:p>
        </w:tc>
      </w:tr>
      <w:tr w:rsidR="0010517E" w:rsidRPr="001B0D5F" w14:paraId="1A123D6A" w14:textId="77777777" w:rsidTr="00260CB0">
        <w:tblPrEx>
          <w:jc w:val="center"/>
        </w:tblPrEx>
        <w:trPr>
          <w:cantSplit/>
          <w:trHeight w:val="44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7933C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C39628" w14:textId="74B0A047" w:rsidR="00B317C6" w:rsidRPr="00233B1E" w:rsidRDefault="00643CF3">
            <w:pPr>
              <w:jc w:val="both"/>
              <w:rPr>
                <w:color w:val="000000" w:themeColor="text1"/>
                <w:szCs w:val="20"/>
                <w:lang w:val="es-PY"/>
              </w:rPr>
            </w:pPr>
            <w:r w:rsidRPr="00233B1E">
              <w:rPr>
                <w:color w:val="000000" w:themeColor="text1"/>
                <w:szCs w:val="20"/>
                <w:lang w:val="es-PY"/>
              </w:rPr>
              <w:t xml:space="preserve">d. </w:t>
            </w:r>
            <w:r w:rsidR="00B317C6" w:rsidRPr="00233B1E">
              <w:rPr>
                <w:color w:val="000000" w:themeColor="text1"/>
                <w:szCs w:val="20"/>
                <w:lang w:val="es-PY"/>
              </w:rPr>
              <w:t>Los docentes desarrollan procesos de enseñanza orientados al análisis crítico, la investigación y la producción de conocimiento en el ámbito disciplinar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645FF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C23BA2"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767278" w14:textId="77777777" w:rsidR="0010517E" w:rsidRPr="00410F8B" w:rsidRDefault="0010517E">
            <w:pPr>
              <w:jc w:val="center"/>
              <w:rPr>
                <w:szCs w:val="20"/>
                <w:lang w:val="es-PY"/>
              </w:rPr>
            </w:pPr>
          </w:p>
        </w:tc>
      </w:tr>
      <w:tr w:rsidR="0010517E" w:rsidRPr="001B0D5F" w14:paraId="78A025E9" w14:textId="77777777" w:rsidTr="00260CB0">
        <w:tblPrEx>
          <w:jc w:val="center"/>
        </w:tblPrEx>
        <w:trPr>
          <w:cantSplit/>
          <w:trHeight w:val="42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ABA7D"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122FB" w14:textId="400D2D3F" w:rsidR="00B317C6" w:rsidRPr="00233B1E" w:rsidRDefault="00233B1E">
            <w:pPr>
              <w:jc w:val="both"/>
              <w:rPr>
                <w:color w:val="000000" w:themeColor="text1"/>
                <w:szCs w:val="20"/>
                <w:lang w:val="es-PY"/>
              </w:rPr>
            </w:pPr>
            <w:r w:rsidRPr="00233B1E">
              <w:rPr>
                <w:color w:val="000000" w:themeColor="text1"/>
                <w:szCs w:val="20"/>
                <w:lang w:val="es-PY"/>
              </w:rPr>
              <w:t xml:space="preserve">e. </w:t>
            </w:r>
            <w:r w:rsidR="00B317C6" w:rsidRPr="00233B1E">
              <w:rPr>
                <w:color w:val="000000" w:themeColor="text1"/>
                <w:szCs w:val="20"/>
                <w:lang w:val="es-PY"/>
              </w:rPr>
              <w:t>El desempeño docente en las actividades académicas virtuales se evalúa periódicamente para fortalecer la</w:t>
            </w:r>
            <w:r w:rsidRPr="00233B1E">
              <w:rPr>
                <w:color w:val="000000" w:themeColor="text1"/>
                <w:szCs w:val="20"/>
                <w:lang w:val="es-PY"/>
              </w:rPr>
              <w:t xml:space="preserve"> innovación y la</w:t>
            </w:r>
            <w:r w:rsidR="00B317C6" w:rsidRPr="00233B1E">
              <w:rPr>
                <w:color w:val="000000" w:themeColor="text1"/>
                <w:szCs w:val="20"/>
                <w:lang w:val="es-PY"/>
              </w:rPr>
              <w:t xml:space="preserve">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D87BB4B"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0A5C"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7F244C" w14:textId="77777777" w:rsidR="0010517E" w:rsidRPr="00410F8B" w:rsidRDefault="0010517E">
            <w:pPr>
              <w:jc w:val="center"/>
              <w:rPr>
                <w:szCs w:val="20"/>
                <w:lang w:val="es-PY"/>
              </w:rPr>
            </w:pPr>
          </w:p>
        </w:tc>
      </w:tr>
      <w:tr w:rsidR="0010517E" w:rsidRPr="001B0D5F" w14:paraId="7A8A84E8" w14:textId="77777777" w:rsidTr="009B7AD4">
        <w:tblPrEx>
          <w:jc w:val="center"/>
        </w:tblPrEx>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DB6597"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D514C5" w14:textId="77777777" w:rsidR="0010517E" w:rsidRPr="00643CF3" w:rsidRDefault="0010517E">
            <w:pPr>
              <w:jc w:val="center"/>
              <w:rPr>
                <w:szCs w:val="20"/>
                <w:lang w:val="es-PY"/>
              </w:rPr>
            </w:pPr>
          </w:p>
        </w:tc>
      </w:tr>
      <w:tr w:rsidR="0010517E" w14:paraId="5AF309FA" w14:textId="77777777" w:rsidTr="009B7AD4">
        <w:tblPrEx>
          <w:jc w:val="center"/>
        </w:tblPrEx>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F19B31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7F8481C" w14:textId="77777777" w:rsidR="0010517E" w:rsidRPr="00643CF3" w:rsidRDefault="00643CF3">
            <w:pPr>
              <w:jc w:val="center"/>
              <w:rPr>
                <w:szCs w:val="20"/>
              </w:rPr>
            </w:pPr>
            <w:r w:rsidRPr="00643CF3">
              <w:rPr>
                <w:b/>
                <w:color w:val="000000"/>
                <w:szCs w:val="20"/>
              </w:rPr>
              <w:t>Medios de verificación</w:t>
            </w:r>
          </w:p>
        </w:tc>
      </w:tr>
      <w:tr w:rsidR="0010517E" w14:paraId="65CCD5E8" w14:textId="77777777" w:rsidTr="009B7AD4">
        <w:tblPrEx>
          <w:jc w:val="center"/>
        </w:tblPrEx>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D29150"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1D8D92" w14:textId="77777777" w:rsidR="0010517E" w:rsidRDefault="0010517E">
            <w:pPr>
              <w:jc w:val="center"/>
            </w:pPr>
          </w:p>
        </w:tc>
      </w:tr>
    </w:tbl>
    <w:p w14:paraId="7DF1FB0B" w14:textId="0BC82A6A"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628D0133"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7281C" w14:textId="084D4598" w:rsidR="0010517E" w:rsidRPr="00643CF3" w:rsidRDefault="000B1B8E">
            <w:pPr>
              <w:jc w:val="center"/>
              <w:rPr>
                <w:szCs w:val="20"/>
              </w:rPr>
            </w:pPr>
            <w:proofErr w:type="spellStart"/>
            <w:r>
              <w:rPr>
                <w:b/>
                <w:color w:val="000000"/>
                <w:szCs w:val="20"/>
              </w:rPr>
              <w:lastRenderedPageBreak/>
              <w:t>Criterio</w:t>
            </w:r>
            <w:proofErr w:type="spellEnd"/>
            <w:r>
              <w:rPr>
                <w:b/>
                <w:color w:val="000000"/>
                <w:szCs w:val="2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4A977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A142D0" w14:textId="77777777" w:rsidR="0010517E" w:rsidRPr="00643CF3" w:rsidRDefault="00643CF3">
            <w:pPr>
              <w:jc w:val="center"/>
              <w:rPr>
                <w:szCs w:val="20"/>
              </w:rPr>
            </w:pPr>
            <w:r w:rsidRPr="00643CF3">
              <w:rPr>
                <w:b/>
                <w:color w:val="000000"/>
                <w:szCs w:val="20"/>
              </w:rPr>
              <w:t>Nivel de cumplimiento</w:t>
            </w:r>
          </w:p>
        </w:tc>
      </w:tr>
      <w:tr w:rsidR="0010517E" w14:paraId="2990AD0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673E0FC"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8B0D1F"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F83357B"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7A773A5"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0C511E" w14:textId="77777777" w:rsidR="0010517E" w:rsidRPr="00643CF3" w:rsidRDefault="00643CF3">
            <w:pPr>
              <w:jc w:val="center"/>
              <w:rPr>
                <w:szCs w:val="20"/>
              </w:rPr>
            </w:pPr>
            <w:r w:rsidRPr="00643CF3">
              <w:rPr>
                <w:b/>
                <w:color w:val="000000"/>
                <w:szCs w:val="20"/>
              </w:rPr>
              <w:t>NC</w:t>
            </w:r>
          </w:p>
        </w:tc>
      </w:tr>
      <w:tr w:rsidR="0010517E" w:rsidRPr="001B0D5F" w14:paraId="669E0883" w14:textId="77777777" w:rsidTr="00643CF3">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BB5D49" w14:textId="77777777" w:rsidR="0010517E" w:rsidRPr="00410F8B" w:rsidRDefault="00643CF3">
            <w:pPr>
              <w:jc w:val="center"/>
              <w:rPr>
                <w:b/>
                <w:color w:val="FF0000"/>
                <w:szCs w:val="20"/>
                <w:lang w:val="es-PY"/>
              </w:rPr>
            </w:pPr>
            <w:r w:rsidRPr="00643CF3">
              <w:rPr>
                <w:b/>
                <w:color w:val="000000"/>
                <w:szCs w:val="20"/>
                <w:lang w:val="es-PY"/>
              </w:rPr>
              <w:t>Eficacia de la producción científica ge</w:t>
            </w:r>
            <w:r w:rsidR="000B1B8E">
              <w:rPr>
                <w:b/>
                <w:color w:val="000000"/>
                <w:szCs w:val="20"/>
                <w:lang w:val="es-PY"/>
              </w:rPr>
              <w:t>nerada en el marco del programa</w:t>
            </w:r>
            <w:r w:rsidRPr="00643CF3">
              <w:rPr>
                <w:b/>
                <w:color w:val="FF0000"/>
                <w:szCs w:val="20"/>
                <w:lang w:val="es-PY"/>
              </w:rPr>
              <w:br/>
            </w:r>
            <w:r w:rsidRPr="00410F8B">
              <w:rPr>
                <w:b/>
                <w:color w:val="FF0000"/>
                <w:szCs w:val="20"/>
                <w:lang w:val="es-PY"/>
              </w:rPr>
              <w:t>(Sustantivo)</w:t>
            </w:r>
          </w:p>
          <w:p w14:paraId="2E4A2003" w14:textId="58AB744C" w:rsidR="009B7AD4" w:rsidRPr="00643CF3" w:rsidRDefault="009B7AD4">
            <w:pPr>
              <w:jc w:val="center"/>
              <w:rPr>
                <w:szCs w:val="20"/>
              </w:rPr>
            </w:pPr>
            <w:r w:rsidRPr="009B7AD4">
              <w:rPr>
                <w:b/>
                <w:color w:val="000000" w:themeColor="text1"/>
                <w:szCs w:val="20"/>
              </w:rPr>
              <w:t>(D4.C1.)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BAD759" w14:textId="57D00F8F" w:rsidR="0010517E" w:rsidRPr="00643CF3" w:rsidRDefault="00643CF3">
            <w:pPr>
              <w:jc w:val="both"/>
              <w:rPr>
                <w:szCs w:val="20"/>
                <w:lang w:val="es-PY"/>
              </w:rPr>
            </w:pPr>
            <w:r w:rsidRPr="00643CF3">
              <w:rPr>
                <w:color w:val="000000"/>
                <w:szCs w:val="20"/>
                <w:lang w:val="es-PY"/>
              </w:rPr>
              <w:t>a. El programa cuenta con mecanismos institucionales para registrar y sistematizar la producción ac</w:t>
            </w:r>
            <w:r w:rsidR="00BF5F98">
              <w:rPr>
                <w:color w:val="000000"/>
                <w:szCs w:val="20"/>
                <w:lang w:val="es-PY"/>
              </w:rPr>
              <w:t>adémica generada por participantes</w:t>
            </w:r>
            <w:r w:rsidRPr="00643CF3">
              <w:rPr>
                <w:color w:val="000000"/>
                <w:szCs w:val="2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E45D61"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DF2962"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435198" w14:textId="77777777" w:rsidR="0010517E" w:rsidRPr="00410F8B" w:rsidRDefault="0010517E">
            <w:pPr>
              <w:jc w:val="center"/>
              <w:rPr>
                <w:szCs w:val="20"/>
                <w:lang w:val="es-PY"/>
              </w:rPr>
            </w:pPr>
          </w:p>
        </w:tc>
      </w:tr>
      <w:tr w:rsidR="0010517E" w:rsidRPr="001B0D5F" w14:paraId="4CA1F373" w14:textId="77777777" w:rsidTr="00BF5F98">
        <w:trPr>
          <w:cantSplit/>
          <w:trHeight w:val="43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970B1"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250DBF" w14:textId="7DDEF2B1" w:rsidR="0010517E" w:rsidRPr="00643CF3" w:rsidRDefault="00643CF3">
            <w:pPr>
              <w:jc w:val="both"/>
              <w:rPr>
                <w:szCs w:val="20"/>
                <w:lang w:val="es-PY"/>
              </w:rPr>
            </w:pPr>
            <w:r w:rsidRPr="00643CF3">
              <w:rPr>
                <w:color w:val="000000"/>
                <w:szCs w:val="20"/>
                <w:lang w:val="es-PY"/>
              </w:rPr>
              <w:t>b. Se promueve la public</w:t>
            </w:r>
            <w:r w:rsidR="00690280">
              <w:rPr>
                <w:color w:val="000000"/>
                <w:szCs w:val="20"/>
                <w:lang w:val="es-PY"/>
              </w:rPr>
              <w:t>ación conjunta entre participantes</w:t>
            </w:r>
            <w:r w:rsidRPr="00643CF3">
              <w:rPr>
                <w:color w:val="000000"/>
                <w:szCs w:val="2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8D0A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E790A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A4B433" w14:textId="77777777" w:rsidR="0010517E" w:rsidRPr="00410F8B" w:rsidRDefault="0010517E">
            <w:pPr>
              <w:jc w:val="center"/>
              <w:rPr>
                <w:szCs w:val="20"/>
                <w:lang w:val="es-PY"/>
              </w:rPr>
            </w:pPr>
          </w:p>
        </w:tc>
      </w:tr>
      <w:tr w:rsidR="0010517E" w:rsidRPr="001B0D5F" w14:paraId="427260BC" w14:textId="77777777" w:rsidTr="00BF5F98">
        <w:trPr>
          <w:cantSplit/>
          <w:trHeight w:val="56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6455"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E6FDBF" w14:textId="77777777" w:rsidR="0010517E" w:rsidRPr="00643CF3" w:rsidRDefault="00643CF3">
            <w:pPr>
              <w:jc w:val="both"/>
              <w:rPr>
                <w:szCs w:val="20"/>
                <w:lang w:val="es-PY"/>
              </w:rPr>
            </w:pPr>
            <w:r w:rsidRPr="00643CF3">
              <w:rPr>
                <w:color w:val="000000"/>
                <w:szCs w:val="20"/>
                <w:lang w:val="es-PY"/>
              </w:rPr>
              <w:t>c. 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A185B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949F85"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B86E75" w14:textId="77777777" w:rsidR="0010517E" w:rsidRPr="00410F8B" w:rsidRDefault="0010517E">
            <w:pPr>
              <w:jc w:val="center"/>
              <w:rPr>
                <w:szCs w:val="20"/>
                <w:lang w:val="es-PY"/>
              </w:rPr>
            </w:pPr>
          </w:p>
        </w:tc>
      </w:tr>
      <w:tr w:rsidR="0010517E" w:rsidRPr="001B0D5F" w14:paraId="6F913A23" w14:textId="77777777" w:rsidTr="00BF5F98">
        <w:trPr>
          <w:cantSplit/>
          <w:trHeight w:val="47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5EB28"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4B35B9" w14:textId="77777777" w:rsidR="0010517E" w:rsidRPr="00643CF3" w:rsidRDefault="00643CF3">
            <w:pPr>
              <w:jc w:val="both"/>
              <w:rPr>
                <w:szCs w:val="20"/>
                <w:lang w:val="es-PY"/>
              </w:rPr>
            </w:pPr>
            <w:r w:rsidRPr="00643CF3">
              <w:rPr>
                <w:color w:val="000000"/>
                <w:szCs w:val="20"/>
                <w:lang w:val="es-PY"/>
              </w:rPr>
              <w:t>d. Existen mecanismos institucionales para monitorear y valorar la producción científica 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8CC0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980FDF"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A5A3FE" w14:textId="77777777" w:rsidR="0010517E" w:rsidRPr="00410F8B" w:rsidRDefault="0010517E">
            <w:pPr>
              <w:jc w:val="center"/>
              <w:rPr>
                <w:szCs w:val="20"/>
                <w:lang w:val="es-PY"/>
              </w:rPr>
            </w:pPr>
          </w:p>
        </w:tc>
      </w:tr>
      <w:tr w:rsidR="0010517E" w:rsidRPr="001B0D5F" w14:paraId="610A87AA" w14:textId="77777777" w:rsidTr="00BF5F98">
        <w:trPr>
          <w:cantSplit/>
          <w:trHeight w:val="57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03C0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BB1D20" w14:textId="4ABABD1F" w:rsidR="0010517E" w:rsidRPr="00643CF3" w:rsidRDefault="00643CF3">
            <w:pPr>
              <w:jc w:val="both"/>
              <w:rPr>
                <w:szCs w:val="20"/>
                <w:lang w:val="es-PY"/>
              </w:rPr>
            </w:pPr>
            <w:r w:rsidRPr="00643CF3">
              <w:rPr>
                <w:color w:val="000000"/>
                <w:szCs w:val="20"/>
                <w:lang w:val="es-PY"/>
              </w:rPr>
              <w:t xml:space="preserve">e. La producción </w:t>
            </w:r>
            <w:r w:rsidR="00DB431B" w:rsidRPr="00DB431B">
              <w:rPr>
                <w:color w:val="000000"/>
                <w:szCs w:val="20"/>
                <w:lang w:val="es-PY"/>
              </w:rPr>
              <w:t>científica</w:t>
            </w:r>
            <w:r w:rsidRPr="00643CF3">
              <w:rPr>
                <w:color w:val="000000"/>
                <w:szCs w:val="20"/>
                <w:lang w:val="es-PY"/>
              </w:rPr>
              <w:t xml:space="preserve">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592C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1BFF9F"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2A339B" w14:textId="77777777" w:rsidR="0010517E" w:rsidRPr="00410F8B" w:rsidRDefault="0010517E">
            <w:pPr>
              <w:jc w:val="center"/>
              <w:rPr>
                <w:szCs w:val="20"/>
                <w:lang w:val="es-PY"/>
              </w:rPr>
            </w:pPr>
          </w:p>
        </w:tc>
      </w:tr>
      <w:tr w:rsidR="0010517E" w:rsidRPr="001B0D5F" w14:paraId="53687EB2" w14:textId="77777777" w:rsidTr="009B7AD4">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037419"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89E023" w14:textId="77777777" w:rsidR="0010517E" w:rsidRPr="00643CF3" w:rsidRDefault="0010517E">
            <w:pPr>
              <w:jc w:val="center"/>
              <w:rPr>
                <w:szCs w:val="20"/>
                <w:lang w:val="es-PY"/>
              </w:rPr>
            </w:pPr>
          </w:p>
        </w:tc>
      </w:tr>
      <w:tr w:rsidR="0010517E" w14:paraId="28E23714" w14:textId="77777777" w:rsidTr="009B7AD4">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AD166A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E5BF566" w14:textId="77777777" w:rsidR="0010517E" w:rsidRPr="00643CF3" w:rsidRDefault="00643CF3">
            <w:pPr>
              <w:jc w:val="center"/>
              <w:rPr>
                <w:szCs w:val="20"/>
              </w:rPr>
            </w:pPr>
            <w:r w:rsidRPr="00643CF3">
              <w:rPr>
                <w:b/>
                <w:color w:val="000000"/>
                <w:szCs w:val="20"/>
              </w:rPr>
              <w:t>Medios de verificación</w:t>
            </w:r>
          </w:p>
        </w:tc>
      </w:tr>
      <w:tr w:rsidR="0010517E" w14:paraId="5AF874DF" w14:textId="77777777" w:rsidTr="009B7AD4">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67B8D6" w14:textId="77777777" w:rsidR="0010517E" w:rsidRPr="00643CF3" w:rsidRDefault="0010517E">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2A908E" w14:textId="77777777" w:rsidR="0010517E" w:rsidRPr="00643CF3" w:rsidRDefault="0010517E">
            <w:pPr>
              <w:jc w:val="center"/>
              <w:rPr>
                <w:szCs w:val="20"/>
              </w:rPr>
            </w:pPr>
          </w:p>
        </w:tc>
      </w:tr>
    </w:tbl>
    <w:p w14:paraId="11A4099A" w14:textId="3CB8F205"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54AC8A69"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111290" w14:textId="454AB282" w:rsidR="0010517E" w:rsidRPr="00643CF3" w:rsidRDefault="00DB7091">
            <w:pPr>
              <w:jc w:val="center"/>
              <w:rPr>
                <w:szCs w:val="20"/>
              </w:rPr>
            </w:pPr>
            <w:proofErr w:type="spellStart"/>
            <w:r>
              <w:rPr>
                <w:b/>
                <w:color w:val="000000"/>
                <w:szCs w:val="20"/>
              </w:rPr>
              <w:lastRenderedPageBreak/>
              <w:t>Criterio</w:t>
            </w:r>
            <w:proofErr w:type="spellEnd"/>
            <w:r>
              <w:rPr>
                <w:b/>
                <w:color w:val="000000"/>
                <w:szCs w:val="20"/>
              </w:rPr>
              <w:t xml:space="preserve">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2124C"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84F4B5" w14:textId="77777777" w:rsidR="0010517E" w:rsidRPr="00643CF3" w:rsidRDefault="00643CF3">
            <w:pPr>
              <w:jc w:val="center"/>
              <w:rPr>
                <w:szCs w:val="20"/>
              </w:rPr>
            </w:pPr>
            <w:r w:rsidRPr="00643CF3">
              <w:rPr>
                <w:b/>
                <w:color w:val="000000"/>
                <w:szCs w:val="20"/>
              </w:rPr>
              <w:t>Nivel de cumplimiento</w:t>
            </w:r>
          </w:p>
        </w:tc>
      </w:tr>
      <w:tr w:rsidR="0010517E" w14:paraId="1F3E14C1"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46C2FF"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B39D36"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0A2DBBD"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D4A133"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238FC91" w14:textId="77777777" w:rsidR="0010517E" w:rsidRPr="00643CF3" w:rsidRDefault="00643CF3">
            <w:pPr>
              <w:jc w:val="center"/>
              <w:rPr>
                <w:szCs w:val="20"/>
              </w:rPr>
            </w:pPr>
            <w:r w:rsidRPr="00643CF3">
              <w:rPr>
                <w:b/>
                <w:color w:val="000000"/>
                <w:szCs w:val="20"/>
              </w:rPr>
              <w:t>NC</w:t>
            </w:r>
          </w:p>
        </w:tc>
      </w:tr>
      <w:tr w:rsidR="0010517E" w:rsidRPr="001B0D5F" w14:paraId="3A72E6A6" w14:textId="77777777" w:rsidTr="00DB7091">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4B5CA2" w14:textId="77777777" w:rsidR="0010517E" w:rsidRPr="00410F8B" w:rsidRDefault="00643CF3">
            <w:pPr>
              <w:jc w:val="center"/>
              <w:rPr>
                <w:b/>
                <w:color w:val="FF0000"/>
                <w:szCs w:val="20"/>
                <w:lang w:val="es-PY"/>
              </w:rPr>
            </w:pPr>
            <w:r w:rsidRPr="00643CF3">
              <w:rPr>
                <w:b/>
                <w:color w:val="000000"/>
                <w:szCs w:val="20"/>
                <w:lang w:val="es-PY"/>
              </w:rPr>
              <w:t>Eficacia de las estrategias instituciona</w:t>
            </w:r>
            <w:r w:rsidR="00DB7091">
              <w:rPr>
                <w:b/>
                <w:color w:val="000000"/>
                <w:szCs w:val="20"/>
                <w:lang w:val="es-PY"/>
              </w:rPr>
              <w:t>les de apoyo a la investigación</w:t>
            </w:r>
            <w:r w:rsidRPr="00643CF3">
              <w:rPr>
                <w:b/>
                <w:color w:val="FF0000"/>
                <w:szCs w:val="20"/>
                <w:lang w:val="es-PY"/>
              </w:rPr>
              <w:br/>
            </w:r>
            <w:r w:rsidRPr="00410F8B">
              <w:rPr>
                <w:b/>
                <w:color w:val="FF0000"/>
                <w:szCs w:val="20"/>
                <w:lang w:val="es-PY"/>
              </w:rPr>
              <w:t>(Sustantivo)</w:t>
            </w:r>
          </w:p>
          <w:p w14:paraId="2BAEEDEE" w14:textId="3D5C5D4E" w:rsidR="009B7AD4" w:rsidRPr="00643CF3" w:rsidRDefault="009B7AD4">
            <w:pPr>
              <w:jc w:val="center"/>
              <w:rPr>
                <w:szCs w:val="20"/>
              </w:rPr>
            </w:pPr>
            <w:r w:rsidRPr="009B7AD4">
              <w:rPr>
                <w:b/>
                <w:color w:val="000000" w:themeColor="text1"/>
                <w:szCs w:val="20"/>
              </w:rPr>
              <w:t>(D4.C2.)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A97AD" w14:textId="77777777" w:rsidR="0010517E" w:rsidRPr="00643CF3" w:rsidRDefault="00643CF3">
            <w:pPr>
              <w:jc w:val="both"/>
              <w:rPr>
                <w:szCs w:val="20"/>
                <w:lang w:val="es-PY"/>
              </w:rPr>
            </w:pPr>
            <w:r w:rsidRPr="00643CF3">
              <w:rPr>
                <w:color w:val="000000"/>
                <w:szCs w:val="20"/>
                <w:lang w:val="es-PY"/>
              </w:rPr>
              <w:t>a. El programa ofrece recursos y servicios de apoyo a la investigación (bases de datos, bibliografía especializada, etc.).</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C9CE5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DE19B"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C4D6D8" w14:textId="77777777" w:rsidR="0010517E" w:rsidRPr="00410F8B" w:rsidRDefault="0010517E">
            <w:pPr>
              <w:jc w:val="center"/>
              <w:rPr>
                <w:szCs w:val="20"/>
                <w:lang w:val="es-PY"/>
              </w:rPr>
            </w:pPr>
          </w:p>
        </w:tc>
      </w:tr>
      <w:tr w:rsidR="0010517E" w:rsidRPr="001B0D5F" w14:paraId="384765AE" w14:textId="77777777" w:rsidTr="00643CF3">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7416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64D0C0" w14:textId="77777777" w:rsidR="0010517E" w:rsidRPr="00643CF3" w:rsidRDefault="00643CF3">
            <w:pPr>
              <w:jc w:val="both"/>
              <w:rPr>
                <w:szCs w:val="20"/>
                <w:lang w:val="es-PY"/>
              </w:rPr>
            </w:pPr>
            <w:r w:rsidRPr="00643CF3">
              <w:rPr>
                <w:color w:val="000000"/>
                <w:szCs w:val="20"/>
                <w:lang w:val="es-PY"/>
              </w:rPr>
              <w:t>b. Se desarrollan seminarios, talleres o espacios de formación investigativa complementaria para fortalecer las competencias de los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948C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595A1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E160B2" w14:textId="77777777" w:rsidR="0010517E" w:rsidRPr="00410F8B" w:rsidRDefault="0010517E">
            <w:pPr>
              <w:jc w:val="center"/>
              <w:rPr>
                <w:szCs w:val="20"/>
                <w:lang w:val="es-PY"/>
              </w:rPr>
            </w:pPr>
          </w:p>
        </w:tc>
      </w:tr>
      <w:tr w:rsidR="0010517E" w:rsidRPr="001B0D5F" w14:paraId="5F7C0309" w14:textId="77777777" w:rsidTr="00643CF3">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1495F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C9B85C" w14:textId="77777777" w:rsidR="0010517E" w:rsidRPr="00643CF3" w:rsidRDefault="00643CF3">
            <w:pPr>
              <w:jc w:val="both"/>
              <w:rPr>
                <w:szCs w:val="20"/>
                <w:lang w:val="es-PY"/>
              </w:rPr>
            </w:pPr>
            <w:r w:rsidRPr="00643CF3">
              <w:rPr>
                <w:color w:val="000000"/>
                <w:szCs w:val="20"/>
                <w:lang w:val="es-PY"/>
              </w:rPr>
              <w:t>c. Existen mecanismos institucionales para acceder a financiamiento o estímulos a la producción científica, disponibles para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291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93A40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089655" w14:textId="77777777" w:rsidR="0010517E" w:rsidRPr="00410F8B" w:rsidRDefault="0010517E">
            <w:pPr>
              <w:jc w:val="center"/>
              <w:rPr>
                <w:szCs w:val="20"/>
                <w:lang w:val="es-PY"/>
              </w:rPr>
            </w:pPr>
          </w:p>
        </w:tc>
      </w:tr>
      <w:tr w:rsidR="0010517E" w:rsidRPr="001B0D5F" w14:paraId="3C3D69C3" w14:textId="77777777" w:rsidTr="00DB7091">
        <w:trPr>
          <w:cantSplit/>
          <w:trHeight w:val="49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8D470A"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EB0B25" w14:textId="6F2FC28B" w:rsidR="0010517E" w:rsidRPr="00643CF3" w:rsidRDefault="00DB7091">
            <w:pPr>
              <w:jc w:val="both"/>
              <w:rPr>
                <w:szCs w:val="20"/>
                <w:lang w:val="es-PY"/>
              </w:rPr>
            </w:pPr>
            <w:r>
              <w:rPr>
                <w:color w:val="000000"/>
                <w:szCs w:val="20"/>
                <w:lang w:val="es-PY"/>
              </w:rPr>
              <w:t>d. Los participantes</w:t>
            </w:r>
            <w:r w:rsidR="00643CF3" w:rsidRPr="00643CF3">
              <w:rPr>
                <w:color w:val="000000"/>
                <w:szCs w:val="20"/>
                <w:lang w:val="es-PY"/>
              </w:rPr>
              <w:t xml:space="preserve">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17735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0B5D6"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3C956D" w14:textId="77777777" w:rsidR="0010517E" w:rsidRPr="00410F8B" w:rsidRDefault="0010517E">
            <w:pPr>
              <w:jc w:val="center"/>
              <w:rPr>
                <w:szCs w:val="20"/>
                <w:lang w:val="es-PY"/>
              </w:rPr>
            </w:pPr>
          </w:p>
        </w:tc>
      </w:tr>
      <w:tr w:rsidR="0010517E" w:rsidRPr="001B0D5F" w14:paraId="3326DA4C" w14:textId="77777777" w:rsidTr="00643CF3">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0F3EBA"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E613BA" w14:textId="1D32FCAF" w:rsidR="0010517E" w:rsidRPr="00643CF3" w:rsidRDefault="00643CF3">
            <w:pPr>
              <w:jc w:val="both"/>
              <w:rPr>
                <w:szCs w:val="20"/>
                <w:lang w:val="es-PY"/>
              </w:rPr>
            </w:pPr>
            <w:r w:rsidRPr="00643CF3">
              <w:rPr>
                <w:color w:val="000000"/>
                <w:szCs w:val="20"/>
                <w:lang w:val="es-PY"/>
              </w:rPr>
              <w:t xml:space="preserve">e. </w:t>
            </w:r>
            <w:r w:rsidR="00DB7091" w:rsidRPr="00DB7091">
              <w:rPr>
                <w:color w:val="000000"/>
                <w:szCs w:val="2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8F9C3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68B51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F6DA70" w14:textId="77777777" w:rsidR="0010517E" w:rsidRPr="00410F8B" w:rsidRDefault="0010517E">
            <w:pPr>
              <w:jc w:val="center"/>
              <w:rPr>
                <w:szCs w:val="20"/>
                <w:lang w:val="es-PY"/>
              </w:rPr>
            </w:pPr>
          </w:p>
        </w:tc>
      </w:tr>
      <w:tr w:rsidR="0010517E" w:rsidRPr="001B0D5F" w14:paraId="2931FA00" w14:textId="77777777" w:rsidTr="00643CF3">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9166C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1FEF74" w14:textId="77777777" w:rsidR="0010517E" w:rsidRPr="00643CF3" w:rsidRDefault="0010517E">
            <w:pPr>
              <w:jc w:val="center"/>
              <w:rPr>
                <w:szCs w:val="20"/>
                <w:lang w:val="es-PY"/>
              </w:rPr>
            </w:pPr>
          </w:p>
        </w:tc>
      </w:tr>
      <w:tr w:rsidR="0010517E" w14:paraId="4144E5CE" w14:textId="77777777" w:rsidTr="00643CF3">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D50A910"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A72CD91" w14:textId="77777777" w:rsidR="0010517E" w:rsidRDefault="00643CF3">
            <w:pPr>
              <w:jc w:val="center"/>
            </w:pPr>
            <w:r>
              <w:rPr>
                <w:b/>
                <w:color w:val="000000"/>
                <w:sz w:val="18"/>
              </w:rPr>
              <w:t>Medios de verificación</w:t>
            </w:r>
          </w:p>
        </w:tc>
      </w:tr>
      <w:tr w:rsidR="0010517E" w14:paraId="0EE393B7" w14:textId="77777777" w:rsidTr="009C6227">
        <w:trPr>
          <w:cantSplit/>
          <w:trHeight w:hRule="exact" w:val="6309"/>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30D72C"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BB6376" w14:textId="77777777" w:rsidR="0010517E" w:rsidRDefault="0010517E">
            <w:pPr>
              <w:jc w:val="center"/>
            </w:pPr>
          </w:p>
        </w:tc>
      </w:tr>
    </w:tbl>
    <w:p w14:paraId="210D3803" w14:textId="604CA1DC"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7341A83E"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88D46B" w14:textId="78EE9A0D" w:rsidR="0010517E" w:rsidRPr="009C6227" w:rsidRDefault="005F53A1">
            <w:pPr>
              <w:jc w:val="center"/>
              <w:rPr>
                <w:szCs w:val="20"/>
              </w:rPr>
            </w:pPr>
            <w:proofErr w:type="spellStart"/>
            <w:r>
              <w:rPr>
                <w:b/>
                <w:color w:val="000000"/>
                <w:szCs w:val="20"/>
              </w:rPr>
              <w:lastRenderedPageBreak/>
              <w:t>Criterio</w:t>
            </w:r>
            <w:proofErr w:type="spellEnd"/>
            <w:r>
              <w:rPr>
                <w:b/>
                <w:color w:val="000000"/>
                <w:szCs w:val="20"/>
              </w:rPr>
              <w:t xml:space="preserve"> 5.1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49F2C5"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1F370F9" w14:textId="77777777" w:rsidR="0010517E" w:rsidRPr="009C6227" w:rsidRDefault="00643CF3">
            <w:pPr>
              <w:jc w:val="center"/>
              <w:rPr>
                <w:szCs w:val="20"/>
              </w:rPr>
            </w:pPr>
            <w:r w:rsidRPr="009C6227">
              <w:rPr>
                <w:b/>
                <w:color w:val="000000"/>
                <w:szCs w:val="20"/>
              </w:rPr>
              <w:t>Nivel de cumplimiento</w:t>
            </w:r>
          </w:p>
        </w:tc>
      </w:tr>
      <w:tr w:rsidR="0010517E" w14:paraId="377BB00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E03DAD"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AAD6A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DF9EFCD"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8718695"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644C664" w14:textId="77777777" w:rsidR="0010517E" w:rsidRPr="009C6227" w:rsidRDefault="00643CF3">
            <w:pPr>
              <w:jc w:val="center"/>
              <w:rPr>
                <w:szCs w:val="20"/>
              </w:rPr>
            </w:pPr>
            <w:r w:rsidRPr="009C6227">
              <w:rPr>
                <w:b/>
                <w:color w:val="000000"/>
                <w:szCs w:val="20"/>
              </w:rPr>
              <w:t>NC</w:t>
            </w:r>
          </w:p>
        </w:tc>
      </w:tr>
      <w:tr w:rsidR="0010517E" w:rsidRPr="001B0D5F" w14:paraId="7FD536E4"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7D08A03" w14:textId="77777777" w:rsidR="0010517E" w:rsidRDefault="00643CF3">
            <w:pPr>
              <w:jc w:val="center"/>
              <w:rPr>
                <w:b/>
                <w:color w:val="000000"/>
                <w:szCs w:val="20"/>
                <w:lang w:val="es-PY"/>
              </w:rPr>
            </w:pPr>
            <w:r w:rsidRPr="009C6227">
              <w:rPr>
                <w:b/>
                <w:color w:val="000000"/>
                <w:szCs w:val="20"/>
                <w:lang w:val="es-PY"/>
              </w:rPr>
              <w:t>Pertinencia del vínculo del programa co</w:t>
            </w:r>
            <w:r w:rsidR="005F53A1">
              <w:rPr>
                <w:b/>
                <w:color w:val="000000"/>
                <w:szCs w:val="20"/>
                <w:lang w:val="es-PY"/>
              </w:rPr>
              <w:t>n el entorno académico y social</w:t>
            </w:r>
          </w:p>
          <w:p w14:paraId="1F1C3A15" w14:textId="439401C7" w:rsidR="009B7AD4" w:rsidRPr="009C6227" w:rsidRDefault="009B7AD4">
            <w:pPr>
              <w:jc w:val="center"/>
              <w:rPr>
                <w:szCs w:val="20"/>
                <w:lang w:val="es-PY"/>
              </w:rPr>
            </w:pPr>
            <w:r>
              <w:rPr>
                <w:b/>
                <w:color w:val="000000"/>
                <w:szCs w:val="20"/>
                <w:lang w:val="es-PY"/>
              </w:rPr>
              <w:t>(D5.C1.)</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ED0D0D" w14:textId="4B6C97EE" w:rsidR="0010517E" w:rsidRPr="009C6227" w:rsidRDefault="00643CF3">
            <w:pPr>
              <w:jc w:val="both"/>
              <w:rPr>
                <w:szCs w:val="20"/>
                <w:lang w:val="es-PY"/>
              </w:rPr>
            </w:pPr>
            <w:r w:rsidRPr="009C6227">
              <w:rPr>
                <w:color w:val="000000"/>
                <w:szCs w:val="20"/>
                <w:lang w:val="es-PY"/>
              </w:rPr>
              <w:t xml:space="preserve">a. </w:t>
            </w:r>
            <w:r w:rsidR="005F53A1" w:rsidRPr="005F53A1">
              <w:rPr>
                <w:color w:val="000000"/>
                <w:szCs w:val="20"/>
                <w:lang w:val="es-PY"/>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91A61E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2A748B"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C5D6FB" w14:textId="77777777" w:rsidR="0010517E" w:rsidRPr="00410F8B" w:rsidRDefault="0010517E">
            <w:pPr>
              <w:jc w:val="center"/>
              <w:rPr>
                <w:szCs w:val="20"/>
                <w:lang w:val="es-PY"/>
              </w:rPr>
            </w:pPr>
          </w:p>
        </w:tc>
      </w:tr>
      <w:tr w:rsidR="0010517E" w:rsidRPr="001B0D5F" w14:paraId="427FB110" w14:textId="77777777" w:rsidTr="005F53A1">
        <w:trPr>
          <w:cantSplit/>
          <w:trHeight w:val="572"/>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A7D59F"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BAF3EE" w14:textId="79D29A4C" w:rsidR="0010517E" w:rsidRPr="009C6227" w:rsidRDefault="00643CF3">
            <w:pPr>
              <w:jc w:val="both"/>
              <w:rPr>
                <w:szCs w:val="20"/>
                <w:lang w:val="es-PY"/>
              </w:rPr>
            </w:pPr>
            <w:r w:rsidRPr="009C6227">
              <w:rPr>
                <w:color w:val="000000"/>
                <w:szCs w:val="20"/>
                <w:lang w:val="es-PY"/>
              </w:rPr>
              <w:t xml:space="preserve">b. </w:t>
            </w:r>
            <w:r w:rsidR="005F53A1" w:rsidRPr="005F53A1">
              <w:rPr>
                <w:color w:val="000000"/>
                <w:szCs w:val="20"/>
                <w:lang w:val="es-PY"/>
              </w:rPr>
              <w:t>Se ejecutan convenios o proyectos de cooperación con el entorno académico, social y profesional vinculados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52CA9A8"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7574B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E0B4C6C" w14:textId="77777777" w:rsidR="0010517E" w:rsidRPr="00410F8B" w:rsidRDefault="0010517E">
            <w:pPr>
              <w:jc w:val="center"/>
              <w:rPr>
                <w:szCs w:val="20"/>
                <w:lang w:val="es-PY"/>
              </w:rPr>
            </w:pPr>
          </w:p>
        </w:tc>
      </w:tr>
      <w:tr w:rsidR="0010517E" w:rsidRPr="001B0D5F" w14:paraId="7CA6F2B8"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B886F5"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1E3E2B" w14:textId="46AE94B1" w:rsidR="0010517E" w:rsidRPr="009C6227" w:rsidRDefault="00643CF3">
            <w:pPr>
              <w:jc w:val="both"/>
              <w:rPr>
                <w:szCs w:val="20"/>
                <w:lang w:val="es-PY"/>
              </w:rPr>
            </w:pPr>
            <w:r w:rsidRPr="009C6227">
              <w:rPr>
                <w:color w:val="000000"/>
                <w:szCs w:val="20"/>
                <w:lang w:val="es-PY"/>
              </w:rPr>
              <w:t xml:space="preserve">c. </w:t>
            </w:r>
            <w:r w:rsidR="005F53A1" w:rsidRPr="005F53A1">
              <w:rPr>
                <w:color w:val="000000"/>
                <w:szCs w:val="20"/>
                <w:lang w:val="es-PY"/>
              </w:rPr>
              <w:t>Se cuenta con una estrategia institucional de comunicación de los logros del Programa, destinada al entorno académico, social y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C43D74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A7A373"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3663FE" w14:textId="77777777" w:rsidR="0010517E" w:rsidRPr="00410F8B" w:rsidRDefault="0010517E">
            <w:pPr>
              <w:jc w:val="center"/>
              <w:rPr>
                <w:szCs w:val="20"/>
                <w:lang w:val="es-PY"/>
              </w:rPr>
            </w:pPr>
          </w:p>
        </w:tc>
      </w:tr>
      <w:tr w:rsidR="0010517E" w:rsidRPr="001B0D5F" w14:paraId="12943581"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BBA68F8"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59A9C4" w14:textId="0826D476" w:rsidR="0010517E" w:rsidRPr="009C6227" w:rsidRDefault="00643CF3">
            <w:pPr>
              <w:jc w:val="both"/>
              <w:rPr>
                <w:szCs w:val="20"/>
                <w:lang w:val="es-PY"/>
              </w:rPr>
            </w:pPr>
            <w:r w:rsidRPr="009C6227">
              <w:rPr>
                <w:color w:val="000000"/>
                <w:szCs w:val="20"/>
                <w:lang w:val="es-PY"/>
              </w:rPr>
              <w:t xml:space="preserve">d. </w:t>
            </w:r>
            <w:r w:rsidR="005F53A1" w:rsidRPr="005F53A1">
              <w:rPr>
                <w:color w:val="000000"/>
                <w:szCs w:val="20"/>
                <w:lang w:val="es-PY"/>
              </w:rPr>
              <w:t>El Programa promueve la participación de actores académicos, sociales y profesionales en actividades vinculadas con sus objetivos y con el ámbito de formación.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D29C7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C98061"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4F12E2" w14:textId="77777777" w:rsidR="0010517E" w:rsidRPr="00410F8B" w:rsidRDefault="0010517E">
            <w:pPr>
              <w:jc w:val="center"/>
              <w:rPr>
                <w:szCs w:val="20"/>
                <w:lang w:val="es-PY"/>
              </w:rPr>
            </w:pPr>
          </w:p>
        </w:tc>
      </w:tr>
      <w:tr w:rsidR="0010517E" w:rsidRPr="001B0D5F" w14:paraId="7BF8B484" w14:textId="77777777" w:rsidTr="0019499D">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5C8D3F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779E18" w14:textId="77777777" w:rsidR="0010517E" w:rsidRPr="009C6227" w:rsidRDefault="0010517E">
            <w:pPr>
              <w:jc w:val="center"/>
              <w:rPr>
                <w:szCs w:val="20"/>
                <w:lang w:val="es-PY"/>
              </w:rPr>
            </w:pPr>
          </w:p>
        </w:tc>
      </w:tr>
      <w:tr w:rsidR="0010517E" w14:paraId="2AB65CBC" w14:textId="77777777" w:rsidTr="0019499D">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3215D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7C32D2" w14:textId="77777777" w:rsidR="0010517E" w:rsidRPr="009C6227" w:rsidRDefault="00643CF3">
            <w:pPr>
              <w:jc w:val="center"/>
              <w:rPr>
                <w:szCs w:val="20"/>
              </w:rPr>
            </w:pPr>
            <w:r w:rsidRPr="009C6227">
              <w:rPr>
                <w:b/>
                <w:color w:val="000000"/>
                <w:szCs w:val="20"/>
              </w:rPr>
              <w:t>Medios de verificación</w:t>
            </w:r>
          </w:p>
        </w:tc>
      </w:tr>
      <w:tr w:rsidR="0010517E" w14:paraId="32032B49" w14:textId="77777777" w:rsidTr="0019499D">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1065D9"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200F98" w14:textId="77777777" w:rsidR="0010517E" w:rsidRDefault="0010517E">
            <w:pPr>
              <w:jc w:val="center"/>
            </w:pPr>
          </w:p>
        </w:tc>
      </w:tr>
    </w:tbl>
    <w:p w14:paraId="48E89F76" w14:textId="73CC6901"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6FF7767C"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F3A5A9F" w14:textId="00F665E1" w:rsidR="0010517E" w:rsidRPr="009C6227" w:rsidRDefault="00FE4802">
            <w:pPr>
              <w:jc w:val="center"/>
              <w:rPr>
                <w:szCs w:val="20"/>
              </w:rPr>
            </w:pPr>
            <w:proofErr w:type="spellStart"/>
            <w:r>
              <w:rPr>
                <w:b/>
                <w:color w:val="000000"/>
                <w:szCs w:val="20"/>
              </w:rPr>
              <w:lastRenderedPageBreak/>
              <w:t>Criterio</w:t>
            </w:r>
            <w:proofErr w:type="spellEnd"/>
            <w:r>
              <w:rPr>
                <w:b/>
                <w:color w:val="000000"/>
                <w:szCs w:val="20"/>
              </w:rPr>
              <w:t xml:space="preserve">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CB336B1"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45EF3B" w14:textId="77777777" w:rsidR="0010517E" w:rsidRPr="009C6227" w:rsidRDefault="00643CF3">
            <w:pPr>
              <w:jc w:val="center"/>
              <w:rPr>
                <w:szCs w:val="20"/>
              </w:rPr>
            </w:pPr>
            <w:r w:rsidRPr="009C6227">
              <w:rPr>
                <w:b/>
                <w:color w:val="000000"/>
                <w:szCs w:val="20"/>
              </w:rPr>
              <w:t>Nivel de cumplimiento</w:t>
            </w:r>
          </w:p>
        </w:tc>
      </w:tr>
      <w:tr w:rsidR="0010517E" w14:paraId="4D2D6566"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895AE7"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70FA1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4379B66"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4517DBB"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5515B6D" w14:textId="77777777" w:rsidR="0010517E" w:rsidRPr="009C6227" w:rsidRDefault="00643CF3">
            <w:pPr>
              <w:jc w:val="center"/>
              <w:rPr>
                <w:szCs w:val="20"/>
              </w:rPr>
            </w:pPr>
            <w:r w:rsidRPr="009C6227">
              <w:rPr>
                <w:b/>
                <w:color w:val="000000"/>
                <w:szCs w:val="20"/>
              </w:rPr>
              <w:t>NC</w:t>
            </w:r>
          </w:p>
        </w:tc>
      </w:tr>
      <w:tr w:rsidR="0010517E" w:rsidRPr="001B0D5F" w14:paraId="72B5B468" w14:textId="77777777" w:rsidTr="00FE4802">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9444C1" w14:textId="77777777" w:rsidR="0010517E" w:rsidRPr="00410F8B" w:rsidRDefault="00643CF3">
            <w:pPr>
              <w:jc w:val="center"/>
              <w:rPr>
                <w:b/>
                <w:color w:val="FF0000"/>
                <w:szCs w:val="20"/>
                <w:lang w:val="es-PY"/>
              </w:rPr>
            </w:pPr>
            <w:r w:rsidRPr="009C6227">
              <w:rPr>
                <w:b/>
                <w:color w:val="000000"/>
                <w:szCs w:val="20"/>
                <w:lang w:val="es-PY"/>
              </w:rPr>
              <w:t>Impacto de la proyección y visibilidad</w:t>
            </w:r>
            <w:r w:rsidR="005F53A1">
              <w:rPr>
                <w:b/>
                <w:color w:val="000000"/>
                <w:szCs w:val="20"/>
                <w:lang w:val="es-PY"/>
              </w:rPr>
              <w:t xml:space="preserve"> de los resultados del programa</w:t>
            </w:r>
            <w:r w:rsidRPr="009C6227">
              <w:rPr>
                <w:b/>
                <w:color w:val="FF0000"/>
                <w:szCs w:val="20"/>
                <w:lang w:val="es-PY"/>
              </w:rPr>
              <w:br/>
            </w:r>
            <w:r w:rsidRPr="00410F8B">
              <w:rPr>
                <w:b/>
                <w:color w:val="FF0000"/>
                <w:szCs w:val="20"/>
                <w:lang w:val="es-PY"/>
              </w:rPr>
              <w:t>(Sustantivo)</w:t>
            </w:r>
          </w:p>
          <w:p w14:paraId="6197DD2F" w14:textId="74A7B919" w:rsidR="009B7AD4" w:rsidRPr="009C6227" w:rsidRDefault="009B7AD4">
            <w:pPr>
              <w:jc w:val="center"/>
              <w:rPr>
                <w:szCs w:val="20"/>
              </w:rPr>
            </w:pPr>
            <w:r w:rsidRPr="009B7AD4">
              <w:rPr>
                <w:b/>
                <w:color w:val="000000" w:themeColor="text1"/>
                <w:szCs w:val="20"/>
              </w:rPr>
              <w:t>(D5.C2.)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0D39D4" w14:textId="3483C522" w:rsidR="0010517E" w:rsidRPr="009C6227" w:rsidRDefault="00643CF3">
            <w:pPr>
              <w:jc w:val="both"/>
              <w:rPr>
                <w:szCs w:val="20"/>
                <w:lang w:val="es-PY"/>
              </w:rPr>
            </w:pPr>
            <w:r w:rsidRPr="009C6227">
              <w:rPr>
                <w:color w:val="000000"/>
                <w:szCs w:val="20"/>
                <w:lang w:val="es-PY"/>
              </w:rPr>
              <w:t xml:space="preserve">a. </w:t>
            </w:r>
            <w:r w:rsidR="00847D3E" w:rsidRPr="00847D3E">
              <w:rPr>
                <w:color w:val="000000"/>
                <w:szCs w:val="20"/>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471F"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65203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91C16A" w14:textId="77777777" w:rsidR="0010517E" w:rsidRPr="00410F8B" w:rsidRDefault="0010517E">
            <w:pPr>
              <w:jc w:val="center"/>
              <w:rPr>
                <w:szCs w:val="20"/>
                <w:lang w:val="es-PY"/>
              </w:rPr>
            </w:pPr>
          </w:p>
        </w:tc>
      </w:tr>
      <w:tr w:rsidR="0010517E" w:rsidRPr="001B0D5F" w14:paraId="73D6EBFB" w14:textId="77777777" w:rsidTr="00FE4802">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D6DCC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E00845" w14:textId="6B72B226" w:rsidR="0010517E" w:rsidRPr="009C6227" w:rsidRDefault="00643CF3">
            <w:pPr>
              <w:jc w:val="both"/>
              <w:rPr>
                <w:szCs w:val="20"/>
                <w:lang w:val="es-PY"/>
              </w:rPr>
            </w:pPr>
            <w:r w:rsidRPr="009C6227">
              <w:rPr>
                <w:color w:val="000000"/>
                <w:szCs w:val="20"/>
                <w:lang w:val="es-PY"/>
              </w:rPr>
              <w:t xml:space="preserve">b. </w:t>
            </w:r>
            <w:r w:rsidR="00847D3E" w:rsidRPr="00847D3E">
              <w:rPr>
                <w:color w:val="000000"/>
                <w:szCs w:val="2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AA1A5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C0EB8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73EF5" w14:textId="77777777" w:rsidR="0010517E" w:rsidRPr="00410F8B" w:rsidRDefault="0010517E">
            <w:pPr>
              <w:jc w:val="center"/>
              <w:rPr>
                <w:szCs w:val="20"/>
                <w:lang w:val="es-PY"/>
              </w:rPr>
            </w:pPr>
          </w:p>
        </w:tc>
      </w:tr>
      <w:tr w:rsidR="0010517E" w:rsidRPr="001B0D5F" w14:paraId="138CCD99" w14:textId="77777777" w:rsidTr="00FE4802">
        <w:trPr>
          <w:cantSplit/>
          <w:trHeight w:val="58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27F81E"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66668B" w14:textId="132CF7B3" w:rsidR="0010517E" w:rsidRPr="009C6227" w:rsidRDefault="00643CF3">
            <w:pPr>
              <w:jc w:val="both"/>
              <w:rPr>
                <w:szCs w:val="20"/>
                <w:lang w:val="es-PY"/>
              </w:rPr>
            </w:pPr>
            <w:r w:rsidRPr="009C6227">
              <w:rPr>
                <w:color w:val="000000"/>
                <w:szCs w:val="20"/>
                <w:lang w:val="es-PY"/>
              </w:rPr>
              <w:t xml:space="preserve">c. </w:t>
            </w:r>
            <w:r w:rsidR="00847D3E" w:rsidRPr="00847D3E">
              <w:rPr>
                <w:color w:val="000000"/>
                <w:szCs w:val="20"/>
                <w:lang w:val="es-PY"/>
              </w:rPr>
              <w:t>El programa organiza o participa regularmente en eventos académicos o científicos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78E5EC"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19594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833B75" w14:textId="77777777" w:rsidR="0010517E" w:rsidRPr="00410F8B" w:rsidRDefault="0010517E">
            <w:pPr>
              <w:jc w:val="center"/>
              <w:rPr>
                <w:szCs w:val="20"/>
                <w:lang w:val="es-PY"/>
              </w:rPr>
            </w:pPr>
          </w:p>
        </w:tc>
      </w:tr>
      <w:tr w:rsidR="0010517E" w:rsidRPr="001B0D5F" w14:paraId="5755721E" w14:textId="77777777" w:rsidTr="00FE4802">
        <w:trPr>
          <w:cantSplit/>
          <w:trHeight w:val="57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8351C"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DA3470" w14:textId="66F1A02B" w:rsidR="0010517E" w:rsidRPr="009C6227" w:rsidRDefault="00643CF3">
            <w:pPr>
              <w:jc w:val="both"/>
              <w:rPr>
                <w:szCs w:val="20"/>
                <w:lang w:val="es-PY"/>
              </w:rPr>
            </w:pPr>
            <w:r w:rsidRPr="009C6227">
              <w:rPr>
                <w:color w:val="000000"/>
                <w:szCs w:val="20"/>
                <w:lang w:val="es-PY"/>
              </w:rPr>
              <w:t xml:space="preserve">d. </w:t>
            </w:r>
            <w:r w:rsidR="00847D3E" w:rsidRPr="00847D3E">
              <w:rPr>
                <w:color w:val="000000"/>
                <w:szCs w:val="2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1A682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1B8F1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4D5226" w14:textId="77777777" w:rsidR="0010517E" w:rsidRPr="00410F8B" w:rsidRDefault="0010517E">
            <w:pPr>
              <w:jc w:val="center"/>
              <w:rPr>
                <w:szCs w:val="20"/>
                <w:lang w:val="es-PY"/>
              </w:rPr>
            </w:pPr>
          </w:p>
        </w:tc>
      </w:tr>
      <w:tr w:rsidR="0010517E" w:rsidRPr="001B0D5F" w14:paraId="41EB4E33" w14:textId="77777777" w:rsidTr="009C6227">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6937C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8D0450" w14:textId="77777777" w:rsidR="0010517E" w:rsidRPr="009C6227" w:rsidRDefault="0010517E">
            <w:pPr>
              <w:jc w:val="center"/>
              <w:rPr>
                <w:szCs w:val="20"/>
                <w:lang w:val="es-PY"/>
              </w:rPr>
            </w:pPr>
          </w:p>
        </w:tc>
      </w:tr>
      <w:tr w:rsidR="0010517E" w14:paraId="13CCF31D" w14:textId="77777777" w:rsidTr="009C6227">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B23CBE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7521A70" w14:textId="77777777" w:rsidR="0010517E" w:rsidRPr="009C6227" w:rsidRDefault="00643CF3">
            <w:pPr>
              <w:jc w:val="center"/>
              <w:rPr>
                <w:szCs w:val="20"/>
              </w:rPr>
            </w:pPr>
            <w:r w:rsidRPr="009C6227">
              <w:rPr>
                <w:b/>
                <w:color w:val="000000"/>
                <w:szCs w:val="20"/>
              </w:rPr>
              <w:t>Medios de verificación</w:t>
            </w:r>
          </w:p>
        </w:tc>
      </w:tr>
      <w:tr w:rsidR="0010517E" w14:paraId="71895FCD" w14:textId="77777777" w:rsidTr="009C6227">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974A65" w14:textId="77777777" w:rsidR="0010517E" w:rsidRPr="009C6227" w:rsidRDefault="0010517E">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0DDAA3" w14:textId="77777777" w:rsidR="0010517E" w:rsidRPr="009C6227" w:rsidRDefault="0010517E">
            <w:pPr>
              <w:jc w:val="center"/>
              <w:rPr>
                <w:szCs w:val="20"/>
              </w:rPr>
            </w:pPr>
          </w:p>
        </w:tc>
      </w:tr>
    </w:tbl>
    <w:p w14:paraId="04541C89" w14:textId="24C2E08C" w:rsidR="0010517E" w:rsidRDefault="00643CF3">
      <w:r>
        <w:br w:type="page"/>
      </w:r>
    </w:p>
    <w:tbl>
      <w:tblPr>
        <w:tblW w:w="9498" w:type="dxa"/>
        <w:jc w:val="center"/>
        <w:tblCellMar>
          <w:left w:w="70" w:type="dxa"/>
          <w:right w:w="70" w:type="dxa"/>
        </w:tblCellMar>
        <w:tblLook w:val="04A0" w:firstRow="1" w:lastRow="0" w:firstColumn="1" w:lastColumn="0" w:noHBand="0" w:noVBand="1"/>
      </w:tblPr>
      <w:tblGrid>
        <w:gridCol w:w="4673"/>
        <w:gridCol w:w="4825"/>
      </w:tblGrid>
      <w:tr w:rsidR="00485ACC" w:rsidRPr="001B0D5F" w14:paraId="2D88AD25" w14:textId="77777777" w:rsidTr="00485ACC">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7A77037" w14:textId="0C640250" w:rsidR="00485ACC" w:rsidRPr="00485ACC" w:rsidRDefault="00485ACC" w:rsidP="00485ACC">
            <w:pPr>
              <w:contextualSpacing/>
              <w:jc w:val="center"/>
              <w:rPr>
                <w:rFonts w:eastAsia="Times New Roman" w:cs="Arial"/>
                <w:color w:val="FFFFFF"/>
                <w:sz w:val="22"/>
                <w:lang w:val="es-PY" w:eastAsia="es-PY"/>
              </w:rPr>
            </w:pPr>
            <w:r w:rsidRPr="00485ACC">
              <w:rPr>
                <w:b/>
                <w:bCs/>
                <w:color w:val="FFFFFF"/>
                <w:sz w:val="22"/>
                <w:shd w:val="clear" w:color="auto" w:fill="386F53"/>
                <w:lang w:val="es-PY" w:eastAsia="es-PY"/>
              </w:rPr>
              <w:lastRenderedPageBreak/>
              <w:t>Fortalezas y Debilidades del Cumplimiento de Cri</w:t>
            </w:r>
            <w:r w:rsidR="00431B84">
              <w:rPr>
                <w:b/>
                <w:bCs/>
                <w:color w:val="FFFFFF"/>
                <w:sz w:val="22"/>
                <w:shd w:val="clear" w:color="auto" w:fill="386F53"/>
                <w:lang w:val="es-PY" w:eastAsia="es-PY"/>
              </w:rPr>
              <w:t>terios del Marco Disciplinar</w:t>
            </w:r>
          </w:p>
        </w:tc>
      </w:tr>
      <w:tr w:rsidR="00485ACC" w:rsidRPr="00485ACC" w14:paraId="09EBAA98" w14:textId="77777777" w:rsidTr="00485ACC">
        <w:trPr>
          <w:trHeight w:val="303"/>
          <w:jc w:val="center"/>
        </w:trPr>
        <w:tc>
          <w:tcPr>
            <w:tcW w:w="467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6F674300" w14:textId="77777777" w:rsidR="00485ACC" w:rsidRPr="00485ACC" w:rsidRDefault="00485ACC" w:rsidP="00485ACC">
            <w:pPr>
              <w:jc w:val="center"/>
              <w:rPr>
                <w:rFonts w:eastAsia="Times New Roman" w:cs="Arial"/>
                <w:b/>
                <w:bCs/>
                <w:sz w:val="22"/>
                <w:lang w:val="es-PY" w:eastAsia="es-PY"/>
              </w:rPr>
            </w:pPr>
            <w:r w:rsidRPr="00485ACC">
              <w:rPr>
                <w:b/>
                <w:bCs/>
                <w:sz w:val="22"/>
                <w:lang w:val="es-PY" w:eastAsia="es-PY"/>
              </w:rPr>
              <w:t>Fortalezas</w:t>
            </w:r>
          </w:p>
        </w:tc>
        <w:tc>
          <w:tcPr>
            <w:tcW w:w="4825" w:type="dxa"/>
            <w:tcBorders>
              <w:top w:val="single" w:sz="4" w:space="0" w:color="auto"/>
              <w:left w:val="single" w:sz="4" w:space="0" w:color="auto"/>
              <w:bottom w:val="single" w:sz="4" w:space="0" w:color="auto"/>
              <w:right w:val="single" w:sz="4" w:space="0" w:color="auto"/>
            </w:tcBorders>
            <w:shd w:val="clear" w:color="000000" w:fill="FFFFFF"/>
            <w:tcMar>
              <w:top w:w="90" w:type="dxa"/>
              <w:left w:w="100" w:type="dxa"/>
              <w:bottom w:w="90" w:type="dxa"/>
              <w:right w:w="100" w:type="dxa"/>
            </w:tcMar>
            <w:vAlign w:val="center"/>
          </w:tcPr>
          <w:p w14:paraId="678239AE" w14:textId="77777777" w:rsidR="00485ACC" w:rsidRPr="00485ACC" w:rsidRDefault="00485ACC" w:rsidP="00485ACC">
            <w:pPr>
              <w:jc w:val="center"/>
              <w:rPr>
                <w:rFonts w:eastAsia="Times New Roman" w:cs="Arial"/>
                <w:b/>
                <w:bCs/>
                <w:sz w:val="22"/>
                <w:lang w:val="es-PY" w:eastAsia="es-PY"/>
              </w:rPr>
            </w:pPr>
            <w:r w:rsidRPr="00485ACC">
              <w:rPr>
                <w:b/>
                <w:bCs/>
                <w:sz w:val="22"/>
                <w:lang w:val="es-PY" w:eastAsia="es-PY"/>
              </w:rPr>
              <w:t>Debilidades</w:t>
            </w:r>
          </w:p>
        </w:tc>
      </w:tr>
      <w:tr w:rsidR="00485ACC" w:rsidRPr="001B0D5F" w14:paraId="431444F8" w14:textId="77777777" w:rsidTr="00485ACC">
        <w:trPr>
          <w:trHeight w:val="3515"/>
          <w:jc w:val="center"/>
        </w:trPr>
        <w:tc>
          <w:tcPr>
            <w:tcW w:w="467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30FC4FA7" w14:textId="3D9D03BE" w:rsidR="00485ACC" w:rsidRPr="00485ACC" w:rsidRDefault="00485ACC" w:rsidP="00485ACC">
            <w:pPr>
              <w:jc w:val="both"/>
              <w:rPr>
                <w:rFonts w:eastAsia="Times New Roman" w:cs="Arial"/>
                <w:szCs w:val="20"/>
                <w:lang w:val="es-PY" w:eastAsia="es-PY"/>
              </w:rPr>
            </w:pPr>
            <w:r w:rsidRPr="00485ACC">
              <w:rPr>
                <w:rFonts w:eastAsia="Times New Roman" w:cs="Arial"/>
                <w:color w:val="A6A6A6"/>
                <w:szCs w:val="20"/>
                <w:lang w:val="es-PY" w:eastAsia="es-PY"/>
              </w:rPr>
              <w:t>Describen lo</w:t>
            </w:r>
            <w:r w:rsidR="00431B84">
              <w:rPr>
                <w:rFonts w:eastAsia="Times New Roman" w:cs="Arial"/>
                <w:color w:val="A6A6A6"/>
                <w:szCs w:val="20"/>
                <w:lang w:val="es-PY" w:eastAsia="es-PY"/>
              </w:rPr>
              <w:t>s aspectos en los que la carrera/programa</w:t>
            </w:r>
            <w:r w:rsidRPr="00485ACC">
              <w:rPr>
                <w:rFonts w:eastAsia="Times New Roman" w:cs="Arial"/>
                <w:color w:val="A6A6A6"/>
                <w:szCs w:val="20"/>
                <w:lang w:val="es-PY" w:eastAsia="es-PY"/>
              </w:rPr>
              <w:t xml:space="preserve"> demuestra un nivel superior al esperado, innovaciones, buenas prácticas o resultados sobresalientes que contribuyen significativamente al logro del criterio de calidad. No constituyen mero cumplimiento de los indicadores.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5A88899D" w14:textId="77777777" w:rsidR="00485ACC" w:rsidRPr="00485ACC" w:rsidRDefault="00485ACC" w:rsidP="00485ACC">
            <w:pPr>
              <w:contextualSpacing/>
              <w:jc w:val="both"/>
              <w:rPr>
                <w:rFonts w:eastAsia="Times New Roman" w:cs="Arial"/>
                <w:szCs w:val="20"/>
                <w:lang w:val="es-PY" w:eastAsia="es-PY"/>
              </w:rPr>
            </w:pPr>
            <w:r w:rsidRPr="00485ACC">
              <w:rPr>
                <w:rFonts w:eastAsia="Times New Roman" w:cs="Arial"/>
                <w:color w:val="A6A6A6"/>
                <w:szCs w:val="20"/>
                <w:lang w:val="es-ES"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485ACC" w:rsidRPr="00485ACC" w14:paraId="46E25260" w14:textId="77777777" w:rsidTr="002327CF">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7BA6BE60" w14:textId="77777777" w:rsidR="00485ACC" w:rsidRPr="00485ACC" w:rsidRDefault="00485ACC" w:rsidP="00485ACC">
            <w:pPr>
              <w:contextualSpacing/>
              <w:jc w:val="center"/>
              <w:rPr>
                <w:rFonts w:eastAsia="Times New Roman" w:cs="Arial"/>
                <w:color w:val="FFFFFF"/>
                <w:sz w:val="22"/>
                <w:lang w:val="es-PY" w:eastAsia="es-PY"/>
              </w:rPr>
            </w:pPr>
            <w:r w:rsidRPr="00485ACC">
              <w:rPr>
                <w:b/>
                <w:color w:val="FFFFFF"/>
                <w:sz w:val="22"/>
                <w:lang w:val="es-ES"/>
              </w:rPr>
              <w:t>Oportunidades de mejora</w:t>
            </w:r>
          </w:p>
        </w:tc>
      </w:tr>
      <w:tr w:rsidR="00485ACC" w:rsidRPr="001B0D5F" w14:paraId="2564C5CD" w14:textId="77777777" w:rsidTr="002327CF">
        <w:trPr>
          <w:trHeight w:val="2381"/>
          <w:jc w:val="center"/>
        </w:trPr>
        <w:tc>
          <w:tcPr>
            <w:tcW w:w="9498"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37EFD1F" w14:textId="77777777" w:rsidR="00485ACC" w:rsidRPr="00485ACC" w:rsidRDefault="00485ACC" w:rsidP="00485ACC">
            <w:pPr>
              <w:contextualSpacing/>
              <w:rPr>
                <w:rFonts w:eastAsia="Times New Roman" w:cs="Arial"/>
                <w:color w:val="A6A6A6"/>
                <w:sz w:val="22"/>
                <w:lang w:val="es-PY" w:eastAsia="es-PY"/>
              </w:rPr>
            </w:pPr>
            <w:r w:rsidRPr="00485ACC">
              <w:rPr>
                <w:rFonts w:eastAsia="Times New Roman" w:cs="Arial"/>
                <w:color w:val="A6A6A6"/>
                <w:sz w:val="22"/>
                <w:lang w:val="es-PY" w:eastAsia="es-PY"/>
              </w:rPr>
              <w:t>Las oportunidades de mejoras deben:</w:t>
            </w:r>
          </w:p>
          <w:p w14:paraId="69C17CB4"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Estar directamente vinculadas con las debilidades o hallazgos identificados.</w:t>
            </w:r>
          </w:p>
          <w:p w14:paraId="3ED9FBB4"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Ser viables y pertinentes en el marco del contexto institucional.</w:t>
            </w:r>
          </w:p>
          <w:p w14:paraId="4B99FAF6"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Orientar hacia la consolidación de procesos de mejora continua.</w:t>
            </w:r>
          </w:p>
          <w:p w14:paraId="6D3D8FA6"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Evitar generalidades o apreciaciones vagas, ofreciendo lineamientos claros para la planificación estratégica.</w:t>
            </w:r>
          </w:p>
          <w:p w14:paraId="6DBCBCCD" w14:textId="77777777" w:rsidR="00485ACC" w:rsidRPr="00485ACC" w:rsidRDefault="00485ACC" w:rsidP="00485ACC">
            <w:pPr>
              <w:contextualSpacing/>
              <w:rPr>
                <w:rFonts w:eastAsia="Times New Roman" w:cs="Arial"/>
                <w:color w:val="A6A6A6"/>
                <w:sz w:val="22"/>
                <w:lang w:val="es-PY" w:eastAsia="es-PY"/>
              </w:rPr>
            </w:pPr>
            <w:r w:rsidRPr="00485ACC">
              <w:rPr>
                <w:rFonts w:eastAsia="Times New Roman" w:cs="Arial"/>
                <w:color w:val="A6A6A6"/>
                <w:sz w:val="22"/>
                <w:lang w:val="es-PY" w:eastAsia="es-PY"/>
              </w:rPr>
              <w:t>Estas recomendaciones complementan los resultados, ya que no solo describen la situación encontrada, sino que también proyectan acciones posibles para avanzar hacia niveles superiores de calidad.</w:t>
            </w:r>
          </w:p>
          <w:p w14:paraId="7CA3FB15" w14:textId="77777777" w:rsidR="00485ACC" w:rsidRPr="00485ACC" w:rsidRDefault="00485ACC" w:rsidP="00485ACC">
            <w:pPr>
              <w:contextualSpacing/>
              <w:rPr>
                <w:rFonts w:eastAsia="Times New Roman" w:cs="Arial"/>
                <w:color w:val="000000"/>
                <w:sz w:val="22"/>
                <w:lang w:val="es-PY" w:eastAsia="es-PY"/>
              </w:rPr>
            </w:pPr>
          </w:p>
          <w:p w14:paraId="39E44326" w14:textId="77777777" w:rsidR="00485ACC" w:rsidRPr="00485ACC" w:rsidRDefault="00485ACC" w:rsidP="00485ACC">
            <w:pPr>
              <w:contextualSpacing/>
              <w:rPr>
                <w:rFonts w:eastAsia="Times New Roman" w:cs="Arial"/>
                <w:color w:val="000000"/>
                <w:sz w:val="22"/>
                <w:lang w:val="es-PY" w:eastAsia="es-PY"/>
              </w:rPr>
            </w:pPr>
          </w:p>
          <w:p w14:paraId="04F0DFA7" w14:textId="77777777" w:rsidR="00485ACC" w:rsidRPr="00485ACC" w:rsidRDefault="00485ACC" w:rsidP="00485ACC">
            <w:pPr>
              <w:contextualSpacing/>
              <w:rPr>
                <w:rFonts w:eastAsia="Times New Roman" w:cs="Arial"/>
                <w:color w:val="000000"/>
                <w:sz w:val="22"/>
                <w:lang w:val="es-PY" w:eastAsia="es-PY"/>
              </w:rPr>
            </w:pPr>
          </w:p>
          <w:p w14:paraId="27C0AACA" w14:textId="77777777" w:rsidR="00485ACC" w:rsidRPr="00485ACC" w:rsidRDefault="00485ACC" w:rsidP="00485ACC">
            <w:pPr>
              <w:contextualSpacing/>
              <w:rPr>
                <w:rFonts w:eastAsia="Times New Roman" w:cs="Arial"/>
                <w:color w:val="000000"/>
                <w:sz w:val="22"/>
                <w:lang w:val="es-PY" w:eastAsia="es-PY"/>
              </w:rPr>
            </w:pPr>
          </w:p>
        </w:tc>
      </w:tr>
    </w:tbl>
    <w:p w14:paraId="62FD7ABF" w14:textId="315AE8C0" w:rsidR="00485ACC" w:rsidRPr="00410F8B" w:rsidRDefault="00485ACC">
      <w:pPr>
        <w:rPr>
          <w:lang w:val="es-PY"/>
        </w:rPr>
      </w:pPr>
    </w:p>
    <w:p w14:paraId="079FCECB" w14:textId="18CCE856" w:rsidR="00485ACC" w:rsidRPr="00410F8B" w:rsidRDefault="00485ACC">
      <w:pPr>
        <w:rPr>
          <w:lang w:val="es-PY"/>
        </w:rPr>
      </w:pPr>
    </w:p>
    <w:p w14:paraId="07F9F3A0" w14:textId="1B040670" w:rsidR="00485ACC" w:rsidRPr="00410F8B" w:rsidRDefault="00485ACC">
      <w:pPr>
        <w:rPr>
          <w:lang w:val="es-PY"/>
        </w:rPr>
      </w:pPr>
    </w:p>
    <w:p w14:paraId="0477AAD7" w14:textId="7DE1BDC3" w:rsidR="00485ACC" w:rsidRPr="00410F8B" w:rsidRDefault="00485ACC">
      <w:pPr>
        <w:rPr>
          <w:lang w:val="es-PY"/>
        </w:rPr>
      </w:pPr>
    </w:p>
    <w:p w14:paraId="5839E2DD" w14:textId="3FC13065" w:rsidR="00485ACC" w:rsidRPr="00410F8B" w:rsidRDefault="00485ACC">
      <w:pPr>
        <w:rPr>
          <w:lang w:val="es-PY"/>
        </w:rPr>
      </w:pPr>
    </w:p>
    <w:p w14:paraId="716A730C" w14:textId="1BCC83D4" w:rsidR="00485ACC" w:rsidRPr="00410F8B" w:rsidRDefault="00485ACC">
      <w:pPr>
        <w:rPr>
          <w:lang w:val="es-PY"/>
        </w:rPr>
      </w:pPr>
    </w:p>
    <w:p w14:paraId="0FEA2839" w14:textId="2515BBC5" w:rsidR="00485ACC" w:rsidRPr="00410F8B" w:rsidRDefault="00485ACC">
      <w:pPr>
        <w:rPr>
          <w:lang w:val="es-PY"/>
        </w:rPr>
      </w:pPr>
    </w:p>
    <w:p w14:paraId="4DD13CB9" w14:textId="4CCB1E55" w:rsidR="00485ACC" w:rsidRPr="00410F8B" w:rsidRDefault="00485ACC">
      <w:pPr>
        <w:rPr>
          <w:lang w:val="es-PY"/>
        </w:rPr>
      </w:pPr>
    </w:p>
    <w:p w14:paraId="27578629" w14:textId="63C2A038" w:rsidR="00485ACC" w:rsidRPr="00410F8B" w:rsidRDefault="00485ACC">
      <w:pPr>
        <w:rPr>
          <w:lang w:val="es-PY"/>
        </w:rPr>
      </w:pPr>
    </w:p>
    <w:p w14:paraId="3C896F91" w14:textId="7F89E4BD" w:rsidR="00485ACC" w:rsidRPr="00410F8B" w:rsidRDefault="00485ACC">
      <w:pPr>
        <w:rPr>
          <w:lang w:val="es-PY"/>
        </w:rPr>
      </w:pPr>
    </w:p>
    <w:p w14:paraId="68192968" w14:textId="285679A3" w:rsidR="00485ACC" w:rsidRPr="00410F8B" w:rsidRDefault="00485ACC">
      <w:pPr>
        <w:rPr>
          <w:lang w:val="es-PY"/>
        </w:rPr>
      </w:pPr>
    </w:p>
    <w:p w14:paraId="1885298D" w14:textId="4797B6B3" w:rsidR="00485ACC" w:rsidRPr="00410F8B" w:rsidRDefault="00485ACC">
      <w:pPr>
        <w:rPr>
          <w:lang w:val="es-PY"/>
        </w:rPr>
      </w:pPr>
    </w:p>
    <w:p w14:paraId="2248DEE0" w14:textId="609AF5CA" w:rsidR="00485ACC" w:rsidRPr="00410F8B" w:rsidRDefault="00485ACC">
      <w:pPr>
        <w:rPr>
          <w:lang w:val="es-PY"/>
        </w:rPr>
      </w:pPr>
    </w:p>
    <w:p w14:paraId="33D42BFD" w14:textId="6DA84812" w:rsidR="00485ACC" w:rsidRPr="00410F8B" w:rsidRDefault="00485ACC">
      <w:pPr>
        <w:rPr>
          <w:lang w:val="es-PY"/>
        </w:rPr>
      </w:pPr>
    </w:p>
    <w:p w14:paraId="6BE1DF76" w14:textId="534694B2" w:rsidR="00485ACC" w:rsidRPr="00410F8B" w:rsidRDefault="00485ACC">
      <w:pPr>
        <w:rPr>
          <w:lang w:val="es-PY"/>
        </w:rPr>
      </w:pPr>
    </w:p>
    <w:p w14:paraId="55C360FB" w14:textId="436C61BD" w:rsidR="00485ACC" w:rsidRPr="00410F8B" w:rsidRDefault="00485ACC">
      <w:pPr>
        <w:rPr>
          <w:lang w:val="es-PY"/>
        </w:rPr>
      </w:pPr>
    </w:p>
    <w:p w14:paraId="2FEE605C" w14:textId="77777777" w:rsidR="00485ACC" w:rsidRPr="00410F8B" w:rsidRDefault="00485ACC">
      <w:pPr>
        <w:rPr>
          <w:lang w:val="es-PY"/>
        </w:rPr>
      </w:pPr>
    </w:p>
    <w:p w14:paraId="54BC4655" w14:textId="55E313DA" w:rsidR="00485ACC" w:rsidRPr="00410F8B" w:rsidRDefault="00485ACC">
      <w:pPr>
        <w:rPr>
          <w:lang w:val="es-PY"/>
        </w:rPr>
      </w:pPr>
    </w:p>
    <w:p w14:paraId="037D7E65" w14:textId="0066A743" w:rsidR="00485ACC" w:rsidRPr="00410F8B" w:rsidRDefault="00485ACC">
      <w:pPr>
        <w:rPr>
          <w:lang w:val="es-PY"/>
        </w:rPr>
      </w:pPr>
    </w:p>
    <w:p w14:paraId="7D2B5C26" w14:textId="037B2176" w:rsidR="00485ACC" w:rsidRPr="00410F8B" w:rsidRDefault="00485ACC">
      <w:pPr>
        <w:rPr>
          <w:lang w:val="es-PY"/>
        </w:rPr>
      </w:pPr>
    </w:p>
    <w:p w14:paraId="25BF4CEA" w14:textId="77777777" w:rsidR="00485ACC" w:rsidRPr="00410F8B" w:rsidRDefault="00485ACC">
      <w:pPr>
        <w:rPr>
          <w:lang w:val="es-PY"/>
        </w:rPr>
      </w:pPr>
    </w:p>
    <w:tbl>
      <w:tblPr>
        <w:tblW w:w="0" w:type="auto"/>
        <w:jc w:val="center"/>
        <w:tblLayout w:type="fixed"/>
        <w:tblLook w:val="04A0" w:firstRow="1" w:lastRow="0" w:firstColumn="1" w:lastColumn="0" w:noHBand="0" w:noVBand="1"/>
      </w:tblPr>
      <w:tblGrid>
        <w:gridCol w:w="1742"/>
        <w:gridCol w:w="1420"/>
        <w:gridCol w:w="968"/>
        <w:gridCol w:w="1355"/>
        <w:gridCol w:w="1161"/>
        <w:gridCol w:w="1097"/>
        <w:gridCol w:w="1613"/>
      </w:tblGrid>
      <w:tr w:rsidR="0010517E" w14:paraId="0E69DB1C" w14:textId="77777777">
        <w:trPr>
          <w:cantSplit/>
          <w:trHeight w:hRule="exact" w:val="432"/>
          <w:jc w:val="center"/>
        </w:trPr>
        <w:tc>
          <w:tcPr>
            <w:tcW w:w="9356" w:type="dxa"/>
            <w:gridSpan w:val="7"/>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1A3C17CD" w14:textId="77777777" w:rsidR="0010517E" w:rsidRDefault="00643CF3">
            <w:r>
              <w:rPr>
                <w:b/>
                <w:color w:val="FFFFFF"/>
              </w:rPr>
              <w:lastRenderedPageBreak/>
              <w:t>6. SÍNTESIS EVALUATIVA</w:t>
            </w:r>
          </w:p>
        </w:tc>
      </w:tr>
      <w:tr w:rsidR="0010517E" w14:paraId="6F8662DD" w14:textId="77777777">
        <w:trPr>
          <w:cantSplit/>
          <w:trHeight w:val="691"/>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E07672A" w14:textId="77777777" w:rsidR="0010517E" w:rsidRDefault="00643CF3">
            <w:pPr>
              <w:jc w:val="center"/>
            </w:pPr>
            <w:r>
              <w:rPr>
                <w:b/>
                <w:color w:val="000000"/>
                <w:sz w:val="19"/>
              </w:rPr>
              <w:t>Tipo de criterio</w:t>
            </w:r>
          </w:p>
        </w:tc>
        <w:tc>
          <w:tcPr>
            <w:tcW w:w="1420"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D0D6D41" w14:textId="77777777" w:rsidR="0010517E" w:rsidRDefault="00643CF3">
            <w:pPr>
              <w:jc w:val="center"/>
            </w:pPr>
            <w:r>
              <w:rPr>
                <w:b/>
                <w:color w:val="000000"/>
                <w:sz w:val="19"/>
              </w:rPr>
              <w:t>Total de criterios</w:t>
            </w:r>
          </w:p>
        </w:tc>
        <w:tc>
          <w:tcPr>
            <w:tcW w:w="96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253CE5" w14:textId="77777777" w:rsidR="0010517E" w:rsidRDefault="00643CF3">
            <w:pPr>
              <w:jc w:val="center"/>
            </w:pPr>
            <w:r>
              <w:rPr>
                <w:b/>
                <w:color w:val="000000"/>
                <w:sz w:val="19"/>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A9DCE59" w14:textId="77777777" w:rsidR="0010517E" w:rsidRDefault="00643CF3">
            <w:pPr>
              <w:jc w:val="center"/>
            </w:pPr>
            <w:r>
              <w:rPr>
                <w:b/>
                <w:color w:val="000000"/>
                <w:sz w:val="19"/>
              </w:rPr>
              <w:t>Satisfactorio</w:t>
            </w:r>
          </w:p>
        </w:tc>
        <w:tc>
          <w:tcPr>
            <w:tcW w:w="1161"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01E5CD" w14:textId="77777777" w:rsidR="0010517E" w:rsidRDefault="00643CF3">
            <w:pPr>
              <w:jc w:val="center"/>
            </w:pPr>
            <w:r>
              <w:rPr>
                <w:b/>
                <w:color w:val="000000"/>
                <w:sz w:val="19"/>
              </w:rPr>
              <w:t>Suficiente</w:t>
            </w:r>
          </w:p>
        </w:tc>
        <w:tc>
          <w:tcPr>
            <w:tcW w:w="1097"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AD9CF86" w14:textId="77777777" w:rsidR="0010517E" w:rsidRDefault="00643CF3">
            <w:pPr>
              <w:jc w:val="center"/>
            </w:pPr>
            <w:r>
              <w:rPr>
                <w:b/>
                <w:color w:val="000000"/>
                <w:sz w:val="19"/>
              </w:rPr>
              <w:t>Escaso</w:t>
            </w:r>
          </w:p>
        </w:tc>
        <w:tc>
          <w:tcPr>
            <w:tcW w:w="1613"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0FB30A7" w14:textId="77777777" w:rsidR="0010517E" w:rsidRDefault="00643CF3">
            <w:pPr>
              <w:jc w:val="center"/>
            </w:pPr>
            <w:r>
              <w:rPr>
                <w:b/>
                <w:color w:val="000000"/>
                <w:sz w:val="19"/>
              </w:rPr>
              <w:t>No cumple</w:t>
            </w:r>
          </w:p>
        </w:tc>
      </w:tr>
      <w:tr w:rsidR="0010517E" w14:paraId="6C9FC2F4"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8B9D37" w14:textId="77777777" w:rsidR="0010517E" w:rsidRDefault="00643CF3" w:rsidP="005D7BDD">
            <w:r>
              <w:rPr>
                <w:b/>
                <w:color w:val="000000"/>
              </w:rPr>
              <w:t>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1B143C" w14:textId="60810397" w:rsidR="0010517E" w:rsidRDefault="00A76730">
            <w:pPr>
              <w:jc w:val="center"/>
            </w:pPr>
            <w:r>
              <w:rPr>
                <w:b/>
                <w:color w:val="000000"/>
              </w:rPr>
              <w:t>7</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E3FFB1"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D4DE1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5A4DA3"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E614226"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33A724" w14:textId="77777777" w:rsidR="0010517E" w:rsidRDefault="0010517E">
            <w:pPr>
              <w:jc w:val="center"/>
            </w:pPr>
          </w:p>
        </w:tc>
      </w:tr>
      <w:tr w:rsidR="0010517E" w14:paraId="2B9B9ED5"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06F14B" w14:textId="77777777" w:rsidR="0010517E" w:rsidRDefault="00643CF3" w:rsidP="005D7BDD">
            <w:r>
              <w:rPr>
                <w:b/>
                <w:color w:val="000000"/>
              </w:rPr>
              <w:t>No 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39E64" w14:textId="77777777" w:rsidR="0010517E" w:rsidRDefault="00643CF3">
            <w:pPr>
              <w:jc w:val="center"/>
            </w:pPr>
            <w:r>
              <w:rPr>
                <w:b/>
                <w:color w:val="000000"/>
              </w:rPr>
              <w:t>5</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03B7F"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B73075"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CAD09E"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B2459F"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25A0EE" w14:textId="77777777" w:rsidR="0010517E" w:rsidRDefault="0010517E">
            <w:pPr>
              <w:jc w:val="center"/>
            </w:pPr>
          </w:p>
        </w:tc>
      </w:tr>
      <w:tr w:rsidR="0010517E" w14:paraId="2CD5899D"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91917" w14:textId="77777777" w:rsidR="0010517E" w:rsidRDefault="00643CF3" w:rsidP="005D7BDD">
            <w:r>
              <w:rPr>
                <w:b/>
                <w:color w:val="000000"/>
              </w:rPr>
              <w:t>Total general</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B43451" w14:textId="7C48C7C1" w:rsidR="0010517E" w:rsidRDefault="00A76730">
            <w:pPr>
              <w:jc w:val="center"/>
            </w:pPr>
            <w:r>
              <w:rPr>
                <w:b/>
                <w:color w:val="000000"/>
              </w:rPr>
              <w:t>12</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47BA4D"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C3029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48881F"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9AD87E"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701B57" w14:textId="77777777" w:rsidR="0010517E" w:rsidRDefault="0010517E">
            <w:pPr>
              <w:jc w:val="center"/>
            </w:pPr>
          </w:p>
        </w:tc>
      </w:tr>
    </w:tbl>
    <w:p w14:paraId="170D0E91" w14:textId="77777777" w:rsidR="009C6227" w:rsidRDefault="009C6227"/>
    <w:tbl>
      <w:tblPr>
        <w:tblW w:w="0" w:type="auto"/>
        <w:jc w:val="center"/>
        <w:tblLayout w:type="fixed"/>
        <w:tblLook w:val="04A0" w:firstRow="1" w:lastRow="0" w:firstColumn="1" w:lastColumn="0" w:noHBand="0" w:noVBand="1"/>
      </w:tblPr>
      <w:tblGrid>
        <w:gridCol w:w="9356"/>
      </w:tblGrid>
      <w:tr w:rsidR="009C6227" w:rsidRPr="001B0D5F" w14:paraId="40EA9480" w14:textId="77777777" w:rsidTr="00224D58">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6AF4804A" w14:textId="77777777" w:rsidR="009C6227" w:rsidRPr="00643CF3" w:rsidRDefault="009C6227" w:rsidP="00224D58">
            <w:pPr>
              <w:rPr>
                <w:lang w:val="es-PY"/>
              </w:rPr>
            </w:pPr>
            <w:r w:rsidRPr="00643CF3">
              <w:rPr>
                <w:b/>
                <w:color w:val="FFFFFF"/>
                <w:lang w:val="es-PY"/>
              </w:rPr>
              <w:t>7. CONCLUSIONES GENERALES Y VALORACIÓN GLOBAL</w:t>
            </w:r>
          </w:p>
        </w:tc>
      </w:tr>
      <w:tr w:rsidR="009C6227" w:rsidRPr="001B0D5F" w14:paraId="4A8175BA" w14:textId="77777777" w:rsidTr="00485ACC">
        <w:trPr>
          <w:cantSplit/>
          <w:trHeight w:hRule="exact" w:val="85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5AE4865" w14:textId="77777777" w:rsidR="00485ACC" w:rsidRPr="002E51A2" w:rsidRDefault="00485ACC" w:rsidP="00485ACC">
            <w:pPr>
              <w:jc w:val="both"/>
              <w:rPr>
                <w:color w:val="A6A6A6" w:themeColor="background1" w:themeShade="A6"/>
                <w:lang w:val="es-PY"/>
              </w:rPr>
            </w:pPr>
            <w:r w:rsidRPr="002E51A2">
              <w:rPr>
                <w:color w:val="A6A6A6" w:themeColor="background1" w:themeShade="A6"/>
                <w:lang w:val="es-PY"/>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1A1C352B" w14:textId="77777777" w:rsidR="00485ACC" w:rsidRPr="002E51A2" w:rsidRDefault="00485ACC" w:rsidP="00485ACC">
            <w:pPr>
              <w:jc w:val="both"/>
              <w:rPr>
                <w:color w:val="A6A6A6" w:themeColor="background1" w:themeShade="A6"/>
                <w:lang w:val="es-PY"/>
              </w:rPr>
            </w:pPr>
            <w:r w:rsidRPr="002E51A2">
              <w:rPr>
                <w:color w:val="A6A6A6" w:themeColor="background1" w:themeShade="A6"/>
                <w:lang w:val="es-PY"/>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024FCD3E" w14:textId="77777777" w:rsidR="009C6227" w:rsidRPr="00643CF3" w:rsidRDefault="009C6227" w:rsidP="00485ACC">
            <w:pPr>
              <w:jc w:val="both"/>
              <w:rPr>
                <w:lang w:val="es-PY"/>
              </w:rPr>
            </w:pPr>
          </w:p>
        </w:tc>
      </w:tr>
    </w:tbl>
    <w:p w14:paraId="3CA92AE7" w14:textId="56383CF2" w:rsidR="00643CF3" w:rsidRPr="00643CF3" w:rsidRDefault="00643CF3">
      <w:pPr>
        <w:rPr>
          <w:lang w:val="es-PY"/>
        </w:rPr>
      </w:pPr>
    </w:p>
    <w:sectPr w:rsidR="00643CF3" w:rsidRPr="00643CF3" w:rsidSect="00224D58">
      <w:pgSz w:w="12240" w:h="15840"/>
      <w:pgMar w:top="1138" w:right="616" w:bottom="1138" w:left="1701" w:header="288" w:footer="102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F5EA8"/>
    <w:multiLevelType w:val="hybridMultilevel"/>
    <w:tmpl w:val="4858D824"/>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092B7466"/>
    <w:multiLevelType w:val="hybridMultilevel"/>
    <w:tmpl w:val="8056FD94"/>
    <w:lvl w:ilvl="0" w:tplc="3C0A000F">
      <w:start w:val="4"/>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0A756C80"/>
    <w:multiLevelType w:val="hybridMultilevel"/>
    <w:tmpl w:val="59069AE0"/>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0E5A434D"/>
    <w:multiLevelType w:val="hybridMultilevel"/>
    <w:tmpl w:val="7B84F65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11BD4538"/>
    <w:multiLevelType w:val="hybridMultilevel"/>
    <w:tmpl w:val="BB36B4A0"/>
    <w:lvl w:ilvl="0" w:tplc="3C0A000F">
      <w:start w:val="7"/>
      <w:numFmt w:val="decimal"/>
      <w:lvlText w:val="%1."/>
      <w:lvlJc w:val="left"/>
      <w:pPr>
        <w:ind w:left="928" w:hanging="360"/>
      </w:pPr>
      <w:rPr>
        <w:rFonts w:cs="Times New Roman" w:hint="default"/>
      </w:rPr>
    </w:lvl>
    <w:lvl w:ilvl="1" w:tplc="3C0A0019" w:tentative="1">
      <w:start w:val="1"/>
      <w:numFmt w:val="lowerLetter"/>
      <w:lvlText w:val="%2."/>
      <w:lvlJc w:val="left"/>
      <w:pPr>
        <w:ind w:left="1648" w:hanging="360"/>
      </w:pPr>
    </w:lvl>
    <w:lvl w:ilvl="2" w:tplc="3C0A001B" w:tentative="1">
      <w:start w:val="1"/>
      <w:numFmt w:val="lowerRoman"/>
      <w:lvlText w:val="%3."/>
      <w:lvlJc w:val="right"/>
      <w:pPr>
        <w:ind w:left="2368" w:hanging="180"/>
      </w:pPr>
    </w:lvl>
    <w:lvl w:ilvl="3" w:tplc="3C0A000F" w:tentative="1">
      <w:start w:val="1"/>
      <w:numFmt w:val="decimal"/>
      <w:lvlText w:val="%4."/>
      <w:lvlJc w:val="left"/>
      <w:pPr>
        <w:ind w:left="3088" w:hanging="360"/>
      </w:pPr>
    </w:lvl>
    <w:lvl w:ilvl="4" w:tplc="3C0A0019" w:tentative="1">
      <w:start w:val="1"/>
      <w:numFmt w:val="lowerLetter"/>
      <w:lvlText w:val="%5."/>
      <w:lvlJc w:val="left"/>
      <w:pPr>
        <w:ind w:left="3808" w:hanging="360"/>
      </w:pPr>
    </w:lvl>
    <w:lvl w:ilvl="5" w:tplc="3C0A001B" w:tentative="1">
      <w:start w:val="1"/>
      <w:numFmt w:val="lowerRoman"/>
      <w:lvlText w:val="%6."/>
      <w:lvlJc w:val="right"/>
      <w:pPr>
        <w:ind w:left="4528" w:hanging="180"/>
      </w:pPr>
    </w:lvl>
    <w:lvl w:ilvl="6" w:tplc="3C0A000F" w:tentative="1">
      <w:start w:val="1"/>
      <w:numFmt w:val="decimal"/>
      <w:lvlText w:val="%7."/>
      <w:lvlJc w:val="left"/>
      <w:pPr>
        <w:ind w:left="5248" w:hanging="360"/>
      </w:pPr>
    </w:lvl>
    <w:lvl w:ilvl="7" w:tplc="3C0A0019" w:tentative="1">
      <w:start w:val="1"/>
      <w:numFmt w:val="lowerLetter"/>
      <w:lvlText w:val="%8."/>
      <w:lvlJc w:val="left"/>
      <w:pPr>
        <w:ind w:left="5968" w:hanging="360"/>
      </w:pPr>
    </w:lvl>
    <w:lvl w:ilvl="8" w:tplc="3C0A001B" w:tentative="1">
      <w:start w:val="1"/>
      <w:numFmt w:val="lowerRoman"/>
      <w:lvlText w:val="%9."/>
      <w:lvlJc w:val="right"/>
      <w:pPr>
        <w:ind w:left="6688" w:hanging="180"/>
      </w:pPr>
    </w:lvl>
  </w:abstractNum>
  <w:abstractNum w:abstractNumId="15" w15:restartNumberingAfterBreak="0">
    <w:nsid w:val="124F022B"/>
    <w:multiLevelType w:val="hybridMultilevel"/>
    <w:tmpl w:val="2D94E450"/>
    <w:lvl w:ilvl="0" w:tplc="3C0A000F">
      <w:start w:val="8"/>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22E42E6A"/>
    <w:multiLevelType w:val="hybridMultilevel"/>
    <w:tmpl w:val="D9C29F9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24F344F5"/>
    <w:multiLevelType w:val="hybridMultilevel"/>
    <w:tmpl w:val="6058A17E"/>
    <w:lvl w:ilvl="0" w:tplc="3C0A000F">
      <w:start w:val="7"/>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390D7607"/>
    <w:multiLevelType w:val="hybridMultilevel"/>
    <w:tmpl w:val="D17AF302"/>
    <w:lvl w:ilvl="0" w:tplc="3C0A000F">
      <w:start w:val="2"/>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40AF445C"/>
    <w:multiLevelType w:val="multilevel"/>
    <w:tmpl w:val="76F8814E"/>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446922F8"/>
    <w:multiLevelType w:val="multilevel"/>
    <w:tmpl w:val="8F927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6963AE"/>
    <w:multiLevelType w:val="hybridMultilevel"/>
    <w:tmpl w:val="394C6B28"/>
    <w:lvl w:ilvl="0" w:tplc="3C0A000F">
      <w:start w:val="2"/>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54561BAE"/>
    <w:multiLevelType w:val="hybridMultilevel"/>
    <w:tmpl w:val="BB74D0D2"/>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4"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071033433">
    <w:abstractNumId w:val="8"/>
  </w:num>
  <w:num w:numId="2" w16cid:durableId="1735541096">
    <w:abstractNumId w:val="6"/>
  </w:num>
  <w:num w:numId="3" w16cid:durableId="2021924734">
    <w:abstractNumId w:val="5"/>
  </w:num>
  <w:num w:numId="4" w16cid:durableId="2070837497">
    <w:abstractNumId w:val="4"/>
  </w:num>
  <w:num w:numId="5" w16cid:durableId="608859834">
    <w:abstractNumId w:val="7"/>
  </w:num>
  <w:num w:numId="6" w16cid:durableId="569578769">
    <w:abstractNumId w:val="3"/>
  </w:num>
  <w:num w:numId="7" w16cid:durableId="910428382">
    <w:abstractNumId w:val="2"/>
  </w:num>
  <w:num w:numId="8" w16cid:durableId="1901669539">
    <w:abstractNumId w:val="1"/>
  </w:num>
  <w:num w:numId="9" w16cid:durableId="1071318726">
    <w:abstractNumId w:val="0"/>
  </w:num>
  <w:num w:numId="10" w16cid:durableId="63914737">
    <w:abstractNumId w:val="23"/>
  </w:num>
  <w:num w:numId="11" w16cid:durableId="1048073160">
    <w:abstractNumId w:val="24"/>
  </w:num>
  <w:num w:numId="12" w16cid:durableId="378434377">
    <w:abstractNumId w:val="20"/>
  </w:num>
  <w:num w:numId="13" w16cid:durableId="118113278">
    <w:abstractNumId w:val="19"/>
  </w:num>
  <w:num w:numId="14" w16cid:durableId="1134329796">
    <w:abstractNumId w:val="10"/>
  </w:num>
  <w:num w:numId="15" w16cid:durableId="517740884">
    <w:abstractNumId w:val="13"/>
  </w:num>
  <w:num w:numId="16" w16cid:durableId="502860001">
    <w:abstractNumId w:val="16"/>
  </w:num>
  <w:num w:numId="17" w16cid:durableId="2000880795">
    <w:abstractNumId w:val="17"/>
  </w:num>
  <w:num w:numId="18" w16cid:durableId="706758058">
    <w:abstractNumId w:val="12"/>
  </w:num>
  <w:num w:numId="19" w16cid:durableId="1685326498">
    <w:abstractNumId w:val="22"/>
  </w:num>
  <w:num w:numId="20" w16cid:durableId="1738479005">
    <w:abstractNumId w:val="9"/>
  </w:num>
  <w:num w:numId="21" w16cid:durableId="838469499">
    <w:abstractNumId w:val="11"/>
  </w:num>
  <w:num w:numId="22" w16cid:durableId="1756903615">
    <w:abstractNumId w:val="15"/>
  </w:num>
  <w:num w:numId="23" w16cid:durableId="738136562">
    <w:abstractNumId w:val="14"/>
  </w:num>
  <w:num w:numId="24" w16cid:durableId="322394907">
    <w:abstractNumId w:val="18"/>
  </w:num>
  <w:num w:numId="25" w16cid:durableId="2287342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5E32"/>
    <w:rsid w:val="00010B74"/>
    <w:rsid w:val="00034616"/>
    <w:rsid w:val="0006063C"/>
    <w:rsid w:val="00071A6D"/>
    <w:rsid w:val="000B1B8E"/>
    <w:rsid w:val="0010517E"/>
    <w:rsid w:val="0015074B"/>
    <w:rsid w:val="0018706C"/>
    <w:rsid w:val="0019499D"/>
    <w:rsid w:val="001B0D5F"/>
    <w:rsid w:val="001D21CD"/>
    <w:rsid w:val="00224D58"/>
    <w:rsid w:val="00233B1E"/>
    <w:rsid w:val="00246474"/>
    <w:rsid w:val="00260CB0"/>
    <w:rsid w:val="00291F93"/>
    <w:rsid w:val="0029639D"/>
    <w:rsid w:val="002E3378"/>
    <w:rsid w:val="002F2769"/>
    <w:rsid w:val="00326F90"/>
    <w:rsid w:val="00356F7A"/>
    <w:rsid w:val="003779D2"/>
    <w:rsid w:val="003B4108"/>
    <w:rsid w:val="00410F8B"/>
    <w:rsid w:val="00431B84"/>
    <w:rsid w:val="00485ACC"/>
    <w:rsid w:val="00487FC6"/>
    <w:rsid w:val="004E066A"/>
    <w:rsid w:val="00547EA2"/>
    <w:rsid w:val="005D0BEC"/>
    <w:rsid w:val="005D7BDD"/>
    <w:rsid w:val="005F53A1"/>
    <w:rsid w:val="00614861"/>
    <w:rsid w:val="0062539B"/>
    <w:rsid w:val="00643CF3"/>
    <w:rsid w:val="006705A8"/>
    <w:rsid w:val="00690280"/>
    <w:rsid w:val="00720BA5"/>
    <w:rsid w:val="00797ECA"/>
    <w:rsid w:val="007E24BB"/>
    <w:rsid w:val="00847D3E"/>
    <w:rsid w:val="0086773D"/>
    <w:rsid w:val="00867FD9"/>
    <w:rsid w:val="008C566F"/>
    <w:rsid w:val="008E68A3"/>
    <w:rsid w:val="009B7AD4"/>
    <w:rsid w:val="009C6227"/>
    <w:rsid w:val="00A76730"/>
    <w:rsid w:val="00AA1D8D"/>
    <w:rsid w:val="00B14B75"/>
    <w:rsid w:val="00B317C6"/>
    <w:rsid w:val="00B47730"/>
    <w:rsid w:val="00BF5401"/>
    <w:rsid w:val="00BF5F98"/>
    <w:rsid w:val="00C10B01"/>
    <w:rsid w:val="00C96488"/>
    <w:rsid w:val="00CB0664"/>
    <w:rsid w:val="00CC0341"/>
    <w:rsid w:val="00D56C8E"/>
    <w:rsid w:val="00DB431B"/>
    <w:rsid w:val="00DB7091"/>
    <w:rsid w:val="00E17A1F"/>
    <w:rsid w:val="00E9029A"/>
    <w:rsid w:val="00E92B38"/>
    <w:rsid w:val="00E93055"/>
    <w:rsid w:val="00F62782"/>
    <w:rsid w:val="00FC693F"/>
    <w:rsid w:val="00FD0B68"/>
    <w:rsid w:val="00FD559F"/>
    <w:rsid w:val="00FE4802"/>
    <w:rsid w:val="00FF71F0"/>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7A4E0"/>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0">
    <w:name w:val="Tabla con cuadrícula10"/>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224D58"/>
    <w:pPr>
      <w:spacing w:after="0" w:line="240" w:lineRule="auto"/>
    </w:pPr>
    <w:rPr>
      <w:rFonts w:ascii="Twentieth Century" w:eastAsia="Times New Roman"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85ACC"/>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EDEE-F57E-48BB-8F58-0CFE61C4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9DB4B-940F-4071-A887-C123307D2AB8}">
  <ds:schemaRefs>
    <ds:schemaRef ds:uri="http://schemas.microsoft.com/sharepoint/v3/contenttype/forms"/>
  </ds:schemaRefs>
</ds:datastoreItem>
</file>

<file path=customXml/itemProps3.xml><?xml version="1.0" encoding="utf-8"?>
<ds:datastoreItem xmlns:ds="http://schemas.openxmlformats.org/officeDocument/2006/customXml" ds:itemID="{41CD43F0-BA1D-4469-A3A2-109A17E8CE40}">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FAC0F4BA-ACCD-4BF5-AC5B-E32B40DC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1515</Words>
  <Characters>8333</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9829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2026-09-03T13:45:00Z</dcterms:created>
  <dcterms:modified xsi:type="dcterms:W3CDTF">2026-09-03T13:45:00Z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