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Pr="00F10EBE" w:rsidRDefault="00E26089">
      <w:pPr>
        <w:jc w:val="center"/>
        <w:rPr>
          <w:b/>
          <w:color w:val="000000"/>
          <w:sz w:val="24"/>
          <w:szCs w:val="24"/>
          <w:lang w:val="es-PY"/>
        </w:rPr>
      </w:pPr>
      <w:r w:rsidRPr="00F10EBE">
        <w:rPr>
          <w:b/>
          <w:color w:val="000000"/>
          <w:sz w:val="24"/>
          <w:szCs w:val="24"/>
          <w:lang w:val="es-PY"/>
        </w:rPr>
        <w:t>MODELO NACIONAL DE EVALUACIÓN Y ACREDITACIÓN DE LA</w:t>
      </w:r>
      <w:r w:rsidRPr="00F10EBE">
        <w:rPr>
          <w:b/>
          <w:color w:val="000000"/>
          <w:sz w:val="24"/>
          <w:szCs w:val="24"/>
          <w:lang w:val="es-PY"/>
        </w:rPr>
        <w:br/>
        <w:t>EDUCACIÓN SUPERIOR</w:t>
      </w:r>
    </w:p>
    <w:p w14:paraId="76E211FF" w14:textId="77777777" w:rsidR="00375206" w:rsidRPr="00F10EBE" w:rsidRDefault="00375206">
      <w:pPr>
        <w:jc w:val="center"/>
        <w:rPr>
          <w:b/>
          <w:color w:val="000000"/>
          <w:sz w:val="24"/>
          <w:szCs w:val="24"/>
          <w:lang w:val="es-PY"/>
        </w:rPr>
      </w:pPr>
    </w:p>
    <w:p w14:paraId="219F6A02" w14:textId="77777777" w:rsidR="00375206" w:rsidRPr="00F10EBE" w:rsidRDefault="00375206" w:rsidP="00375206">
      <w:pPr>
        <w:spacing w:line="278" w:lineRule="auto"/>
        <w:jc w:val="center"/>
        <w:rPr>
          <w:b/>
          <w:bCs/>
          <w:sz w:val="24"/>
          <w:szCs w:val="24"/>
          <w:lang w:val="es-PY"/>
        </w:rPr>
      </w:pPr>
      <w:r w:rsidRPr="00F10EBE">
        <w:rPr>
          <w:b/>
          <w:bCs/>
          <w:sz w:val="24"/>
          <w:szCs w:val="24"/>
          <w:lang w:val="es-PY"/>
        </w:rPr>
        <w:t xml:space="preserve">SISTEMA DE EVALUACIÓN DE LA CALIDAD DE LA EDUCACIÓN SUPERIOR POR FASES </w:t>
      </w:r>
    </w:p>
    <w:p w14:paraId="7BB2A185" w14:textId="77777777" w:rsidR="00375206" w:rsidRPr="00F10EBE" w:rsidRDefault="00375206" w:rsidP="00375206">
      <w:pPr>
        <w:spacing w:line="278" w:lineRule="auto"/>
        <w:jc w:val="center"/>
        <w:rPr>
          <w:b/>
          <w:bCs/>
          <w:sz w:val="24"/>
          <w:szCs w:val="24"/>
          <w:lang w:val="es-PY"/>
        </w:rPr>
      </w:pPr>
      <w:r w:rsidRPr="00F10EBE">
        <w:rPr>
          <w:b/>
          <w:bCs/>
          <w:sz w:val="24"/>
          <w:szCs w:val="24"/>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6DBB1E4B" w:rsidR="000C6B7D" w:rsidRDefault="00E26089">
      <w:pPr>
        <w:jc w:val="center"/>
        <w:rPr>
          <w:b/>
          <w:color w:val="000000"/>
          <w:sz w:val="22"/>
          <w:lang w:val="es-PY"/>
        </w:rPr>
      </w:pPr>
      <w:r w:rsidRPr="00E26089">
        <w:rPr>
          <w:b/>
          <w:color w:val="000000"/>
          <w:sz w:val="22"/>
          <w:lang w:val="es-PY"/>
        </w:rPr>
        <w:t xml:space="preserve">MAESTRÍA </w:t>
      </w:r>
      <w:r w:rsidR="00940D99">
        <w:rPr>
          <w:b/>
          <w:color w:val="000000"/>
          <w:sz w:val="22"/>
          <w:lang w:val="es-PY"/>
        </w:rPr>
        <w:t>INVESTIGATIVA</w:t>
      </w:r>
      <w:r w:rsidR="00541F53">
        <w:rPr>
          <w:b/>
          <w:color w:val="000000"/>
          <w:sz w:val="22"/>
          <w:lang w:val="es-PY"/>
        </w:rPr>
        <w:t xml:space="preserve"> - </w:t>
      </w:r>
      <w:r w:rsidRPr="00E26089">
        <w:rPr>
          <w:b/>
          <w:color w:val="000000"/>
          <w:sz w:val="22"/>
          <w:lang w:val="es-PY"/>
        </w:rPr>
        <w:t xml:space="preserve">MODALIDAD PRESENCIAL </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F10EBE"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proofErr w:type="spellStart"/>
            <w:r>
              <w:rPr>
                <w:b/>
                <w:color w:val="000000"/>
              </w:rPr>
              <w:t>Dirección</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F10EBE"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F10EBE"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77777777" w:rsidR="000C6B7D" w:rsidRDefault="00E26089">
            <w:r>
              <w:rPr>
                <w:b/>
                <w:color w:val="000000"/>
              </w:rPr>
              <w:t>Teléfono de contacto: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2F600D58" w14:textId="77777777" w:rsidR="00F10EBE" w:rsidRDefault="00F10EBE" w:rsidP="00F10EBE">
      <w:pPr>
        <w:widowControl w:val="0"/>
        <w:tabs>
          <w:tab w:val="left" w:pos="1001"/>
        </w:tabs>
        <w:autoSpaceDE w:val="0"/>
        <w:autoSpaceDN w:val="0"/>
        <w:spacing w:before="180" w:after="40" w:line="259" w:lineRule="auto"/>
        <w:ind w:right="-2"/>
        <w:contextualSpacing/>
        <w:rPr>
          <w:b/>
          <w:color w:val="FFFFFF"/>
          <w:sz w:val="22"/>
          <w:lang w:val="es-ES"/>
        </w:rPr>
      </w:pPr>
    </w:p>
    <w:p w14:paraId="6A45E2B5" w14:textId="439E6A47"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92337E">
      <w:pPr>
        <w:widowControl w:val="0"/>
        <w:autoSpaceDE w:val="0"/>
        <w:autoSpaceDN w:val="0"/>
        <w:spacing w:after="40"/>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F10EBE" w14:paraId="52FFE2C0" w14:textId="77777777" w:rsidTr="005D12D8">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5D12D8">
            <w:pPr>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5D12D8">
            <w:pPr>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5D12D8">
            <w:pPr>
              <w:numPr>
                <w:ilvl w:val="0"/>
                <w:numId w:val="10"/>
              </w:numPr>
              <w:jc w:val="both"/>
              <w:rPr>
                <w:b/>
                <w:bCs/>
                <w:color w:val="A6A6A6"/>
                <w:szCs w:val="20"/>
              </w:rPr>
            </w:pPr>
            <w:r w:rsidRPr="005D12D8">
              <w:rPr>
                <w:b/>
                <w:bCs/>
                <w:color w:val="A6A6A6"/>
                <w:szCs w:val="20"/>
              </w:rPr>
              <w:t>Identificación institucional:</w:t>
            </w:r>
          </w:p>
          <w:p w14:paraId="71D277BB" w14:textId="77777777" w:rsidR="0092337E" w:rsidRPr="005D12D8" w:rsidRDefault="0092337E" w:rsidP="005D12D8">
            <w:pPr>
              <w:numPr>
                <w:ilvl w:val="0"/>
                <w:numId w:val="11"/>
              </w:numPr>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5D12D8">
            <w:pPr>
              <w:numPr>
                <w:ilvl w:val="0"/>
                <w:numId w:val="11"/>
              </w:numPr>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5D12D8">
            <w:pPr>
              <w:numPr>
                <w:ilvl w:val="0"/>
                <w:numId w:val="11"/>
              </w:numPr>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5D12D8">
            <w:pPr>
              <w:jc w:val="both"/>
              <w:rPr>
                <w:color w:val="A6A6A6"/>
                <w:szCs w:val="20"/>
              </w:rPr>
            </w:pPr>
          </w:p>
          <w:p w14:paraId="5DF04996" w14:textId="77777777" w:rsidR="0092337E" w:rsidRPr="005D12D8" w:rsidRDefault="0092337E" w:rsidP="005D12D8">
            <w:pPr>
              <w:numPr>
                <w:ilvl w:val="0"/>
                <w:numId w:val="10"/>
              </w:numPr>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5D12D8">
            <w:pPr>
              <w:numPr>
                <w:ilvl w:val="0"/>
                <w:numId w:val="11"/>
              </w:numPr>
              <w:jc w:val="both"/>
              <w:rPr>
                <w:color w:val="A6A6A6"/>
                <w:szCs w:val="20"/>
              </w:rPr>
            </w:pPr>
            <w:r w:rsidRPr="005D12D8">
              <w:rPr>
                <w:color w:val="A6A6A6"/>
                <w:szCs w:val="20"/>
              </w:rPr>
              <w:t>Declaración oficial vigente.</w:t>
            </w:r>
          </w:p>
          <w:p w14:paraId="580E9458" w14:textId="77777777" w:rsidR="0092337E" w:rsidRPr="005D12D8" w:rsidRDefault="0092337E" w:rsidP="005D12D8">
            <w:pPr>
              <w:numPr>
                <w:ilvl w:val="0"/>
                <w:numId w:val="11"/>
              </w:numPr>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5D12D8">
            <w:pPr>
              <w:numPr>
                <w:ilvl w:val="0"/>
                <w:numId w:val="11"/>
              </w:numPr>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5D12D8">
            <w:pPr>
              <w:jc w:val="both"/>
              <w:rPr>
                <w:color w:val="A6A6A6"/>
                <w:szCs w:val="20"/>
              </w:rPr>
            </w:pPr>
          </w:p>
          <w:p w14:paraId="2A9D01C7" w14:textId="77777777" w:rsidR="0092337E" w:rsidRPr="005D12D8" w:rsidRDefault="0092337E" w:rsidP="005D12D8">
            <w:pPr>
              <w:numPr>
                <w:ilvl w:val="0"/>
                <w:numId w:val="10"/>
              </w:numPr>
              <w:jc w:val="both"/>
              <w:rPr>
                <w:b/>
                <w:bCs/>
                <w:color w:val="A6A6A6"/>
                <w:szCs w:val="20"/>
              </w:rPr>
            </w:pPr>
            <w:r w:rsidRPr="005D12D8">
              <w:rPr>
                <w:b/>
                <w:bCs/>
                <w:color w:val="A6A6A6"/>
                <w:szCs w:val="20"/>
              </w:rPr>
              <w:t>Estructura organizacional:</w:t>
            </w:r>
          </w:p>
          <w:p w14:paraId="6459F98C" w14:textId="77777777" w:rsidR="0092337E" w:rsidRPr="005D12D8" w:rsidRDefault="0092337E" w:rsidP="005D12D8">
            <w:pPr>
              <w:numPr>
                <w:ilvl w:val="0"/>
                <w:numId w:val="11"/>
              </w:numPr>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5D12D8">
            <w:pPr>
              <w:numPr>
                <w:ilvl w:val="0"/>
                <w:numId w:val="11"/>
              </w:numPr>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5D12D8">
            <w:pPr>
              <w:numPr>
                <w:ilvl w:val="0"/>
                <w:numId w:val="11"/>
              </w:numPr>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5D12D8">
            <w:pPr>
              <w:jc w:val="both"/>
              <w:rPr>
                <w:color w:val="A6A6A6"/>
                <w:szCs w:val="20"/>
              </w:rPr>
            </w:pPr>
          </w:p>
          <w:p w14:paraId="4A1654A6" w14:textId="77777777" w:rsidR="0092337E" w:rsidRPr="005D12D8" w:rsidRDefault="0092337E" w:rsidP="005D12D8">
            <w:pPr>
              <w:numPr>
                <w:ilvl w:val="0"/>
                <w:numId w:val="10"/>
              </w:numPr>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5D12D8">
            <w:pPr>
              <w:numPr>
                <w:ilvl w:val="0"/>
                <w:numId w:val="11"/>
              </w:numPr>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5D12D8">
            <w:pPr>
              <w:numPr>
                <w:ilvl w:val="0"/>
                <w:numId w:val="11"/>
              </w:numPr>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5D12D8">
            <w:pPr>
              <w:numPr>
                <w:ilvl w:val="0"/>
                <w:numId w:val="11"/>
              </w:numPr>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5D12D8">
            <w:pPr>
              <w:jc w:val="both"/>
              <w:rPr>
                <w:color w:val="A6A6A6"/>
                <w:szCs w:val="20"/>
              </w:rPr>
            </w:pPr>
          </w:p>
          <w:p w14:paraId="145BDA88" w14:textId="77777777" w:rsidR="0092337E" w:rsidRPr="005D12D8" w:rsidRDefault="0092337E" w:rsidP="005D12D8">
            <w:pPr>
              <w:numPr>
                <w:ilvl w:val="0"/>
                <w:numId w:val="10"/>
              </w:numPr>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5D12D8">
            <w:pPr>
              <w:numPr>
                <w:ilvl w:val="0"/>
                <w:numId w:val="11"/>
              </w:numPr>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5D12D8">
            <w:pPr>
              <w:numPr>
                <w:ilvl w:val="0"/>
                <w:numId w:val="11"/>
              </w:numPr>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5D12D8">
            <w:pPr>
              <w:jc w:val="both"/>
              <w:rPr>
                <w:color w:val="A6A6A6"/>
                <w:szCs w:val="20"/>
              </w:rPr>
            </w:pPr>
          </w:p>
          <w:p w14:paraId="214B4A63" w14:textId="77777777" w:rsidR="0092337E" w:rsidRPr="005D12D8" w:rsidRDefault="0092337E" w:rsidP="005D12D8">
            <w:pPr>
              <w:numPr>
                <w:ilvl w:val="0"/>
                <w:numId w:val="10"/>
              </w:numPr>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5D12D8">
            <w:pPr>
              <w:numPr>
                <w:ilvl w:val="0"/>
                <w:numId w:val="11"/>
              </w:numPr>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5D12D8">
            <w:pPr>
              <w:numPr>
                <w:ilvl w:val="0"/>
                <w:numId w:val="11"/>
              </w:numPr>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5D12D8">
            <w:pPr>
              <w:numPr>
                <w:ilvl w:val="0"/>
                <w:numId w:val="11"/>
              </w:numPr>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5D12D8">
            <w:pPr>
              <w:jc w:val="both"/>
              <w:rPr>
                <w:color w:val="A6A6A6"/>
                <w:szCs w:val="20"/>
              </w:rPr>
            </w:pPr>
          </w:p>
          <w:p w14:paraId="2E7B8A0B" w14:textId="77777777" w:rsidR="0092337E" w:rsidRPr="005D12D8" w:rsidRDefault="0092337E" w:rsidP="005D12D8">
            <w:pPr>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46B8DAE" w14:textId="77777777" w:rsidR="0092337E" w:rsidRPr="0092337E" w:rsidRDefault="0092337E" w:rsidP="0092337E">
            <w:pPr>
              <w:rPr>
                <w:color w:val="A6A6A6"/>
                <w:sz w:val="22"/>
                <w:lang w:val="es-ES"/>
              </w:rPr>
            </w:pPr>
          </w:p>
          <w:p w14:paraId="3D272334" w14:textId="77777777" w:rsidR="0092337E" w:rsidRPr="0092337E" w:rsidRDefault="0092337E" w:rsidP="0092337E">
            <w:pPr>
              <w:rPr>
                <w:color w:val="A6A6A6"/>
                <w:sz w:val="22"/>
                <w:lang w:val="es-ES"/>
              </w:rPr>
            </w:pPr>
          </w:p>
          <w:p w14:paraId="217E5750" w14:textId="77777777" w:rsidR="0092337E" w:rsidRPr="0092337E" w:rsidRDefault="0092337E" w:rsidP="0092337E">
            <w:pPr>
              <w:rPr>
                <w:color w:val="A6A6A6"/>
                <w:sz w:val="22"/>
                <w:lang w:val="es-ES"/>
              </w:rPr>
            </w:pPr>
          </w:p>
          <w:p w14:paraId="06E84E3D" w14:textId="77777777" w:rsidR="0092337E" w:rsidRPr="0092337E" w:rsidRDefault="0092337E" w:rsidP="0092337E">
            <w:pPr>
              <w:rPr>
                <w:color w:val="A6A6A6"/>
                <w:sz w:val="22"/>
                <w:lang w:val="es-ES"/>
              </w:rPr>
            </w:pPr>
          </w:p>
          <w:p w14:paraId="190E3A27" w14:textId="77777777" w:rsidR="0092337E" w:rsidRPr="0092337E" w:rsidRDefault="0092337E" w:rsidP="0092337E">
            <w:pPr>
              <w:rPr>
                <w:color w:val="A6A6A6"/>
                <w:sz w:val="22"/>
                <w:lang w:val="es-ES"/>
              </w:rPr>
            </w:pPr>
          </w:p>
          <w:p w14:paraId="51D9A24A" w14:textId="77777777" w:rsidR="0092337E" w:rsidRPr="0092337E" w:rsidRDefault="0092337E" w:rsidP="0092337E">
            <w:pPr>
              <w:rPr>
                <w:color w:val="A6A6A6"/>
                <w:sz w:val="22"/>
                <w:lang w:val="es-ES"/>
              </w:rPr>
            </w:pPr>
          </w:p>
          <w:p w14:paraId="2533CC99" w14:textId="77777777" w:rsidR="0092337E" w:rsidRPr="0092337E" w:rsidRDefault="0092337E" w:rsidP="0092337E">
            <w:pPr>
              <w:rPr>
                <w:color w:val="A6A6A6"/>
                <w:sz w:val="22"/>
                <w:lang w:val="es-ES"/>
              </w:rPr>
            </w:pPr>
          </w:p>
          <w:p w14:paraId="4F3CC9A5" w14:textId="77777777" w:rsidR="0092337E" w:rsidRPr="0092337E" w:rsidRDefault="0092337E" w:rsidP="0092337E">
            <w:pPr>
              <w:rPr>
                <w:color w:val="A6A6A6"/>
                <w:sz w:val="22"/>
                <w:lang w:val="es-ES"/>
              </w:rPr>
            </w:pPr>
          </w:p>
          <w:p w14:paraId="094EB0D3" w14:textId="77777777" w:rsidR="0092337E" w:rsidRPr="0092337E" w:rsidRDefault="0092337E" w:rsidP="0092337E">
            <w:pPr>
              <w:rPr>
                <w:color w:val="A6A6A6"/>
                <w:sz w:val="22"/>
                <w:lang w:val="es-ES"/>
              </w:rPr>
            </w:pPr>
          </w:p>
          <w:p w14:paraId="629C218B" w14:textId="1ABFC4E3" w:rsidR="006331E0" w:rsidRDefault="006331E0" w:rsidP="0092337E">
            <w:pPr>
              <w:rPr>
                <w:color w:val="A6A6A6"/>
                <w:sz w:val="22"/>
                <w:lang w:val="es-ES"/>
              </w:rPr>
            </w:pPr>
          </w:p>
          <w:p w14:paraId="49F107D0" w14:textId="10722E69" w:rsidR="006331E0" w:rsidRDefault="006331E0" w:rsidP="0092337E">
            <w:pPr>
              <w:rPr>
                <w:color w:val="A6A6A6"/>
                <w:sz w:val="22"/>
                <w:lang w:val="es-ES"/>
              </w:rPr>
            </w:pPr>
          </w:p>
          <w:p w14:paraId="076B31EA" w14:textId="3666813A" w:rsidR="005D12D8" w:rsidRDefault="005D12D8" w:rsidP="0092337E">
            <w:pPr>
              <w:rPr>
                <w:color w:val="A6A6A6"/>
                <w:sz w:val="22"/>
                <w:lang w:val="es-ES"/>
              </w:rPr>
            </w:pPr>
          </w:p>
          <w:p w14:paraId="15784FC9" w14:textId="77777777" w:rsidR="005D12D8" w:rsidRPr="0092337E" w:rsidRDefault="005D12D8" w:rsidP="0092337E">
            <w:pPr>
              <w:rPr>
                <w:color w:val="A6A6A6"/>
                <w:sz w:val="22"/>
                <w:lang w:val="es-ES"/>
              </w:rPr>
            </w:pPr>
          </w:p>
          <w:p w14:paraId="50101976" w14:textId="77777777" w:rsidR="0092337E" w:rsidRDefault="0092337E" w:rsidP="0092337E">
            <w:pPr>
              <w:rPr>
                <w:color w:val="A6A6A6"/>
                <w:sz w:val="22"/>
                <w:lang w:val="es-ES"/>
              </w:rPr>
            </w:pPr>
          </w:p>
          <w:p w14:paraId="51916C98" w14:textId="77777777" w:rsidR="001A5A26" w:rsidRPr="0092337E" w:rsidRDefault="001A5A26" w:rsidP="0092337E">
            <w:pPr>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F10EBE" w14:paraId="6A44AB7E" w14:textId="77777777" w:rsidTr="0055474B">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5D12D8">
            <w:pPr>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5D12D8">
            <w:pPr>
              <w:jc w:val="both"/>
              <w:rPr>
                <w:color w:val="A6A6A6"/>
                <w:szCs w:val="20"/>
                <w:lang w:val="es-PY"/>
              </w:rPr>
            </w:pPr>
          </w:p>
          <w:p w14:paraId="554C46CB" w14:textId="3DBEB2D9" w:rsidR="0092337E" w:rsidRPr="005D12D8" w:rsidRDefault="0092337E" w:rsidP="005D12D8">
            <w:pPr>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79F36EC4" w14:textId="77777777"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0"/>
        <w:gridCol w:w="1857"/>
        <w:gridCol w:w="1204"/>
        <w:gridCol w:w="1316"/>
        <w:gridCol w:w="1207"/>
        <w:gridCol w:w="1222"/>
      </w:tblGrid>
      <w:tr w:rsidR="001A5A26" w:rsidRPr="00F10EBE" w14:paraId="4846C0EA" w14:textId="77777777" w:rsidTr="00380C83">
        <w:trPr>
          <w:trHeight w:val="782"/>
          <w:tblHeader/>
          <w:jc w:val="center"/>
        </w:trPr>
        <w:tc>
          <w:tcPr>
            <w:tcW w:w="1417" w:type="pct"/>
            <w:shd w:val="clear" w:color="auto" w:fill="808080" w:themeFill="background1" w:themeFillShade="80"/>
            <w:vAlign w:val="center"/>
          </w:tcPr>
          <w:p w14:paraId="0AED4ED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Oferta académica</w:t>
            </w:r>
          </w:p>
        </w:tc>
        <w:tc>
          <w:tcPr>
            <w:tcW w:w="983" w:type="pct"/>
            <w:shd w:val="clear" w:color="auto" w:fill="808080" w:themeFill="background1" w:themeFillShade="80"/>
            <w:vAlign w:val="center"/>
          </w:tcPr>
          <w:p w14:paraId="4CF553E9" w14:textId="77777777" w:rsidR="001A5A26" w:rsidRPr="0089381D" w:rsidRDefault="001A5A26" w:rsidP="001A5A26">
            <w:pPr>
              <w:jc w:val="center"/>
              <w:rPr>
                <w:rFonts w:eastAsia="Times New Roman" w:cs="Times New Roman"/>
                <w:b/>
                <w:bCs/>
                <w:color w:val="FFFFFF" w:themeColor="background1"/>
                <w:szCs w:val="20"/>
                <w:lang w:val="es-PY" w:eastAsia="es-PY"/>
              </w:rPr>
            </w:pPr>
          </w:p>
          <w:p w14:paraId="7AA0DD05"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Res. de Habilitación</w:t>
            </w:r>
          </w:p>
          <w:p w14:paraId="084BFEAF" w14:textId="77777777" w:rsidR="001A5A26" w:rsidRPr="0089381D" w:rsidRDefault="001A5A26" w:rsidP="001A5A26">
            <w:pPr>
              <w:jc w:val="center"/>
              <w:rPr>
                <w:rFonts w:eastAsia="Times New Roman" w:cs="Times New Roman"/>
                <w:b/>
                <w:bCs/>
                <w:color w:val="FFFFFF" w:themeColor="background1"/>
                <w:szCs w:val="20"/>
                <w:lang w:val="es-PY" w:eastAsia="es-PY"/>
              </w:rPr>
            </w:pPr>
          </w:p>
        </w:tc>
        <w:tc>
          <w:tcPr>
            <w:tcW w:w="639" w:type="pct"/>
            <w:shd w:val="clear" w:color="auto" w:fill="808080" w:themeFill="background1" w:themeFillShade="80"/>
            <w:vAlign w:val="center"/>
          </w:tcPr>
          <w:p w14:paraId="66762868"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inicio</w:t>
            </w:r>
          </w:p>
        </w:tc>
        <w:tc>
          <w:tcPr>
            <w:tcW w:w="672" w:type="pct"/>
            <w:shd w:val="clear" w:color="auto" w:fill="808080" w:themeFill="background1" w:themeFillShade="80"/>
            <w:vAlign w:val="center"/>
          </w:tcPr>
          <w:p w14:paraId="4A504761" w14:textId="77777777" w:rsidR="001A5A26"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 xml:space="preserve">Cantidad de </w:t>
            </w:r>
            <w:r w:rsidR="000868FA">
              <w:rPr>
                <w:rFonts w:eastAsia="Times New Roman" w:cs="Times New Roman"/>
                <w:b/>
                <w:bCs/>
                <w:color w:val="FFFFFF" w:themeColor="background1"/>
                <w:szCs w:val="20"/>
                <w:lang w:val="es-PY" w:eastAsia="es-PY"/>
              </w:rPr>
              <w:t>participantes</w:t>
            </w:r>
          </w:p>
          <w:p w14:paraId="5DF91DC2" w14:textId="0D106DC8" w:rsidR="000868FA" w:rsidRPr="0089381D" w:rsidRDefault="000868FA" w:rsidP="001A5A26">
            <w:pPr>
              <w:jc w:val="center"/>
              <w:rPr>
                <w:rFonts w:eastAsia="Times New Roman" w:cs="Times New Roman"/>
                <w:b/>
                <w:bCs/>
                <w:color w:val="FFFFFF" w:themeColor="background1"/>
                <w:szCs w:val="20"/>
                <w:lang w:val="es-PY" w:eastAsia="es-PY"/>
              </w:rPr>
            </w:pPr>
          </w:p>
        </w:tc>
        <w:tc>
          <w:tcPr>
            <w:tcW w:w="640" w:type="pct"/>
            <w:shd w:val="clear" w:color="auto" w:fill="808080" w:themeFill="background1" w:themeFillShade="80"/>
            <w:vAlign w:val="center"/>
          </w:tcPr>
          <w:p w14:paraId="38F77E9C"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Cantidad de docentes</w:t>
            </w:r>
          </w:p>
        </w:tc>
        <w:tc>
          <w:tcPr>
            <w:tcW w:w="648" w:type="pct"/>
            <w:shd w:val="clear" w:color="auto" w:fill="808080" w:themeFill="background1" w:themeFillShade="80"/>
            <w:vAlign w:val="center"/>
          </w:tcPr>
          <w:p w14:paraId="09C0E61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egreso de la primera promoción de egresados</w:t>
            </w:r>
          </w:p>
        </w:tc>
      </w:tr>
      <w:tr w:rsidR="001A5A26" w:rsidRPr="00F10EBE" w14:paraId="5B4CC02D" w14:textId="77777777" w:rsidTr="00380C83">
        <w:trPr>
          <w:trHeight w:val="1126"/>
          <w:jc w:val="center"/>
        </w:trPr>
        <w:tc>
          <w:tcPr>
            <w:tcW w:w="1417" w:type="pct"/>
            <w:vAlign w:val="center"/>
          </w:tcPr>
          <w:p w14:paraId="5D63A753"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983" w:type="pct"/>
            <w:vAlign w:val="center"/>
          </w:tcPr>
          <w:p w14:paraId="5316FE95"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39" w:type="pct"/>
            <w:vAlign w:val="center"/>
          </w:tcPr>
          <w:p w14:paraId="34317565"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72" w:type="pct"/>
            <w:vAlign w:val="center"/>
          </w:tcPr>
          <w:p w14:paraId="6871604E"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40" w:type="pct"/>
            <w:vAlign w:val="center"/>
          </w:tcPr>
          <w:p w14:paraId="60888E83"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48" w:type="pct"/>
            <w:vAlign w:val="center"/>
          </w:tcPr>
          <w:p w14:paraId="71D0334B" w14:textId="77777777" w:rsidR="001A5A26" w:rsidRPr="001A5A26" w:rsidRDefault="001A5A26" w:rsidP="001A5A26">
            <w:pPr>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F10EBE" w14:paraId="3CB8976C" w14:textId="77777777" w:rsidTr="0055474B">
        <w:tc>
          <w:tcPr>
            <w:tcW w:w="9486" w:type="dxa"/>
          </w:tcPr>
          <w:p w14:paraId="1095F0BD" w14:textId="634148B7" w:rsidR="0055474B" w:rsidRDefault="0055474B" w:rsidP="0055474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55474B">
            <w:pPr>
              <w:jc w:val="both"/>
              <w:rPr>
                <w:rFonts w:ascii="Times New Roman" w:eastAsia="Times New Roman" w:hAnsi="Times New Roman" w:cs="Times New Roman"/>
                <w:szCs w:val="20"/>
                <w:lang w:val="es-PY" w:eastAsia="es-PY"/>
              </w:rPr>
            </w:pPr>
          </w:p>
          <w:p w14:paraId="2D855492" w14:textId="6F0A39C8" w:rsidR="0055474B" w:rsidRPr="0055474B" w:rsidRDefault="0055474B" w:rsidP="0055474B">
            <w:pPr>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F10EBE" w14:paraId="46215F7C" w14:textId="77777777" w:rsidTr="0055474B">
        <w:tc>
          <w:tcPr>
            <w:tcW w:w="9486" w:type="dxa"/>
          </w:tcPr>
          <w:p w14:paraId="5299E099" w14:textId="77777777" w:rsidR="0055474B" w:rsidRPr="0055474B" w:rsidRDefault="0055474B" w:rsidP="0055474B">
            <w:pPr>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Pr="00F10EB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 w:val="22"/>
          <w:lang w:val="es-ES"/>
        </w:rPr>
      </w:pPr>
      <w:r w:rsidRPr="00F10EBE">
        <w:rPr>
          <w:b/>
          <w:color w:val="FFFFFF"/>
          <w:sz w:val="22"/>
          <w:shd w:val="clear" w:color="auto" w:fill="808080" w:themeFill="background1" w:themeFillShade="80"/>
          <w:lang w:val="es-ES"/>
        </w:rPr>
        <w:lastRenderedPageBreak/>
        <w:t xml:space="preserve">5. </w:t>
      </w:r>
      <w:r w:rsidR="0092337E" w:rsidRPr="00F10EBE">
        <w:rPr>
          <w:b/>
          <w:color w:val="FFFFFF"/>
          <w:sz w:val="22"/>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F10EBE" w14:paraId="3BD62029" w14:textId="77777777" w:rsidTr="0055474B">
        <w:tc>
          <w:tcPr>
            <w:tcW w:w="9634" w:type="dxa"/>
          </w:tcPr>
          <w:p w14:paraId="073C5F05" w14:textId="77777777" w:rsidR="0011617B" w:rsidRDefault="0011617B" w:rsidP="0011617B">
            <w:pPr>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F10EBE" w14:paraId="4D8BD8C8" w14:textId="77777777" w:rsidTr="0011617B">
        <w:tc>
          <w:tcPr>
            <w:tcW w:w="9639" w:type="dxa"/>
          </w:tcPr>
          <w:p w14:paraId="2EDDAD76" w14:textId="4930E61F" w:rsidR="0011617B" w:rsidRPr="005D12D8" w:rsidRDefault="0011617B" w:rsidP="0011617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680713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35FF43E"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7B2EA08"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431B633"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0BE40D3" w14:textId="77777777"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7227824A"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499" w:type="dxa"/>
        <w:jc w:val="center"/>
        <w:tblLook w:val="04A0" w:firstRow="1" w:lastRow="0" w:firstColumn="1" w:lastColumn="0" w:noHBand="0" w:noVBand="1"/>
      </w:tblPr>
      <w:tblGrid>
        <w:gridCol w:w="9499"/>
      </w:tblGrid>
      <w:tr w:rsidR="0092337E" w:rsidRPr="00380C83" w14:paraId="520983CC" w14:textId="77777777" w:rsidTr="0089381D">
        <w:trPr>
          <w:cantSplit/>
          <w:trHeight w:hRule="exact" w:val="362"/>
          <w:tblHeader/>
          <w:jc w:val="center"/>
        </w:trPr>
        <w:tc>
          <w:tcPr>
            <w:tcW w:w="9499"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Pr="00380C83" w:rsidRDefault="000C6B7D">
      <w:pPr>
        <w:rPr>
          <w:lang w:val="es-PY"/>
        </w:rPr>
      </w:pPr>
    </w:p>
    <w:tbl>
      <w:tblPr>
        <w:tblW w:w="5000" w:type="pct"/>
        <w:jc w:val="center"/>
        <w:tblLook w:val="04A0" w:firstRow="1" w:lastRow="0" w:firstColumn="1" w:lastColumn="0" w:noHBand="0" w:noVBand="1"/>
      </w:tblPr>
      <w:tblGrid>
        <w:gridCol w:w="1987"/>
        <w:gridCol w:w="5402"/>
        <w:gridCol w:w="694"/>
        <w:gridCol w:w="694"/>
        <w:gridCol w:w="703"/>
      </w:tblGrid>
      <w:tr w:rsidR="000C6B7D" w:rsidRPr="00F10EBE" w14:paraId="569C257F" w14:textId="77777777" w:rsidTr="00E55766">
        <w:trPr>
          <w:cantSplit/>
          <w:trHeight w:hRule="exact" w:val="446"/>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03A560B0" w:rsidR="000C6B7D" w:rsidRPr="00E26089" w:rsidRDefault="00E26089">
            <w:pPr>
              <w:rPr>
                <w:lang w:val="es-PY"/>
              </w:rPr>
            </w:pPr>
            <w:r w:rsidRPr="00E26089">
              <w:rPr>
                <w:b/>
                <w:color w:val="FFFFFF"/>
                <w:lang w:val="es-PY"/>
              </w:rPr>
              <w:t xml:space="preserve">DIMENSIÓN 2. PROYECTO ACADÉMICO Y FORMACIÓN </w:t>
            </w:r>
            <w:r w:rsidR="0073782B">
              <w:rPr>
                <w:b/>
                <w:color w:val="FFFFFF"/>
                <w:lang w:val="es-PY"/>
              </w:rPr>
              <w:t>INVESTIGATIVA</w:t>
            </w:r>
          </w:p>
        </w:tc>
      </w:tr>
      <w:tr w:rsidR="000C6B7D" w14:paraId="1F090D5C" w14:textId="77777777" w:rsidTr="00E55766">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proofErr w:type="spellStart"/>
            <w:r w:rsidRPr="00735EB3">
              <w:rPr>
                <w:b/>
                <w:color w:val="000000"/>
                <w:szCs w:val="20"/>
              </w:rPr>
              <w:t>Criterio</w:t>
            </w:r>
            <w:proofErr w:type="spellEnd"/>
            <w:r w:rsidRPr="00735EB3">
              <w:rPr>
                <w:b/>
                <w:color w:val="000000"/>
                <w:szCs w:val="20"/>
              </w:rPr>
              <w:t xml:space="preserve">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E55766">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89381D" w:rsidRPr="00F10EBE" w14:paraId="510DA82C" w14:textId="77777777" w:rsidTr="00E55766">
        <w:trPr>
          <w:cantSplit/>
          <w:trHeight w:val="45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C29CE1C" w14:textId="77777777" w:rsidR="0089381D" w:rsidRPr="0089381D" w:rsidRDefault="0089381D" w:rsidP="0089381D">
            <w:pPr>
              <w:jc w:val="center"/>
              <w:rPr>
                <w:b/>
                <w:bCs/>
                <w:color w:val="000000"/>
                <w:lang w:val="es-PY"/>
              </w:rPr>
            </w:pPr>
            <w:r w:rsidRPr="0089381D">
              <w:rPr>
                <w:b/>
                <w:bCs/>
                <w:color w:val="000000"/>
                <w:lang w:val="es-PY"/>
              </w:rPr>
              <w:t>Pertinencia del diseño curricular para la formación investigativa</w:t>
            </w:r>
          </w:p>
          <w:p w14:paraId="0C2A4E62" w14:textId="4AD4E6A8" w:rsidR="0089381D" w:rsidRPr="005D12D8" w:rsidRDefault="0089381D" w:rsidP="0089381D">
            <w:pPr>
              <w:jc w:val="center"/>
              <w:rPr>
                <w:lang w:val="es-PY"/>
              </w:rPr>
            </w:pPr>
            <w:r>
              <w:rPr>
                <w:b/>
                <w:bCs/>
                <w:color w:val="FF0000"/>
              </w:rPr>
              <w:t>(Sustantivo)</w:t>
            </w: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0DABD1" w14:textId="46848C98" w:rsidR="0089381D" w:rsidRPr="0073782B" w:rsidRDefault="0089381D" w:rsidP="0073782B">
            <w:pPr>
              <w:pStyle w:val="Prrafodelista"/>
              <w:numPr>
                <w:ilvl w:val="0"/>
                <w:numId w:val="16"/>
              </w:numPr>
              <w:ind w:left="346" w:hanging="283"/>
              <w:jc w:val="both"/>
              <w:rPr>
                <w:lang w:val="es-PY"/>
              </w:rPr>
            </w:pPr>
            <w:r w:rsidRPr="0073782B">
              <w:rPr>
                <w:color w:val="000000"/>
                <w:lang w:val="es-PY"/>
              </w:rPr>
              <w:t>El currículo responde al perfil de egreso definido para una maestría con orientación investigativa.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D8553D1"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EED873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69206B" w14:textId="77777777" w:rsidR="0089381D" w:rsidRPr="005D12D8" w:rsidRDefault="0089381D" w:rsidP="0089381D">
            <w:pPr>
              <w:jc w:val="center"/>
              <w:rPr>
                <w:lang w:val="es-PY"/>
              </w:rPr>
            </w:pPr>
          </w:p>
        </w:tc>
      </w:tr>
      <w:tr w:rsidR="0089381D" w:rsidRPr="00F10EBE" w14:paraId="2DD43C3B" w14:textId="77777777" w:rsidTr="00E55766">
        <w:trPr>
          <w:cantSplit/>
          <w:trHeight w:val="46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F99134"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443CF9" w14:textId="6E37BB69" w:rsidR="0089381D" w:rsidRPr="0073782B" w:rsidRDefault="0089381D" w:rsidP="0073782B">
            <w:pPr>
              <w:pStyle w:val="Prrafodelista"/>
              <w:numPr>
                <w:ilvl w:val="0"/>
                <w:numId w:val="16"/>
              </w:numPr>
              <w:ind w:left="346" w:hanging="283"/>
              <w:jc w:val="both"/>
              <w:rPr>
                <w:lang w:val="es-PY"/>
              </w:rPr>
            </w:pPr>
            <w:r w:rsidRPr="0073782B">
              <w:rPr>
                <w:color w:val="000000"/>
                <w:lang w:val="es-PY"/>
              </w:rPr>
              <w:t xml:space="preserve">Se </w:t>
            </w:r>
            <w:r w:rsidRPr="0073782B">
              <w:rPr>
                <w:lang w:val="es-PY"/>
              </w:rPr>
              <w:t>incluyen</w:t>
            </w:r>
            <w:r w:rsidRPr="0073782B">
              <w:rPr>
                <w:color w:val="000000"/>
                <w:lang w:val="es-PY"/>
              </w:rPr>
              <w:t xml:space="preserve"> espacios de formación metodológica y epistemológica adecuados.</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E4086E"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2433FB"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EB2416" w14:textId="77777777" w:rsidR="0089381D" w:rsidRPr="005D12D8" w:rsidRDefault="0089381D" w:rsidP="0089381D">
            <w:pPr>
              <w:jc w:val="center"/>
              <w:rPr>
                <w:lang w:val="es-PY"/>
              </w:rPr>
            </w:pPr>
          </w:p>
        </w:tc>
      </w:tr>
      <w:tr w:rsidR="0089381D" w:rsidRPr="00F10EBE" w14:paraId="3ECAC2FD" w14:textId="77777777" w:rsidTr="00E55766">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176DEA"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E0729E" w14:textId="6C9F42F0" w:rsidR="0089381D" w:rsidRPr="0073782B" w:rsidRDefault="0089381D" w:rsidP="0073782B">
            <w:pPr>
              <w:pStyle w:val="Prrafodelista"/>
              <w:numPr>
                <w:ilvl w:val="0"/>
                <w:numId w:val="16"/>
              </w:numPr>
              <w:ind w:left="346" w:hanging="283"/>
              <w:jc w:val="both"/>
              <w:rPr>
                <w:lang w:val="es-PY"/>
              </w:rPr>
            </w:pPr>
            <w:r w:rsidRPr="0073782B">
              <w:rPr>
                <w:color w:val="000000"/>
                <w:lang w:val="es-PY"/>
              </w:rPr>
              <w:t>Se articula el plan de estudios con las líneas de investigación institucionales.</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99CB40"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F17246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5DC4834" w14:textId="77777777" w:rsidR="0089381D" w:rsidRPr="005D12D8" w:rsidRDefault="0089381D" w:rsidP="0089381D">
            <w:pPr>
              <w:jc w:val="center"/>
              <w:rPr>
                <w:lang w:val="es-PY"/>
              </w:rPr>
            </w:pPr>
          </w:p>
        </w:tc>
      </w:tr>
      <w:tr w:rsidR="0089381D" w:rsidRPr="00F10EBE" w14:paraId="7496626D" w14:textId="77777777" w:rsidTr="00E55766">
        <w:trPr>
          <w:cantSplit/>
          <w:trHeight w:val="42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3A7446C"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F894E9" w14:textId="59CD6CA9" w:rsidR="0089381D" w:rsidRPr="0073782B" w:rsidRDefault="0089381D" w:rsidP="0073782B">
            <w:pPr>
              <w:pStyle w:val="Prrafodelista"/>
              <w:numPr>
                <w:ilvl w:val="0"/>
                <w:numId w:val="16"/>
              </w:numPr>
              <w:ind w:left="346" w:hanging="283"/>
              <w:jc w:val="both"/>
              <w:rPr>
                <w:lang w:val="es-PY"/>
              </w:rPr>
            </w:pPr>
            <w:r w:rsidRPr="0073782B">
              <w:rPr>
                <w:color w:val="000000"/>
                <w:lang w:val="es-PY"/>
              </w:rPr>
              <w:t>Se promueve el desarrollo de proyectos de investigación en el proceso formativo.</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7598E4"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B77526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0D84A" w14:textId="77777777" w:rsidR="0089381D" w:rsidRPr="005D12D8" w:rsidRDefault="0089381D" w:rsidP="0089381D">
            <w:pPr>
              <w:jc w:val="center"/>
              <w:rPr>
                <w:lang w:val="es-PY"/>
              </w:rPr>
            </w:pPr>
          </w:p>
        </w:tc>
      </w:tr>
      <w:tr w:rsidR="0089381D" w:rsidRPr="00F10EBE" w14:paraId="1EB607DC" w14:textId="77777777" w:rsidTr="00FE53FF">
        <w:trPr>
          <w:cantSplit/>
          <w:trHeight w:val="42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4ADDBE"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tcPr>
          <w:p w14:paraId="7B299C75" w14:textId="6622E0DE" w:rsidR="0089381D" w:rsidRPr="0073782B" w:rsidRDefault="0089381D" w:rsidP="0073782B">
            <w:pPr>
              <w:pStyle w:val="Prrafodelista"/>
              <w:numPr>
                <w:ilvl w:val="0"/>
                <w:numId w:val="16"/>
              </w:numPr>
              <w:ind w:left="346" w:hanging="283"/>
              <w:jc w:val="both"/>
              <w:rPr>
                <w:lang w:val="es-PY"/>
              </w:rPr>
            </w:pPr>
            <w:r w:rsidRPr="0073782B">
              <w:rPr>
                <w:color w:val="000000"/>
                <w:lang w:val="es-PY"/>
              </w:rPr>
              <w:t>El currículo se revisa y actualiza con base en la evaluación académica.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643DED"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A865AB"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D513048" w14:textId="77777777" w:rsidR="0089381D" w:rsidRPr="005D12D8" w:rsidRDefault="0089381D" w:rsidP="0089381D">
            <w:pPr>
              <w:jc w:val="center"/>
              <w:rPr>
                <w:lang w:val="es-PY"/>
              </w:rPr>
            </w:pPr>
          </w:p>
        </w:tc>
      </w:tr>
      <w:tr w:rsidR="000C6B7D" w14:paraId="2CC066E9" w14:textId="77777777" w:rsidTr="00E55766">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E55766" w:rsidRPr="00F10EBE" w14:paraId="4A65327C" w14:textId="77777777" w:rsidTr="00F337DF">
        <w:trPr>
          <w:cantSplit/>
          <w:trHeight w:val="663"/>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1589DE7" w14:textId="77777777" w:rsidR="00F10EBE" w:rsidRPr="00F10EBE" w:rsidRDefault="00F10EBE" w:rsidP="00F10EBE">
            <w:pPr>
              <w:jc w:val="both"/>
              <w:rPr>
                <w:bCs/>
                <w:color w:val="A6A6A6" w:themeColor="background1" w:themeShade="A6"/>
                <w:szCs w:val="20"/>
                <w:lang w:val="es-PY"/>
              </w:rPr>
            </w:pPr>
            <w:r w:rsidRPr="00F10EBE">
              <w:rPr>
                <w:bCs/>
                <w:color w:val="A6A6A6" w:themeColor="background1" w:themeShade="A6"/>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FAE6017" w14:textId="77777777" w:rsidR="00F10EBE" w:rsidRPr="00F10EBE" w:rsidRDefault="00F10EBE" w:rsidP="00F10EBE">
            <w:pPr>
              <w:jc w:val="both"/>
              <w:rPr>
                <w:bCs/>
                <w:color w:val="A6A6A6" w:themeColor="background1" w:themeShade="A6"/>
                <w:szCs w:val="20"/>
                <w:lang w:val="es-PY"/>
              </w:rPr>
            </w:pPr>
            <w:r w:rsidRPr="00F10EBE">
              <w:rPr>
                <w:bCs/>
                <w:color w:val="A6A6A6" w:themeColor="background1" w:themeShade="A6"/>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2EAAE34" w14:textId="13C4D989" w:rsidR="00F10EBE" w:rsidRPr="00F10EBE" w:rsidRDefault="00F10EBE" w:rsidP="00F10EBE">
            <w:pPr>
              <w:jc w:val="both"/>
              <w:rPr>
                <w:bCs/>
                <w:color w:val="A6A6A6" w:themeColor="background1" w:themeShade="A6"/>
                <w:szCs w:val="20"/>
                <w:lang w:val="es-PY"/>
              </w:rPr>
            </w:pPr>
            <w:r w:rsidRPr="00F10EBE">
              <w:rPr>
                <w:bCs/>
                <w:color w:val="A6A6A6" w:themeColor="background1" w:themeShade="A6"/>
                <w:szCs w:val="20"/>
                <w:lang w:val="es-PY"/>
              </w:rPr>
              <w:tab/>
            </w:r>
          </w:p>
          <w:p w14:paraId="3D86F271" w14:textId="77777777" w:rsidR="00E55766" w:rsidRPr="00F10EBE" w:rsidRDefault="00E55766" w:rsidP="00F337DF">
            <w:pPr>
              <w:jc w:val="both"/>
              <w:rPr>
                <w:bCs/>
                <w:color w:val="A6A6A6" w:themeColor="background1" w:themeShade="A6"/>
                <w:szCs w:val="20"/>
                <w:lang w:val="es-PY"/>
              </w:rPr>
            </w:pPr>
          </w:p>
          <w:p w14:paraId="5CFB75C2" w14:textId="77777777" w:rsidR="00E55766" w:rsidRPr="00F10EBE" w:rsidRDefault="00E55766" w:rsidP="00F337DF">
            <w:pPr>
              <w:jc w:val="both"/>
              <w:rPr>
                <w:bCs/>
                <w:color w:val="A6A6A6" w:themeColor="background1" w:themeShade="A6"/>
                <w:szCs w:val="20"/>
                <w:lang w:val="es-PY"/>
              </w:rPr>
            </w:pPr>
          </w:p>
          <w:p w14:paraId="068C20C3" w14:textId="77777777" w:rsidR="00E55766" w:rsidRPr="00F10EBE" w:rsidRDefault="00E55766" w:rsidP="00F337DF">
            <w:pPr>
              <w:jc w:val="both"/>
              <w:rPr>
                <w:bCs/>
                <w:color w:val="A6A6A6" w:themeColor="background1" w:themeShade="A6"/>
                <w:szCs w:val="20"/>
                <w:lang w:val="es-PY"/>
              </w:rPr>
            </w:pPr>
          </w:p>
          <w:p w14:paraId="2C5F55D0" w14:textId="77777777" w:rsidR="00E55766" w:rsidRPr="00F10EBE" w:rsidRDefault="00E55766" w:rsidP="00F337DF">
            <w:pPr>
              <w:jc w:val="both"/>
              <w:rPr>
                <w:bCs/>
                <w:color w:val="A6A6A6" w:themeColor="background1" w:themeShade="A6"/>
                <w:szCs w:val="20"/>
                <w:lang w:val="es-PY"/>
              </w:rPr>
            </w:pPr>
          </w:p>
          <w:p w14:paraId="228D5BF8" w14:textId="77777777" w:rsidR="00E55766" w:rsidRPr="00F10EBE" w:rsidRDefault="00E55766" w:rsidP="00F337DF">
            <w:pPr>
              <w:jc w:val="both"/>
              <w:rPr>
                <w:bCs/>
                <w:color w:val="A6A6A6" w:themeColor="background1" w:themeShade="A6"/>
                <w:szCs w:val="20"/>
                <w:lang w:val="es-PY"/>
              </w:rPr>
            </w:pPr>
          </w:p>
          <w:p w14:paraId="7CD935D2" w14:textId="77777777" w:rsidR="00E55766" w:rsidRPr="00F10EBE" w:rsidRDefault="00E55766" w:rsidP="00F337DF">
            <w:pPr>
              <w:jc w:val="both"/>
              <w:rPr>
                <w:bCs/>
                <w:color w:val="A6A6A6" w:themeColor="background1" w:themeShade="A6"/>
                <w:szCs w:val="20"/>
                <w:lang w:val="es-PY"/>
              </w:rPr>
            </w:pPr>
          </w:p>
          <w:p w14:paraId="64A7B830" w14:textId="77777777" w:rsidR="00E55766" w:rsidRPr="00F10EBE" w:rsidRDefault="00E55766" w:rsidP="00F337DF">
            <w:pPr>
              <w:jc w:val="both"/>
              <w:rPr>
                <w:bCs/>
                <w:color w:val="A6A6A6" w:themeColor="background1" w:themeShade="A6"/>
                <w:szCs w:val="20"/>
                <w:lang w:val="es-PY"/>
              </w:rPr>
            </w:pPr>
          </w:p>
          <w:p w14:paraId="0E802159" w14:textId="77777777" w:rsidR="00E55766" w:rsidRPr="00F10EBE" w:rsidRDefault="00E55766" w:rsidP="00F337DF">
            <w:pPr>
              <w:jc w:val="both"/>
              <w:rPr>
                <w:bCs/>
                <w:color w:val="A6A6A6" w:themeColor="background1" w:themeShade="A6"/>
                <w:szCs w:val="20"/>
                <w:lang w:val="es-PY"/>
              </w:rPr>
            </w:pPr>
          </w:p>
          <w:p w14:paraId="697E156C" w14:textId="77777777" w:rsidR="00E55766" w:rsidRPr="00F10EBE" w:rsidRDefault="00E55766" w:rsidP="00F337DF">
            <w:pPr>
              <w:jc w:val="both"/>
              <w:rPr>
                <w:bCs/>
                <w:color w:val="A6A6A6" w:themeColor="background1" w:themeShade="A6"/>
                <w:szCs w:val="20"/>
                <w:lang w:val="es-PY"/>
              </w:rPr>
            </w:pPr>
          </w:p>
          <w:p w14:paraId="5CAFFBB0" w14:textId="77777777" w:rsidR="00E55766" w:rsidRPr="00F10EBE" w:rsidRDefault="00E55766" w:rsidP="00F337DF">
            <w:pPr>
              <w:jc w:val="both"/>
              <w:rPr>
                <w:bCs/>
                <w:color w:val="A6A6A6" w:themeColor="background1" w:themeShade="A6"/>
                <w:szCs w:val="20"/>
                <w:lang w:val="es-PY"/>
              </w:rPr>
            </w:pPr>
          </w:p>
          <w:p w14:paraId="448ED29E" w14:textId="77777777" w:rsidR="00E55766" w:rsidRPr="00F10EBE" w:rsidRDefault="00E55766" w:rsidP="00F337DF">
            <w:pPr>
              <w:jc w:val="both"/>
              <w:rPr>
                <w:bCs/>
                <w:color w:val="A6A6A6" w:themeColor="background1" w:themeShade="A6"/>
                <w:szCs w:val="20"/>
                <w:lang w:val="es-PY"/>
              </w:rPr>
            </w:pPr>
          </w:p>
          <w:p w14:paraId="5134812F" w14:textId="77777777" w:rsidR="00E55766" w:rsidRPr="00F10EBE" w:rsidRDefault="00E55766" w:rsidP="00F337DF">
            <w:pPr>
              <w:jc w:val="both"/>
              <w:rPr>
                <w:bCs/>
                <w:color w:val="A6A6A6" w:themeColor="background1" w:themeShade="A6"/>
                <w:szCs w:val="20"/>
                <w:lang w:val="es-PY"/>
              </w:rPr>
            </w:pPr>
          </w:p>
          <w:p w14:paraId="287BCDE8" w14:textId="77777777" w:rsidR="00E55766" w:rsidRPr="00F10EBE" w:rsidRDefault="00E55766" w:rsidP="00F337DF">
            <w:pPr>
              <w:jc w:val="both"/>
              <w:rPr>
                <w:bCs/>
                <w:color w:val="A6A6A6" w:themeColor="background1" w:themeShade="A6"/>
                <w:szCs w:val="20"/>
                <w:lang w:val="es-PY"/>
              </w:rPr>
            </w:pPr>
          </w:p>
          <w:p w14:paraId="2E3F5EDE" w14:textId="77777777" w:rsidR="00E55766" w:rsidRPr="00F10EBE" w:rsidRDefault="00E55766" w:rsidP="00F337DF">
            <w:pPr>
              <w:jc w:val="both"/>
              <w:rPr>
                <w:bCs/>
                <w:color w:val="A6A6A6" w:themeColor="background1" w:themeShade="A6"/>
                <w:szCs w:val="20"/>
                <w:lang w:val="es-PY"/>
              </w:rPr>
            </w:pPr>
          </w:p>
          <w:p w14:paraId="0BEE92EF" w14:textId="77777777" w:rsidR="00E55766" w:rsidRPr="00F10EBE" w:rsidRDefault="00E55766" w:rsidP="00F337DF">
            <w:pPr>
              <w:jc w:val="both"/>
              <w:rPr>
                <w:bCs/>
                <w:color w:val="A6A6A6" w:themeColor="background1" w:themeShade="A6"/>
                <w:szCs w:val="20"/>
                <w:lang w:val="es-PY"/>
              </w:rPr>
            </w:pPr>
          </w:p>
          <w:p w14:paraId="1C56FE10" w14:textId="77777777" w:rsidR="00E55766" w:rsidRPr="00F10EBE" w:rsidRDefault="00E55766" w:rsidP="00F337DF">
            <w:pPr>
              <w:jc w:val="both"/>
              <w:rPr>
                <w:bCs/>
                <w:color w:val="A6A6A6" w:themeColor="background1" w:themeShade="A6"/>
                <w:szCs w:val="20"/>
                <w:lang w:val="es-PY"/>
              </w:rPr>
            </w:pPr>
          </w:p>
          <w:p w14:paraId="2AD817A4" w14:textId="77777777" w:rsidR="00E55766" w:rsidRPr="00F10EBE" w:rsidRDefault="00E55766" w:rsidP="00F337DF">
            <w:pPr>
              <w:jc w:val="both"/>
              <w:rPr>
                <w:bCs/>
                <w:color w:val="A6A6A6" w:themeColor="background1" w:themeShade="A6"/>
                <w:szCs w:val="20"/>
                <w:lang w:val="es-PY"/>
              </w:rPr>
            </w:pPr>
          </w:p>
          <w:p w14:paraId="2C61BDC6" w14:textId="77777777" w:rsidR="00E55766" w:rsidRPr="00F10EBE" w:rsidRDefault="00E55766" w:rsidP="00F337DF">
            <w:pPr>
              <w:jc w:val="both"/>
              <w:rPr>
                <w:bCs/>
                <w:color w:val="A6A6A6" w:themeColor="background1" w:themeShade="A6"/>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1DA17D1" w14:textId="77777777" w:rsidR="00F10EBE" w:rsidRPr="00F10EBE" w:rsidRDefault="00F10EBE" w:rsidP="00F10EBE">
            <w:pPr>
              <w:jc w:val="both"/>
              <w:rPr>
                <w:bCs/>
                <w:color w:val="A6A6A6" w:themeColor="background1" w:themeShade="A6"/>
                <w:szCs w:val="20"/>
                <w:lang w:val="es-PY"/>
              </w:rPr>
            </w:pPr>
            <w:r w:rsidRPr="00F10EBE">
              <w:rPr>
                <w:bCs/>
                <w:color w:val="A6A6A6" w:themeColor="background1" w:themeShade="A6"/>
                <w:szCs w:val="20"/>
                <w:lang w:val="es-PY"/>
              </w:rPr>
              <w:t>Enumerar los Medios de Verificación, ejemplo:</w:t>
            </w:r>
          </w:p>
          <w:p w14:paraId="26D06580" w14:textId="77777777" w:rsidR="00F10EBE" w:rsidRPr="00F10EBE" w:rsidRDefault="00F10EBE" w:rsidP="00F10EBE">
            <w:pPr>
              <w:jc w:val="both"/>
              <w:rPr>
                <w:bCs/>
                <w:color w:val="A6A6A6" w:themeColor="background1" w:themeShade="A6"/>
                <w:szCs w:val="20"/>
                <w:lang w:val="es-PY"/>
              </w:rPr>
            </w:pPr>
          </w:p>
          <w:p w14:paraId="23D2984D" w14:textId="77777777" w:rsidR="00F10EBE" w:rsidRPr="00F10EBE" w:rsidRDefault="00F10EBE" w:rsidP="00F10EBE">
            <w:pPr>
              <w:jc w:val="both"/>
              <w:rPr>
                <w:bCs/>
                <w:color w:val="A6A6A6" w:themeColor="background1" w:themeShade="A6"/>
                <w:szCs w:val="20"/>
                <w:lang w:val="es-PY"/>
              </w:rPr>
            </w:pPr>
            <w:r w:rsidRPr="00F10EBE">
              <w:rPr>
                <w:bCs/>
                <w:color w:val="A6A6A6" w:themeColor="background1" w:themeShade="A6"/>
                <w:szCs w:val="20"/>
                <w:lang w:val="es-PY"/>
              </w:rPr>
              <w:t>Anexo 1. Estatuto</w:t>
            </w:r>
          </w:p>
          <w:p w14:paraId="61298050" w14:textId="77777777" w:rsidR="00F10EBE" w:rsidRPr="00F10EBE" w:rsidRDefault="00F10EBE" w:rsidP="00F10EBE">
            <w:pPr>
              <w:jc w:val="both"/>
              <w:rPr>
                <w:bCs/>
                <w:color w:val="A6A6A6" w:themeColor="background1" w:themeShade="A6"/>
                <w:szCs w:val="20"/>
                <w:lang w:val="es-PY"/>
              </w:rPr>
            </w:pPr>
            <w:r w:rsidRPr="00F10EBE">
              <w:rPr>
                <w:bCs/>
                <w:color w:val="A6A6A6" w:themeColor="background1" w:themeShade="A6"/>
                <w:szCs w:val="20"/>
                <w:lang w:val="es-PY"/>
              </w:rPr>
              <w:t>Anexo 2. Manual de Funciones</w:t>
            </w:r>
          </w:p>
          <w:p w14:paraId="3CBA1931" w14:textId="77777777" w:rsidR="00E55766" w:rsidRPr="00F10EBE" w:rsidRDefault="00E55766" w:rsidP="00F337DF">
            <w:pPr>
              <w:jc w:val="both"/>
              <w:rPr>
                <w:bCs/>
                <w:color w:val="A6A6A6" w:themeColor="background1" w:themeShade="A6"/>
                <w:szCs w:val="20"/>
                <w:lang w:val="es-PY"/>
              </w:rPr>
            </w:pPr>
          </w:p>
        </w:tc>
      </w:tr>
    </w:tbl>
    <w:p w14:paraId="1A62989D" w14:textId="77777777" w:rsidR="000C6B7D" w:rsidRPr="00F10EBE" w:rsidRDefault="00E26089">
      <w:pPr>
        <w:rPr>
          <w:lang w:val="es-PY"/>
        </w:rPr>
      </w:pPr>
      <w:r w:rsidRPr="00F10EBE">
        <w:rPr>
          <w:lang w:val="es-PY"/>
        </w:rPr>
        <w:br w:type="page"/>
      </w:r>
    </w:p>
    <w:p w14:paraId="064D538F" w14:textId="6CAA5879" w:rsidR="000C6B7D" w:rsidRPr="00F10EBE" w:rsidRDefault="000C6B7D">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27E6BA6A" w14:textId="77777777" w:rsidTr="00920BB3">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920BB3">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73782B" w:rsidRPr="00F10EBE" w14:paraId="0D8F2D59" w14:textId="77777777" w:rsidTr="00920BB3">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004C37D" w14:textId="77777777" w:rsidR="0073782B" w:rsidRPr="0073782B" w:rsidRDefault="0073782B" w:rsidP="0073782B">
            <w:pPr>
              <w:jc w:val="center"/>
              <w:rPr>
                <w:b/>
                <w:bCs/>
                <w:color w:val="000000"/>
                <w:lang w:val="es-PY"/>
              </w:rPr>
            </w:pPr>
            <w:r w:rsidRPr="0073782B">
              <w:rPr>
                <w:b/>
                <w:bCs/>
                <w:color w:val="000000"/>
                <w:lang w:val="es-PY"/>
              </w:rPr>
              <w:t>Eficacia del acompañamiento al proceso de investigación</w:t>
            </w:r>
          </w:p>
          <w:p w14:paraId="17B20AB6" w14:textId="61CC7DC8" w:rsidR="0073782B" w:rsidRPr="005D12D8" w:rsidRDefault="0073782B" w:rsidP="0073782B">
            <w:pPr>
              <w:jc w:val="center"/>
              <w:rPr>
                <w:lang w:val="es-PY"/>
              </w:rPr>
            </w:pPr>
            <w:r>
              <w:rPr>
                <w:b/>
                <w:bCs/>
                <w:color w:val="EE0000"/>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51A9E8" w14:textId="6B5A9996" w:rsidR="0073782B" w:rsidRPr="0073782B" w:rsidRDefault="0073782B" w:rsidP="0073782B">
            <w:pPr>
              <w:pStyle w:val="Prrafodelista"/>
              <w:numPr>
                <w:ilvl w:val="0"/>
                <w:numId w:val="17"/>
              </w:numPr>
              <w:ind w:left="370" w:hanging="283"/>
              <w:jc w:val="both"/>
              <w:rPr>
                <w:lang w:val="es-PY"/>
              </w:rPr>
            </w:pPr>
            <w:r w:rsidRPr="0073782B">
              <w:rPr>
                <w:color w:val="000000"/>
                <w:lang w:val="es-PY"/>
              </w:rPr>
              <w:t>Existe un sistema formal de asignación de asesores y seguimiento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EFEF30"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B7F055"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8BDC4D" w14:textId="77777777" w:rsidR="0073782B" w:rsidRPr="005D12D8" w:rsidRDefault="0073782B" w:rsidP="0073782B">
            <w:pPr>
              <w:jc w:val="center"/>
              <w:rPr>
                <w:lang w:val="es-PY"/>
              </w:rPr>
            </w:pPr>
          </w:p>
        </w:tc>
      </w:tr>
      <w:tr w:rsidR="0073782B" w:rsidRPr="00F10EBE" w14:paraId="7D718C81" w14:textId="77777777" w:rsidTr="00920BB3">
        <w:trPr>
          <w:cantSplit/>
          <w:trHeight w:val="3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CB6BB9"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F0817B" w14:textId="0DF64028" w:rsidR="0073782B" w:rsidRPr="0073782B" w:rsidRDefault="0073782B" w:rsidP="0073782B">
            <w:pPr>
              <w:pStyle w:val="Prrafodelista"/>
              <w:numPr>
                <w:ilvl w:val="0"/>
                <w:numId w:val="17"/>
              </w:numPr>
              <w:ind w:left="370" w:hanging="283"/>
              <w:jc w:val="both"/>
              <w:rPr>
                <w:lang w:val="es-PY"/>
              </w:rPr>
            </w:pPr>
            <w:r w:rsidRPr="0073782B">
              <w:rPr>
                <w:color w:val="000000"/>
                <w:lang w:val="es-PY"/>
              </w:rPr>
              <w:t>Los asesores cuentan con experiencia en investigación y formación de postgrado.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A42D64"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46E29C5"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455F9B" w14:textId="77777777" w:rsidR="0073782B" w:rsidRPr="005D12D8" w:rsidRDefault="0073782B" w:rsidP="0073782B">
            <w:pPr>
              <w:jc w:val="center"/>
              <w:rPr>
                <w:lang w:val="es-PY"/>
              </w:rPr>
            </w:pPr>
          </w:p>
        </w:tc>
      </w:tr>
      <w:tr w:rsidR="0073782B" w:rsidRPr="00F10EBE" w14:paraId="3FF51506" w14:textId="77777777" w:rsidTr="00920BB3">
        <w:trPr>
          <w:cantSplit/>
          <w:trHeight w:val="38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2830D8"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E68B3D" w14:textId="3D404CDA" w:rsidR="0073782B" w:rsidRPr="0073782B" w:rsidRDefault="0073782B" w:rsidP="0073782B">
            <w:pPr>
              <w:pStyle w:val="Prrafodelista"/>
              <w:numPr>
                <w:ilvl w:val="0"/>
                <w:numId w:val="17"/>
              </w:numPr>
              <w:ind w:left="370" w:hanging="283"/>
              <w:jc w:val="both"/>
              <w:rPr>
                <w:lang w:val="es-PY"/>
              </w:rPr>
            </w:pPr>
            <w:r w:rsidRPr="0073782B">
              <w:rPr>
                <w:color w:val="000000"/>
                <w:lang w:val="es-PY"/>
              </w:rPr>
              <w:t>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F78628E"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698854"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39FAE79" w14:textId="77777777" w:rsidR="0073782B" w:rsidRPr="005D12D8" w:rsidRDefault="0073782B" w:rsidP="0073782B">
            <w:pPr>
              <w:jc w:val="center"/>
              <w:rPr>
                <w:lang w:val="es-PY"/>
              </w:rPr>
            </w:pPr>
          </w:p>
        </w:tc>
      </w:tr>
      <w:tr w:rsidR="0073782B" w:rsidRPr="00F10EBE" w14:paraId="731669DA" w14:textId="77777777" w:rsidTr="00920BB3">
        <w:trPr>
          <w:cantSplit/>
          <w:trHeight w:val="36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346271"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B16C08" w14:textId="008B40D5" w:rsidR="0073782B" w:rsidRPr="0073782B" w:rsidRDefault="0073782B" w:rsidP="0073782B">
            <w:pPr>
              <w:pStyle w:val="Prrafodelista"/>
              <w:numPr>
                <w:ilvl w:val="0"/>
                <w:numId w:val="17"/>
              </w:numPr>
              <w:ind w:left="370" w:hanging="283"/>
              <w:jc w:val="both"/>
              <w:rPr>
                <w:lang w:val="es-PY"/>
              </w:rPr>
            </w:pPr>
            <w:r w:rsidRPr="0073782B">
              <w:rPr>
                <w:rFonts w:eastAsia="Times New Roman"/>
                <w:color w:val="000000"/>
                <w:lang w:val="es-PY"/>
              </w:rPr>
              <w:t>El acompañamiento 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D8A46B9"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C7FC8D"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F3082CB" w14:textId="77777777" w:rsidR="0073782B" w:rsidRPr="005D12D8" w:rsidRDefault="0073782B" w:rsidP="0073782B">
            <w:pPr>
              <w:jc w:val="center"/>
              <w:rPr>
                <w:lang w:val="es-PY"/>
              </w:rPr>
            </w:pPr>
          </w:p>
        </w:tc>
      </w:tr>
      <w:tr w:rsidR="0073782B" w:rsidRPr="00F10EBE" w14:paraId="178E297A" w14:textId="77777777" w:rsidTr="00920BB3">
        <w:trPr>
          <w:cantSplit/>
          <w:trHeight w:val="35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DE7D4AB"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D6835C" w14:textId="15E223EF" w:rsidR="0073782B" w:rsidRPr="0073782B" w:rsidRDefault="0073782B" w:rsidP="0073782B">
            <w:pPr>
              <w:pStyle w:val="Prrafodelista"/>
              <w:numPr>
                <w:ilvl w:val="0"/>
                <w:numId w:val="17"/>
              </w:numPr>
              <w:ind w:left="370" w:hanging="283"/>
              <w:jc w:val="both"/>
              <w:rPr>
                <w:lang w:val="es-PY"/>
              </w:rPr>
            </w:pPr>
            <w:r w:rsidRPr="0073782B">
              <w:rPr>
                <w:color w:val="000000"/>
                <w:lang w:val="es-PY"/>
              </w:rPr>
              <w:t>Se desarrollan espacios formativos para fortalecer competencias investigativas.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7A0EBB"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93D926"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FE8702" w14:textId="77777777" w:rsidR="0073782B" w:rsidRPr="005D12D8" w:rsidRDefault="0073782B" w:rsidP="0073782B">
            <w:pPr>
              <w:jc w:val="center"/>
              <w:rPr>
                <w:lang w:val="es-PY"/>
              </w:rPr>
            </w:pPr>
          </w:p>
        </w:tc>
      </w:tr>
      <w:tr w:rsidR="000C6B7D" w14:paraId="608F9EB9" w14:textId="77777777" w:rsidTr="00920BB3">
        <w:trPr>
          <w:cantSplit/>
          <w:trHeight w:hRule="exact" w:val="44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F337DF">
        <w:trPr>
          <w:cantSplit/>
          <w:trHeight w:hRule="exact" w:val="78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77777777" w:rsidR="000C6B7D" w:rsidRDefault="000C6B7D" w:rsidP="00F337D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F337DF">
            <w:pPr>
              <w:jc w:val="both"/>
            </w:pPr>
          </w:p>
        </w:tc>
      </w:tr>
    </w:tbl>
    <w:p w14:paraId="0A70C11D" w14:textId="5EE77634" w:rsidR="000C6B7D" w:rsidRDefault="000C6B7D"/>
    <w:tbl>
      <w:tblPr>
        <w:tblW w:w="0" w:type="auto"/>
        <w:tblLayout w:type="fixed"/>
        <w:tblLook w:val="04A0" w:firstRow="1" w:lastRow="0" w:firstColumn="1" w:lastColumn="0" w:noHBand="0" w:noVBand="1"/>
      </w:tblPr>
      <w:tblGrid>
        <w:gridCol w:w="4678"/>
        <w:gridCol w:w="4678"/>
      </w:tblGrid>
      <w:tr w:rsidR="00E40931" w:rsidRPr="00F10EBE"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F10EBE" w14:paraId="22215511" w14:textId="77777777" w:rsidTr="00F337DF">
        <w:trPr>
          <w:cantSplit/>
          <w:trHeight w:hRule="exact" w:val="5621"/>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2553B10" w14:textId="7E8F211B" w:rsidR="00E40931" w:rsidRPr="00F10EBE" w:rsidRDefault="00F10EBE" w:rsidP="00F337DF">
            <w:pPr>
              <w:jc w:val="both"/>
              <w:rPr>
                <w:bCs/>
                <w:color w:val="A6A6A6" w:themeColor="background1" w:themeShade="A6"/>
                <w:lang w:val="es-PY"/>
              </w:rPr>
            </w:pPr>
            <w:r w:rsidRPr="00F10EBE">
              <w:rPr>
                <w:bCs/>
                <w:color w:val="A6A6A6" w:themeColor="background1" w:themeShade="A6"/>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F10EBE">
              <w:rPr>
                <w:bCs/>
                <w:color w:val="A6A6A6" w:themeColor="background1" w:themeShade="A6"/>
                <w:lang w:val="es-PY"/>
              </w:rPr>
              <w:tab/>
            </w:r>
          </w:p>
          <w:p w14:paraId="7AC7B3F8" w14:textId="77777777" w:rsidR="00E40931" w:rsidRPr="00F10EBE" w:rsidRDefault="00E40931" w:rsidP="00F337DF">
            <w:pPr>
              <w:jc w:val="both"/>
              <w:rPr>
                <w:bCs/>
                <w:color w:val="A6A6A6" w:themeColor="background1" w:themeShade="A6"/>
                <w:lang w:val="es-PY"/>
              </w:rPr>
            </w:pPr>
          </w:p>
          <w:p w14:paraId="5A502528" w14:textId="77777777" w:rsidR="00E40931" w:rsidRPr="00F10EBE" w:rsidRDefault="00E40931" w:rsidP="00F337DF">
            <w:pPr>
              <w:jc w:val="both"/>
              <w:rPr>
                <w:bCs/>
                <w:color w:val="A6A6A6" w:themeColor="background1" w:themeShade="A6"/>
                <w:lang w:val="es-PY"/>
              </w:rPr>
            </w:pPr>
          </w:p>
          <w:p w14:paraId="4FAE574E" w14:textId="77777777" w:rsidR="00E40931" w:rsidRPr="00F10EBE" w:rsidRDefault="00E40931" w:rsidP="00F337DF">
            <w:pPr>
              <w:jc w:val="both"/>
              <w:rPr>
                <w:bCs/>
                <w:color w:val="A6A6A6" w:themeColor="background1" w:themeShade="A6"/>
                <w:lang w:val="es-PY"/>
              </w:rPr>
            </w:pPr>
          </w:p>
          <w:p w14:paraId="6E583B20" w14:textId="77777777" w:rsidR="00E40931" w:rsidRPr="00F10EBE" w:rsidRDefault="00E40931" w:rsidP="00F337DF">
            <w:pPr>
              <w:jc w:val="both"/>
              <w:rPr>
                <w:bCs/>
                <w:color w:val="A6A6A6" w:themeColor="background1" w:themeShade="A6"/>
                <w:lang w:val="es-PY"/>
              </w:rPr>
            </w:pPr>
          </w:p>
          <w:p w14:paraId="49E13B20" w14:textId="77777777" w:rsidR="00E40931" w:rsidRPr="00F10EBE" w:rsidRDefault="00E40931" w:rsidP="00F337DF">
            <w:pPr>
              <w:jc w:val="both"/>
              <w:rPr>
                <w:bCs/>
                <w:color w:val="A6A6A6" w:themeColor="background1" w:themeShade="A6"/>
                <w:lang w:val="es-PY"/>
              </w:rPr>
            </w:pPr>
          </w:p>
          <w:p w14:paraId="60A6283E" w14:textId="77777777" w:rsidR="00E40931" w:rsidRPr="00F10EBE" w:rsidRDefault="00E40931" w:rsidP="00F337DF">
            <w:pPr>
              <w:jc w:val="both"/>
              <w:rPr>
                <w:bCs/>
                <w:color w:val="A6A6A6" w:themeColor="background1" w:themeShade="A6"/>
                <w:lang w:val="es-PY"/>
              </w:rPr>
            </w:pPr>
          </w:p>
          <w:p w14:paraId="6162C8C2" w14:textId="77777777" w:rsidR="00E40931" w:rsidRPr="00F10EBE" w:rsidRDefault="00E40931" w:rsidP="00F337DF">
            <w:pPr>
              <w:jc w:val="both"/>
              <w:rPr>
                <w:bCs/>
                <w:color w:val="A6A6A6" w:themeColor="background1" w:themeShade="A6"/>
                <w:lang w:val="es-PY"/>
              </w:rPr>
            </w:pPr>
          </w:p>
          <w:p w14:paraId="25BCAC72" w14:textId="77777777" w:rsidR="00E40931" w:rsidRPr="00F10EBE" w:rsidRDefault="00E40931" w:rsidP="00F337DF">
            <w:pPr>
              <w:jc w:val="both"/>
              <w:rPr>
                <w:bCs/>
                <w:color w:val="A6A6A6" w:themeColor="background1" w:themeShade="A6"/>
                <w:lang w:val="es-PY"/>
              </w:rPr>
            </w:pPr>
          </w:p>
          <w:p w14:paraId="52304F74" w14:textId="77777777" w:rsidR="00E40931" w:rsidRPr="00F10EBE" w:rsidRDefault="00E40931" w:rsidP="00F337DF">
            <w:pPr>
              <w:jc w:val="both"/>
              <w:rPr>
                <w:bCs/>
                <w:color w:val="A6A6A6" w:themeColor="background1" w:themeShade="A6"/>
                <w:lang w:val="es-PY"/>
              </w:rPr>
            </w:pPr>
          </w:p>
          <w:p w14:paraId="2264FE44" w14:textId="77777777" w:rsidR="00E40931" w:rsidRPr="00F10EBE" w:rsidRDefault="00E40931" w:rsidP="00F337DF">
            <w:pPr>
              <w:jc w:val="both"/>
              <w:rPr>
                <w:bCs/>
                <w:color w:val="A6A6A6" w:themeColor="background1" w:themeShade="A6"/>
                <w:lang w:val="es-PY"/>
              </w:rPr>
            </w:pPr>
          </w:p>
          <w:p w14:paraId="177B4A7A" w14:textId="77777777" w:rsidR="00E40931" w:rsidRPr="00F10EBE" w:rsidRDefault="00E40931" w:rsidP="00F337DF">
            <w:pPr>
              <w:jc w:val="both"/>
              <w:rPr>
                <w:bCs/>
                <w:color w:val="A6A6A6" w:themeColor="background1" w:themeShade="A6"/>
                <w:lang w:val="es-PY"/>
              </w:rPr>
            </w:pPr>
          </w:p>
          <w:p w14:paraId="6FE4E0A4" w14:textId="77777777" w:rsidR="00E40931" w:rsidRPr="00F10EBE" w:rsidRDefault="00E40931" w:rsidP="00F337DF">
            <w:pPr>
              <w:jc w:val="both"/>
              <w:rPr>
                <w:bCs/>
                <w:color w:val="A6A6A6" w:themeColor="background1" w:themeShade="A6"/>
                <w:lang w:val="es-PY"/>
              </w:rPr>
            </w:pPr>
          </w:p>
          <w:p w14:paraId="3A8AE7DE" w14:textId="77777777" w:rsidR="00E40931" w:rsidRPr="00F10EBE" w:rsidRDefault="00E40931" w:rsidP="00F337DF">
            <w:pPr>
              <w:jc w:val="both"/>
              <w:rPr>
                <w:bCs/>
                <w:color w:val="A6A6A6" w:themeColor="background1" w:themeShade="A6"/>
                <w:lang w:val="es-PY"/>
              </w:rPr>
            </w:pPr>
          </w:p>
          <w:p w14:paraId="7DEE05E3" w14:textId="77777777" w:rsidR="00E40931" w:rsidRPr="00F10EBE" w:rsidRDefault="00E40931" w:rsidP="00F337DF">
            <w:pPr>
              <w:jc w:val="both"/>
              <w:rPr>
                <w:bCs/>
                <w:color w:val="A6A6A6" w:themeColor="background1" w:themeShade="A6"/>
                <w:lang w:val="es-PY"/>
              </w:rPr>
            </w:pPr>
          </w:p>
          <w:p w14:paraId="2F64D84A" w14:textId="77777777" w:rsidR="00E40931" w:rsidRPr="00F10EBE" w:rsidRDefault="00E40931" w:rsidP="00F337DF">
            <w:pPr>
              <w:jc w:val="both"/>
              <w:rPr>
                <w:bCs/>
                <w:color w:val="A6A6A6" w:themeColor="background1" w:themeShade="A6"/>
                <w:lang w:val="es-PY"/>
              </w:rPr>
            </w:pPr>
          </w:p>
          <w:p w14:paraId="4ACA6E6B" w14:textId="77777777" w:rsidR="00E40931" w:rsidRPr="00F10EBE" w:rsidRDefault="00E40931" w:rsidP="00F337DF">
            <w:pPr>
              <w:jc w:val="both"/>
              <w:rPr>
                <w:bCs/>
                <w:color w:val="A6A6A6" w:themeColor="background1" w:themeShade="A6"/>
                <w:lang w:val="es-PY"/>
              </w:rPr>
            </w:pPr>
          </w:p>
          <w:p w14:paraId="52FAC90D" w14:textId="0E413BC9" w:rsidR="00E40931" w:rsidRPr="00F10EBE" w:rsidRDefault="00E40931" w:rsidP="00F337DF">
            <w:pPr>
              <w:jc w:val="both"/>
              <w:rPr>
                <w:bCs/>
                <w:color w:val="A6A6A6" w:themeColor="background1" w:themeShade="A6"/>
                <w:lang w:val="es-PY"/>
              </w:rPr>
            </w:pPr>
          </w:p>
          <w:p w14:paraId="779F34FB" w14:textId="31C06C68" w:rsidR="00877E2D" w:rsidRPr="00F10EBE" w:rsidRDefault="00877E2D" w:rsidP="00F337DF">
            <w:pPr>
              <w:jc w:val="both"/>
              <w:rPr>
                <w:bCs/>
                <w:color w:val="A6A6A6" w:themeColor="background1" w:themeShade="A6"/>
                <w:lang w:val="es-PY"/>
              </w:rPr>
            </w:pPr>
          </w:p>
          <w:p w14:paraId="3E0BA8EC" w14:textId="605C4916" w:rsidR="00877E2D" w:rsidRPr="00F10EBE" w:rsidRDefault="00877E2D" w:rsidP="00F337DF">
            <w:pPr>
              <w:jc w:val="both"/>
              <w:rPr>
                <w:bCs/>
                <w:color w:val="A6A6A6" w:themeColor="background1" w:themeShade="A6"/>
                <w:lang w:val="es-PY"/>
              </w:rPr>
            </w:pPr>
          </w:p>
          <w:p w14:paraId="4F6CCBA6" w14:textId="77777777" w:rsidR="00877E2D" w:rsidRPr="00F10EBE" w:rsidRDefault="00877E2D" w:rsidP="00F337DF">
            <w:pPr>
              <w:jc w:val="both"/>
              <w:rPr>
                <w:bCs/>
                <w:color w:val="A6A6A6" w:themeColor="background1" w:themeShade="A6"/>
                <w:lang w:val="es-PY"/>
              </w:rPr>
            </w:pPr>
          </w:p>
          <w:p w14:paraId="79FFCAD1" w14:textId="77777777" w:rsidR="00E40931" w:rsidRPr="00F10EBE" w:rsidRDefault="00E40931" w:rsidP="00F337DF">
            <w:pPr>
              <w:jc w:val="both"/>
              <w:rPr>
                <w:bCs/>
                <w:color w:val="A6A6A6" w:themeColor="background1" w:themeShade="A6"/>
                <w:lang w:val="es-PY"/>
              </w:rPr>
            </w:pPr>
          </w:p>
          <w:p w14:paraId="65149E9F" w14:textId="77777777" w:rsidR="00E40931" w:rsidRPr="00F10EBE" w:rsidRDefault="00E40931" w:rsidP="00F337DF">
            <w:pPr>
              <w:jc w:val="both"/>
              <w:rPr>
                <w:bCs/>
                <w:color w:val="A6A6A6" w:themeColor="background1" w:themeShade="A6"/>
                <w:lang w:val="es-PY"/>
              </w:rPr>
            </w:pPr>
          </w:p>
          <w:p w14:paraId="63162CC6" w14:textId="5360B793" w:rsidR="00E40931" w:rsidRPr="00F10EBE" w:rsidRDefault="00E40931" w:rsidP="00F337DF">
            <w:pPr>
              <w:jc w:val="both"/>
              <w:rPr>
                <w:bCs/>
                <w:color w:val="A6A6A6" w:themeColor="background1" w:themeShade="A6"/>
                <w:lang w:val="es-PY"/>
              </w:rPr>
            </w:pPr>
          </w:p>
          <w:p w14:paraId="406F6143" w14:textId="0BF31F89" w:rsidR="00E40931" w:rsidRPr="00F10EBE" w:rsidRDefault="00E40931" w:rsidP="00F337DF">
            <w:pPr>
              <w:jc w:val="both"/>
              <w:rPr>
                <w:bCs/>
                <w:color w:val="A6A6A6" w:themeColor="background1" w:themeShade="A6"/>
                <w:lang w:val="es-PY"/>
              </w:rPr>
            </w:pPr>
          </w:p>
          <w:p w14:paraId="090D763B" w14:textId="647D7665" w:rsidR="00E40931" w:rsidRPr="00F10EBE" w:rsidRDefault="00E40931" w:rsidP="00F337DF">
            <w:pPr>
              <w:jc w:val="both"/>
              <w:rPr>
                <w:bCs/>
                <w:color w:val="A6A6A6" w:themeColor="background1" w:themeShade="A6"/>
                <w:lang w:val="es-PY"/>
              </w:rPr>
            </w:pPr>
          </w:p>
          <w:p w14:paraId="3C33ED0A" w14:textId="2F196523" w:rsidR="00E40931" w:rsidRPr="00F10EBE" w:rsidRDefault="00E40931" w:rsidP="00F337DF">
            <w:pPr>
              <w:jc w:val="both"/>
              <w:rPr>
                <w:bCs/>
                <w:color w:val="A6A6A6" w:themeColor="background1" w:themeShade="A6"/>
                <w:lang w:val="es-PY"/>
              </w:rPr>
            </w:pPr>
          </w:p>
          <w:p w14:paraId="7C49B4A5" w14:textId="77777777" w:rsidR="00E40931" w:rsidRPr="00F10EBE" w:rsidRDefault="00E40931" w:rsidP="00F337DF">
            <w:pPr>
              <w:jc w:val="both"/>
              <w:rPr>
                <w:bCs/>
                <w:color w:val="A6A6A6" w:themeColor="background1" w:themeShade="A6"/>
                <w:lang w:val="es-PY"/>
              </w:rPr>
            </w:pPr>
          </w:p>
          <w:p w14:paraId="64C0A129" w14:textId="77777777" w:rsidR="00E40931" w:rsidRPr="00F10EBE" w:rsidRDefault="00E40931" w:rsidP="00F337DF">
            <w:pPr>
              <w:jc w:val="both"/>
              <w:rPr>
                <w:bCs/>
                <w:color w:val="A6A6A6" w:themeColor="background1" w:themeShade="A6"/>
                <w:lang w:val="es-PY"/>
              </w:rPr>
            </w:pPr>
          </w:p>
          <w:p w14:paraId="4CF39E0D" w14:textId="77777777" w:rsidR="00E40931" w:rsidRPr="00F10EBE" w:rsidRDefault="00E40931" w:rsidP="00F337DF">
            <w:pPr>
              <w:jc w:val="both"/>
              <w:rPr>
                <w:bCs/>
                <w:color w:val="A6A6A6" w:themeColor="background1" w:themeShade="A6"/>
                <w:lang w:val="es-PY"/>
              </w:rPr>
            </w:pPr>
          </w:p>
          <w:p w14:paraId="390331BD" w14:textId="77777777" w:rsidR="00E40931" w:rsidRPr="00F10EBE" w:rsidRDefault="00E40931" w:rsidP="00F337DF">
            <w:pPr>
              <w:jc w:val="both"/>
              <w:rPr>
                <w:bCs/>
                <w:color w:val="A6A6A6" w:themeColor="background1" w:themeShade="A6"/>
                <w:lang w:val="es-PY"/>
              </w:rPr>
            </w:pPr>
          </w:p>
          <w:p w14:paraId="4A97F168" w14:textId="77777777" w:rsidR="00E40931" w:rsidRPr="00F10EBE" w:rsidRDefault="00E40931" w:rsidP="00F337DF">
            <w:pPr>
              <w:jc w:val="both"/>
              <w:rPr>
                <w:bCs/>
                <w:color w:val="A6A6A6" w:themeColor="background1" w:themeShade="A6"/>
                <w:lang w:val="es-PY"/>
              </w:rPr>
            </w:pPr>
          </w:p>
          <w:p w14:paraId="42150324" w14:textId="77777777" w:rsidR="00E40931" w:rsidRPr="00F10EBE" w:rsidRDefault="00E40931" w:rsidP="00F337DF">
            <w:pPr>
              <w:jc w:val="both"/>
              <w:rPr>
                <w:bCs/>
                <w:color w:val="A6A6A6" w:themeColor="background1" w:themeShade="A6"/>
                <w:lang w:val="es-PY"/>
              </w:rPr>
            </w:pPr>
          </w:p>
          <w:p w14:paraId="3B26462F" w14:textId="77777777" w:rsidR="00E40931" w:rsidRPr="00F10EBE" w:rsidRDefault="00E40931" w:rsidP="00F337DF">
            <w:pPr>
              <w:jc w:val="both"/>
              <w:rPr>
                <w:bCs/>
                <w:color w:val="A6A6A6" w:themeColor="background1" w:themeShade="A6"/>
                <w:lang w:val="es-PY"/>
              </w:rPr>
            </w:pPr>
          </w:p>
          <w:p w14:paraId="465F4534" w14:textId="77777777" w:rsidR="00E40931" w:rsidRPr="00F10EBE" w:rsidRDefault="00E40931" w:rsidP="00F337DF">
            <w:pPr>
              <w:jc w:val="both"/>
              <w:rPr>
                <w:bCs/>
                <w:color w:val="A6A6A6" w:themeColor="background1" w:themeShade="A6"/>
                <w:lang w:val="es-PY"/>
              </w:rPr>
            </w:pPr>
          </w:p>
          <w:p w14:paraId="4FEEA458" w14:textId="77777777" w:rsidR="00E40931" w:rsidRPr="00F10EBE" w:rsidRDefault="00E40931" w:rsidP="00F337DF">
            <w:pPr>
              <w:jc w:val="both"/>
              <w:rPr>
                <w:bCs/>
                <w:color w:val="A6A6A6" w:themeColor="background1" w:themeShade="A6"/>
                <w:lang w:val="es-PY"/>
              </w:rPr>
            </w:pPr>
          </w:p>
        </w:tc>
        <w:tc>
          <w:tcPr>
            <w:tcW w:w="4678" w:type="dxa"/>
            <w:tcBorders>
              <w:top w:val="single" w:sz="6" w:space="0" w:color="000000"/>
              <w:left w:val="single" w:sz="6" w:space="0" w:color="000000"/>
              <w:bottom w:val="single" w:sz="6" w:space="0" w:color="000000"/>
              <w:right w:val="single" w:sz="6" w:space="0" w:color="000000"/>
            </w:tcBorders>
          </w:tcPr>
          <w:p w14:paraId="53F60650" w14:textId="77777777" w:rsidR="00F10EBE" w:rsidRPr="00F10EBE" w:rsidRDefault="00F10EBE" w:rsidP="00F10EBE">
            <w:pPr>
              <w:jc w:val="both"/>
              <w:rPr>
                <w:bCs/>
                <w:color w:val="A6A6A6" w:themeColor="background1" w:themeShade="A6"/>
                <w:lang w:val="es-PY"/>
              </w:rPr>
            </w:pPr>
            <w:r w:rsidRPr="00F10EBE">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205D0E7F" w14:textId="77777777" w:rsidR="00F10EBE" w:rsidRPr="00F10EBE" w:rsidRDefault="00F10EBE" w:rsidP="00F10EBE">
            <w:pPr>
              <w:jc w:val="both"/>
              <w:rPr>
                <w:bCs/>
                <w:color w:val="A6A6A6" w:themeColor="background1" w:themeShade="A6"/>
                <w:lang w:val="es-PY"/>
              </w:rPr>
            </w:pPr>
          </w:p>
          <w:p w14:paraId="1123B69D" w14:textId="77777777" w:rsidR="00E40931" w:rsidRPr="00F10EBE" w:rsidRDefault="00E40931" w:rsidP="00F337DF">
            <w:pPr>
              <w:jc w:val="both"/>
              <w:rPr>
                <w:bCs/>
                <w:color w:val="A6A6A6" w:themeColor="background1" w:themeShade="A6"/>
                <w:lang w:val="es-PY"/>
              </w:rPr>
            </w:pP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proofErr w:type="spellStart"/>
            <w:r>
              <w:rPr>
                <w:b/>
                <w:color w:val="000000"/>
              </w:rPr>
              <w:t>Oportunidades</w:t>
            </w:r>
            <w:proofErr w:type="spellEnd"/>
            <w:r>
              <w:rPr>
                <w:b/>
                <w:color w:val="000000"/>
              </w:rPr>
              <w:t xml:space="preserve"> de mejora</w:t>
            </w:r>
          </w:p>
        </w:tc>
      </w:tr>
      <w:tr w:rsidR="00E66A21" w:rsidRPr="00F10EBE" w14:paraId="3E16A73A" w14:textId="77777777" w:rsidTr="00F337DF">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F998AA0" w14:textId="77777777" w:rsidR="00F10EBE" w:rsidRPr="00F10EBE" w:rsidRDefault="00F10EBE" w:rsidP="00F10EBE">
            <w:pPr>
              <w:jc w:val="both"/>
              <w:rPr>
                <w:bCs/>
                <w:color w:val="A6A6A6" w:themeColor="background1" w:themeShade="A6"/>
                <w:lang w:val="es-PY"/>
              </w:rPr>
            </w:pPr>
            <w:r w:rsidRPr="00F10EBE">
              <w:rPr>
                <w:bCs/>
                <w:color w:val="A6A6A6" w:themeColor="background1" w:themeShade="A6"/>
                <w:lang w:val="es-PY"/>
              </w:rPr>
              <w:t>Las oportunidades de mejoras deben:</w:t>
            </w:r>
          </w:p>
          <w:p w14:paraId="3067F24B" w14:textId="77777777" w:rsidR="00F10EBE" w:rsidRPr="00F10EBE" w:rsidRDefault="00F10EBE" w:rsidP="00F10EBE">
            <w:pPr>
              <w:jc w:val="both"/>
              <w:rPr>
                <w:bCs/>
                <w:color w:val="A6A6A6" w:themeColor="background1" w:themeShade="A6"/>
                <w:lang w:val="es-PY"/>
              </w:rPr>
            </w:pPr>
            <w:r w:rsidRPr="00F10EBE">
              <w:rPr>
                <w:bCs/>
                <w:color w:val="A6A6A6" w:themeColor="background1" w:themeShade="A6"/>
                <w:lang w:val="es-PY"/>
              </w:rPr>
              <w:t>•</w:t>
            </w:r>
            <w:r w:rsidRPr="00F10EBE">
              <w:rPr>
                <w:bCs/>
                <w:color w:val="A6A6A6" w:themeColor="background1" w:themeShade="A6"/>
                <w:lang w:val="es-PY"/>
              </w:rPr>
              <w:tab/>
              <w:t>Estar directamente vinculadas con las debilidades o hallazgos identificados.</w:t>
            </w:r>
          </w:p>
          <w:p w14:paraId="1EC6FCBE" w14:textId="77777777" w:rsidR="00F10EBE" w:rsidRPr="00F10EBE" w:rsidRDefault="00F10EBE" w:rsidP="00F10EBE">
            <w:pPr>
              <w:jc w:val="both"/>
              <w:rPr>
                <w:bCs/>
                <w:color w:val="A6A6A6" w:themeColor="background1" w:themeShade="A6"/>
                <w:lang w:val="es-PY"/>
              </w:rPr>
            </w:pPr>
            <w:r w:rsidRPr="00F10EBE">
              <w:rPr>
                <w:bCs/>
                <w:color w:val="A6A6A6" w:themeColor="background1" w:themeShade="A6"/>
                <w:lang w:val="es-PY"/>
              </w:rPr>
              <w:t>•</w:t>
            </w:r>
            <w:r w:rsidRPr="00F10EBE">
              <w:rPr>
                <w:bCs/>
                <w:color w:val="A6A6A6" w:themeColor="background1" w:themeShade="A6"/>
                <w:lang w:val="es-PY"/>
              </w:rPr>
              <w:tab/>
              <w:t>Ser viables y pertinentes en el marco del contexto institucional.</w:t>
            </w:r>
          </w:p>
          <w:p w14:paraId="52DAC22A" w14:textId="77777777" w:rsidR="00F10EBE" w:rsidRPr="00F10EBE" w:rsidRDefault="00F10EBE" w:rsidP="00F10EBE">
            <w:pPr>
              <w:jc w:val="both"/>
              <w:rPr>
                <w:bCs/>
                <w:color w:val="A6A6A6" w:themeColor="background1" w:themeShade="A6"/>
                <w:lang w:val="es-PY"/>
              </w:rPr>
            </w:pPr>
            <w:r w:rsidRPr="00F10EBE">
              <w:rPr>
                <w:bCs/>
                <w:color w:val="A6A6A6" w:themeColor="background1" w:themeShade="A6"/>
                <w:lang w:val="es-PY"/>
              </w:rPr>
              <w:t>•</w:t>
            </w:r>
            <w:r w:rsidRPr="00F10EBE">
              <w:rPr>
                <w:bCs/>
                <w:color w:val="A6A6A6" w:themeColor="background1" w:themeShade="A6"/>
                <w:lang w:val="es-PY"/>
              </w:rPr>
              <w:tab/>
              <w:t>Orientar hacia la consolidación de procesos de mejora continua.</w:t>
            </w:r>
          </w:p>
          <w:p w14:paraId="2D57A77E" w14:textId="77777777" w:rsidR="00F10EBE" w:rsidRPr="00F10EBE" w:rsidRDefault="00F10EBE" w:rsidP="00F10EBE">
            <w:pPr>
              <w:jc w:val="both"/>
              <w:rPr>
                <w:bCs/>
                <w:color w:val="A6A6A6" w:themeColor="background1" w:themeShade="A6"/>
                <w:lang w:val="es-PY"/>
              </w:rPr>
            </w:pPr>
            <w:r w:rsidRPr="00F10EBE">
              <w:rPr>
                <w:bCs/>
                <w:color w:val="A6A6A6" w:themeColor="background1" w:themeShade="A6"/>
                <w:lang w:val="es-PY"/>
              </w:rPr>
              <w:t>•</w:t>
            </w:r>
            <w:r w:rsidRPr="00F10EBE">
              <w:rPr>
                <w:bCs/>
                <w:color w:val="A6A6A6" w:themeColor="background1" w:themeShade="A6"/>
                <w:lang w:val="es-PY"/>
              </w:rPr>
              <w:tab/>
              <w:t>Evitar generalidades o apreciaciones vagas, ofreciendo lineamientos claros para la planificación estratégica.</w:t>
            </w:r>
          </w:p>
          <w:p w14:paraId="71779D8D" w14:textId="16C14546" w:rsidR="001E05D5" w:rsidRPr="00F10EBE" w:rsidRDefault="00F10EBE" w:rsidP="00F10EBE">
            <w:pPr>
              <w:jc w:val="both"/>
              <w:rPr>
                <w:bCs/>
                <w:color w:val="A6A6A6" w:themeColor="background1" w:themeShade="A6"/>
                <w:lang w:val="es-PY"/>
              </w:rPr>
            </w:pPr>
            <w:r w:rsidRPr="00F10EBE">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48DB3129" w14:textId="77777777" w:rsidR="001E05D5" w:rsidRPr="00F10EBE" w:rsidRDefault="001E05D5" w:rsidP="00F337DF">
            <w:pPr>
              <w:jc w:val="both"/>
              <w:rPr>
                <w:bCs/>
                <w:color w:val="000000"/>
                <w:lang w:val="es-PY"/>
              </w:rPr>
            </w:pPr>
          </w:p>
          <w:p w14:paraId="0E22ECFF" w14:textId="77777777" w:rsidR="001E05D5" w:rsidRPr="00F10EBE" w:rsidRDefault="001E05D5" w:rsidP="00F337DF">
            <w:pPr>
              <w:jc w:val="both"/>
              <w:rPr>
                <w:bCs/>
                <w:color w:val="000000"/>
                <w:lang w:val="es-PY"/>
              </w:rPr>
            </w:pPr>
          </w:p>
          <w:p w14:paraId="55B4339A" w14:textId="77777777" w:rsidR="00E66A21" w:rsidRPr="00F10EBE" w:rsidRDefault="00E66A21" w:rsidP="00F337DF">
            <w:pPr>
              <w:jc w:val="both"/>
              <w:rPr>
                <w:bCs/>
                <w:color w:val="000000"/>
                <w:lang w:val="es-PY"/>
              </w:rPr>
            </w:pPr>
          </w:p>
          <w:p w14:paraId="2C21C4DC" w14:textId="77777777" w:rsidR="00E66A21" w:rsidRPr="00F10EBE" w:rsidRDefault="00E66A21" w:rsidP="00F337DF">
            <w:pPr>
              <w:jc w:val="both"/>
              <w:rPr>
                <w:bCs/>
                <w:color w:val="000000"/>
                <w:lang w:val="es-PY"/>
              </w:rPr>
            </w:pPr>
          </w:p>
          <w:p w14:paraId="14B3420E" w14:textId="77777777" w:rsidR="00E66A21" w:rsidRPr="00F10EBE" w:rsidRDefault="00E66A21" w:rsidP="00F337DF">
            <w:pPr>
              <w:jc w:val="both"/>
              <w:rPr>
                <w:bCs/>
                <w:color w:val="000000"/>
                <w:lang w:val="es-PY"/>
              </w:rPr>
            </w:pPr>
          </w:p>
          <w:p w14:paraId="784353FB" w14:textId="77777777" w:rsidR="00E66A21" w:rsidRPr="00F10EBE" w:rsidRDefault="00E66A21" w:rsidP="00F337DF">
            <w:pPr>
              <w:jc w:val="both"/>
              <w:rPr>
                <w:bCs/>
                <w:color w:val="000000"/>
                <w:lang w:val="es-PY"/>
              </w:rPr>
            </w:pPr>
          </w:p>
          <w:p w14:paraId="0DDE9C7E" w14:textId="77777777" w:rsidR="00E66A21" w:rsidRPr="00F10EBE" w:rsidRDefault="00E66A21" w:rsidP="00F337DF">
            <w:pPr>
              <w:jc w:val="both"/>
              <w:rPr>
                <w:bCs/>
                <w:color w:val="000000"/>
                <w:lang w:val="es-PY"/>
              </w:rPr>
            </w:pPr>
          </w:p>
          <w:p w14:paraId="4590F235" w14:textId="77777777" w:rsidR="00E66A21" w:rsidRPr="00F10EBE" w:rsidRDefault="00E66A21" w:rsidP="00F337DF">
            <w:pPr>
              <w:jc w:val="both"/>
              <w:rPr>
                <w:bCs/>
                <w:color w:val="000000"/>
                <w:lang w:val="es-PY"/>
              </w:rPr>
            </w:pPr>
          </w:p>
          <w:p w14:paraId="3854BE97" w14:textId="77777777" w:rsidR="00E66A21" w:rsidRPr="00F10EBE" w:rsidRDefault="00E66A21" w:rsidP="00F337DF">
            <w:pPr>
              <w:jc w:val="both"/>
              <w:rPr>
                <w:bCs/>
                <w:color w:val="000000"/>
                <w:lang w:val="es-PY"/>
              </w:rPr>
            </w:pPr>
          </w:p>
          <w:p w14:paraId="443E8925" w14:textId="77777777" w:rsidR="00E66A21" w:rsidRPr="00F10EBE" w:rsidRDefault="00E66A21" w:rsidP="00F337DF">
            <w:pPr>
              <w:jc w:val="both"/>
              <w:rPr>
                <w:bCs/>
                <w:color w:val="000000"/>
                <w:lang w:val="es-PY"/>
              </w:rPr>
            </w:pPr>
          </w:p>
          <w:p w14:paraId="20651BF7" w14:textId="77777777" w:rsidR="00E66A21" w:rsidRPr="00F10EBE" w:rsidRDefault="00E66A21" w:rsidP="00F337DF">
            <w:pPr>
              <w:jc w:val="both"/>
              <w:rPr>
                <w:bCs/>
                <w:color w:val="000000"/>
                <w:lang w:val="es-PY"/>
              </w:rPr>
            </w:pPr>
          </w:p>
          <w:p w14:paraId="16B94FC4" w14:textId="77777777" w:rsidR="00E66A21" w:rsidRPr="00F10EBE" w:rsidRDefault="00E66A21" w:rsidP="00F337DF">
            <w:pPr>
              <w:jc w:val="both"/>
              <w:rPr>
                <w:bCs/>
                <w:color w:val="000000"/>
                <w:lang w:val="es-PY"/>
              </w:rPr>
            </w:pPr>
          </w:p>
          <w:p w14:paraId="500D1476" w14:textId="77777777" w:rsidR="00E66A21" w:rsidRPr="00F10EBE" w:rsidRDefault="00E66A21" w:rsidP="00F337DF">
            <w:pPr>
              <w:jc w:val="both"/>
              <w:rPr>
                <w:bCs/>
                <w:color w:val="000000"/>
                <w:lang w:val="es-PY"/>
              </w:rPr>
            </w:pPr>
          </w:p>
          <w:p w14:paraId="6A5B7A3A" w14:textId="77777777" w:rsidR="00E66A21" w:rsidRPr="00F10EBE" w:rsidRDefault="00E66A21" w:rsidP="00F337DF">
            <w:pPr>
              <w:jc w:val="both"/>
              <w:rPr>
                <w:bCs/>
                <w:color w:val="000000"/>
                <w:lang w:val="es-PY"/>
              </w:rPr>
            </w:pPr>
          </w:p>
          <w:p w14:paraId="38F89F10" w14:textId="77777777" w:rsidR="00E66A21" w:rsidRPr="00F10EBE" w:rsidRDefault="00E66A21" w:rsidP="00F337DF">
            <w:pPr>
              <w:jc w:val="both"/>
              <w:rPr>
                <w:bCs/>
                <w:color w:val="000000"/>
                <w:lang w:val="es-PY"/>
              </w:rPr>
            </w:pPr>
          </w:p>
          <w:p w14:paraId="1B0684D6" w14:textId="77777777" w:rsidR="00E66A21" w:rsidRPr="00F10EBE" w:rsidRDefault="00E66A21" w:rsidP="00F337DF">
            <w:pPr>
              <w:jc w:val="both"/>
              <w:rPr>
                <w:bCs/>
                <w:color w:val="000000"/>
                <w:lang w:val="es-PY"/>
              </w:rPr>
            </w:pPr>
          </w:p>
          <w:p w14:paraId="252AF3DE" w14:textId="77777777" w:rsidR="00E66A21" w:rsidRPr="00F10EBE" w:rsidRDefault="00E66A21" w:rsidP="00F337DF">
            <w:pPr>
              <w:jc w:val="both"/>
              <w:rPr>
                <w:bCs/>
                <w:color w:val="000000"/>
                <w:lang w:val="es-PY"/>
              </w:rPr>
            </w:pPr>
          </w:p>
          <w:p w14:paraId="0312ADFE" w14:textId="77777777" w:rsidR="00E66A21" w:rsidRPr="00F10EBE" w:rsidRDefault="00E66A21" w:rsidP="00F337DF">
            <w:pPr>
              <w:jc w:val="both"/>
              <w:rPr>
                <w:bCs/>
                <w:color w:val="000000"/>
                <w:lang w:val="es-PY"/>
              </w:rPr>
            </w:pPr>
          </w:p>
          <w:p w14:paraId="72D70639" w14:textId="77777777" w:rsidR="00E66A21" w:rsidRPr="00F10EBE" w:rsidRDefault="00E66A21" w:rsidP="00F337DF">
            <w:pPr>
              <w:jc w:val="both"/>
              <w:rPr>
                <w:bCs/>
                <w:color w:val="000000"/>
                <w:lang w:val="es-PY"/>
              </w:rPr>
            </w:pPr>
          </w:p>
        </w:tc>
      </w:tr>
    </w:tbl>
    <w:p w14:paraId="3B95322F" w14:textId="77777777" w:rsidR="001E05D5" w:rsidRPr="00F10EBE"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37A88EBC" w:rsidR="005D12D8" w:rsidRDefault="005D12D8" w:rsidP="005D12D8">
            <w:pPr>
              <w:rPr>
                <w:b/>
                <w:color w:val="000000"/>
              </w:rPr>
            </w:pPr>
            <w:r>
              <w:rPr>
                <w:b/>
                <w:color w:val="FFFFFF"/>
              </w:rPr>
              <w:lastRenderedPageBreak/>
              <w:t>DIMENSIÓN 3. COMUNIDAD ACADÉMICA</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73782B" w:rsidRPr="00F10EBE" w14:paraId="6C122D0D" w14:textId="77777777" w:rsidTr="00491CF4">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ECF2DB7" w14:textId="77777777" w:rsidR="0073782B" w:rsidRPr="0073782B" w:rsidRDefault="0073782B" w:rsidP="0073782B">
            <w:pPr>
              <w:jc w:val="center"/>
              <w:rPr>
                <w:b/>
                <w:bCs/>
                <w:color w:val="000000"/>
                <w:lang w:val="es-PY"/>
              </w:rPr>
            </w:pPr>
            <w:r w:rsidRPr="0073782B">
              <w:rPr>
                <w:b/>
                <w:bCs/>
                <w:color w:val="000000"/>
                <w:lang w:val="es-PY"/>
              </w:rPr>
              <w:t xml:space="preserve">Pertinencia del perfil y desempeño del cuerpo docente del programa </w:t>
            </w:r>
          </w:p>
          <w:p w14:paraId="3EF92A8C" w14:textId="3D199188" w:rsidR="0073782B" w:rsidRPr="005D12D8" w:rsidRDefault="0073782B" w:rsidP="0073782B">
            <w:pPr>
              <w:jc w:val="center"/>
              <w:rPr>
                <w:lang w:val="es-PY"/>
              </w:rPr>
            </w:pPr>
            <w:r>
              <w:rPr>
                <w:b/>
                <w:bCs/>
                <w:color w:val="FF0000"/>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21113" w14:textId="7992444C" w:rsidR="0073782B" w:rsidRPr="0073782B" w:rsidRDefault="0073782B" w:rsidP="0073782B">
            <w:pPr>
              <w:pStyle w:val="Prrafodelista"/>
              <w:numPr>
                <w:ilvl w:val="0"/>
                <w:numId w:val="19"/>
              </w:numPr>
              <w:ind w:left="370" w:hanging="283"/>
              <w:jc w:val="both"/>
              <w:rPr>
                <w:lang w:val="es-PY"/>
              </w:rPr>
            </w:pPr>
            <w:r w:rsidRPr="0073782B">
              <w:rPr>
                <w:color w:val="000000"/>
                <w:lang w:val="es-PY"/>
              </w:rPr>
              <w:t>Los docentes poseen formación de postgrado y experiencia en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6B60C66"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680B2"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83E5C2" w14:textId="77777777" w:rsidR="0073782B" w:rsidRPr="005D12D8" w:rsidRDefault="0073782B" w:rsidP="0073782B">
            <w:pPr>
              <w:jc w:val="center"/>
              <w:rPr>
                <w:lang w:val="es-PY"/>
              </w:rPr>
            </w:pPr>
          </w:p>
        </w:tc>
      </w:tr>
      <w:tr w:rsidR="0073782B" w:rsidRPr="00F10EBE" w14:paraId="689C8363" w14:textId="77777777" w:rsidTr="00491CF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572E8E"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A1C789" w14:textId="67138B9B" w:rsidR="0073782B" w:rsidRPr="0073782B" w:rsidRDefault="0073782B" w:rsidP="0073782B">
            <w:pPr>
              <w:pStyle w:val="Prrafodelista"/>
              <w:numPr>
                <w:ilvl w:val="0"/>
                <w:numId w:val="19"/>
              </w:numPr>
              <w:tabs>
                <w:tab w:val="left" w:pos="87"/>
              </w:tabs>
              <w:ind w:left="370" w:hanging="283"/>
              <w:jc w:val="both"/>
              <w:rPr>
                <w:lang w:val="es-PY"/>
              </w:rPr>
            </w:pPr>
            <w:r w:rsidRPr="0073782B">
              <w:rPr>
                <w:rFonts w:eastAsia="Times New Roman"/>
                <w:color w:val="000000"/>
                <w:lang w:val="es-PY"/>
              </w:rPr>
              <w:t xml:space="preserve">El cuerpo docente integra profesionales que </w:t>
            </w:r>
            <w:r w:rsidRPr="0073782B">
              <w:rPr>
                <w:color w:val="000000"/>
                <w:lang w:val="es-PY"/>
              </w:rPr>
              <w:t>participan activamente en líneas de investigación relacionadas con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70DDB1"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CF579C8"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04DED7C" w14:textId="77777777" w:rsidR="0073782B" w:rsidRPr="005D12D8" w:rsidRDefault="0073782B" w:rsidP="0073782B">
            <w:pPr>
              <w:jc w:val="center"/>
              <w:rPr>
                <w:lang w:val="es-PY"/>
              </w:rPr>
            </w:pPr>
          </w:p>
        </w:tc>
      </w:tr>
      <w:tr w:rsidR="0073782B" w:rsidRPr="00F10EBE" w14:paraId="3908D078" w14:textId="77777777" w:rsidTr="00491CF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76968E5"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EA03AB" w14:textId="1438689D" w:rsidR="0073782B" w:rsidRPr="0073782B" w:rsidRDefault="0073782B" w:rsidP="0073782B">
            <w:pPr>
              <w:pStyle w:val="Prrafodelista"/>
              <w:numPr>
                <w:ilvl w:val="0"/>
                <w:numId w:val="19"/>
              </w:numPr>
              <w:ind w:left="370" w:hanging="283"/>
              <w:jc w:val="both"/>
              <w:rPr>
                <w:lang w:val="es-PY"/>
              </w:rPr>
            </w:pPr>
            <w:r w:rsidRPr="0073782B">
              <w:rPr>
                <w:color w:val="000000"/>
                <w:lang w:val="es-PY"/>
              </w:rPr>
              <w:t>Los docentes publican en medios científicos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99B6EDF"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AF919E3"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162DEC4" w14:textId="77777777" w:rsidR="0073782B" w:rsidRPr="005D12D8" w:rsidRDefault="0073782B" w:rsidP="0073782B">
            <w:pPr>
              <w:jc w:val="center"/>
              <w:rPr>
                <w:lang w:val="es-PY"/>
              </w:rPr>
            </w:pPr>
          </w:p>
        </w:tc>
      </w:tr>
      <w:tr w:rsidR="0073782B" w:rsidRPr="00F10EBE" w14:paraId="1481AED7" w14:textId="77777777" w:rsidTr="00491CF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23263D3"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22C57BE" w14:textId="77F6AABB" w:rsidR="0073782B" w:rsidRPr="0073782B" w:rsidRDefault="0073782B" w:rsidP="0073782B">
            <w:pPr>
              <w:pStyle w:val="Prrafodelista"/>
              <w:numPr>
                <w:ilvl w:val="0"/>
                <w:numId w:val="19"/>
              </w:numPr>
              <w:ind w:left="370" w:hanging="283"/>
              <w:jc w:val="both"/>
              <w:rPr>
                <w:lang w:val="es-PY"/>
              </w:rPr>
            </w:pPr>
            <w:r w:rsidRPr="0073782B">
              <w:rPr>
                <w:color w:val="000000"/>
                <w:lang w:val="es-PY"/>
              </w:rPr>
              <w:t>Los docentes desarrollan procesos de enseñanza orientados al análisis crítico, la investigación y la producción de conocimiento en el ámbito disciplinar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A2ECF70"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D8FD77"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809FDD" w14:textId="77777777" w:rsidR="0073782B" w:rsidRPr="005D12D8" w:rsidRDefault="0073782B" w:rsidP="0073782B">
            <w:pPr>
              <w:jc w:val="center"/>
              <w:rPr>
                <w:lang w:val="es-PY"/>
              </w:rPr>
            </w:pPr>
          </w:p>
        </w:tc>
      </w:tr>
      <w:tr w:rsidR="0073782B" w:rsidRPr="00F10EBE" w14:paraId="72DD3509" w14:textId="77777777" w:rsidTr="00B77EBB">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1D2181"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tcPr>
          <w:p w14:paraId="4E9B42EE" w14:textId="2E0E464C" w:rsidR="0073782B" w:rsidRPr="0073782B" w:rsidRDefault="0073782B" w:rsidP="0073782B">
            <w:pPr>
              <w:pStyle w:val="Prrafodelista"/>
              <w:numPr>
                <w:ilvl w:val="0"/>
                <w:numId w:val="19"/>
              </w:numPr>
              <w:ind w:left="370" w:hanging="283"/>
              <w:jc w:val="both"/>
              <w:rPr>
                <w:lang w:val="es-PY"/>
              </w:rPr>
            </w:pPr>
            <w:r w:rsidRPr="0073782B">
              <w:rPr>
                <w:color w:val="000000"/>
                <w:lang w:val="es-PY"/>
              </w:rPr>
              <w:t>El desempeño docente en las actividades académicas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56381F9"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7DFB4F"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D1ED4FA" w14:textId="77777777" w:rsidR="0073782B" w:rsidRPr="005D12D8" w:rsidRDefault="0073782B" w:rsidP="0073782B">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F337DF">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0F48BB9" w14:textId="77777777" w:rsidR="000C6B7D" w:rsidRDefault="000C6B7D" w:rsidP="00F337DF">
            <w:pPr>
              <w:jc w:val="both"/>
            </w:pPr>
          </w:p>
          <w:p w14:paraId="3FF03481" w14:textId="77777777" w:rsidR="00877E2D" w:rsidRDefault="00877E2D" w:rsidP="00F337DF">
            <w:pPr>
              <w:jc w:val="both"/>
            </w:pPr>
          </w:p>
          <w:p w14:paraId="11534FEB" w14:textId="77777777" w:rsidR="00877E2D" w:rsidRDefault="00877E2D" w:rsidP="00F337DF">
            <w:pPr>
              <w:jc w:val="both"/>
            </w:pPr>
          </w:p>
          <w:p w14:paraId="28493A43" w14:textId="77777777" w:rsidR="00877E2D" w:rsidRDefault="00877E2D" w:rsidP="00F337DF">
            <w:pPr>
              <w:jc w:val="both"/>
            </w:pPr>
          </w:p>
          <w:p w14:paraId="4A18133C" w14:textId="77777777" w:rsidR="00877E2D" w:rsidRDefault="00877E2D" w:rsidP="00F337DF">
            <w:pPr>
              <w:jc w:val="both"/>
            </w:pPr>
          </w:p>
          <w:p w14:paraId="510BB7F4" w14:textId="77777777" w:rsidR="00877E2D" w:rsidRDefault="00877E2D" w:rsidP="00F337DF">
            <w:pPr>
              <w:jc w:val="both"/>
            </w:pPr>
          </w:p>
          <w:p w14:paraId="2486A110" w14:textId="77777777" w:rsidR="00877E2D" w:rsidRDefault="00877E2D" w:rsidP="00F337DF">
            <w:pPr>
              <w:jc w:val="both"/>
            </w:pPr>
          </w:p>
          <w:p w14:paraId="6176488D" w14:textId="77777777" w:rsidR="00877E2D" w:rsidRDefault="00877E2D" w:rsidP="00F337DF">
            <w:pPr>
              <w:jc w:val="both"/>
            </w:pPr>
          </w:p>
          <w:p w14:paraId="1311AA17" w14:textId="77777777" w:rsidR="00877E2D" w:rsidRDefault="00877E2D" w:rsidP="00F337DF">
            <w:pPr>
              <w:jc w:val="both"/>
            </w:pPr>
          </w:p>
          <w:p w14:paraId="30D711CF" w14:textId="77777777" w:rsidR="00877E2D" w:rsidRDefault="00877E2D" w:rsidP="00F337DF">
            <w:pPr>
              <w:jc w:val="both"/>
            </w:pPr>
          </w:p>
          <w:p w14:paraId="49B30DA3" w14:textId="77777777" w:rsidR="00877E2D" w:rsidRDefault="00877E2D" w:rsidP="00F337DF">
            <w:pPr>
              <w:jc w:val="both"/>
            </w:pPr>
          </w:p>
          <w:p w14:paraId="406BF51B" w14:textId="77777777" w:rsidR="00877E2D" w:rsidRDefault="00877E2D" w:rsidP="00F337DF">
            <w:pPr>
              <w:jc w:val="both"/>
            </w:pPr>
          </w:p>
          <w:p w14:paraId="0389DB66" w14:textId="77777777" w:rsidR="00877E2D" w:rsidRDefault="00877E2D" w:rsidP="00F337DF">
            <w:pPr>
              <w:jc w:val="both"/>
            </w:pPr>
          </w:p>
          <w:p w14:paraId="0D4101DC" w14:textId="77777777" w:rsidR="00877E2D" w:rsidRDefault="00877E2D" w:rsidP="00F337DF">
            <w:pPr>
              <w:jc w:val="both"/>
            </w:pPr>
          </w:p>
          <w:p w14:paraId="6765FC84" w14:textId="77777777" w:rsidR="00877E2D" w:rsidRDefault="00877E2D" w:rsidP="00F337DF">
            <w:pPr>
              <w:jc w:val="both"/>
            </w:pPr>
          </w:p>
          <w:p w14:paraId="50D31F53" w14:textId="77777777" w:rsidR="00877E2D" w:rsidRDefault="00877E2D" w:rsidP="00F337DF">
            <w:pPr>
              <w:jc w:val="both"/>
            </w:pPr>
          </w:p>
          <w:p w14:paraId="2A2C2EF2" w14:textId="77777777" w:rsidR="00877E2D" w:rsidRDefault="00877E2D" w:rsidP="00F337DF">
            <w:pPr>
              <w:jc w:val="both"/>
            </w:pPr>
          </w:p>
          <w:p w14:paraId="503DC415" w14:textId="77777777" w:rsidR="00877E2D" w:rsidRDefault="00877E2D" w:rsidP="00F337DF">
            <w:pPr>
              <w:jc w:val="both"/>
            </w:pPr>
          </w:p>
          <w:p w14:paraId="25E4554D" w14:textId="77777777" w:rsidR="00877E2D" w:rsidRDefault="00877E2D" w:rsidP="00F337DF">
            <w:pPr>
              <w:jc w:val="both"/>
            </w:pPr>
          </w:p>
          <w:p w14:paraId="4EE73B10" w14:textId="77777777" w:rsidR="00877E2D" w:rsidRDefault="00877E2D" w:rsidP="00F337DF">
            <w:pPr>
              <w:jc w:val="both"/>
            </w:pPr>
          </w:p>
          <w:p w14:paraId="63064440" w14:textId="77777777" w:rsidR="00877E2D" w:rsidRDefault="00877E2D" w:rsidP="00F337DF">
            <w:pPr>
              <w:jc w:val="both"/>
            </w:pPr>
          </w:p>
          <w:p w14:paraId="669D8CAD" w14:textId="77777777" w:rsidR="00877E2D" w:rsidRDefault="00877E2D" w:rsidP="00F337DF">
            <w:pPr>
              <w:jc w:val="both"/>
            </w:pPr>
          </w:p>
          <w:p w14:paraId="1267C352" w14:textId="77777777" w:rsidR="00877E2D" w:rsidRDefault="00877E2D" w:rsidP="00F337DF">
            <w:pPr>
              <w:jc w:val="both"/>
            </w:pPr>
          </w:p>
          <w:p w14:paraId="32C0B68B" w14:textId="77777777" w:rsidR="00877E2D" w:rsidRDefault="00877E2D" w:rsidP="00F337DF">
            <w:pPr>
              <w:jc w:val="both"/>
            </w:pPr>
          </w:p>
          <w:p w14:paraId="5C7B5795" w14:textId="77777777" w:rsidR="00877E2D" w:rsidRDefault="00877E2D" w:rsidP="00F337DF">
            <w:pPr>
              <w:jc w:val="both"/>
            </w:pPr>
          </w:p>
          <w:p w14:paraId="4557BCA7" w14:textId="77777777" w:rsidR="00877E2D" w:rsidRDefault="00877E2D" w:rsidP="00F337DF">
            <w:pPr>
              <w:jc w:val="both"/>
            </w:pPr>
          </w:p>
          <w:p w14:paraId="3CE138B8" w14:textId="02DBCD18" w:rsidR="00877E2D" w:rsidRDefault="00877E2D" w:rsidP="00F337D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749CC2D" w14:textId="77777777" w:rsidR="000C6B7D" w:rsidRDefault="000C6B7D" w:rsidP="00F337DF">
            <w:pPr>
              <w:jc w:val="both"/>
            </w:pPr>
          </w:p>
        </w:tc>
      </w:tr>
    </w:tbl>
    <w:p w14:paraId="62078A57" w14:textId="77777777" w:rsidR="000C6B7D" w:rsidRDefault="00E26089">
      <w:r>
        <w:br w:type="page"/>
      </w:r>
    </w:p>
    <w:p w14:paraId="198C25AB" w14:textId="731EC9AA" w:rsidR="000C6B7D" w:rsidRDefault="000C6B7D"/>
    <w:tbl>
      <w:tblPr>
        <w:tblW w:w="0" w:type="auto"/>
        <w:jc w:val="center"/>
        <w:tblLayout w:type="fixed"/>
        <w:tblLook w:val="04A0" w:firstRow="1" w:lastRow="0" w:firstColumn="1" w:lastColumn="0" w:noHBand="0" w:noVBand="1"/>
      </w:tblPr>
      <w:tblGrid>
        <w:gridCol w:w="1835"/>
        <w:gridCol w:w="2843"/>
        <w:gridCol w:w="1551"/>
        <w:gridCol w:w="8"/>
        <w:gridCol w:w="1039"/>
        <w:gridCol w:w="1040"/>
        <w:gridCol w:w="1040"/>
      </w:tblGrid>
      <w:tr w:rsidR="0073782B" w:rsidRPr="00271445" w14:paraId="1DAB2BC4" w14:textId="77777777" w:rsidTr="0073782B">
        <w:trPr>
          <w:cantSplit/>
          <w:trHeight w:hRule="exact" w:val="377"/>
          <w:jc w:val="center"/>
        </w:trPr>
        <w:tc>
          <w:tcPr>
            <w:tcW w:w="1835" w:type="dxa"/>
            <w:vMerge w:val="restart"/>
            <w:tcBorders>
              <w:top w:val="single" w:sz="6" w:space="0" w:color="000000"/>
              <w:left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38C25E7" w14:textId="3EA36310" w:rsidR="0073782B" w:rsidRPr="00735EB3" w:rsidRDefault="0073782B">
            <w:pPr>
              <w:jc w:val="center"/>
              <w:rPr>
                <w:b/>
                <w:color w:val="000000"/>
                <w:szCs w:val="20"/>
                <w:lang w:val="es-PY"/>
              </w:rPr>
            </w:pPr>
            <w:r>
              <w:rPr>
                <w:b/>
                <w:bCs/>
                <w:color w:val="000000"/>
              </w:rPr>
              <w:t>Criterio 3.2</w:t>
            </w:r>
          </w:p>
        </w:tc>
        <w:tc>
          <w:tcPr>
            <w:tcW w:w="4402" w:type="dxa"/>
            <w:gridSpan w:val="3"/>
            <w:vMerge w:val="restart"/>
            <w:tcBorders>
              <w:top w:val="single" w:sz="6" w:space="0" w:color="000000"/>
              <w:left w:val="single" w:sz="6" w:space="0" w:color="000000"/>
              <w:right w:val="single" w:sz="6" w:space="0" w:color="000000"/>
            </w:tcBorders>
            <w:shd w:val="clear" w:color="auto" w:fill="D9D9D9" w:themeFill="background1" w:themeFillShade="D9"/>
            <w:vAlign w:val="center"/>
          </w:tcPr>
          <w:p w14:paraId="1296FAAB" w14:textId="73545F3E" w:rsidR="0073782B" w:rsidRPr="00735EB3" w:rsidRDefault="0073782B">
            <w:pPr>
              <w:jc w:val="center"/>
              <w:rPr>
                <w:b/>
                <w:color w:val="000000"/>
                <w:szCs w:val="20"/>
                <w:lang w:val="es-PY"/>
              </w:rPr>
            </w:pPr>
            <w:r>
              <w:rPr>
                <w:b/>
                <w:bCs/>
                <w:color w:val="000000"/>
              </w:rPr>
              <w:t>Indicadores</w:t>
            </w:r>
          </w:p>
        </w:tc>
        <w:tc>
          <w:tcPr>
            <w:tcW w:w="3119"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4A51F37" w14:textId="1B83601E" w:rsidR="0073782B" w:rsidRPr="00735EB3" w:rsidRDefault="0073782B">
            <w:pPr>
              <w:jc w:val="center"/>
              <w:rPr>
                <w:b/>
                <w:color w:val="000000"/>
                <w:szCs w:val="20"/>
                <w:lang w:val="es-PY"/>
              </w:rPr>
            </w:pPr>
            <w:r>
              <w:rPr>
                <w:b/>
                <w:bCs/>
              </w:rPr>
              <w:t>Nivel de cumplimiento</w:t>
            </w:r>
          </w:p>
        </w:tc>
      </w:tr>
      <w:tr w:rsidR="0073782B" w:rsidRPr="00271445" w14:paraId="106CB106" w14:textId="77777777" w:rsidTr="0073782B">
        <w:trPr>
          <w:cantSplit/>
          <w:trHeight w:hRule="exact" w:val="377"/>
          <w:jc w:val="center"/>
        </w:trPr>
        <w:tc>
          <w:tcPr>
            <w:tcW w:w="1835" w:type="dxa"/>
            <w:vMerge/>
            <w:tcBorders>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1A943A" w14:textId="77777777" w:rsidR="0073782B" w:rsidRDefault="0073782B" w:rsidP="0073782B">
            <w:pPr>
              <w:jc w:val="center"/>
              <w:rPr>
                <w:b/>
                <w:bCs/>
                <w:color w:val="000000"/>
              </w:rPr>
            </w:pPr>
          </w:p>
        </w:tc>
        <w:tc>
          <w:tcPr>
            <w:tcW w:w="4402" w:type="dxa"/>
            <w:gridSpan w:val="3"/>
            <w:vMerge/>
            <w:tcBorders>
              <w:left w:val="single" w:sz="6" w:space="0" w:color="000000"/>
              <w:bottom w:val="single" w:sz="6" w:space="0" w:color="000000"/>
              <w:right w:val="single" w:sz="6" w:space="0" w:color="000000"/>
            </w:tcBorders>
            <w:shd w:val="clear" w:color="auto" w:fill="D9D9D9" w:themeFill="background1" w:themeFillShade="D9"/>
            <w:vAlign w:val="center"/>
          </w:tcPr>
          <w:p w14:paraId="69B5792B" w14:textId="77777777" w:rsidR="0073782B" w:rsidRDefault="0073782B" w:rsidP="0073782B">
            <w:pPr>
              <w:jc w:val="center"/>
              <w:rPr>
                <w:b/>
                <w:bCs/>
                <w:color w:val="000000"/>
              </w:rPr>
            </w:pPr>
          </w:p>
        </w:tc>
        <w:tc>
          <w:tcPr>
            <w:tcW w:w="10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22D75C0" w14:textId="00C6A7AB" w:rsidR="0073782B" w:rsidRDefault="0073782B" w:rsidP="0073782B">
            <w:pPr>
              <w:jc w:val="center"/>
              <w:rPr>
                <w:b/>
                <w:bCs/>
              </w:rPr>
            </w:pPr>
            <w:r>
              <w:rPr>
                <w:b/>
                <w:bCs/>
              </w:rPr>
              <w:t>CT</w:t>
            </w:r>
          </w:p>
        </w:tc>
        <w:tc>
          <w:tcPr>
            <w:tcW w:w="10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50AF68D" w14:textId="601AF1B5" w:rsidR="0073782B" w:rsidRDefault="0073782B" w:rsidP="0073782B">
            <w:pPr>
              <w:jc w:val="center"/>
              <w:rPr>
                <w:b/>
                <w:bCs/>
              </w:rPr>
            </w:pPr>
            <w:r>
              <w:rPr>
                <w:b/>
                <w:bCs/>
              </w:rPr>
              <w:t>CP</w:t>
            </w:r>
          </w:p>
        </w:tc>
        <w:tc>
          <w:tcPr>
            <w:tcW w:w="10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1F64973" w14:textId="04B79B81" w:rsidR="0073782B" w:rsidRDefault="0073782B" w:rsidP="0073782B">
            <w:pPr>
              <w:jc w:val="center"/>
              <w:rPr>
                <w:b/>
                <w:bCs/>
              </w:rPr>
            </w:pPr>
            <w:r>
              <w:rPr>
                <w:b/>
                <w:bCs/>
              </w:rPr>
              <w:t>NC</w:t>
            </w:r>
          </w:p>
        </w:tc>
      </w:tr>
      <w:tr w:rsidR="0073782B" w:rsidRPr="00F10EBE" w14:paraId="4602659B" w14:textId="77777777" w:rsidTr="0073782B">
        <w:trPr>
          <w:cantSplit/>
          <w:trHeight w:hRule="exact" w:val="1269"/>
          <w:jc w:val="center"/>
        </w:trPr>
        <w:tc>
          <w:tcPr>
            <w:tcW w:w="1835" w:type="dxa"/>
            <w:vMerge w:val="restart"/>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1721692E" w14:textId="77777777" w:rsidR="0073782B" w:rsidRPr="0073782B" w:rsidRDefault="0073782B" w:rsidP="0073782B">
            <w:pPr>
              <w:jc w:val="center"/>
              <w:rPr>
                <w:b/>
                <w:bCs/>
                <w:color w:val="000000"/>
                <w:lang w:val="es-PY"/>
              </w:rPr>
            </w:pPr>
            <w:r w:rsidRPr="0073782B">
              <w:rPr>
                <w:b/>
                <w:bCs/>
                <w:color w:val="000000"/>
                <w:lang w:val="es-PY"/>
              </w:rPr>
              <w:t>Eficacia del seguimiento y apoyo a los participantes</w:t>
            </w:r>
          </w:p>
          <w:p w14:paraId="40CDBFBE" w14:textId="77CCC5CD" w:rsidR="0073782B" w:rsidRDefault="0073782B" w:rsidP="0073782B">
            <w:pPr>
              <w:jc w:val="center"/>
              <w:rPr>
                <w:b/>
                <w:bCs/>
                <w:color w:val="000000"/>
              </w:rPr>
            </w:pPr>
            <w:r>
              <w:rPr>
                <w:b/>
                <w:bCs/>
                <w:color w:val="EE0000"/>
              </w:rPr>
              <w:t>(Sustantivo)</w:t>
            </w:r>
          </w:p>
        </w:tc>
        <w:tc>
          <w:tcPr>
            <w:tcW w:w="4402" w:type="dxa"/>
            <w:gridSpan w:val="3"/>
            <w:tcBorders>
              <w:left w:val="single" w:sz="6" w:space="0" w:color="000000"/>
              <w:bottom w:val="single" w:sz="6" w:space="0" w:color="000000"/>
              <w:right w:val="single" w:sz="6" w:space="0" w:color="000000"/>
            </w:tcBorders>
            <w:shd w:val="clear" w:color="auto" w:fill="FFFF99"/>
            <w:vAlign w:val="center"/>
          </w:tcPr>
          <w:p w14:paraId="3041AFDF" w14:textId="3300E900" w:rsidR="0073782B" w:rsidRPr="0073782B" w:rsidRDefault="0073782B" w:rsidP="0073782B">
            <w:pPr>
              <w:pStyle w:val="Prrafodelista"/>
              <w:numPr>
                <w:ilvl w:val="0"/>
                <w:numId w:val="20"/>
              </w:numPr>
              <w:tabs>
                <w:tab w:val="left" w:pos="87"/>
              </w:tabs>
              <w:ind w:left="312" w:hanging="218"/>
              <w:jc w:val="both"/>
              <w:rPr>
                <w:b/>
                <w:bCs/>
                <w:color w:val="000000"/>
                <w:lang w:val="es-PY"/>
              </w:rPr>
            </w:pPr>
            <w:r w:rsidRPr="0073782B">
              <w:rPr>
                <w:lang w:val="es-PY"/>
              </w:rPr>
              <w:t xml:space="preserve">Se aplican mecanismos de seguimiento de la trayectoria </w:t>
            </w:r>
            <w:r w:rsidRPr="0073782B">
              <w:rPr>
                <w:rFonts w:eastAsia="Times New Roman"/>
                <w:color w:val="000000"/>
                <w:lang w:val="es-PY"/>
              </w:rPr>
              <w:t>académica</w:t>
            </w:r>
            <w:r w:rsidRPr="0073782B">
              <w:rPr>
                <w:lang w:val="es-PY"/>
              </w:rPr>
              <w:t xml:space="preserve"> de los participantes para favorecer su permanencia y egreso oportuno del programa.</w:t>
            </w:r>
          </w:p>
        </w:tc>
        <w:tc>
          <w:tcPr>
            <w:tcW w:w="1039"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6304BB4D"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47926924"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56D860B2" w14:textId="77777777" w:rsidR="0073782B" w:rsidRPr="0073782B" w:rsidRDefault="0073782B" w:rsidP="0073782B">
            <w:pPr>
              <w:jc w:val="center"/>
              <w:rPr>
                <w:b/>
                <w:bCs/>
                <w:lang w:val="es-PY"/>
              </w:rPr>
            </w:pPr>
          </w:p>
        </w:tc>
      </w:tr>
      <w:tr w:rsidR="0073782B" w:rsidRPr="00F10EBE" w14:paraId="6E8A2BD9" w14:textId="77777777" w:rsidTr="0073782B">
        <w:trPr>
          <w:cantSplit/>
          <w:trHeight w:hRule="exact" w:val="806"/>
          <w:jc w:val="center"/>
        </w:trPr>
        <w:tc>
          <w:tcPr>
            <w:tcW w:w="1835"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6CE960B5" w14:textId="77777777" w:rsidR="0073782B" w:rsidRPr="0073782B" w:rsidRDefault="0073782B" w:rsidP="0073782B">
            <w:pPr>
              <w:jc w:val="center"/>
              <w:rPr>
                <w:b/>
                <w:bCs/>
                <w:color w:val="000000"/>
                <w:lang w:val="es-PY"/>
              </w:rPr>
            </w:pPr>
          </w:p>
        </w:tc>
        <w:tc>
          <w:tcPr>
            <w:tcW w:w="4402" w:type="dxa"/>
            <w:gridSpan w:val="3"/>
            <w:tcBorders>
              <w:left w:val="single" w:sz="6" w:space="0" w:color="000000"/>
              <w:bottom w:val="single" w:sz="6" w:space="0" w:color="000000"/>
              <w:right w:val="single" w:sz="6" w:space="0" w:color="000000"/>
            </w:tcBorders>
            <w:shd w:val="clear" w:color="auto" w:fill="FFFF99"/>
            <w:vAlign w:val="center"/>
          </w:tcPr>
          <w:p w14:paraId="502FFEAF" w14:textId="79BA5539" w:rsidR="0073782B" w:rsidRPr="0073782B" w:rsidRDefault="0073782B" w:rsidP="0073782B">
            <w:pPr>
              <w:pStyle w:val="Prrafodelista"/>
              <w:numPr>
                <w:ilvl w:val="0"/>
                <w:numId w:val="20"/>
              </w:numPr>
              <w:tabs>
                <w:tab w:val="left" w:pos="87"/>
              </w:tabs>
              <w:ind w:left="370" w:hanging="283"/>
              <w:jc w:val="both"/>
              <w:rPr>
                <w:b/>
                <w:bCs/>
                <w:color w:val="000000"/>
                <w:lang w:val="es-PY"/>
              </w:rPr>
            </w:pPr>
            <w:r w:rsidRPr="0073782B">
              <w:rPr>
                <w:lang w:val="es-PY"/>
              </w:rPr>
              <w:t xml:space="preserve">Se </w:t>
            </w:r>
            <w:r w:rsidRPr="0073782B">
              <w:rPr>
                <w:rFonts w:eastAsia="Times New Roman"/>
                <w:color w:val="000000"/>
                <w:lang w:val="es-PY"/>
              </w:rPr>
              <w:t>dispone</w:t>
            </w:r>
            <w:r w:rsidRPr="0073782B">
              <w:rPr>
                <w:lang w:val="es-PY"/>
              </w:rPr>
              <w:t xml:space="preserve"> y utiliza oportunamente información sobre la participación, desempeño y avance curricular de los participantes para orientar su seguimiento académico.</w:t>
            </w:r>
          </w:p>
        </w:tc>
        <w:tc>
          <w:tcPr>
            <w:tcW w:w="1039"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5C4A4E06"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29A01CD7"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7E7F23B7" w14:textId="77777777" w:rsidR="0073782B" w:rsidRPr="0073782B" w:rsidRDefault="0073782B" w:rsidP="0073782B">
            <w:pPr>
              <w:jc w:val="center"/>
              <w:rPr>
                <w:b/>
                <w:bCs/>
                <w:lang w:val="es-PY"/>
              </w:rPr>
            </w:pPr>
          </w:p>
        </w:tc>
      </w:tr>
      <w:tr w:rsidR="0073782B" w:rsidRPr="00F10EBE" w14:paraId="0D6D089E" w14:textId="77777777" w:rsidTr="0073782B">
        <w:trPr>
          <w:cantSplit/>
          <w:trHeight w:hRule="exact" w:val="534"/>
          <w:jc w:val="center"/>
        </w:trPr>
        <w:tc>
          <w:tcPr>
            <w:tcW w:w="1835"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1CDA5DED" w14:textId="77777777" w:rsidR="0073782B" w:rsidRPr="0073782B" w:rsidRDefault="0073782B" w:rsidP="0073782B">
            <w:pPr>
              <w:jc w:val="center"/>
              <w:rPr>
                <w:b/>
                <w:bCs/>
                <w:color w:val="000000"/>
                <w:lang w:val="es-PY"/>
              </w:rPr>
            </w:pPr>
          </w:p>
        </w:tc>
        <w:tc>
          <w:tcPr>
            <w:tcW w:w="4402" w:type="dxa"/>
            <w:gridSpan w:val="3"/>
            <w:tcBorders>
              <w:left w:val="single" w:sz="6" w:space="0" w:color="000000"/>
              <w:bottom w:val="single" w:sz="6" w:space="0" w:color="000000"/>
              <w:right w:val="single" w:sz="6" w:space="0" w:color="000000"/>
            </w:tcBorders>
            <w:shd w:val="clear" w:color="auto" w:fill="FFFF99"/>
            <w:vAlign w:val="center"/>
          </w:tcPr>
          <w:p w14:paraId="00520F1D" w14:textId="03E1AEAF" w:rsidR="0073782B" w:rsidRPr="0073782B" w:rsidRDefault="0073782B" w:rsidP="0073782B">
            <w:pPr>
              <w:pStyle w:val="Prrafodelista"/>
              <w:numPr>
                <w:ilvl w:val="0"/>
                <w:numId w:val="20"/>
              </w:numPr>
              <w:tabs>
                <w:tab w:val="left" w:pos="87"/>
              </w:tabs>
              <w:ind w:left="370" w:hanging="283"/>
              <w:jc w:val="both"/>
              <w:rPr>
                <w:rFonts w:eastAsia="Times New Roman"/>
                <w:color w:val="000000"/>
                <w:lang w:val="es-PY"/>
              </w:rPr>
            </w:pPr>
            <w:r w:rsidRPr="0073782B">
              <w:rPr>
                <w:lang w:val="es-PY"/>
              </w:rPr>
              <w:t>El programa promueve la participación en espacios científicos, académicos y profesionales.</w:t>
            </w:r>
          </w:p>
        </w:tc>
        <w:tc>
          <w:tcPr>
            <w:tcW w:w="1039"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671A7FFC"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7EACC614"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4537EC32" w14:textId="77777777" w:rsidR="0073782B" w:rsidRPr="0073782B" w:rsidRDefault="0073782B" w:rsidP="0073782B">
            <w:pPr>
              <w:jc w:val="center"/>
              <w:rPr>
                <w:b/>
                <w:bCs/>
                <w:lang w:val="es-PY"/>
              </w:rPr>
            </w:pPr>
          </w:p>
        </w:tc>
      </w:tr>
      <w:tr w:rsidR="0073782B" w:rsidRPr="00F10EBE" w14:paraId="629E7245" w14:textId="77777777" w:rsidTr="0073782B">
        <w:trPr>
          <w:cantSplit/>
          <w:trHeight w:hRule="exact" w:val="953"/>
          <w:jc w:val="center"/>
        </w:trPr>
        <w:tc>
          <w:tcPr>
            <w:tcW w:w="1835"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37EDB4DE" w14:textId="77777777" w:rsidR="0073782B" w:rsidRPr="0073782B" w:rsidRDefault="0073782B" w:rsidP="0073782B">
            <w:pPr>
              <w:jc w:val="center"/>
              <w:rPr>
                <w:b/>
                <w:bCs/>
                <w:color w:val="000000"/>
                <w:lang w:val="es-PY"/>
              </w:rPr>
            </w:pPr>
          </w:p>
        </w:tc>
        <w:tc>
          <w:tcPr>
            <w:tcW w:w="4402" w:type="dxa"/>
            <w:gridSpan w:val="3"/>
            <w:tcBorders>
              <w:left w:val="single" w:sz="6" w:space="0" w:color="000000"/>
              <w:bottom w:val="single" w:sz="6" w:space="0" w:color="000000"/>
              <w:right w:val="single" w:sz="6" w:space="0" w:color="000000"/>
            </w:tcBorders>
            <w:shd w:val="clear" w:color="auto" w:fill="FFFF99"/>
            <w:vAlign w:val="center"/>
          </w:tcPr>
          <w:p w14:paraId="3540742D" w14:textId="3B93F6B2" w:rsidR="0073782B" w:rsidRPr="0073782B" w:rsidRDefault="0073782B" w:rsidP="0073782B">
            <w:pPr>
              <w:pStyle w:val="Prrafodelista"/>
              <w:numPr>
                <w:ilvl w:val="0"/>
                <w:numId w:val="20"/>
              </w:numPr>
              <w:tabs>
                <w:tab w:val="left" w:pos="87"/>
              </w:tabs>
              <w:ind w:left="370" w:hanging="283"/>
              <w:jc w:val="both"/>
              <w:rPr>
                <w:rFonts w:eastAsia="Times New Roman"/>
                <w:color w:val="000000"/>
                <w:lang w:val="es-PY"/>
              </w:rPr>
            </w:pPr>
            <w:r w:rsidRPr="0073782B">
              <w:rPr>
                <w:lang w:val="es-PY"/>
              </w:rPr>
              <w:t>Se implementan mecanismos de apoyo académico, metodológico, tecnológico y de bienestar, acordes con las necesidades de los participantes del programa.</w:t>
            </w:r>
          </w:p>
        </w:tc>
        <w:tc>
          <w:tcPr>
            <w:tcW w:w="1039"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04B5BFCA"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4B8B48E7"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39789950" w14:textId="77777777" w:rsidR="0073782B" w:rsidRPr="0073782B" w:rsidRDefault="0073782B" w:rsidP="0073782B">
            <w:pPr>
              <w:jc w:val="center"/>
              <w:rPr>
                <w:b/>
                <w:bCs/>
                <w:lang w:val="es-PY"/>
              </w:rPr>
            </w:pPr>
          </w:p>
        </w:tc>
      </w:tr>
      <w:tr w:rsidR="0073782B" w:rsidRPr="00F10EBE" w14:paraId="0C76AF58" w14:textId="77777777" w:rsidTr="0073782B">
        <w:trPr>
          <w:cantSplit/>
          <w:trHeight w:hRule="exact" w:val="812"/>
          <w:jc w:val="center"/>
        </w:trPr>
        <w:tc>
          <w:tcPr>
            <w:tcW w:w="1835" w:type="dxa"/>
            <w:vMerge/>
            <w:tcBorders>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92A398" w14:textId="77777777" w:rsidR="0073782B" w:rsidRPr="0073782B" w:rsidRDefault="0073782B" w:rsidP="0073782B">
            <w:pPr>
              <w:jc w:val="center"/>
              <w:rPr>
                <w:b/>
                <w:bCs/>
                <w:color w:val="000000"/>
                <w:lang w:val="es-PY"/>
              </w:rPr>
            </w:pPr>
          </w:p>
        </w:tc>
        <w:tc>
          <w:tcPr>
            <w:tcW w:w="4402" w:type="dxa"/>
            <w:gridSpan w:val="3"/>
            <w:tcBorders>
              <w:left w:val="single" w:sz="6" w:space="0" w:color="000000"/>
              <w:bottom w:val="single" w:sz="6" w:space="0" w:color="000000"/>
              <w:right w:val="single" w:sz="6" w:space="0" w:color="000000"/>
            </w:tcBorders>
            <w:shd w:val="clear" w:color="auto" w:fill="FFFF99"/>
          </w:tcPr>
          <w:p w14:paraId="5B9AF8F3" w14:textId="7ADEF85E" w:rsidR="0073782B" w:rsidRPr="0073782B" w:rsidRDefault="0073782B" w:rsidP="0073782B">
            <w:pPr>
              <w:pStyle w:val="Prrafodelista"/>
              <w:numPr>
                <w:ilvl w:val="0"/>
                <w:numId w:val="20"/>
              </w:numPr>
              <w:tabs>
                <w:tab w:val="left" w:pos="87"/>
              </w:tabs>
              <w:ind w:left="370" w:hanging="283"/>
              <w:jc w:val="both"/>
              <w:rPr>
                <w:rFonts w:eastAsia="Times New Roman"/>
                <w:color w:val="000000"/>
                <w:lang w:val="es-PY"/>
              </w:rPr>
            </w:pPr>
            <w:r w:rsidRPr="0073782B">
              <w:rPr>
                <w:lang w:val="es-PY"/>
              </w:rPr>
              <w:t>Los resultados del seguimiento y apoyo a los participantes se utilizan para introducir mejoras en el desarrollo del programa.</w:t>
            </w:r>
          </w:p>
        </w:tc>
        <w:tc>
          <w:tcPr>
            <w:tcW w:w="1039"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634D707F"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2CE19965" w14:textId="77777777" w:rsidR="0073782B" w:rsidRPr="0073782B" w:rsidRDefault="0073782B" w:rsidP="0073782B">
            <w:pPr>
              <w:jc w:val="center"/>
              <w:rPr>
                <w:b/>
                <w:bCs/>
                <w:lang w:val="es-PY"/>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99"/>
            <w:vAlign w:val="center"/>
          </w:tcPr>
          <w:p w14:paraId="65C688B0" w14:textId="77777777" w:rsidR="0073782B" w:rsidRPr="0073782B" w:rsidRDefault="0073782B" w:rsidP="0073782B">
            <w:pPr>
              <w:jc w:val="center"/>
              <w:rPr>
                <w:b/>
                <w:bCs/>
                <w:lang w:val="es-PY"/>
              </w:rPr>
            </w:pPr>
          </w:p>
        </w:tc>
      </w:tr>
      <w:tr w:rsidR="0073782B" w:rsidRPr="00F10EBE" w14:paraId="1ACCEDA8" w14:textId="77777777" w:rsidTr="0073782B">
        <w:trPr>
          <w:cantSplit/>
          <w:trHeight w:hRule="exact" w:val="377"/>
          <w:jc w:val="center"/>
        </w:trPr>
        <w:tc>
          <w:tcPr>
            <w:tcW w:w="6229"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6635205" w14:textId="087E9890" w:rsidR="0073782B" w:rsidRPr="0073782B" w:rsidRDefault="0073782B" w:rsidP="0073782B">
            <w:pPr>
              <w:jc w:val="center"/>
              <w:rPr>
                <w:b/>
                <w:color w:val="000000"/>
                <w:lang w:val="es-PY"/>
              </w:rPr>
            </w:pPr>
            <w:r w:rsidRPr="0073782B">
              <w:rPr>
                <w:b/>
                <w:bCs/>
                <w:lang w:val="es-PY"/>
              </w:rPr>
              <w:t>Nivel de Cumplimiento del Criterio</w:t>
            </w:r>
          </w:p>
        </w:tc>
        <w:tc>
          <w:tcPr>
            <w:tcW w:w="3127"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0E6A176" w14:textId="11B5CC17" w:rsidR="0073782B" w:rsidRPr="00877E2D" w:rsidRDefault="0073782B" w:rsidP="0073782B">
            <w:pPr>
              <w:jc w:val="center"/>
              <w:rPr>
                <w:b/>
                <w:color w:val="000000"/>
                <w:lang w:val="es-PY"/>
              </w:rPr>
            </w:pPr>
          </w:p>
        </w:tc>
      </w:tr>
      <w:tr w:rsidR="0073782B" w:rsidRPr="00271445" w14:paraId="1ECE2716" w14:textId="77777777" w:rsidTr="0073782B">
        <w:trPr>
          <w:cantSplit/>
          <w:trHeight w:hRule="exact" w:val="377"/>
          <w:jc w:val="center"/>
        </w:trPr>
        <w:tc>
          <w:tcPr>
            <w:tcW w:w="6229"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624C739" w14:textId="3FE84BA8" w:rsidR="0073782B" w:rsidRPr="0073782B" w:rsidRDefault="0073782B" w:rsidP="0073782B">
            <w:pPr>
              <w:jc w:val="center"/>
              <w:rPr>
                <w:b/>
                <w:color w:val="000000"/>
                <w:szCs w:val="20"/>
                <w:lang w:val="es-PY"/>
              </w:rPr>
            </w:pPr>
            <w:r w:rsidRPr="0073782B">
              <w:rPr>
                <w:b/>
                <w:bCs/>
                <w:szCs w:val="20"/>
                <w:lang w:val="es-PY"/>
              </w:rPr>
              <w:t>Argumento que sostiene el nivel de cumplimiento del criterio</w:t>
            </w:r>
          </w:p>
        </w:tc>
        <w:tc>
          <w:tcPr>
            <w:tcW w:w="3127"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0D3F797" w14:textId="0996F676" w:rsidR="0073782B" w:rsidRPr="00735EB3" w:rsidRDefault="0073782B" w:rsidP="0073782B">
            <w:pPr>
              <w:jc w:val="center"/>
              <w:rPr>
                <w:b/>
                <w:color w:val="000000"/>
                <w:szCs w:val="20"/>
                <w:lang w:val="es-PY"/>
              </w:rPr>
            </w:pPr>
            <w:r>
              <w:rPr>
                <w:b/>
                <w:bCs/>
                <w:szCs w:val="20"/>
              </w:rPr>
              <w:t>Medios de Verificación</w:t>
            </w:r>
          </w:p>
        </w:tc>
      </w:tr>
      <w:tr w:rsidR="0073782B" w:rsidRPr="00271445" w14:paraId="21958B8B" w14:textId="77777777" w:rsidTr="00F337DF">
        <w:trPr>
          <w:cantSplit/>
          <w:trHeight w:hRule="exact" w:val="6606"/>
          <w:jc w:val="center"/>
        </w:trPr>
        <w:tc>
          <w:tcPr>
            <w:tcW w:w="6229"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0241500" w14:textId="77777777" w:rsidR="0073782B" w:rsidRDefault="0073782B" w:rsidP="00F337DF">
            <w:pPr>
              <w:jc w:val="both"/>
              <w:rPr>
                <w:b/>
                <w:color w:val="000000"/>
                <w:szCs w:val="20"/>
                <w:lang w:val="es-PY"/>
              </w:rPr>
            </w:pPr>
          </w:p>
          <w:p w14:paraId="24503FD8" w14:textId="77777777" w:rsidR="0073782B" w:rsidRDefault="0073782B" w:rsidP="00F337DF">
            <w:pPr>
              <w:jc w:val="both"/>
              <w:rPr>
                <w:b/>
                <w:color w:val="000000"/>
                <w:szCs w:val="20"/>
                <w:lang w:val="es-PY"/>
              </w:rPr>
            </w:pPr>
          </w:p>
          <w:p w14:paraId="721E4598" w14:textId="77777777" w:rsidR="0073782B" w:rsidRDefault="0073782B" w:rsidP="00F337DF">
            <w:pPr>
              <w:jc w:val="both"/>
              <w:rPr>
                <w:b/>
                <w:color w:val="000000"/>
                <w:szCs w:val="20"/>
                <w:lang w:val="es-PY"/>
              </w:rPr>
            </w:pPr>
          </w:p>
          <w:p w14:paraId="333C05EA" w14:textId="77777777" w:rsidR="0073782B" w:rsidRDefault="0073782B" w:rsidP="00F337DF">
            <w:pPr>
              <w:jc w:val="both"/>
              <w:rPr>
                <w:b/>
                <w:color w:val="000000"/>
                <w:szCs w:val="20"/>
                <w:lang w:val="es-PY"/>
              </w:rPr>
            </w:pPr>
          </w:p>
          <w:p w14:paraId="5CA0EB52" w14:textId="77777777" w:rsidR="0073782B" w:rsidRDefault="0073782B" w:rsidP="00F337DF">
            <w:pPr>
              <w:jc w:val="both"/>
              <w:rPr>
                <w:b/>
                <w:color w:val="000000"/>
                <w:szCs w:val="20"/>
                <w:lang w:val="es-PY"/>
              </w:rPr>
            </w:pPr>
          </w:p>
          <w:p w14:paraId="2114E776" w14:textId="20BBB87A" w:rsidR="0073782B" w:rsidRPr="00735EB3" w:rsidRDefault="0073782B" w:rsidP="00F337DF">
            <w:pPr>
              <w:jc w:val="both"/>
              <w:rPr>
                <w:b/>
                <w:color w:val="000000"/>
                <w:szCs w:val="20"/>
                <w:lang w:val="es-PY"/>
              </w:rPr>
            </w:pPr>
          </w:p>
        </w:tc>
        <w:tc>
          <w:tcPr>
            <w:tcW w:w="3127"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14:paraId="12675787" w14:textId="27B68B90" w:rsidR="0073782B" w:rsidRPr="00735EB3" w:rsidRDefault="0073782B" w:rsidP="00F337DF">
            <w:pPr>
              <w:jc w:val="both"/>
              <w:rPr>
                <w:b/>
                <w:color w:val="000000"/>
                <w:szCs w:val="20"/>
                <w:lang w:val="es-PY"/>
              </w:rPr>
            </w:pPr>
          </w:p>
        </w:tc>
      </w:tr>
      <w:tr w:rsidR="0073782B" w:rsidRPr="00F10EBE" w14:paraId="7832852F" w14:textId="77777777" w:rsidTr="009A28C0">
        <w:trPr>
          <w:cantSplit/>
          <w:trHeight w:hRule="exact" w:val="377"/>
          <w:jc w:val="center"/>
        </w:trPr>
        <w:tc>
          <w:tcPr>
            <w:tcW w:w="9356" w:type="dxa"/>
            <w:gridSpan w:val="7"/>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673A40" w14:textId="51220A05" w:rsidR="0073782B" w:rsidRPr="00735EB3" w:rsidRDefault="0073782B" w:rsidP="0073782B">
            <w:pPr>
              <w:jc w:val="center"/>
              <w:rPr>
                <w:b/>
                <w:color w:val="000000"/>
                <w:szCs w:val="20"/>
                <w:lang w:val="es-PY"/>
              </w:rPr>
            </w:pPr>
            <w:r w:rsidRPr="00735EB3">
              <w:rPr>
                <w:b/>
                <w:color w:val="000000"/>
                <w:szCs w:val="20"/>
                <w:lang w:val="es-PY"/>
              </w:rPr>
              <w:lastRenderedPageBreak/>
              <w:t>Fortalezas y debilidades del cumplimiento de criterios de la dimensión evaluada</w:t>
            </w:r>
          </w:p>
        </w:tc>
      </w:tr>
      <w:tr w:rsidR="0073782B" w14:paraId="2BE3D3D2" w14:textId="77777777" w:rsidTr="00E20812">
        <w:trPr>
          <w:cantSplit/>
          <w:trHeight w:hRule="exact" w:val="399"/>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73782B" w:rsidRDefault="0073782B" w:rsidP="0073782B">
            <w:pPr>
              <w:jc w:val="center"/>
              <w:rPr>
                <w:b/>
                <w:color w:val="000000"/>
              </w:rPr>
            </w:pPr>
            <w:proofErr w:type="spellStart"/>
            <w:r>
              <w:rPr>
                <w:b/>
                <w:color w:val="000000"/>
              </w:rPr>
              <w:t>Fortalezas</w:t>
            </w:r>
            <w:proofErr w:type="spellEnd"/>
          </w:p>
        </w:tc>
        <w:tc>
          <w:tcPr>
            <w:tcW w:w="467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73782B" w:rsidRDefault="0073782B" w:rsidP="0073782B">
            <w:pPr>
              <w:jc w:val="center"/>
              <w:rPr>
                <w:b/>
                <w:color w:val="000000"/>
              </w:rPr>
            </w:pPr>
            <w:r>
              <w:rPr>
                <w:b/>
                <w:color w:val="000000"/>
              </w:rPr>
              <w:t>Debilidades</w:t>
            </w:r>
          </w:p>
        </w:tc>
      </w:tr>
      <w:tr w:rsidR="0073782B" w14:paraId="7CA8D11B" w14:textId="77777777" w:rsidTr="00F337DF">
        <w:trPr>
          <w:cantSplit/>
          <w:trHeight w:hRule="exact" w:val="6330"/>
          <w:jc w:val="center"/>
        </w:trPr>
        <w:tc>
          <w:tcPr>
            <w:tcW w:w="467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F822019" w14:textId="77777777" w:rsidR="0073782B" w:rsidRDefault="0073782B" w:rsidP="00F337DF">
            <w:pPr>
              <w:jc w:val="both"/>
              <w:rPr>
                <w:b/>
                <w:color w:val="000000"/>
              </w:rPr>
            </w:pPr>
          </w:p>
          <w:p w14:paraId="2281CAB7" w14:textId="0D06A20B" w:rsidR="0073782B" w:rsidRDefault="0073782B" w:rsidP="00F337DF">
            <w:pPr>
              <w:jc w:val="both"/>
              <w:rPr>
                <w:b/>
                <w:color w:val="000000"/>
              </w:rPr>
            </w:pPr>
          </w:p>
          <w:p w14:paraId="5283321F" w14:textId="0E26BCF6" w:rsidR="0073782B" w:rsidRDefault="0073782B" w:rsidP="00F337DF">
            <w:pPr>
              <w:jc w:val="both"/>
              <w:rPr>
                <w:b/>
                <w:color w:val="000000"/>
              </w:rPr>
            </w:pPr>
          </w:p>
          <w:p w14:paraId="7F2BD9D8" w14:textId="50512150" w:rsidR="0073782B" w:rsidRDefault="0073782B" w:rsidP="00F337DF">
            <w:pPr>
              <w:jc w:val="both"/>
              <w:rPr>
                <w:b/>
                <w:color w:val="000000"/>
              </w:rPr>
            </w:pPr>
          </w:p>
          <w:p w14:paraId="5377DEFD" w14:textId="38B28373" w:rsidR="0073782B" w:rsidRDefault="0073782B" w:rsidP="00F337DF">
            <w:pPr>
              <w:jc w:val="both"/>
              <w:rPr>
                <w:b/>
                <w:color w:val="000000"/>
              </w:rPr>
            </w:pPr>
          </w:p>
          <w:p w14:paraId="3369B010" w14:textId="7894351E" w:rsidR="0073782B" w:rsidRDefault="0073782B" w:rsidP="00F337DF">
            <w:pPr>
              <w:jc w:val="both"/>
              <w:rPr>
                <w:b/>
                <w:color w:val="000000"/>
              </w:rPr>
            </w:pPr>
          </w:p>
          <w:p w14:paraId="68C6C1E6" w14:textId="2C097417" w:rsidR="0073782B" w:rsidRDefault="0073782B" w:rsidP="00F337DF">
            <w:pPr>
              <w:jc w:val="both"/>
              <w:rPr>
                <w:b/>
                <w:color w:val="000000"/>
              </w:rPr>
            </w:pPr>
          </w:p>
          <w:p w14:paraId="01B7608A" w14:textId="72FF3ADD" w:rsidR="0073782B" w:rsidRDefault="0073782B" w:rsidP="00F337DF">
            <w:pPr>
              <w:jc w:val="both"/>
              <w:rPr>
                <w:b/>
                <w:color w:val="000000"/>
              </w:rPr>
            </w:pPr>
          </w:p>
          <w:p w14:paraId="44821AFC" w14:textId="4E521947" w:rsidR="0073782B" w:rsidRDefault="0073782B" w:rsidP="00F337DF">
            <w:pPr>
              <w:jc w:val="both"/>
              <w:rPr>
                <w:b/>
                <w:color w:val="000000"/>
              </w:rPr>
            </w:pPr>
          </w:p>
          <w:p w14:paraId="3EA08991" w14:textId="2FCA522C" w:rsidR="0073782B" w:rsidRDefault="0073782B" w:rsidP="00F337DF">
            <w:pPr>
              <w:jc w:val="both"/>
              <w:rPr>
                <w:b/>
                <w:color w:val="000000"/>
              </w:rPr>
            </w:pPr>
          </w:p>
          <w:p w14:paraId="7FBF3B4C" w14:textId="6652C03A" w:rsidR="0073782B" w:rsidRDefault="0073782B" w:rsidP="00F337DF">
            <w:pPr>
              <w:jc w:val="both"/>
              <w:rPr>
                <w:b/>
                <w:color w:val="000000"/>
              </w:rPr>
            </w:pPr>
          </w:p>
          <w:p w14:paraId="0FA56763" w14:textId="77777777" w:rsidR="0073782B" w:rsidRDefault="0073782B" w:rsidP="00F337DF">
            <w:pPr>
              <w:jc w:val="both"/>
              <w:rPr>
                <w:b/>
                <w:color w:val="000000"/>
              </w:rPr>
            </w:pPr>
          </w:p>
          <w:p w14:paraId="0F3730DC" w14:textId="77777777" w:rsidR="0073782B" w:rsidRDefault="0073782B" w:rsidP="00F337DF">
            <w:pPr>
              <w:jc w:val="both"/>
              <w:rPr>
                <w:b/>
                <w:color w:val="000000"/>
              </w:rPr>
            </w:pPr>
          </w:p>
          <w:p w14:paraId="41169E08" w14:textId="77777777" w:rsidR="0073782B" w:rsidRDefault="0073782B" w:rsidP="00F337DF">
            <w:pPr>
              <w:jc w:val="both"/>
              <w:rPr>
                <w:b/>
                <w:color w:val="000000"/>
              </w:rPr>
            </w:pPr>
          </w:p>
          <w:p w14:paraId="339C44C2" w14:textId="77777777" w:rsidR="0073782B" w:rsidRDefault="0073782B" w:rsidP="00F337DF">
            <w:pPr>
              <w:jc w:val="both"/>
              <w:rPr>
                <w:b/>
                <w:color w:val="000000"/>
              </w:rPr>
            </w:pPr>
          </w:p>
          <w:p w14:paraId="5EC53173" w14:textId="1BB96D21" w:rsidR="0073782B" w:rsidRDefault="0073782B" w:rsidP="00F337DF">
            <w:pPr>
              <w:jc w:val="both"/>
              <w:rPr>
                <w:b/>
                <w:color w:val="000000"/>
              </w:rPr>
            </w:pPr>
          </w:p>
        </w:tc>
        <w:tc>
          <w:tcPr>
            <w:tcW w:w="4678" w:type="dxa"/>
            <w:gridSpan w:val="5"/>
            <w:tcBorders>
              <w:top w:val="single" w:sz="6" w:space="0" w:color="000000"/>
              <w:left w:val="single" w:sz="6" w:space="0" w:color="000000"/>
              <w:bottom w:val="single" w:sz="6" w:space="0" w:color="000000"/>
              <w:right w:val="single" w:sz="6" w:space="0" w:color="000000"/>
            </w:tcBorders>
          </w:tcPr>
          <w:p w14:paraId="4E06F9C5" w14:textId="77777777" w:rsidR="0073782B" w:rsidRDefault="0073782B" w:rsidP="00F337DF">
            <w:pPr>
              <w:jc w:val="both"/>
              <w:rPr>
                <w:b/>
                <w:color w:val="000000"/>
              </w:rPr>
            </w:pPr>
          </w:p>
        </w:tc>
      </w:tr>
      <w:tr w:rsidR="0073782B" w14:paraId="29DA04BB" w14:textId="77777777" w:rsidTr="00E20812">
        <w:trPr>
          <w:cantSplit/>
          <w:trHeight w:hRule="exact" w:val="375"/>
          <w:jc w:val="center"/>
        </w:trPr>
        <w:tc>
          <w:tcPr>
            <w:tcW w:w="9356" w:type="dxa"/>
            <w:gridSpan w:val="7"/>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73782B" w:rsidRDefault="0073782B" w:rsidP="0073782B">
            <w:pPr>
              <w:jc w:val="center"/>
            </w:pPr>
            <w:r>
              <w:rPr>
                <w:b/>
                <w:color w:val="000000"/>
              </w:rPr>
              <w:t>Oportunidades de mejora</w:t>
            </w:r>
          </w:p>
        </w:tc>
      </w:tr>
      <w:tr w:rsidR="0073782B" w14:paraId="0C0A9888" w14:textId="77777777" w:rsidTr="00F337DF">
        <w:trPr>
          <w:cantSplit/>
          <w:trHeight w:hRule="exact" w:val="5320"/>
          <w:jc w:val="center"/>
        </w:trPr>
        <w:tc>
          <w:tcPr>
            <w:tcW w:w="9356" w:type="dxa"/>
            <w:gridSpan w:val="7"/>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8B1E77D" w14:textId="0C9F24EC" w:rsidR="0073782B" w:rsidRDefault="0073782B" w:rsidP="00F337DF">
            <w:pPr>
              <w:jc w:val="both"/>
              <w:rPr>
                <w:b/>
                <w:color w:val="000000"/>
              </w:rPr>
            </w:pPr>
          </w:p>
        </w:tc>
      </w:tr>
    </w:tbl>
    <w:p w14:paraId="373A3B94" w14:textId="764D753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F10EBE"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1497E3DB" w:rsidR="000C6B7D" w:rsidRPr="00E26089" w:rsidRDefault="00FB7E82">
            <w:pPr>
              <w:rPr>
                <w:lang w:val="es-PY"/>
              </w:rPr>
            </w:pPr>
            <w:r>
              <w:rPr>
                <w:b/>
                <w:color w:val="FFFFFF"/>
                <w:lang w:val="es-PY"/>
              </w:rPr>
              <w:lastRenderedPageBreak/>
              <w:t>D</w:t>
            </w:r>
            <w:r w:rsidR="00E26089" w:rsidRPr="00E26089">
              <w:rPr>
                <w:b/>
                <w:color w:val="FFFFFF"/>
                <w:lang w:val="es-PY"/>
              </w:rPr>
              <w:t>IMENSIÓN 4. INVESTIGACIÓN Y PRODUCCIÓN ACADÉMICA</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0C6B7D" w:rsidRPr="00F10EBE" w14:paraId="2659BCEA" w14:textId="77777777" w:rsidTr="00E20812">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4FD96B3" w14:textId="77777777" w:rsidR="0073782B" w:rsidRPr="0073782B" w:rsidRDefault="0073782B" w:rsidP="0073782B">
            <w:pPr>
              <w:jc w:val="center"/>
              <w:rPr>
                <w:b/>
                <w:bCs/>
                <w:color w:val="000000"/>
                <w:szCs w:val="20"/>
                <w:lang w:val="es-PY"/>
              </w:rPr>
            </w:pPr>
            <w:r w:rsidRPr="0073782B">
              <w:rPr>
                <w:b/>
                <w:bCs/>
                <w:color w:val="000000"/>
                <w:szCs w:val="20"/>
                <w:lang w:val="es-PY"/>
              </w:rPr>
              <w:t>Eficacia de la producción científica generada en el marco del programa</w:t>
            </w:r>
          </w:p>
          <w:p w14:paraId="747E7B98" w14:textId="3F8B47CA" w:rsidR="000C6B7D" w:rsidRPr="005D12D8" w:rsidRDefault="0073782B" w:rsidP="0073782B">
            <w:pPr>
              <w:jc w:val="center"/>
              <w:rPr>
                <w:lang w:val="es-PY"/>
              </w:rPr>
            </w:pPr>
            <w:r>
              <w:rPr>
                <w:b/>
                <w:bCs/>
                <w:color w:val="FF0000"/>
                <w:szCs w:val="20"/>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3587320" w14:textId="0BCF3BBD" w:rsidR="000C6B7D" w:rsidRPr="00F337DF" w:rsidRDefault="00E26089">
            <w:pPr>
              <w:jc w:val="both"/>
              <w:rPr>
                <w:lang w:val="es-PY"/>
              </w:rPr>
            </w:pPr>
            <w:r w:rsidRPr="00E26089">
              <w:rPr>
                <w:color w:val="000000"/>
                <w:lang w:val="es-PY"/>
              </w:rPr>
              <w:t xml:space="preserve">a. </w:t>
            </w:r>
            <w:r w:rsidR="00F337DF" w:rsidRPr="00F337DF">
              <w:rPr>
                <w:color w:val="000000"/>
                <w:lang w:val="es-PY"/>
              </w:rPr>
              <w:t>El programa cuenta con mecanismos institucionales para registrar y sistematizar la producción científica generada por participantes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564A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33F05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988CAD" w14:textId="77777777" w:rsidR="000C6B7D" w:rsidRPr="005D12D8" w:rsidRDefault="000C6B7D">
            <w:pPr>
              <w:jc w:val="center"/>
              <w:rPr>
                <w:lang w:val="es-PY"/>
              </w:rPr>
            </w:pPr>
          </w:p>
        </w:tc>
      </w:tr>
      <w:tr w:rsidR="000C6B7D" w:rsidRPr="00F10EBE" w14:paraId="12F7E467" w14:textId="77777777" w:rsidTr="00E20812">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B11E6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E8DEAA" w14:textId="752E63CE" w:rsidR="000C6B7D" w:rsidRPr="00F337DF" w:rsidRDefault="00E26089">
            <w:pPr>
              <w:jc w:val="both"/>
              <w:rPr>
                <w:lang w:val="es-PY"/>
              </w:rPr>
            </w:pPr>
            <w:r w:rsidRPr="00E26089">
              <w:rPr>
                <w:color w:val="000000"/>
                <w:lang w:val="es-PY"/>
              </w:rPr>
              <w:t xml:space="preserve">b. </w:t>
            </w:r>
            <w:r w:rsidR="00F337DF" w:rsidRPr="00F337DF">
              <w:rPr>
                <w:color w:val="000000"/>
                <w:lang w:val="es-PY"/>
              </w:rPr>
              <w:t>Se promueve la publicación conjunta entre participantes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4B2F9E5"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129B3B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12290" w14:textId="77777777" w:rsidR="000C6B7D" w:rsidRPr="005D12D8" w:rsidRDefault="000C6B7D">
            <w:pPr>
              <w:jc w:val="center"/>
              <w:rPr>
                <w:lang w:val="es-PY"/>
              </w:rPr>
            </w:pPr>
          </w:p>
        </w:tc>
      </w:tr>
      <w:tr w:rsidR="000C6B7D" w:rsidRPr="00F10EBE" w14:paraId="2A773E49" w14:textId="77777777" w:rsidTr="00E20812">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02011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F06F47" w14:textId="57B7578E" w:rsidR="000C6B7D" w:rsidRPr="00E26089" w:rsidRDefault="00E26089">
            <w:pPr>
              <w:jc w:val="both"/>
              <w:rPr>
                <w:lang w:val="es-PY"/>
              </w:rPr>
            </w:pPr>
            <w:r w:rsidRPr="00E26089">
              <w:rPr>
                <w:color w:val="000000"/>
                <w:lang w:val="es-PY"/>
              </w:rPr>
              <w:t xml:space="preserve">c. </w:t>
            </w:r>
            <w:r w:rsidR="00F337DF" w:rsidRPr="00F337DF">
              <w:rPr>
                <w:color w:val="000000"/>
                <w:lang w:val="es-PY"/>
              </w:rPr>
              <w:t>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E9B8C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6391A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D76CD6" w14:textId="77777777" w:rsidR="000C6B7D" w:rsidRPr="005D12D8" w:rsidRDefault="000C6B7D">
            <w:pPr>
              <w:jc w:val="center"/>
              <w:rPr>
                <w:lang w:val="es-PY"/>
              </w:rPr>
            </w:pPr>
          </w:p>
        </w:tc>
      </w:tr>
      <w:tr w:rsidR="000C6B7D" w:rsidRPr="00F10EBE" w14:paraId="2C63EA69" w14:textId="77777777" w:rsidTr="00E20812">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B9D49C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23B67A" w14:textId="1D3C0E1E" w:rsidR="000C6B7D" w:rsidRPr="00F337DF" w:rsidRDefault="00E26089">
            <w:pPr>
              <w:jc w:val="both"/>
              <w:rPr>
                <w:lang w:val="es-PY"/>
              </w:rPr>
            </w:pPr>
            <w:r w:rsidRPr="00E26089">
              <w:rPr>
                <w:color w:val="000000"/>
                <w:lang w:val="es-PY"/>
              </w:rPr>
              <w:t xml:space="preserve">d. </w:t>
            </w:r>
            <w:r w:rsidR="00F337DF" w:rsidRPr="00F337DF">
              <w:rPr>
                <w:color w:val="000000"/>
                <w:lang w:val="es-PY"/>
              </w:rPr>
              <w:t>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1C2A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0A01B8E"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94DE556" w14:textId="77777777" w:rsidR="000C6B7D" w:rsidRPr="005D12D8" w:rsidRDefault="000C6B7D">
            <w:pPr>
              <w:jc w:val="center"/>
              <w:rPr>
                <w:lang w:val="es-PY"/>
              </w:rPr>
            </w:pPr>
          </w:p>
        </w:tc>
      </w:tr>
      <w:tr w:rsidR="000C6B7D" w:rsidRPr="00F10EBE" w14:paraId="10F690BB" w14:textId="77777777" w:rsidTr="00E20812">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2493A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640B7B8" w14:textId="7EEEB286" w:rsidR="000C6B7D" w:rsidRPr="00F337DF" w:rsidRDefault="00E26089">
            <w:pPr>
              <w:jc w:val="both"/>
              <w:rPr>
                <w:lang w:val="es-PY"/>
              </w:rPr>
            </w:pPr>
            <w:r w:rsidRPr="00E26089">
              <w:rPr>
                <w:color w:val="000000"/>
                <w:lang w:val="es-PY"/>
              </w:rPr>
              <w:t xml:space="preserve">e. </w:t>
            </w:r>
            <w:r w:rsidR="00F337DF" w:rsidRPr="00F337DF">
              <w:rPr>
                <w:color w:val="000000"/>
                <w:lang w:val="es-PY"/>
              </w:rPr>
              <w:t>La producción científica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D4F01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0AE7C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69FC08" w14:textId="77777777" w:rsidR="000C6B7D" w:rsidRPr="005D12D8" w:rsidRDefault="000C6B7D">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F337DF">
        <w:trPr>
          <w:cantSplit/>
          <w:trHeight w:hRule="exact" w:val="65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3AEA3D4" w14:textId="43E6720C" w:rsidR="009E248B" w:rsidRDefault="009E248B" w:rsidP="00F337DF">
            <w:pPr>
              <w:jc w:val="both"/>
              <w:rPr>
                <w:b/>
                <w:color w:val="000000"/>
                <w:sz w:val="19"/>
                <w:lang w:val="es-PY"/>
              </w:rPr>
            </w:pPr>
          </w:p>
          <w:p w14:paraId="7AB213F1" w14:textId="3F2FCFFF" w:rsidR="009E248B" w:rsidRDefault="009E248B" w:rsidP="00F337DF">
            <w:pPr>
              <w:jc w:val="both"/>
              <w:rPr>
                <w:b/>
                <w:color w:val="000000"/>
                <w:sz w:val="19"/>
                <w:lang w:val="es-PY"/>
              </w:rPr>
            </w:pPr>
          </w:p>
          <w:p w14:paraId="284B3E28" w14:textId="699C5A2C" w:rsidR="009E248B" w:rsidRDefault="009E248B" w:rsidP="00F337DF">
            <w:pPr>
              <w:jc w:val="both"/>
              <w:rPr>
                <w:b/>
                <w:color w:val="000000"/>
                <w:sz w:val="19"/>
                <w:lang w:val="es-PY"/>
              </w:rPr>
            </w:pPr>
          </w:p>
          <w:p w14:paraId="2E3C3B6D" w14:textId="57C09E96" w:rsidR="009E248B" w:rsidRDefault="009E248B" w:rsidP="00F337DF">
            <w:pPr>
              <w:jc w:val="both"/>
              <w:rPr>
                <w:b/>
                <w:color w:val="000000"/>
                <w:sz w:val="19"/>
                <w:lang w:val="es-PY"/>
              </w:rPr>
            </w:pPr>
          </w:p>
          <w:p w14:paraId="1390C01B" w14:textId="33267698" w:rsidR="009E248B" w:rsidRDefault="009E248B" w:rsidP="00F337DF">
            <w:pPr>
              <w:jc w:val="both"/>
              <w:rPr>
                <w:b/>
                <w:color w:val="000000"/>
                <w:sz w:val="19"/>
                <w:lang w:val="es-PY"/>
              </w:rPr>
            </w:pPr>
          </w:p>
          <w:p w14:paraId="65A07431" w14:textId="77777777" w:rsidR="009E248B" w:rsidRDefault="009E248B" w:rsidP="00F337DF">
            <w:pPr>
              <w:jc w:val="both"/>
              <w:rPr>
                <w:b/>
                <w:color w:val="000000"/>
                <w:sz w:val="19"/>
                <w:lang w:val="es-PY"/>
              </w:rPr>
            </w:pPr>
          </w:p>
          <w:p w14:paraId="40669A73" w14:textId="3B400EBC" w:rsidR="009E248B" w:rsidRDefault="009E248B" w:rsidP="00F337DF">
            <w:pPr>
              <w:jc w:val="both"/>
              <w:rPr>
                <w:b/>
                <w:color w:val="000000"/>
                <w:sz w:val="19"/>
                <w:lang w:val="es-PY"/>
              </w:rPr>
            </w:pPr>
          </w:p>
          <w:p w14:paraId="23821DC9" w14:textId="51BD798A" w:rsidR="009E248B" w:rsidRDefault="009E248B" w:rsidP="00F337DF">
            <w:pPr>
              <w:jc w:val="both"/>
              <w:rPr>
                <w:b/>
                <w:color w:val="000000"/>
                <w:sz w:val="19"/>
                <w:lang w:val="es-PY"/>
              </w:rPr>
            </w:pPr>
          </w:p>
          <w:p w14:paraId="6CEC94F2" w14:textId="4B1B04BF" w:rsidR="009E248B" w:rsidRDefault="009E248B" w:rsidP="00F337DF">
            <w:pPr>
              <w:jc w:val="both"/>
              <w:rPr>
                <w:b/>
                <w:color w:val="000000"/>
                <w:sz w:val="19"/>
                <w:lang w:val="es-PY"/>
              </w:rPr>
            </w:pPr>
          </w:p>
          <w:p w14:paraId="6691DE8A" w14:textId="77777777" w:rsidR="009E248B" w:rsidRDefault="009E248B" w:rsidP="00F337DF">
            <w:pPr>
              <w:jc w:val="both"/>
              <w:rPr>
                <w:b/>
                <w:color w:val="000000"/>
                <w:sz w:val="19"/>
                <w:lang w:val="es-PY"/>
              </w:rPr>
            </w:pPr>
          </w:p>
          <w:p w14:paraId="6B2945C3" w14:textId="77777777" w:rsidR="009E248B" w:rsidRDefault="009E248B" w:rsidP="00F337DF">
            <w:pPr>
              <w:jc w:val="both"/>
              <w:rPr>
                <w:b/>
                <w:color w:val="000000"/>
                <w:sz w:val="19"/>
                <w:lang w:val="es-PY"/>
              </w:rPr>
            </w:pPr>
          </w:p>
          <w:p w14:paraId="53BD7F1F" w14:textId="77777777" w:rsidR="009E248B" w:rsidRDefault="009E248B" w:rsidP="00F337DF">
            <w:pPr>
              <w:jc w:val="both"/>
              <w:rPr>
                <w:b/>
                <w:color w:val="000000"/>
                <w:sz w:val="19"/>
                <w:lang w:val="es-PY"/>
              </w:rPr>
            </w:pPr>
          </w:p>
          <w:p w14:paraId="6F6A4148" w14:textId="77777777" w:rsidR="009E248B" w:rsidRDefault="009E248B" w:rsidP="00F337DF">
            <w:pPr>
              <w:jc w:val="both"/>
              <w:rPr>
                <w:b/>
                <w:color w:val="000000"/>
                <w:sz w:val="19"/>
                <w:lang w:val="es-PY"/>
              </w:rPr>
            </w:pPr>
          </w:p>
          <w:p w14:paraId="62C98CC3" w14:textId="77777777" w:rsidR="009E248B" w:rsidRDefault="009E248B" w:rsidP="00F337DF">
            <w:pPr>
              <w:jc w:val="both"/>
              <w:rPr>
                <w:b/>
                <w:color w:val="000000"/>
                <w:sz w:val="19"/>
                <w:lang w:val="es-PY"/>
              </w:rPr>
            </w:pPr>
          </w:p>
          <w:p w14:paraId="095473C6" w14:textId="77777777" w:rsidR="009E248B" w:rsidRDefault="009E248B" w:rsidP="00F337DF">
            <w:pPr>
              <w:jc w:val="both"/>
              <w:rPr>
                <w:b/>
                <w:color w:val="000000"/>
                <w:sz w:val="19"/>
                <w:lang w:val="es-PY"/>
              </w:rPr>
            </w:pPr>
          </w:p>
          <w:p w14:paraId="3D461027" w14:textId="77777777" w:rsidR="009E248B" w:rsidRDefault="009E248B" w:rsidP="00F337DF">
            <w:pPr>
              <w:jc w:val="both"/>
              <w:rPr>
                <w:b/>
                <w:color w:val="000000"/>
                <w:sz w:val="19"/>
                <w:lang w:val="es-PY"/>
              </w:rPr>
            </w:pPr>
          </w:p>
          <w:p w14:paraId="1EF9E448" w14:textId="07EA297B" w:rsidR="009E248B" w:rsidRPr="00E26089" w:rsidRDefault="009E248B" w:rsidP="00F337DF">
            <w:pPr>
              <w:jc w:val="both"/>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3B765EF" w14:textId="77777777" w:rsidR="009E248B" w:rsidRDefault="009E248B" w:rsidP="00F337DF">
            <w:pPr>
              <w:jc w:val="both"/>
              <w:rPr>
                <w:b/>
                <w:color w:val="000000"/>
                <w:sz w:val="19"/>
              </w:rPr>
            </w:pPr>
          </w:p>
        </w:tc>
      </w:tr>
    </w:tbl>
    <w:p w14:paraId="3CB70A85" w14:textId="77777777" w:rsidR="000C6B7D" w:rsidRDefault="00E26089">
      <w:r>
        <w:br w:type="page"/>
      </w:r>
    </w:p>
    <w:p w14:paraId="17215FAB" w14:textId="220D06AD" w:rsidR="000C6B7D" w:rsidRDefault="000C6B7D"/>
    <w:tbl>
      <w:tblPr>
        <w:tblW w:w="0" w:type="auto"/>
        <w:jc w:val="center"/>
        <w:tblLayout w:type="fixed"/>
        <w:tblLook w:val="04A0" w:firstRow="1" w:lastRow="0" w:firstColumn="1" w:lastColumn="0" w:noHBand="0" w:noVBand="1"/>
      </w:tblPr>
      <w:tblGrid>
        <w:gridCol w:w="1962"/>
        <w:gridCol w:w="2716"/>
        <w:gridCol w:w="2614"/>
        <w:gridCol w:w="684"/>
        <w:gridCol w:w="684"/>
        <w:gridCol w:w="697"/>
      </w:tblGrid>
      <w:tr w:rsidR="000C6B7D" w14:paraId="2254DB49" w14:textId="77777777" w:rsidTr="00FB7E82">
        <w:trPr>
          <w:cantSplit/>
          <w:trHeight w:hRule="exact" w:val="691"/>
          <w:jc w:val="center"/>
        </w:trPr>
        <w:tc>
          <w:tcPr>
            <w:tcW w:w="19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37315E51" w14:textId="0BA083B4" w:rsidR="000C6B7D" w:rsidRDefault="00C07594">
            <w:pPr>
              <w:jc w:val="center"/>
            </w:pPr>
            <w:r>
              <w:rPr>
                <w:b/>
                <w:color w:val="000000"/>
              </w:rPr>
              <w:t>Criterio 4.2</w:t>
            </w:r>
          </w:p>
        </w:tc>
        <w:tc>
          <w:tcPr>
            <w:tcW w:w="533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BFC12DA" w14:textId="77777777" w:rsidR="000C6B7D" w:rsidRDefault="00E26089">
            <w:pPr>
              <w:jc w:val="center"/>
            </w:pPr>
            <w:r>
              <w:rPr>
                <w:b/>
                <w:color w:val="000000"/>
              </w:rPr>
              <w:t>Indicadores</w:t>
            </w:r>
          </w:p>
        </w:tc>
        <w:tc>
          <w:tcPr>
            <w:tcW w:w="2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06C35B3" w14:textId="77777777" w:rsidR="000C6B7D" w:rsidRDefault="00E26089">
            <w:pPr>
              <w:jc w:val="center"/>
            </w:pPr>
            <w:r>
              <w:rPr>
                <w:b/>
                <w:color w:val="000000"/>
              </w:rPr>
              <w:t>Nivel de cumplimiento</w:t>
            </w:r>
          </w:p>
        </w:tc>
      </w:tr>
      <w:tr w:rsidR="000C6B7D" w14:paraId="479E7C9F" w14:textId="77777777" w:rsidTr="00FB7E82">
        <w:trPr>
          <w:cantSplit/>
          <w:trHeight w:hRule="exact" w:val="432"/>
          <w:jc w:val="center"/>
        </w:trPr>
        <w:tc>
          <w:tcPr>
            <w:tcW w:w="19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2C6D4F65" w14:textId="77777777" w:rsidR="000C6B7D" w:rsidRDefault="000C6B7D"/>
        </w:tc>
        <w:tc>
          <w:tcPr>
            <w:tcW w:w="533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88BA14A" w14:textId="77777777" w:rsidR="000C6B7D" w:rsidRDefault="000C6B7D"/>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FB79EA7" w14:textId="77777777" w:rsidR="000C6B7D" w:rsidRDefault="00E26089">
            <w:pPr>
              <w:jc w:val="center"/>
            </w:pPr>
            <w:r>
              <w:rPr>
                <w:b/>
                <w:color w:val="000000"/>
              </w:rPr>
              <w:t>CT</w:t>
            </w:r>
          </w:p>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24E2F6D" w14:textId="77777777" w:rsidR="000C6B7D" w:rsidRDefault="00E26089">
            <w:pPr>
              <w:jc w:val="center"/>
            </w:pPr>
            <w:r>
              <w:rPr>
                <w:b/>
                <w:color w:val="000000"/>
              </w:rPr>
              <w:t>CP</w:t>
            </w: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C7E62BA" w14:textId="77777777" w:rsidR="000C6B7D" w:rsidRDefault="00E26089">
            <w:pPr>
              <w:jc w:val="center"/>
            </w:pPr>
            <w:r>
              <w:rPr>
                <w:b/>
                <w:color w:val="000000"/>
              </w:rPr>
              <w:t>NC</w:t>
            </w:r>
          </w:p>
        </w:tc>
      </w:tr>
      <w:tr w:rsidR="000C6B7D" w:rsidRPr="00F10EBE" w14:paraId="0696955C" w14:textId="77777777" w:rsidTr="005A72C0">
        <w:trPr>
          <w:cantSplit/>
          <w:trHeight w:val="677"/>
          <w:jc w:val="center"/>
        </w:trPr>
        <w:tc>
          <w:tcPr>
            <w:tcW w:w="1962" w:type="dxa"/>
            <w:vMerge w:val="restart"/>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90B42D" w14:textId="77777777" w:rsidR="00F337DF" w:rsidRPr="00F337DF" w:rsidRDefault="00F337DF" w:rsidP="00F337DF">
            <w:pPr>
              <w:jc w:val="center"/>
              <w:rPr>
                <w:b/>
                <w:bCs/>
                <w:color w:val="000000"/>
                <w:szCs w:val="20"/>
                <w:lang w:val="es-PY"/>
              </w:rPr>
            </w:pPr>
            <w:r w:rsidRPr="00F337DF">
              <w:rPr>
                <w:b/>
                <w:bCs/>
                <w:color w:val="000000"/>
                <w:szCs w:val="20"/>
                <w:lang w:val="es-PY"/>
              </w:rPr>
              <w:t>Eficacia de las estrategias institucionales de apoyo a la investigación</w:t>
            </w:r>
          </w:p>
          <w:p w14:paraId="261FADC4" w14:textId="7D5D0793" w:rsidR="000C6B7D" w:rsidRPr="005D12D8" w:rsidRDefault="00F337DF" w:rsidP="00F337DF">
            <w:pPr>
              <w:jc w:val="center"/>
              <w:rPr>
                <w:lang w:val="es-PY"/>
              </w:rPr>
            </w:pPr>
            <w:r>
              <w:rPr>
                <w:b/>
                <w:bCs/>
                <w:color w:val="FF0000"/>
                <w:szCs w:val="20"/>
              </w:rPr>
              <w:t>(Sustantivo)</w:t>
            </w:r>
          </w:p>
        </w:tc>
        <w:tc>
          <w:tcPr>
            <w:tcW w:w="5330" w:type="dxa"/>
            <w:gridSpan w:val="2"/>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859EF0D" w14:textId="4CC515B3" w:rsidR="000C6B7D" w:rsidRPr="00F337DF" w:rsidRDefault="00E26089">
            <w:pPr>
              <w:jc w:val="both"/>
              <w:rPr>
                <w:lang w:val="es-PY"/>
              </w:rPr>
            </w:pPr>
            <w:r w:rsidRPr="00E26089">
              <w:rPr>
                <w:color w:val="000000"/>
                <w:lang w:val="es-PY"/>
              </w:rPr>
              <w:t xml:space="preserve">a. </w:t>
            </w:r>
            <w:r w:rsidR="00F337DF" w:rsidRPr="00F337DF">
              <w:rPr>
                <w:color w:val="000000"/>
                <w:szCs w:val="20"/>
                <w:lang w:val="es-PY"/>
              </w:rPr>
              <w:t>El programa ofrece recursos y servicios de apoyo a la investigación (bases de datos, bibliografía especializada, etc.).</w:t>
            </w:r>
          </w:p>
        </w:tc>
        <w:tc>
          <w:tcPr>
            <w:tcW w:w="684"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349E11" w14:textId="77777777" w:rsidR="000C6B7D" w:rsidRPr="005D12D8" w:rsidRDefault="000C6B7D">
            <w:pPr>
              <w:jc w:val="center"/>
              <w:rPr>
                <w:lang w:val="es-PY"/>
              </w:rPr>
            </w:pPr>
          </w:p>
        </w:tc>
        <w:tc>
          <w:tcPr>
            <w:tcW w:w="684"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A0AB93" w14:textId="77777777" w:rsidR="000C6B7D" w:rsidRPr="005D12D8" w:rsidRDefault="000C6B7D">
            <w:pPr>
              <w:jc w:val="center"/>
              <w:rPr>
                <w:lang w:val="es-PY"/>
              </w:rPr>
            </w:pPr>
          </w:p>
        </w:tc>
        <w:tc>
          <w:tcPr>
            <w:tcW w:w="697"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CE2DF1F" w14:textId="77777777" w:rsidR="000C6B7D" w:rsidRPr="005D12D8" w:rsidRDefault="000C6B7D">
            <w:pPr>
              <w:jc w:val="center"/>
              <w:rPr>
                <w:lang w:val="es-PY"/>
              </w:rPr>
            </w:pPr>
          </w:p>
        </w:tc>
      </w:tr>
      <w:tr w:rsidR="000C6B7D" w:rsidRPr="00F10EBE" w14:paraId="7991C48D" w14:textId="77777777" w:rsidTr="005A72C0">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9ECAFE1"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243330" w14:textId="76A33AAA" w:rsidR="000C6B7D" w:rsidRPr="00F337DF" w:rsidRDefault="00E26089">
            <w:pPr>
              <w:jc w:val="both"/>
              <w:rPr>
                <w:lang w:val="es-PY"/>
              </w:rPr>
            </w:pPr>
            <w:r w:rsidRPr="00E26089">
              <w:rPr>
                <w:color w:val="000000"/>
                <w:lang w:val="es-PY"/>
              </w:rPr>
              <w:t xml:space="preserve">b. </w:t>
            </w:r>
            <w:r w:rsidR="00F337DF" w:rsidRPr="00F337DF">
              <w:rPr>
                <w:color w:val="000000"/>
                <w:szCs w:val="20"/>
                <w:lang w:val="es-PY"/>
              </w:rPr>
              <w:t>Se desarrollan seminarios, talleres o espacios de formación investigativa complementaria.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CC9A3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4531C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92AA08" w14:textId="77777777" w:rsidR="000C6B7D" w:rsidRPr="005D12D8" w:rsidRDefault="000C6B7D">
            <w:pPr>
              <w:jc w:val="center"/>
              <w:rPr>
                <w:lang w:val="es-PY"/>
              </w:rPr>
            </w:pPr>
          </w:p>
        </w:tc>
      </w:tr>
      <w:tr w:rsidR="000C6B7D" w:rsidRPr="00F10EBE" w14:paraId="4A8202A1" w14:textId="77777777" w:rsidTr="005A72C0">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2E58A5"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0BA2DB" w14:textId="2F6DC8B0" w:rsidR="000C6B7D" w:rsidRPr="00F337DF" w:rsidRDefault="00E26089">
            <w:pPr>
              <w:jc w:val="both"/>
              <w:rPr>
                <w:lang w:val="es-PY"/>
              </w:rPr>
            </w:pPr>
            <w:r w:rsidRPr="00E26089">
              <w:rPr>
                <w:color w:val="000000"/>
                <w:lang w:val="es-PY"/>
              </w:rPr>
              <w:t xml:space="preserve">c. </w:t>
            </w:r>
            <w:r w:rsidR="00F337DF" w:rsidRPr="00F337DF">
              <w:rPr>
                <w:color w:val="000000"/>
                <w:szCs w:val="20"/>
                <w:lang w:val="es-PY"/>
              </w:rPr>
              <w:t>Existen mecanismos institucionales para acceder a financiamiento o estímulos a la producción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A73A17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75B3C"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243B4F6" w14:textId="77777777" w:rsidR="000C6B7D" w:rsidRPr="005D12D8" w:rsidRDefault="000C6B7D">
            <w:pPr>
              <w:jc w:val="center"/>
              <w:rPr>
                <w:lang w:val="es-PY"/>
              </w:rPr>
            </w:pPr>
          </w:p>
        </w:tc>
      </w:tr>
      <w:tr w:rsidR="000C6B7D" w:rsidRPr="00F10EBE" w14:paraId="28DCAA1B" w14:textId="77777777" w:rsidTr="005A72C0">
        <w:trPr>
          <w:cantSplit/>
          <w:trHeight w:val="57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ABC7D8"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1E9A75" w14:textId="6DC0ABCA" w:rsidR="000C6B7D" w:rsidRPr="00F337DF" w:rsidRDefault="00E26089">
            <w:pPr>
              <w:jc w:val="both"/>
              <w:rPr>
                <w:lang w:val="es-PY"/>
              </w:rPr>
            </w:pPr>
            <w:r w:rsidRPr="00E26089">
              <w:rPr>
                <w:color w:val="000000"/>
                <w:lang w:val="es-PY"/>
              </w:rPr>
              <w:t xml:space="preserve">d. </w:t>
            </w:r>
            <w:r w:rsidR="00F337DF" w:rsidRPr="00F337DF">
              <w:rPr>
                <w:color w:val="000000"/>
                <w:szCs w:val="20"/>
                <w:lang w:val="es-PY"/>
              </w:rPr>
              <w:t xml:space="preserve">Los </w:t>
            </w:r>
            <w:r w:rsidR="000868FA">
              <w:rPr>
                <w:color w:val="000000"/>
                <w:szCs w:val="20"/>
                <w:lang w:val="es-PY"/>
              </w:rPr>
              <w:t>participantes</w:t>
            </w:r>
            <w:r w:rsidR="00F337DF" w:rsidRPr="00F337DF">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18776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9C93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9832AB" w14:textId="77777777" w:rsidR="000C6B7D" w:rsidRPr="005D12D8" w:rsidRDefault="000C6B7D">
            <w:pPr>
              <w:jc w:val="center"/>
              <w:rPr>
                <w:lang w:val="es-PY"/>
              </w:rPr>
            </w:pPr>
          </w:p>
        </w:tc>
      </w:tr>
      <w:tr w:rsidR="000C6B7D" w:rsidRPr="00F10EBE" w14:paraId="120A77F0" w14:textId="77777777" w:rsidTr="005A72C0">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769B6F"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35D20F" w14:textId="02D9480B" w:rsidR="000C6B7D" w:rsidRPr="00F337DF" w:rsidRDefault="00E26089">
            <w:pPr>
              <w:jc w:val="both"/>
              <w:rPr>
                <w:lang w:val="es-PY"/>
              </w:rPr>
            </w:pPr>
            <w:r w:rsidRPr="00E26089">
              <w:rPr>
                <w:color w:val="000000"/>
                <w:lang w:val="es-PY"/>
              </w:rPr>
              <w:t>e</w:t>
            </w:r>
            <w:r w:rsidR="00274473">
              <w:rPr>
                <w:color w:val="000000"/>
                <w:lang w:val="es-PY"/>
              </w:rPr>
              <w:t xml:space="preserve">. </w:t>
            </w:r>
            <w:r w:rsidR="00F337DF" w:rsidRPr="00F337DF">
              <w:rPr>
                <w:rFonts w:eastAsia="Times New Roman"/>
                <w:color w:val="00000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CC8500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B320CA"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FDD613" w14:textId="77777777" w:rsidR="000C6B7D" w:rsidRPr="005D12D8" w:rsidRDefault="000C6B7D">
            <w:pPr>
              <w:jc w:val="center"/>
              <w:rPr>
                <w:lang w:val="es-PY"/>
              </w:rPr>
            </w:pPr>
          </w:p>
        </w:tc>
      </w:tr>
      <w:tr w:rsidR="000C6B7D" w14:paraId="0CF079A2" w14:textId="77777777" w:rsidTr="005A72C0">
        <w:trPr>
          <w:cantSplit/>
          <w:trHeight w:hRule="exact" w:val="662"/>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1478F3D"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4EF3EC" w14:textId="77777777" w:rsidR="000C6B7D" w:rsidRDefault="00E26089">
            <w:pPr>
              <w:jc w:val="center"/>
            </w:pPr>
            <w:r>
              <w:rPr>
                <w:b/>
                <w:color w:val="000000"/>
                <w:sz w:val="19"/>
              </w:rPr>
              <w:t>Medios de verificación</w:t>
            </w:r>
          </w:p>
        </w:tc>
      </w:tr>
      <w:tr w:rsidR="00274473" w14:paraId="00D12E13" w14:textId="77777777" w:rsidTr="00F337DF">
        <w:trPr>
          <w:cantSplit/>
          <w:trHeight w:hRule="exact" w:val="7193"/>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BB25B5D" w14:textId="77777777" w:rsidR="00274473" w:rsidRPr="00E26089" w:rsidRDefault="00274473" w:rsidP="00F337DF">
            <w:pPr>
              <w:jc w:val="both"/>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467E536" w14:textId="77777777" w:rsidR="00274473" w:rsidRDefault="00274473" w:rsidP="00F337DF">
            <w:pPr>
              <w:jc w:val="both"/>
              <w:rPr>
                <w:b/>
                <w:color w:val="000000"/>
                <w:sz w:val="19"/>
              </w:rPr>
            </w:pPr>
          </w:p>
        </w:tc>
      </w:tr>
      <w:tr w:rsidR="00877E2D" w:rsidRPr="00F10EBE" w14:paraId="52AEE39F" w14:textId="77777777" w:rsidTr="00FB7E82">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289A2A" w14:textId="3B07C70C" w:rsidR="00877E2D" w:rsidRPr="009A28C0" w:rsidRDefault="009A28C0">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9808F8" w14:paraId="30566815" w14:textId="77777777" w:rsidTr="00FB7E82">
        <w:trPr>
          <w:cantSplit/>
          <w:trHeight w:hRule="exact" w:val="541"/>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E3C6CD0" w14:textId="79F35CAA" w:rsidR="009808F8" w:rsidRDefault="009808F8">
            <w:pPr>
              <w:jc w:val="center"/>
              <w:rPr>
                <w:b/>
                <w:color w:val="000000"/>
              </w:rPr>
            </w:pPr>
            <w:proofErr w:type="spellStart"/>
            <w:r>
              <w:rPr>
                <w:b/>
                <w:color w:val="000000"/>
              </w:rPr>
              <w:t>Fortalezas</w:t>
            </w:r>
            <w:proofErr w:type="spellEnd"/>
          </w:p>
        </w:tc>
        <w:tc>
          <w:tcPr>
            <w:tcW w:w="4679"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940A714" w14:textId="794C9BF7" w:rsidR="009808F8" w:rsidRDefault="009808F8">
            <w:pPr>
              <w:jc w:val="center"/>
              <w:rPr>
                <w:b/>
                <w:color w:val="000000"/>
              </w:rPr>
            </w:pPr>
            <w:r>
              <w:rPr>
                <w:b/>
                <w:color w:val="000000"/>
              </w:rPr>
              <w:t>Debilidades</w:t>
            </w:r>
          </w:p>
        </w:tc>
      </w:tr>
      <w:tr w:rsidR="009808F8" w14:paraId="4E5E4E6E" w14:textId="77777777" w:rsidTr="00F337DF">
        <w:trPr>
          <w:cantSplit/>
          <w:trHeight w:hRule="exact" w:val="5892"/>
          <w:jc w:val="center"/>
        </w:trPr>
        <w:tc>
          <w:tcPr>
            <w:tcW w:w="4678" w:type="dxa"/>
            <w:gridSpan w:val="2"/>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47C431CF" w14:textId="696C3787" w:rsidR="009808F8" w:rsidRPr="00F337DF" w:rsidRDefault="009808F8" w:rsidP="00F337DF">
            <w:pPr>
              <w:jc w:val="both"/>
              <w:rPr>
                <w:color w:val="000000"/>
              </w:rPr>
            </w:pPr>
          </w:p>
          <w:p w14:paraId="779B1486" w14:textId="136F5AC2" w:rsidR="009A28C0" w:rsidRPr="00F337DF" w:rsidRDefault="009A28C0" w:rsidP="00F337DF">
            <w:pPr>
              <w:jc w:val="both"/>
              <w:rPr>
                <w:color w:val="000000"/>
              </w:rPr>
            </w:pPr>
          </w:p>
          <w:p w14:paraId="31F9848B" w14:textId="4C5E8796" w:rsidR="009A28C0" w:rsidRPr="00F337DF" w:rsidRDefault="009A28C0" w:rsidP="00F337DF">
            <w:pPr>
              <w:jc w:val="both"/>
              <w:rPr>
                <w:color w:val="000000"/>
              </w:rPr>
            </w:pPr>
          </w:p>
          <w:p w14:paraId="61845D15" w14:textId="2DF3D56F" w:rsidR="009A28C0" w:rsidRPr="00F337DF" w:rsidRDefault="009A28C0" w:rsidP="00F337DF">
            <w:pPr>
              <w:jc w:val="both"/>
              <w:rPr>
                <w:color w:val="000000"/>
              </w:rPr>
            </w:pPr>
          </w:p>
          <w:p w14:paraId="7E4FBEE4" w14:textId="545B1A2D" w:rsidR="009A28C0" w:rsidRPr="00F337DF" w:rsidRDefault="009A28C0" w:rsidP="00F337DF">
            <w:pPr>
              <w:jc w:val="both"/>
              <w:rPr>
                <w:color w:val="000000"/>
              </w:rPr>
            </w:pPr>
          </w:p>
          <w:p w14:paraId="4608192C" w14:textId="3FBA8B3F" w:rsidR="009A28C0" w:rsidRPr="00F337DF" w:rsidRDefault="009A28C0" w:rsidP="00F337DF">
            <w:pPr>
              <w:jc w:val="both"/>
              <w:rPr>
                <w:color w:val="000000"/>
              </w:rPr>
            </w:pPr>
          </w:p>
          <w:p w14:paraId="727CB6B1" w14:textId="35799718" w:rsidR="009A28C0" w:rsidRPr="00F337DF" w:rsidRDefault="009A28C0" w:rsidP="00F337DF">
            <w:pPr>
              <w:jc w:val="both"/>
              <w:rPr>
                <w:color w:val="000000"/>
              </w:rPr>
            </w:pPr>
          </w:p>
          <w:p w14:paraId="14A631B0" w14:textId="46CCE8BB" w:rsidR="009A28C0" w:rsidRPr="00F337DF" w:rsidRDefault="009A28C0" w:rsidP="00F337DF">
            <w:pPr>
              <w:jc w:val="both"/>
              <w:rPr>
                <w:color w:val="000000"/>
              </w:rPr>
            </w:pPr>
          </w:p>
          <w:p w14:paraId="3E0925D3" w14:textId="7FFCEBF6" w:rsidR="009A28C0" w:rsidRPr="00F337DF" w:rsidRDefault="009A28C0" w:rsidP="00F337DF">
            <w:pPr>
              <w:jc w:val="both"/>
              <w:rPr>
                <w:color w:val="000000"/>
              </w:rPr>
            </w:pPr>
          </w:p>
          <w:p w14:paraId="24F5342E" w14:textId="6DDF8D45" w:rsidR="009A28C0" w:rsidRPr="00F337DF" w:rsidRDefault="009A28C0" w:rsidP="00F337DF">
            <w:pPr>
              <w:jc w:val="both"/>
              <w:rPr>
                <w:color w:val="000000"/>
              </w:rPr>
            </w:pPr>
          </w:p>
          <w:p w14:paraId="343B71A0" w14:textId="6782CDC8" w:rsidR="009A28C0" w:rsidRPr="00F337DF" w:rsidRDefault="009A28C0" w:rsidP="00F337DF">
            <w:pPr>
              <w:jc w:val="both"/>
              <w:rPr>
                <w:color w:val="000000"/>
              </w:rPr>
            </w:pPr>
          </w:p>
          <w:p w14:paraId="201D5683" w14:textId="77777777" w:rsidR="009A28C0" w:rsidRPr="00F337DF" w:rsidRDefault="009A28C0" w:rsidP="00F337DF">
            <w:pPr>
              <w:jc w:val="both"/>
              <w:rPr>
                <w:color w:val="000000"/>
              </w:rPr>
            </w:pPr>
          </w:p>
          <w:p w14:paraId="400A4DE1" w14:textId="77777777" w:rsidR="009A28C0" w:rsidRPr="00F337DF" w:rsidRDefault="009A28C0" w:rsidP="00F337DF">
            <w:pPr>
              <w:jc w:val="both"/>
              <w:rPr>
                <w:color w:val="000000"/>
              </w:rPr>
            </w:pPr>
          </w:p>
          <w:p w14:paraId="39D98912" w14:textId="77777777" w:rsidR="009A28C0" w:rsidRPr="00F337DF" w:rsidRDefault="009A28C0" w:rsidP="00F337DF">
            <w:pPr>
              <w:jc w:val="both"/>
              <w:rPr>
                <w:color w:val="000000"/>
              </w:rPr>
            </w:pPr>
          </w:p>
          <w:p w14:paraId="05C4C582" w14:textId="665A8628" w:rsidR="009A28C0" w:rsidRPr="00F337DF" w:rsidRDefault="009A28C0" w:rsidP="00F337DF">
            <w:pPr>
              <w:jc w:val="both"/>
              <w:rPr>
                <w:color w:val="000000"/>
              </w:rPr>
            </w:pPr>
          </w:p>
        </w:tc>
        <w:tc>
          <w:tcPr>
            <w:tcW w:w="4679" w:type="dxa"/>
            <w:gridSpan w:val="4"/>
            <w:tcBorders>
              <w:top w:val="single" w:sz="6" w:space="0" w:color="000000"/>
              <w:left w:val="single" w:sz="6" w:space="0" w:color="000000"/>
              <w:bottom w:val="single" w:sz="4" w:space="0" w:color="auto"/>
              <w:right w:val="single" w:sz="6" w:space="0" w:color="000000"/>
            </w:tcBorders>
          </w:tcPr>
          <w:p w14:paraId="1AC30016" w14:textId="77777777" w:rsidR="009808F8" w:rsidRPr="00F337DF" w:rsidRDefault="009808F8" w:rsidP="00F337DF">
            <w:pPr>
              <w:jc w:val="both"/>
              <w:rPr>
                <w:color w:val="000000"/>
              </w:rPr>
            </w:pPr>
          </w:p>
          <w:p w14:paraId="4D645EEB" w14:textId="77777777" w:rsidR="00AF4AE5" w:rsidRPr="00F337DF" w:rsidRDefault="00AF4AE5" w:rsidP="00F337DF">
            <w:pPr>
              <w:jc w:val="both"/>
              <w:rPr>
                <w:color w:val="000000"/>
              </w:rPr>
            </w:pPr>
          </w:p>
          <w:p w14:paraId="1EA0B4A5" w14:textId="77777777" w:rsidR="00AF4AE5" w:rsidRPr="00F337DF" w:rsidRDefault="00AF4AE5" w:rsidP="00F337DF">
            <w:pPr>
              <w:jc w:val="both"/>
              <w:rPr>
                <w:color w:val="000000"/>
              </w:rPr>
            </w:pPr>
          </w:p>
          <w:p w14:paraId="02E66832" w14:textId="77777777" w:rsidR="00AF4AE5" w:rsidRPr="00F337DF" w:rsidRDefault="00AF4AE5" w:rsidP="00F337DF">
            <w:pPr>
              <w:jc w:val="both"/>
              <w:rPr>
                <w:color w:val="000000"/>
              </w:rPr>
            </w:pPr>
          </w:p>
          <w:p w14:paraId="67B659AD" w14:textId="77777777" w:rsidR="00AF4AE5" w:rsidRPr="00F337DF" w:rsidRDefault="00AF4AE5" w:rsidP="00F337DF">
            <w:pPr>
              <w:jc w:val="both"/>
              <w:rPr>
                <w:color w:val="000000"/>
              </w:rPr>
            </w:pPr>
          </w:p>
          <w:p w14:paraId="327B92D4" w14:textId="77777777" w:rsidR="00AF4AE5" w:rsidRPr="00F337DF" w:rsidRDefault="00AF4AE5" w:rsidP="00F337DF">
            <w:pPr>
              <w:jc w:val="both"/>
              <w:rPr>
                <w:color w:val="000000"/>
              </w:rPr>
            </w:pPr>
          </w:p>
          <w:p w14:paraId="656D2DD1" w14:textId="77777777" w:rsidR="00AF4AE5" w:rsidRPr="00F337DF" w:rsidRDefault="00AF4AE5" w:rsidP="00F337DF">
            <w:pPr>
              <w:jc w:val="both"/>
              <w:rPr>
                <w:color w:val="000000"/>
              </w:rPr>
            </w:pPr>
          </w:p>
          <w:p w14:paraId="59525BD2" w14:textId="77777777" w:rsidR="00AF4AE5" w:rsidRPr="00F337DF" w:rsidRDefault="00AF4AE5" w:rsidP="00F337DF">
            <w:pPr>
              <w:jc w:val="both"/>
              <w:rPr>
                <w:color w:val="000000"/>
              </w:rPr>
            </w:pPr>
          </w:p>
          <w:p w14:paraId="64E1E19F" w14:textId="77777777" w:rsidR="00AF4AE5" w:rsidRPr="00F337DF" w:rsidRDefault="00AF4AE5" w:rsidP="00F337DF">
            <w:pPr>
              <w:jc w:val="both"/>
              <w:rPr>
                <w:color w:val="000000"/>
              </w:rPr>
            </w:pPr>
          </w:p>
          <w:p w14:paraId="41CC19E9" w14:textId="77777777" w:rsidR="00AF4AE5" w:rsidRPr="00F337DF" w:rsidRDefault="00AF4AE5" w:rsidP="00F337DF">
            <w:pPr>
              <w:jc w:val="both"/>
              <w:rPr>
                <w:color w:val="000000"/>
              </w:rPr>
            </w:pPr>
          </w:p>
          <w:p w14:paraId="0EFBD61B" w14:textId="77777777" w:rsidR="00AF4AE5" w:rsidRPr="00F337DF" w:rsidRDefault="00AF4AE5" w:rsidP="00F337DF">
            <w:pPr>
              <w:jc w:val="both"/>
              <w:rPr>
                <w:color w:val="000000"/>
              </w:rPr>
            </w:pPr>
          </w:p>
          <w:p w14:paraId="07CC9434" w14:textId="4E0ACA33" w:rsidR="00AF4AE5" w:rsidRPr="00F337DF" w:rsidRDefault="00AF4AE5" w:rsidP="00F337DF">
            <w:pPr>
              <w:jc w:val="both"/>
              <w:rPr>
                <w:color w:val="000000"/>
              </w:rPr>
            </w:pPr>
          </w:p>
        </w:tc>
      </w:tr>
      <w:tr w:rsidR="000C6B7D" w14:paraId="75971EAA" w14:textId="77777777" w:rsidTr="00FB7E82">
        <w:trPr>
          <w:cantSplit/>
          <w:trHeight w:hRule="exact" w:val="372"/>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D2AFF75" w14:textId="77777777" w:rsidR="000C6B7D" w:rsidRDefault="00135FC3">
            <w:pPr>
              <w:jc w:val="center"/>
            </w:pPr>
            <w:r>
              <w:rPr>
                <w:b/>
                <w:color w:val="000000"/>
              </w:rPr>
              <w:t>Oportunidades</w:t>
            </w:r>
            <w:r w:rsidR="00E26089">
              <w:rPr>
                <w:b/>
                <w:color w:val="000000"/>
              </w:rPr>
              <w:t xml:space="preserve"> de mejora</w:t>
            </w:r>
          </w:p>
        </w:tc>
      </w:tr>
      <w:tr w:rsidR="00AE2053" w14:paraId="33D6BC5E" w14:textId="77777777" w:rsidTr="00F337DF">
        <w:trPr>
          <w:cantSplit/>
          <w:trHeight w:hRule="exact" w:val="5609"/>
          <w:jc w:val="center"/>
        </w:trPr>
        <w:tc>
          <w:tcPr>
            <w:tcW w:w="9357" w:type="dxa"/>
            <w:gridSpan w:val="6"/>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0EC8F1DD" w14:textId="434A5804" w:rsidR="00AE2053" w:rsidRPr="00F337DF" w:rsidRDefault="00AE2053" w:rsidP="00F337DF">
            <w:pPr>
              <w:jc w:val="both"/>
              <w:rPr>
                <w:color w:val="000000"/>
              </w:rPr>
            </w:pPr>
          </w:p>
          <w:p w14:paraId="161F629A" w14:textId="4D167CEB" w:rsidR="009A28C0" w:rsidRDefault="009A28C0" w:rsidP="00F337DF">
            <w:pPr>
              <w:jc w:val="both"/>
              <w:rPr>
                <w:b/>
                <w:color w:val="000000"/>
              </w:rPr>
            </w:pPr>
          </w:p>
          <w:p w14:paraId="72C32E71" w14:textId="44D9948B" w:rsidR="009A28C0" w:rsidRDefault="009A28C0" w:rsidP="00F337DF">
            <w:pPr>
              <w:jc w:val="both"/>
              <w:rPr>
                <w:b/>
                <w:color w:val="000000"/>
              </w:rPr>
            </w:pPr>
          </w:p>
          <w:p w14:paraId="6A247D1F" w14:textId="14E10C4B" w:rsidR="009A28C0" w:rsidRDefault="009A28C0" w:rsidP="00F337DF">
            <w:pPr>
              <w:jc w:val="both"/>
              <w:rPr>
                <w:b/>
                <w:color w:val="000000"/>
              </w:rPr>
            </w:pPr>
          </w:p>
          <w:p w14:paraId="18A160A8" w14:textId="77777777" w:rsidR="009A28C0" w:rsidRDefault="009A28C0" w:rsidP="00F337DF">
            <w:pPr>
              <w:jc w:val="both"/>
              <w:rPr>
                <w:b/>
                <w:color w:val="000000"/>
              </w:rPr>
            </w:pPr>
          </w:p>
          <w:p w14:paraId="0DC64229" w14:textId="77777777" w:rsidR="009A28C0" w:rsidRDefault="009A28C0" w:rsidP="00F337DF">
            <w:pPr>
              <w:jc w:val="both"/>
              <w:rPr>
                <w:b/>
                <w:color w:val="000000"/>
              </w:rPr>
            </w:pPr>
          </w:p>
          <w:p w14:paraId="2AC633EB" w14:textId="77777777" w:rsidR="009A28C0" w:rsidRDefault="009A28C0" w:rsidP="00F337DF">
            <w:pPr>
              <w:jc w:val="both"/>
              <w:rPr>
                <w:b/>
                <w:color w:val="000000"/>
              </w:rPr>
            </w:pPr>
          </w:p>
          <w:p w14:paraId="1122E626" w14:textId="77777777" w:rsidR="009A28C0" w:rsidRDefault="009A28C0" w:rsidP="00F337DF">
            <w:pPr>
              <w:jc w:val="both"/>
              <w:rPr>
                <w:b/>
                <w:color w:val="000000"/>
              </w:rPr>
            </w:pPr>
          </w:p>
          <w:p w14:paraId="259081F8" w14:textId="10C282DC" w:rsidR="009A28C0" w:rsidRDefault="009A28C0" w:rsidP="00F337DF">
            <w:pPr>
              <w:jc w:val="both"/>
              <w:rPr>
                <w:b/>
                <w:color w:val="000000"/>
              </w:rPr>
            </w:pPr>
          </w:p>
        </w:tc>
      </w:tr>
    </w:tbl>
    <w:p w14:paraId="6EE0449D" w14:textId="77777777" w:rsidR="000C6B7D" w:rsidRDefault="00E26089">
      <w:r>
        <w:br w:type="page"/>
      </w:r>
    </w:p>
    <w:tbl>
      <w:tblPr>
        <w:tblW w:w="0" w:type="auto"/>
        <w:jc w:val="center"/>
        <w:tblLayout w:type="fixed"/>
        <w:tblLook w:val="04A0" w:firstRow="1" w:lastRow="0" w:firstColumn="1" w:lastColumn="0" w:noHBand="0" w:noVBand="1"/>
      </w:tblPr>
      <w:tblGrid>
        <w:gridCol w:w="9357"/>
      </w:tblGrid>
      <w:tr w:rsidR="000C6B7D" w:rsidRPr="00F10EBE" w14:paraId="3CDA057F" w14:textId="77777777" w:rsidTr="009A28C0">
        <w:trPr>
          <w:cantSplit/>
          <w:trHeight w:hRule="exact" w:val="446"/>
          <w:tblHeader/>
          <w:jc w:val="center"/>
        </w:trPr>
        <w:tc>
          <w:tcPr>
            <w:tcW w:w="9357" w:type="dxa"/>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2CB5285B" w14:textId="77777777" w:rsidR="000C6B7D" w:rsidRPr="00E26089" w:rsidRDefault="00E26089">
            <w:pPr>
              <w:rPr>
                <w:lang w:val="es-PY"/>
              </w:rPr>
            </w:pPr>
            <w:r w:rsidRPr="00E26089">
              <w:rPr>
                <w:b/>
                <w:color w:val="FFFFFF"/>
                <w:lang w:val="es-PY"/>
              </w:rPr>
              <w:lastRenderedPageBreak/>
              <w:t>DIMENSIÓN 5. VINCULACIÓN Y PROYECCIÓN DEL PROGRAMA</w:t>
            </w:r>
          </w:p>
        </w:tc>
      </w:tr>
    </w:tbl>
    <w:p w14:paraId="034FC56F" w14:textId="52511CFC" w:rsidR="000C6B7D" w:rsidRPr="00271445" w:rsidRDefault="000C6B7D">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64E88EF6" w14:textId="77777777" w:rsidTr="00FB7E82">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BAF37F" w14:textId="55DC4A25" w:rsidR="000C6B7D" w:rsidRDefault="009808F8">
            <w:pPr>
              <w:jc w:val="center"/>
            </w:pPr>
            <w:r w:rsidRPr="00990F2B">
              <w:rPr>
                <w:b/>
                <w:color w:val="000000"/>
                <w:lang w:val="es-PY"/>
              </w:rPr>
              <w:t>Criterio</w:t>
            </w:r>
            <w:r>
              <w:rPr>
                <w:b/>
                <w:color w:val="00000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1C54E2"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F144C9" w14:textId="77777777" w:rsidR="000C6B7D" w:rsidRDefault="00E26089">
            <w:pPr>
              <w:jc w:val="center"/>
            </w:pPr>
            <w:r>
              <w:rPr>
                <w:b/>
                <w:color w:val="000000"/>
              </w:rPr>
              <w:t>Nivel de cumplimiento</w:t>
            </w:r>
          </w:p>
        </w:tc>
      </w:tr>
      <w:tr w:rsidR="000C6B7D" w14:paraId="5BF32C2D" w14:textId="77777777" w:rsidTr="00FB7E82">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C1593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87A73C"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277AFE"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A64613"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DB4502" w14:textId="77777777" w:rsidR="000C6B7D" w:rsidRDefault="00E26089">
            <w:pPr>
              <w:jc w:val="center"/>
            </w:pPr>
            <w:r>
              <w:rPr>
                <w:b/>
                <w:color w:val="000000"/>
              </w:rPr>
              <w:t>NC</w:t>
            </w:r>
          </w:p>
        </w:tc>
      </w:tr>
      <w:tr w:rsidR="000C6B7D" w:rsidRPr="00F10EBE" w14:paraId="19BC2E15" w14:textId="77777777" w:rsidTr="00434A3A">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AF29B02" w14:textId="3D721FE8" w:rsidR="000C6B7D" w:rsidRPr="00F337DF" w:rsidRDefault="00F337DF">
            <w:pPr>
              <w:jc w:val="center"/>
              <w:rPr>
                <w:lang w:val="es-PY"/>
              </w:rPr>
            </w:pPr>
            <w:r w:rsidRPr="00F337DF">
              <w:rPr>
                <w:b/>
                <w:bCs/>
                <w:lang w:val="es-PY"/>
              </w:rPr>
              <w:t xml:space="preserve">Impacto de la proyección y visibilidad de los resultados del programa </w:t>
            </w:r>
            <w:r w:rsidRPr="00F337DF">
              <w:rPr>
                <w:b/>
                <w:bCs/>
                <w:color w:val="EE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315B57" w14:textId="550DB185" w:rsidR="00015037" w:rsidRPr="00015037" w:rsidRDefault="00F337DF" w:rsidP="00015037">
            <w:pPr>
              <w:pStyle w:val="Prrafodelista"/>
              <w:numPr>
                <w:ilvl w:val="1"/>
                <w:numId w:val="14"/>
              </w:numPr>
              <w:ind w:left="229" w:hanging="229"/>
              <w:jc w:val="both"/>
              <w:rPr>
                <w:lang w:val="es-PY"/>
              </w:rPr>
            </w:pPr>
            <w:r w:rsidRPr="00F337DF">
              <w:rPr>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89FA9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6022F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32B2877" w14:textId="77777777" w:rsidR="000C6B7D" w:rsidRPr="005D12D8" w:rsidRDefault="000C6B7D">
            <w:pPr>
              <w:jc w:val="center"/>
              <w:rPr>
                <w:lang w:val="es-PY"/>
              </w:rPr>
            </w:pPr>
          </w:p>
        </w:tc>
      </w:tr>
      <w:tr w:rsidR="000C6B7D" w:rsidRPr="00F10EBE" w14:paraId="5E92F678" w14:textId="77777777" w:rsidTr="00434A3A">
        <w:trPr>
          <w:cantSplit/>
          <w:trHeight w:val="44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08EBA"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B07121" w14:textId="0BE03801" w:rsidR="000C6B7D" w:rsidRPr="00F337DF" w:rsidRDefault="00E26089">
            <w:pPr>
              <w:jc w:val="both"/>
              <w:rPr>
                <w:lang w:val="es-PY"/>
              </w:rPr>
            </w:pPr>
            <w:r w:rsidRPr="00E26089">
              <w:rPr>
                <w:color w:val="000000"/>
                <w:lang w:val="es-PY"/>
              </w:rPr>
              <w:t xml:space="preserve">b. </w:t>
            </w:r>
            <w:r w:rsidR="00F337DF" w:rsidRPr="00F337DF">
              <w:rPr>
                <w:color w:val="00000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1F0C69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D008E1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58CBE5" w14:textId="77777777" w:rsidR="000C6B7D" w:rsidRPr="005D12D8" w:rsidRDefault="000C6B7D">
            <w:pPr>
              <w:jc w:val="center"/>
              <w:rPr>
                <w:lang w:val="es-PY"/>
              </w:rPr>
            </w:pPr>
          </w:p>
        </w:tc>
      </w:tr>
      <w:tr w:rsidR="000C6B7D" w:rsidRPr="00F10EBE" w14:paraId="54553F92" w14:textId="77777777" w:rsidTr="00434A3A">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06312F"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399BEE0" w14:textId="674EACD6" w:rsidR="000C6B7D" w:rsidRPr="00F337DF" w:rsidRDefault="00E26089">
            <w:pPr>
              <w:jc w:val="both"/>
              <w:rPr>
                <w:lang w:val="es-PY"/>
              </w:rPr>
            </w:pPr>
            <w:r w:rsidRPr="00E26089">
              <w:rPr>
                <w:color w:val="000000"/>
                <w:lang w:val="es-PY"/>
              </w:rPr>
              <w:t xml:space="preserve">c. </w:t>
            </w:r>
            <w:r w:rsidR="00F337DF" w:rsidRPr="00F337DF">
              <w:rPr>
                <w:color w:val="00000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3C794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068EA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19CB83F" w14:textId="77777777" w:rsidR="000C6B7D" w:rsidRPr="005D12D8" w:rsidRDefault="000C6B7D">
            <w:pPr>
              <w:jc w:val="center"/>
              <w:rPr>
                <w:lang w:val="es-PY"/>
              </w:rPr>
            </w:pPr>
          </w:p>
        </w:tc>
      </w:tr>
      <w:tr w:rsidR="000C6B7D" w:rsidRPr="00F10EBE" w14:paraId="713187DF" w14:textId="77777777" w:rsidTr="00434A3A">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574B973"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9FB62D1" w14:textId="35EEBA90" w:rsidR="000C6B7D" w:rsidRPr="00F337DF" w:rsidRDefault="00E26089">
            <w:pPr>
              <w:jc w:val="both"/>
              <w:rPr>
                <w:lang w:val="es-PY"/>
              </w:rPr>
            </w:pPr>
            <w:r w:rsidRPr="00E26089">
              <w:rPr>
                <w:color w:val="000000"/>
                <w:lang w:val="es-PY"/>
              </w:rPr>
              <w:t xml:space="preserve">d. </w:t>
            </w:r>
            <w:r w:rsidR="00F337DF" w:rsidRPr="00F337DF">
              <w:rPr>
                <w:color w:val="00000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0AD74C"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6F2639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E4522E" w14:textId="77777777" w:rsidR="000C6B7D" w:rsidRPr="005D12D8" w:rsidRDefault="000C6B7D">
            <w:pPr>
              <w:jc w:val="center"/>
              <w:rPr>
                <w:lang w:val="es-PY"/>
              </w:rPr>
            </w:pPr>
          </w:p>
        </w:tc>
      </w:tr>
      <w:tr w:rsidR="000C6B7D" w14:paraId="20FC7E42" w14:textId="77777777" w:rsidTr="009A28C0">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4DBC848"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E9F513D" w14:textId="77777777" w:rsidR="000C6B7D" w:rsidRDefault="00E26089">
            <w:pPr>
              <w:jc w:val="center"/>
            </w:pPr>
            <w:r>
              <w:rPr>
                <w:b/>
                <w:color w:val="000000"/>
                <w:sz w:val="19"/>
              </w:rPr>
              <w:t>Medios de verificación</w:t>
            </w:r>
          </w:p>
        </w:tc>
      </w:tr>
      <w:tr w:rsidR="000C6B7D" w14:paraId="2F4FD6B6" w14:textId="77777777" w:rsidTr="00F337DF">
        <w:trPr>
          <w:cantSplit/>
          <w:trHeight w:val="499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CB41260" w14:textId="77777777" w:rsidR="000C6B7D" w:rsidRDefault="000C6B7D" w:rsidP="00F337DF">
            <w:pPr>
              <w:jc w:val="both"/>
            </w:pPr>
          </w:p>
          <w:p w14:paraId="533D4C60" w14:textId="77777777" w:rsidR="00F337DF" w:rsidRDefault="00F337DF" w:rsidP="00F337DF">
            <w:pPr>
              <w:jc w:val="both"/>
            </w:pPr>
          </w:p>
          <w:p w14:paraId="4E51803D" w14:textId="77777777" w:rsidR="00F337DF" w:rsidRDefault="00F337DF" w:rsidP="00F337DF">
            <w:pPr>
              <w:jc w:val="both"/>
            </w:pPr>
          </w:p>
          <w:p w14:paraId="6157FF5B" w14:textId="77777777" w:rsidR="00F337DF" w:rsidRDefault="00F337DF" w:rsidP="00F337DF">
            <w:pPr>
              <w:jc w:val="both"/>
            </w:pPr>
          </w:p>
          <w:p w14:paraId="0D1F97B9" w14:textId="77777777" w:rsidR="00F337DF" w:rsidRDefault="00F337DF" w:rsidP="00F337DF">
            <w:pPr>
              <w:jc w:val="both"/>
            </w:pPr>
          </w:p>
          <w:p w14:paraId="444EBD6A" w14:textId="77777777" w:rsidR="00F337DF" w:rsidRDefault="00F337DF" w:rsidP="00F337DF">
            <w:pPr>
              <w:jc w:val="both"/>
            </w:pPr>
          </w:p>
          <w:p w14:paraId="00E480F4" w14:textId="77777777" w:rsidR="00F337DF" w:rsidRDefault="00F337DF" w:rsidP="00F337DF">
            <w:pPr>
              <w:jc w:val="both"/>
            </w:pPr>
          </w:p>
          <w:p w14:paraId="3203040E" w14:textId="77777777" w:rsidR="00F337DF" w:rsidRDefault="00F337DF" w:rsidP="00F337DF">
            <w:pPr>
              <w:jc w:val="both"/>
            </w:pPr>
          </w:p>
          <w:p w14:paraId="210A8D36" w14:textId="77777777" w:rsidR="00F337DF" w:rsidRDefault="00F337DF" w:rsidP="00F337DF">
            <w:pPr>
              <w:jc w:val="both"/>
            </w:pPr>
          </w:p>
          <w:p w14:paraId="7AE7876C" w14:textId="77777777" w:rsidR="00F337DF" w:rsidRDefault="00F337DF" w:rsidP="00F337DF">
            <w:pPr>
              <w:jc w:val="both"/>
            </w:pPr>
          </w:p>
          <w:p w14:paraId="73113664" w14:textId="77777777" w:rsidR="00F337DF" w:rsidRDefault="00F337DF" w:rsidP="00F337DF">
            <w:pPr>
              <w:jc w:val="both"/>
            </w:pPr>
          </w:p>
          <w:p w14:paraId="72FB4664" w14:textId="77777777" w:rsidR="00F337DF" w:rsidRDefault="00F337DF" w:rsidP="00F337DF">
            <w:pPr>
              <w:jc w:val="both"/>
            </w:pPr>
          </w:p>
          <w:p w14:paraId="1BC36229" w14:textId="77777777" w:rsidR="00F337DF" w:rsidRDefault="00F337DF" w:rsidP="00F337DF">
            <w:pPr>
              <w:jc w:val="both"/>
            </w:pPr>
          </w:p>
          <w:p w14:paraId="69F2F395" w14:textId="77777777" w:rsidR="00F337DF" w:rsidRDefault="00F337DF" w:rsidP="00F337DF">
            <w:pPr>
              <w:jc w:val="both"/>
            </w:pPr>
          </w:p>
          <w:p w14:paraId="0D3058D8" w14:textId="77777777" w:rsidR="00F337DF" w:rsidRDefault="00F337DF" w:rsidP="00F337DF">
            <w:pPr>
              <w:jc w:val="both"/>
            </w:pPr>
          </w:p>
          <w:p w14:paraId="5D06917A" w14:textId="77777777" w:rsidR="00F337DF" w:rsidRDefault="00F337DF" w:rsidP="00F337DF">
            <w:pPr>
              <w:jc w:val="both"/>
            </w:pPr>
          </w:p>
          <w:p w14:paraId="26A60970" w14:textId="77777777" w:rsidR="00F337DF" w:rsidRDefault="00F337DF" w:rsidP="00F337DF">
            <w:pPr>
              <w:jc w:val="both"/>
            </w:pPr>
          </w:p>
          <w:p w14:paraId="7E439F9A" w14:textId="77777777" w:rsidR="00F337DF" w:rsidRDefault="00F337DF" w:rsidP="00F337DF">
            <w:pPr>
              <w:jc w:val="both"/>
            </w:pPr>
          </w:p>
          <w:p w14:paraId="7FFD1CDD" w14:textId="77777777" w:rsidR="00F337DF" w:rsidRDefault="00F337DF" w:rsidP="00F337DF">
            <w:pPr>
              <w:jc w:val="both"/>
            </w:pPr>
          </w:p>
          <w:p w14:paraId="141196C6" w14:textId="77777777" w:rsidR="00F337DF" w:rsidRDefault="00F337DF" w:rsidP="00F337DF">
            <w:pPr>
              <w:jc w:val="both"/>
            </w:pPr>
          </w:p>
          <w:p w14:paraId="6C05067E" w14:textId="77777777" w:rsidR="00F337DF" w:rsidRDefault="00F337DF" w:rsidP="00F337DF">
            <w:pPr>
              <w:jc w:val="both"/>
            </w:pPr>
          </w:p>
          <w:p w14:paraId="2EEC0553" w14:textId="77777777" w:rsidR="00F337DF" w:rsidRDefault="00F337DF" w:rsidP="00F337DF">
            <w:pPr>
              <w:jc w:val="both"/>
            </w:pPr>
          </w:p>
          <w:p w14:paraId="0367D469" w14:textId="77777777" w:rsidR="00F337DF" w:rsidRDefault="00F337DF" w:rsidP="00F337DF">
            <w:pPr>
              <w:jc w:val="both"/>
            </w:pPr>
          </w:p>
          <w:p w14:paraId="2CB48FAB" w14:textId="77777777" w:rsidR="00F337DF" w:rsidRDefault="00F337DF" w:rsidP="00F337DF">
            <w:pPr>
              <w:jc w:val="both"/>
            </w:pPr>
          </w:p>
          <w:p w14:paraId="4498E0A3" w14:textId="77777777" w:rsidR="00F337DF" w:rsidRDefault="00F337DF" w:rsidP="00F337DF">
            <w:pPr>
              <w:jc w:val="both"/>
            </w:pPr>
          </w:p>
          <w:p w14:paraId="59213A8B" w14:textId="77777777" w:rsidR="00F337DF" w:rsidRDefault="00F337DF" w:rsidP="00F337DF">
            <w:pPr>
              <w:jc w:val="both"/>
            </w:pPr>
          </w:p>
          <w:p w14:paraId="3EDBD75F" w14:textId="77777777" w:rsidR="00F337DF" w:rsidRDefault="00F337DF" w:rsidP="00F337DF">
            <w:pPr>
              <w:jc w:val="both"/>
            </w:pPr>
          </w:p>
          <w:p w14:paraId="0ABA194D" w14:textId="77777777" w:rsidR="00F337DF" w:rsidRDefault="00F337DF" w:rsidP="00F337DF">
            <w:pPr>
              <w:jc w:val="both"/>
            </w:pPr>
          </w:p>
          <w:p w14:paraId="0519859B" w14:textId="77777777" w:rsidR="00F337DF" w:rsidRDefault="00F337DF" w:rsidP="00F337DF">
            <w:pPr>
              <w:jc w:val="both"/>
            </w:pPr>
          </w:p>
          <w:p w14:paraId="6091EBD4" w14:textId="77777777" w:rsidR="00F337DF" w:rsidRDefault="00F337DF" w:rsidP="00F337DF">
            <w:pPr>
              <w:jc w:val="both"/>
            </w:pPr>
          </w:p>
          <w:p w14:paraId="7BB3CE8E" w14:textId="77777777" w:rsidR="00F337DF" w:rsidRDefault="00F337DF" w:rsidP="00F337DF">
            <w:pPr>
              <w:jc w:val="both"/>
            </w:pPr>
          </w:p>
          <w:p w14:paraId="1DF8A54E" w14:textId="77777777" w:rsidR="00F337DF" w:rsidRDefault="00F337DF" w:rsidP="00F337DF">
            <w:pPr>
              <w:jc w:val="both"/>
            </w:pPr>
          </w:p>
          <w:p w14:paraId="49738253" w14:textId="77777777" w:rsidR="00F337DF" w:rsidRDefault="00F337DF" w:rsidP="00F337DF">
            <w:pPr>
              <w:jc w:val="both"/>
            </w:pPr>
          </w:p>
          <w:p w14:paraId="11846F70" w14:textId="66EA66B8" w:rsidR="00F337DF" w:rsidRPr="00F337DF" w:rsidRDefault="00F337DF" w:rsidP="00F337D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0B3DDC7" w14:textId="77777777" w:rsidR="000C6B7D" w:rsidRPr="00F337DF" w:rsidRDefault="000C6B7D" w:rsidP="00F337DF">
            <w:pPr>
              <w:jc w:val="both"/>
            </w:pPr>
          </w:p>
        </w:tc>
      </w:tr>
    </w:tbl>
    <w:p w14:paraId="24ECDF88" w14:textId="77777777" w:rsidR="000C6B7D" w:rsidRDefault="00E26089">
      <w:r>
        <w:br w:type="page"/>
      </w:r>
    </w:p>
    <w:tbl>
      <w:tblPr>
        <w:tblW w:w="0" w:type="auto"/>
        <w:jc w:val="center"/>
        <w:tblLayout w:type="fixed"/>
        <w:tblLook w:val="04A0" w:firstRow="1" w:lastRow="0" w:firstColumn="1" w:lastColumn="0" w:noHBand="0" w:noVBand="1"/>
      </w:tblPr>
      <w:tblGrid>
        <w:gridCol w:w="4678"/>
        <w:gridCol w:w="4678"/>
      </w:tblGrid>
      <w:tr w:rsidR="009A28C0" w:rsidRPr="00F10EBE" w14:paraId="1EB34531" w14:textId="77777777" w:rsidTr="00C509F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5A89044" w14:textId="0308EFA6" w:rsidR="009A28C0" w:rsidRPr="009A28C0" w:rsidRDefault="009A28C0">
            <w:pPr>
              <w:jc w:val="center"/>
              <w:rPr>
                <w:b/>
                <w:color w:val="000000"/>
                <w:lang w:val="es-PY"/>
              </w:rPr>
            </w:pPr>
            <w:r w:rsidRPr="009A28C0">
              <w:rPr>
                <w:b/>
                <w:color w:val="000000"/>
                <w:lang w:val="es-PY"/>
              </w:rPr>
              <w:lastRenderedPageBreak/>
              <w:t xml:space="preserve">Fortalezas y debilidades </w:t>
            </w:r>
            <w:r w:rsidRPr="00735EB3">
              <w:rPr>
                <w:b/>
                <w:color w:val="000000"/>
                <w:szCs w:val="20"/>
                <w:lang w:val="es-PY"/>
              </w:rPr>
              <w:t>del cumplimiento de criterios de la dimensión evaluada</w:t>
            </w:r>
          </w:p>
        </w:tc>
      </w:tr>
      <w:tr w:rsidR="009808F8" w14:paraId="68FB2BB2" w14:textId="77777777" w:rsidTr="009A28C0">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3AC79CA" w14:textId="0FA00B86" w:rsidR="009808F8" w:rsidRDefault="009808F8">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7D672B4" w14:textId="6943FDC7" w:rsidR="009808F8" w:rsidRDefault="009808F8">
            <w:pPr>
              <w:jc w:val="center"/>
              <w:rPr>
                <w:b/>
                <w:color w:val="000000"/>
              </w:rPr>
            </w:pPr>
            <w:r>
              <w:rPr>
                <w:b/>
                <w:color w:val="000000"/>
              </w:rPr>
              <w:t>Debilidades</w:t>
            </w:r>
          </w:p>
        </w:tc>
      </w:tr>
      <w:tr w:rsidR="009808F8" w14:paraId="7A8BD084" w14:textId="77777777" w:rsidTr="00F337DF">
        <w:trPr>
          <w:cantSplit/>
          <w:trHeight w:hRule="exact" w:val="694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D4CD349" w14:textId="77777777" w:rsidR="009808F8" w:rsidRDefault="009808F8" w:rsidP="00F337DF">
            <w:pPr>
              <w:jc w:val="both"/>
              <w:rPr>
                <w:b/>
                <w:color w:val="000000"/>
              </w:rPr>
            </w:pPr>
          </w:p>
          <w:p w14:paraId="3F697864" w14:textId="77777777" w:rsidR="00A152E4" w:rsidRDefault="00A152E4" w:rsidP="00F337DF">
            <w:pPr>
              <w:jc w:val="both"/>
              <w:rPr>
                <w:b/>
                <w:color w:val="000000"/>
              </w:rPr>
            </w:pPr>
          </w:p>
          <w:p w14:paraId="429DD8D9" w14:textId="77777777" w:rsidR="00A152E4" w:rsidRDefault="00A152E4" w:rsidP="00F337DF">
            <w:pPr>
              <w:jc w:val="both"/>
              <w:rPr>
                <w:b/>
                <w:color w:val="000000"/>
              </w:rPr>
            </w:pPr>
          </w:p>
          <w:p w14:paraId="362188F7" w14:textId="77777777" w:rsidR="00A152E4" w:rsidRDefault="00A152E4" w:rsidP="00F337DF">
            <w:pPr>
              <w:jc w:val="both"/>
              <w:rPr>
                <w:b/>
                <w:color w:val="000000"/>
              </w:rPr>
            </w:pPr>
          </w:p>
          <w:p w14:paraId="1CF7C1A5" w14:textId="77777777" w:rsidR="00A152E4" w:rsidRDefault="00A152E4" w:rsidP="00F337DF">
            <w:pPr>
              <w:jc w:val="both"/>
              <w:rPr>
                <w:b/>
                <w:color w:val="000000"/>
              </w:rPr>
            </w:pPr>
          </w:p>
          <w:p w14:paraId="2E73AAB3" w14:textId="77777777" w:rsidR="00A152E4" w:rsidRDefault="00A152E4" w:rsidP="00F337DF">
            <w:pPr>
              <w:jc w:val="both"/>
              <w:rPr>
                <w:b/>
                <w:color w:val="000000"/>
              </w:rPr>
            </w:pPr>
          </w:p>
          <w:p w14:paraId="0AA3C3AD" w14:textId="77777777" w:rsidR="00A152E4" w:rsidRDefault="00A152E4" w:rsidP="00F337DF">
            <w:pPr>
              <w:jc w:val="both"/>
              <w:rPr>
                <w:b/>
                <w:color w:val="000000"/>
              </w:rPr>
            </w:pPr>
          </w:p>
          <w:p w14:paraId="7238BF26" w14:textId="77777777" w:rsidR="00A152E4" w:rsidRDefault="00A152E4" w:rsidP="00F337DF">
            <w:pPr>
              <w:jc w:val="both"/>
              <w:rPr>
                <w:b/>
                <w:color w:val="000000"/>
              </w:rPr>
            </w:pPr>
          </w:p>
          <w:p w14:paraId="4B61C4A5" w14:textId="64276D1D" w:rsidR="00A152E4" w:rsidRDefault="00A152E4" w:rsidP="00F337DF">
            <w:pPr>
              <w:jc w:val="both"/>
              <w:rPr>
                <w:b/>
                <w:color w:val="000000"/>
              </w:rPr>
            </w:pPr>
          </w:p>
          <w:p w14:paraId="5791EEF7" w14:textId="1489561F" w:rsidR="009A28C0" w:rsidRDefault="009A28C0" w:rsidP="00F337DF">
            <w:pPr>
              <w:jc w:val="both"/>
              <w:rPr>
                <w:b/>
                <w:color w:val="000000"/>
              </w:rPr>
            </w:pPr>
          </w:p>
          <w:p w14:paraId="73B99550" w14:textId="31A204CA" w:rsidR="009A28C0" w:rsidRDefault="009A28C0" w:rsidP="00F337DF">
            <w:pPr>
              <w:jc w:val="both"/>
              <w:rPr>
                <w:b/>
                <w:color w:val="000000"/>
              </w:rPr>
            </w:pPr>
          </w:p>
          <w:p w14:paraId="2F9E946C" w14:textId="71B0C14F" w:rsidR="009A28C0" w:rsidRDefault="009A28C0" w:rsidP="00F337DF">
            <w:pPr>
              <w:jc w:val="both"/>
              <w:rPr>
                <w:b/>
                <w:color w:val="000000"/>
              </w:rPr>
            </w:pPr>
          </w:p>
          <w:p w14:paraId="24F4D7E1" w14:textId="77777777" w:rsidR="009A28C0" w:rsidRDefault="009A28C0" w:rsidP="00F337DF">
            <w:pPr>
              <w:jc w:val="both"/>
              <w:rPr>
                <w:b/>
                <w:color w:val="000000"/>
              </w:rPr>
            </w:pPr>
          </w:p>
          <w:p w14:paraId="27C9166C" w14:textId="77777777" w:rsidR="00A152E4" w:rsidRDefault="00A152E4" w:rsidP="00F337DF">
            <w:pPr>
              <w:jc w:val="both"/>
              <w:rPr>
                <w:b/>
                <w:color w:val="000000"/>
              </w:rPr>
            </w:pPr>
          </w:p>
          <w:p w14:paraId="5C214E78" w14:textId="77777777" w:rsidR="00A152E4" w:rsidRDefault="00A152E4" w:rsidP="00F337DF">
            <w:pPr>
              <w:jc w:val="both"/>
              <w:rPr>
                <w:b/>
                <w:color w:val="000000"/>
              </w:rPr>
            </w:pPr>
          </w:p>
          <w:p w14:paraId="281B2DF4" w14:textId="77777777" w:rsidR="00A152E4" w:rsidRDefault="00A152E4" w:rsidP="00F337DF">
            <w:pPr>
              <w:jc w:val="both"/>
              <w:rPr>
                <w:b/>
                <w:color w:val="000000"/>
              </w:rPr>
            </w:pPr>
          </w:p>
          <w:p w14:paraId="713604AC" w14:textId="77777777" w:rsidR="00A152E4" w:rsidRDefault="00A152E4" w:rsidP="00F337DF">
            <w:pPr>
              <w:jc w:val="both"/>
              <w:rPr>
                <w:b/>
                <w:color w:val="000000"/>
              </w:rPr>
            </w:pPr>
          </w:p>
          <w:p w14:paraId="7A4BE044" w14:textId="77777777" w:rsidR="00A152E4" w:rsidRDefault="00A152E4" w:rsidP="00F337DF">
            <w:pPr>
              <w:jc w:val="both"/>
              <w:rPr>
                <w:b/>
                <w:color w:val="000000"/>
              </w:rPr>
            </w:pPr>
          </w:p>
          <w:p w14:paraId="0A872A72" w14:textId="77777777" w:rsidR="00A152E4" w:rsidRDefault="00A152E4" w:rsidP="00F337DF">
            <w:pPr>
              <w:jc w:val="both"/>
              <w:rPr>
                <w:b/>
                <w:color w:val="000000"/>
              </w:rPr>
            </w:pPr>
          </w:p>
          <w:p w14:paraId="47E91AEF" w14:textId="77777777" w:rsidR="00A152E4" w:rsidRDefault="00A152E4" w:rsidP="00F337DF">
            <w:pPr>
              <w:jc w:val="both"/>
              <w:rPr>
                <w:b/>
                <w:color w:val="000000"/>
              </w:rPr>
            </w:pPr>
          </w:p>
          <w:p w14:paraId="2BDC99B0" w14:textId="77777777" w:rsidR="00A152E4" w:rsidRDefault="00A152E4" w:rsidP="00F337DF">
            <w:pPr>
              <w:jc w:val="both"/>
              <w:rPr>
                <w:b/>
                <w:color w:val="000000"/>
              </w:rPr>
            </w:pPr>
          </w:p>
          <w:p w14:paraId="3AE7A98F" w14:textId="77777777" w:rsidR="00A152E4" w:rsidRDefault="00A152E4" w:rsidP="00F337DF">
            <w:pPr>
              <w:jc w:val="both"/>
              <w:rPr>
                <w:b/>
                <w:color w:val="000000"/>
              </w:rPr>
            </w:pPr>
          </w:p>
          <w:p w14:paraId="476391B2" w14:textId="64609A5B" w:rsidR="00A152E4" w:rsidRDefault="00A152E4" w:rsidP="00F337DF">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26578DCA" w14:textId="77777777" w:rsidR="009808F8" w:rsidRDefault="009808F8" w:rsidP="00F337DF">
            <w:pPr>
              <w:jc w:val="both"/>
              <w:rPr>
                <w:b/>
                <w:color w:val="000000"/>
              </w:rPr>
            </w:pPr>
          </w:p>
          <w:p w14:paraId="4DE33A66" w14:textId="77777777" w:rsidR="009808F8" w:rsidRDefault="009808F8" w:rsidP="00F337DF">
            <w:pPr>
              <w:jc w:val="both"/>
              <w:rPr>
                <w:b/>
                <w:color w:val="000000"/>
              </w:rPr>
            </w:pPr>
          </w:p>
          <w:p w14:paraId="53F56119" w14:textId="77777777" w:rsidR="009808F8" w:rsidRDefault="009808F8" w:rsidP="00F337DF">
            <w:pPr>
              <w:jc w:val="both"/>
              <w:rPr>
                <w:b/>
                <w:color w:val="000000"/>
              </w:rPr>
            </w:pPr>
          </w:p>
          <w:p w14:paraId="28EF2C86" w14:textId="21444AC6" w:rsidR="009808F8" w:rsidRDefault="009808F8" w:rsidP="00F337DF">
            <w:pPr>
              <w:jc w:val="both"/>
              <w:rPr>
                <w:b/>
                <w:color w:val="000000"/>
              </w:rPr>
            </w:pPr>
          </w:p>
        </w:tc>
      </w:tr>
      <w:tr w:rsidR="000C6B7D" w14:paraId="5A96BF80" w14:textId="77777777" w:rsidTr="009A28C0">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714F8B9" w14:textId="77777777" w:rsidR="000C6B7D" w:rsidRDefault="00135FC3">
            <w:pPr>
              <w:jc w:val="center"/>
            </w:pPr>
            <w:r>
              <w:rPr>
                <w:b/>
                <w:color w:val="000000"/>
              </w:rPr>
              <w:t xml:space="preserve">Oportunidades </w:t>
            </w:r>
            <w:r w:rsidR="00E26089">
              <w:rPr>
                <w:b/>
                <w:color w:val="000000"/>
              </w:rPr>
              <w:t>de mejora</w:t>
            </w:r>
          </w:p>
        </w:tc>
      </w:tr>
      <w:tr w:rsidR="009808F8" w14:paraId="1951E1B6" w14:textId="77777777" w:rsidTr="00F337DF">
        <w:trPr>
          <w:cantSplit/>
          <w:trHeight w:hRule="exact" w:val="451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A3759AB" w14:textId="77777777" w:rsidR="009808F8" w:rsidRDefault="009808F8" w:rsidP="00F337DF">
            <w:pPr>
              <w:jc w:val="both"/>
              <w:rPr>
                <w:b/>
                <w:color w:val="000000"/>
              </w:rPr>
            </w:pPr>
          </w:p>
          <w:p w14:paraId="72C7F906" w14:textId="59563739" w:rsidR="00A152E4" w:rsidRDefault="00A152E4" w:rsidP="00F337DF">
            <w:pPr>
              <w:jc w:val="both"/>
              <w:rPr>
                <w:b/>
                <w:color w:val="000000"/>
              </w:rPr>
            </w:pPr>
          </w:p>
          <w:p w14:paraId="5B9172A7" w14:textId="4C115D0A" w:rsidR="009A28C0" w:rsidRDefault="009A28C0" w:rsidP="00F337DF">
            <w:pPr>
              <w:jc w:val="both"/>
              <w:rPr>
                <w:b/>
                <w:color w:val="000000"/>
              </w:rPr>
            </w:pPr>
          </w:p>
          <w:p w14:paraId="512B2B2A" w14:textId="0023BEA2" w:rsidR="009A28C0" w:rsidRDefault="009A28C0" w:rsidP="00F337DF">
            <w:pPr>
              <w:jc w:val="both"/>
              <w:rPr>
                <w:b/>
                <w:color w:val="000000"/>
              </w:rPr>
            </w:pPr>
          </w:p>
          <w:p w14:paraId="7654EE31" w14:textId="77777777" w:rsidR="009A28C0" w:rsidRDefault="009A28C0" w:rsidP="00F337DF">
            <w:pPr>
              <w:jc w:val="both"/>
              <w:rPr>
                <w:b/>
                <w:color w:val="000000"/>
              </w:rPr>
            </w:pPr>
          </w:p>
          <w:p w14:paraId="581F6C90" w14:textId="4894A2F3" w:rsidR="009A28C0" w:rsidRDefault="009A28C0" w:rsidP="00F337DF">
            <w:pPr>
              <w:jc w:val="both"/>
              <w:rPr>
                <w:b/>
                <w:color w:val="000000"/>
              </w:rPr>
            </w:pPr>
          </w:p>
          <w:p w14:paraId="093C1C3F" w14:textId="621459CD" w:rsidR="009A28C0" w:rsidRDefault="009A28C0" w:rsidP="00F337DF">
            <w:pPr>
              <w:jc w:val="both"/>
              <w:rPr>
                <w:b/>
                <w:color w:val="000000"/>
              </w:rPr>
            </w:pPr>
          </w:p>
          <w:p w14:paraId="41C6012A" w14:textId="77777777" w:rsidR="009A28C0" w:rsidRDefault="009A28C0" w:rsidP="00F337DF">
            <w:pPr>
              <w:jc w:val="both"/>
              <w:rPr>
                <w:b/>
                <w:color w:val="000000"/>
              </w:rPr>
            </w:pPr>
          </w:p>
          <w:p w14:paraId="092084F9" w14:textId="77777777" w:rsidR="00A152E4" w:rsidRDefault="00A152E4" w:rsidP="00F337DF">
            <w:pPr>
              <w:jc w:val="both"/>
              <w:rPr>
                <w:b/>
                <w:color w:val="000000"/>
              </w:rPr>
            </w:pPr>
          </w:p>
          <w:p w14:paraId="729D5850" w14:textId="7CA961F9" w:rsidR="00A152E4" w:rsidRDefault="00A152E4" w:rsidP="00F337DF">
            <w:pPr>
              <w:jc w:val="both"/>
              <w:rPr>
                <w:b/>
                <w:color w:val="000000"/>
              </w:rPr>
            </w:pPr>
          </w:p>
        </w:tc>
      </w:tr>
    </w:tbl>
    <w:p w14:paraId="60057A30" w14:textId="77777777" w:rsidR="000C6B7D" w:rsidRDefault="00E26089">
      <w:r>
        <w:br w:type="page"/>
      </w:r>
    </w:p>
    <w:tbl>
      <w:tblPr>
        <w:tblW w:w="0" w:type="auto"/>
        <w:jc w:val="center"/>
        <w:tblLayout w:type="fixed"/>
        <w:tblLook w:val="04A0" w:firstRow="1" w:lastRow="0" w:firstColumn="1" w:lastColumn="0" w:noHBand="0" w:noVBand="1"/>
      </w:tblPr>
      <w:tblGrid>
        <w:gridCol w:w="9364"/>
      </w:tblGrid>
      <w:tr w:rsidR="000C6B7D" w:rsidRPr="00F10EBE"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13B0F70D" w:rsidR="000C6B7D" w:rsidRPr="00E26089" w:rsidRDefault="00FB7E82">
            <w:pPr>
              <w:rPr>
                <w:lang w:val="es-PY"/>
              </w:rPr>
            </w:pPr>
            <w:r>
              <w:rPr>
                <w:b/>
                <w:color w:val="FFFFFF"/>
                <w:shd w:val="clear" w:color="auto" w:fill="A6A6A6" w:themeFill="background1" w:themeFillShade="A6"/>
                <w:lang w:val="es-PY"/>
              </w:rPr>
              <w:lastRenderedPageBreak/>
              <w:t>6</w:t>
            </w:r>
            <w:r w:rsidR="00E26089" w:rsidRPr="00FE3515">
              <w:rPr>
                <w:b/>
                <w:color w:val="FFFFFF"/>
                <w:shd w:val="clear" w:color="auto" w:fill="A6A6A6" w:themeFill="background1" w:themeFillShade="A6"/>
                <w:lang w:val="es-PY"/>
              </w:rPr>
              <w:t>. CONCLUSIONES GENERALES Y VALORACIÓN GLOBAL</w:t>
            </w:r>
          </w:p>
        </w:tc>
      </w:tr>
      <w:tr w:rsidR="009A28C0" w:rsidRPr="00F10EBE" w14:paraId="4764FDA2" w14:textId="77777777" w:rsidTr="00F337DF">
        <w:trPr>
          <w:cantSplit/>
          <w:trHeight w:hRule="exact" w:val="11936"/>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Pr="00F337DF" w:rsidRDefault="009A28C0" w:rsidP="009A28C0">
            <w:pPr>
              <w:pStyle w:val="NormalWeb"/>
              <w:spacing w:before="0" w:beforeAutospacing="0" w:after="0" w:afterAutospacing="0"/>
              <w:jc w:val="both"/>
              <w:rPr>
                <w:sz w:val="20"/>
                <w:szCs w:val="20"/>
              </w:rPr>
            </w:pPr>
            <w:r w:rsidRPr="00F337DF">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6303C9C1" w14:textId="77777777" w:rsidR="009A28C0" w:rsidRPr="00F337DF" w:rsidRDefault="009A28C0" w:rsidP="009A28C0">
            <w:pPr>
              <w:pStyle w:val="NormalWeb"/>
              <w:spacing w:before="0" w:beforeAutospacing="0" w:after="0" w:afterAutospacing="0"/>
              <w:jc w:val="both"/>
              <w:rPr>
                <w:sz w:val="20"/>
                <w:szCs w:val="20"/>
              </w:rPr>
            </w:pPr>
            <w:r w:rsidRPr="00F337DF">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Pr="00F337DF" w:rsidRDefault="009A28C0" w:rsidP="009A28C0">
            <w:pPr>
              <w:pStyle w:val="NormalWeb"/>
              <w:spacing w:before="0" w:beforeAutospacing="0" w:after="0" w:afterAutospacing="0"/>
              <w:jc w:val="both"/>
              <w:rPr>
                <w:sz w:val="20"/>
                <w:szCs w:val="20"/>
              </w:rPr>
            </w:pPr>
            <w:r w:rsidRPr="00F337DF">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Pr="00F337DF" w:rsidRDefault="009A28C0" w:rsidP="009A28C0">
            <w:pPr>
              <w:pStyle w:val="NormalWeb"/>
              <w:spacing w:before="0" w:beforeAutospacing="0" w:after="0" w:afterAutospacing="0"/>
              <w:jc w:val="both"/>
              <w:rPr>
                <w:rFonts w:ascii="Garamond" w:hAnsi="Garamond"/>
                <w:color w:val="A6A6A6"/>
                <w:sz w:val="20"/>
                <w:szCs w:val="20"/>
              </w:rPr>
            </w:pPr>
            <w:r w:rsidRPr="00F337DF">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9A28C0">
            <w:pPr>
              <w:pStyle w:val="NormalWeb"/>
              <w:spacing w:before="0" w:beforeAutospacing="0" w:after="0" w:afterAutospacing="0"/>
              <w:jc w:val="both"/>
            </w:pPr>
          </w:p>
          <w:p w14:paraId="35F2E6B7" w14:textId="4289B885" w:rsidR="009A28C0" w:rsidRDefault="009A28C0" w:rsidP="009A28C0">
            <w:pPr>
              <w:pStyle w:val="NormalWeb"/>
              <w:spacing w:before="0" w:beforeAutospacing="0" w:after="0" w:afterAutospacing="0"/>
              <w:jc w:val="both"/>
            </w:pPr>
          </w:p>
          <w:p w14:paraId="3878AF71" w14:textId="08EF55D3" w:rsidR="009A28C0" w:rsidRDefault="009A28C0" w:rsidP="009A28C0">
            <w:pPr>
              <w:pStyle w:val="NormalWeb"/>
              <w:spacing w:before="0" w:beforeAutospacing="0" w:after="0" w:afterAutospacing="0"/>
              <w:jc w:val="both"/>
            </w:pPr>
          </w:p>
          <w:p w14:paraId="60BC35F9" w14:textId="2F6F85BF" w:rsidR="009A28C0" w:rsidRDefault="009A28C0" w:rsidP="009A28C0">
            <w:pPr>
              <w:pStyle w:val="NormalWeb"/>
              <w:spacing w:before="0" w:beforeAutospacing="0" w:after="0" w:afterAutospacing="0"/>
              <w:jc w:val="both"/>
            </w:pPr>
          </w:p>
          <w:p w14:paraId="646AC6A1" w14:textId="77777777" w:rsidR="009A28C0" w:rsidRDefault="009A28C0" w:rsidP="009A28C0">
            <w:pPr>
              <w:pStyle w:val="NormalWeb"/>
              <w:spacing w:before="0" w:beforeAutospacing="0" w:after="0" w:afterAutospacing="0"/>
              <w:jc w:val="both"/>
            </w:pPr>
          </w:p>
          <w:p w14:paraId="492570D8" w14:textId="77777777" w:rsidR="009A28C0" w:rsidRDefault="009A28C0" w:rsidP="009A28C0">
            <w:pPr>
              <w:rPr>
                <w:b/>
                <w:lang w:val="es-PY"/>
              </w:rPr>
            </w:pPr>
          </w:p>
          <w:p w14:paraId="54803E23" w14:textId="77777777" w:rsidR="009A28C0" w:rsidRDefault="009A28C0" w:rsidP="009A28C0">
            <w:pPr>
              <w:rPr>
                <w:b/>
                <w:lang w:val="es-PY"/>
              </w:rPr>
            </w:pPr>
          </w:p>
          <w:p w14:paraId="67D2A9BB" w14:textId="77777777" w:rsidR="009A28C0" w:rsidRDefault="009A28C0" w:rsidP="009A28C0">
            <w:pPr>
              <w:rPr>
                <w:b/>
                <w:lang w:val="es-PY"/>
              </w:rPr>
            </w:pPr>
          </w:p>
          <w:p w14:paraId="303FE3F3" w14:textId="77777777" w:rsidR="009A28C0" w:rsidRDefault="009A28C0" w:rsidP="009A28C0">
            <w:pPr>
              <w:rPr>
                <w:b/>
                <w:lang w:val="es-PY"/>
              </w:rPr>
            </w:pPr>
          </w:p>
          <w:p w14:paraId="3633DB0B" w14:textId="77777777" w:rsidR="009A28C0" w:rsidRDefault="009A28C0" w:rsidP="009A28C0">
            <w:pPr>
              <w:rPr>
                <w:b/>
                <w:lang w:val="es-PY"/>
              </w:rPr>
            </w:pPr>
          </w:p>
          <w:p w14:paraId="54014A48" w14:textId="77777777" w:rsidR="009A28C0" w:rsidRDefault="009A28C0" w:rsidP="009A28C0">
            <w:pPr>
              <w:rPr>
                <w:b/>
                <w:lang w:val="es-PY"/>
              </w:rPr>
            </w:pPr>
          </w:p>
          <w:p w14:paraId="160D3D61" w14:textId="77777777" w:rsidR="009A28C0" w:rsidRDefault="009A28C0" w:rsidP="009A28C0">
            <w:pPr>
              <w:rPr>
                <w:b/>
                <w:lang w:val="es-PY"/>
              </w:rPr>
            </w:pPr>
          </w:p>
          <w:p w14:paraId="1726BD62" w14:textId="77777777" w:rsidR="009A28C0" w:rsidRDefault="009A28C0" w:rsidP="009A28C0">
            <w:pPr>
              <w:rPr>
                <w:b/>
                <w:lang w:val="es-PY"/>
              </w:rPr>
            </w:pPr>
          </w:p>
          <w:p w14:paraId="4D88B9DF" w14:textId="77777777" w:rsidR="009A28C0" w:rsidRDefault="009A28C0" w:rsidP="009A28C0">
            <w:pPr>
              <w:rPr>
                <w:b/>
                <w:lang w:val="es-PY"/>
              </w:rPr>
            </w:pPr>
          </w:p>
          <w:p w14:paraId="2F75C3B7" w14:textId="77777777" w:rsidR="009A28C0" w:rsidRDefault="009A28C0" w:rsidP="009A28C0">
            <w:pPr>
              <w:rPr>
                <w:b/>
                <w:lang w:val="es-PY"/>
              </w:rPr>
            </w:pPr>
          </w:p>
          <w:p w14:paraId="2377B0E1" w14:textId="77777777" w:rsidR="009A28C0" w:rsidRDefault="009A28C0" w:rsidP="009A28C0">
            <w:pPr>
              <w:rPr>
                <w:b/>
                <w:lang w:val="es-PY"/>
              </w:rPr>
            </w:pPr>
          </w:p>
          <w:p w14:paraId="6677CABC" w14:textId="77777777" w:rsidR="009A28C0" w:rsidRDefault="009A28C0" w:rsidP="009A28C0">
            <w:pPr>
              <w:rPr>
                <w:b/>
                <w:lang w:val="es-PY"/>
              </w:rPr>
            </w:pPr>
          </w:p>
          <w:p w14:paraId="2C9C3AE7" w14:textId="77777777" w:rsidR="009A28C0" w:rsidRDefault="009A28C0" w:rsidP="009A28C0">
            <w:pPr>
              <w:rPr>
                <w:b/>
                <w:lang w:val="es-PY"/>
              </w:rPr>
            </w:pPr>
          </w:p>
          <w:p w14:paraId="27A80A84" w14:textId="77777777" w:rsidR="009A28C0" w:rsidRDefault="009A28C0" w:rsidP="009A28C0">
            <w:pPr>
              <w:rPr>
                <w:b/>
                <w:lang w:val="es-PY"/>
              </w:rPr>
            </w:pPr>
          </w:p>
          <w:p w14:paraId="6DA45348" w14:textId="77777777" w:rsidR="009A28C0" w:rsidRDefault="009A28C0" w:rsidP="009A28C0">
            <w:pPr>
              <w:rPr>
                <w:b/>
                <w:lang w:val="es-PY"/>
              </w:rPr>
            </w:pPr>
          </w:p>
          <w:p w14:paraId="4B5292D9" w14:textId="77777777" w:rsidR="00FE3515" w:rsidRDefault="00FE3515" w:rsidP="009A28C0">
            <w:pPr>
              <w:rPr>
                <w:b/>
                <w:lang w:val="es-PY"/>
              </w:rPr>
            </w:pPr>
          </w:p>
          <w:p w14:paraId="3C03D960" w14:textId="77777777" w:rsidR="00FE3515" w:rsidRDefault="00FE3515" w:rsidP="009A28C0">
            <w:pPr>
              <w:rPr>
                <w:b/>
                <w:lang w:val="es-PY"/>
              </w:rPr>
            </w:pPr>
          </w:p>
          <w:p w14:paraId="5BD08F6B" w14:textId="77777777" w:rsidR="00FE3515" w:rsidRDefault="00FE3515" w:rsidP="009A28C0">
            <w:pPr>
              <w:rPr>
                <w:b/>
                <w:lang w:val="es-PY"/>
              </w:rPr>
            </w:pPr>
          </w:p>
          <w:p w14:paraId="0299155C" w14:textId="77777777" w:rsidR="00FE3515" w:rsidRDefault="00FE3515" w:rsidP="009A28C0">
            <w:pPr>
              <w:rPr>
                <w:b/>
                <w:lang w:val="es-PY"/>
              </w:rPr>
            </w:pPr>
          </w:p>
          <w:p w14:paraId="26B24420" w14:textId="77777777" w:rsidR="00FE3515" w:rsidRDefault="00FE3515" w:rsidP="009A28C0">
            <w:pPr>
              <w:rPr>
                <w:b/>
                <w:lang w:val="es-PY"/>
              </w:rPr>
            </w:pPr>
          </w:p>
          <w:p w14:paraId="47709014" w14:textId="77777777" w:rsidR="00F337DF" w:rsidRDefault="00F337DF" w:rsidP="009A28C0">
            <w:pPr>
              <w:rPr>
                <w:b/>
                <w:lang w:val="es-PY"/>
              </w:rPr>
            </w:pPr>
          </w:p>
          <w:p w14:paraId="6A44134A" w14:textId="77777777" w:rsidR="00F337DF" w:rsidRDefault="00F337DF" w:rsidP="009A28C0">
            <w:pPr>
              <w:rPr>
                <w:b/>
                <w:lang w:val="es-PY"/>
              </w:rPr>
            </w:pPr>
          </w:p>
          <w:p w14:paraId="646F66C4" w14:textId="77777777" w:rsidR="00F337DF" w:rsidRDefault="00F337DF" w:rsidP="009A28C0">
            <w:pPr>
              <w:rPr>
                <w:b/>
                <w:lang w:val="es-PY"/>
              </w:rPr>
            </w:pPr>
          </w:p>
          <w:p w14:paraId="74E1DD29" w14:textId="77777777" w:rsidR="00F337DF" w:rsidRDefault="00F337DF" w:rsidP="009A28C0">
            <w:pPr>
              <w:rPr>
                <w:b/>
                <w:lang w:val="es-PY"/>
              </w:rPr>
            </w:pPr>
          </w:p>
          <w:p w14:paraId="301111B2" w14:textId="77777777" w:rsidR="00F337DF" w:rsidRDefault="00F337DF" w:rsidP="009A28C0">
            <w:pPr>
              <w:rPr>
                <w:b/>
                <w:lang w:val="es-PY"/>
              </w:rPr>
            </w:pPr>
          </w:p>
          <w:p w14:paraId="5FBF4272" w14:textId="17EE67CE" w:rsidR="00F337DF" w:rsidRPr="009A28C0" w:rsidRDefault="00F337DF" w:rsidP="009A28C0">
            <w:pPr>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EFEA8" w14:textId="77777777" w:rsidR="009C6E94" w:rsidRDefault="009C6E94" w:rsidP="005D12D8">
      <w:r>
        <w:separator/>
      </w:r>
    </w:p>
  </w:endnote>
  <w:endnote w:type="continuationSeparator" w:id="0">
    <w:p w14:paraId="11C6E420" w14:textId="77777777" w:rsidR="009C6E94" w:rsidRDefault="009C6E94"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74C8F" w14:textId="77777777" w:rsidR="009C6E94" w:rsidRDefault="009C6E94" w:rsidP="005D12D8">
      <w:r>
        <w:separator/>
      </w:r>
    </w:p>
  </w:footnote>
  <w:footnote w:type="continuationSeparator" w:id="0">
    <w:p w14:paraId="7E95B99E" w14:textId="77777777" w:rsidR="009C6E94" w:rsidRDefault="009C6E94"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1AA4FB3"/>
    <w:multiLevelType w:val="hybridMultilevel"/>
    <w:tmpl w:val="817A858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4" w15:restartNumberingAfterBreak="0">
    <w:nsid w:val="357216C3"/>
    <w:multiLevelType w:val="hybridMultilevel"/>
    <w:tmpl w:val="FCF01D52"/>
    <w:lvl w:ilvl="0" w:tplc="29CE1EA8">
      <w:start w:val="1"/>
      <w:numFmt w:val="lowerLetter"/>
      <w:lvlText w:val="%1."/>
      <w:lvlJc w:val="left"/>
      <w:pPr>
        <w:ind w:left="1353" w:hanging="360"/>
      </w:pPr>
      <w:rPr>
        <w:b w:val="0"/>
      </w:r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5" w15:restartNumberingAfterBreak="0">
    <w:nsid w:val="36AD3AE0"/>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40ED073C"/>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7"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 w15:restartNumberingAfterBreak="0">
    <w:nsid w:val="57756610"/>
    <w:multiLevelType w:val="hybridMultilevel"/>
    <w:tmpl w:val="A042708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4679559">
    <w:abstractNumId w:val="8"/>
  </w:num>
  <w:num w:numId="2" w16cid:durableId="816727369">
    <w:abstractNumId w:val="6"/>
  </w:num>
  <w:num w:numId="3" w16cid:durableId="1268007459">
    <w:abstractNumId w:val="5"/>
  </w:num>
  <w:num w:numId="4" w16cid:durableId="1092354923">
    <w:abstractNumId w:val="4"/>
  </w:num>
  <w:num w:numId="5" w16cid:durableId="1407532348">
    <w:abstractNumId w:val="7"/>
  </w:num>
  <w:num w:numId="6" w16cid:durableId="1838230871">
    <w:abstractNumId w:val="3"/>
  </w:num>
  <w:num w:numId="7" w16cid:durableId="2050835709">
    <w:abstractNumId w:val="2"/>
  </w:num>
  <w:num w:numId="8" w16cid:durableId="1499419650">
    <w:abstractNumId w:val="1"/>
  </w:num>
  <w:num w:numId="9" w16cid:durableId="382599472">
    <w:abstractNumId w:val="0"/>
  </w:num>
  <w:num w:numId="10" w16cid:durableId="193562667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8858344">
    <w:abstractNumId w:val="19"/>
  </w:num>
  <w:num w:numId="12" w16cid:durableId="2066296498">
    <w:abstractNumId w:val="17"/>
  </w:num>
  <w:num w:numId="13" w16cid:durableId="1739472572">
    <w:abstractNumId w:val="12"/>
    <w:lvlOverride w:ilvl="0">
      <w:lvl w:ilvl="0">
        <w:numFmt w:val="decimal"/>
        <w:lvlText w:val="%1."/>
        <w:lvlJc w:val="left"/>
      </w:lvl>
    </w:lvlOverride>
  </w:num>
  <w:num w:numId="14" w16cid:durableId="1775128833">
    <w:abstractNumId w:val="9"/>
    <w:lvlOverride w:ilvl="0">
      <w:lvl w:ilvl="0">
        <w:numFmt w:val="decimal"/>
        <w:lvlText w:val="%1."/>
        <w:lvlJc w:val="left"/>
      </w:lvl>
    </w:lvlOverride>
  </w:num>
  <w:num w:numId="15" w16cid:durableId="544878127">
    <w:abstractNumId w:val="13"/>
  </w:num>
  <w:num w:numId="16" w16cid:durableId="584067956">
    <w:abstractNumId w:val="11"/>
  </w:num>
  <w:num w:numId="17" w16cid:durableId="2142114525">
    <w:abstractNumId w:val="15"/>
  </w:num>
  <w:num w:numId="18" w16cid:durableId="526063970">
    <w:abstractNumId w:val="18"/>
  </w:num>
  <w:num w:numId="19" w16cid:durableId="359741141">
    <w:abstractNumId w:val="16"/>
  </w:num>
  <w:num w:numId="20" w16cid:durableId="14571388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037"/>
    <w:rsid w:val="00034616"/>
    <w:rsid w:val="0006063C"/>
    <w:rsid w:val="00072FF5"/>
    <w:rsid w:val="000868FA"/>
    <w:rsid w:val="000C6B7D"/>
    <w:rsid w:val="000E71D4"/>
    <w:rsid w:val="0011617B"/>
    <w:rsid w:val="00135FC3"/>
    <w:rsid w:val="0015074B"/>
    <w:rsid w:val="0018189F"/>
    <w:rsid w:val="00184518"/>
    <w:rsid w:val="001A5A26"/>
    <w:rsid w:val="001E05D5"/>
    <w:rsid w:val="001F225D"/>
    <w:rsid w:val="00217721"/>
    <w:rsid w:val="00251D82"/>
    <w:rsid w:val="00271445"/>
    <w:rsid w:val="00274473"/>
    <w:rsid w:val="002820E3"/>
    <w:rsid w:val="0029639D"/>
    <w:rsid w:val="002A77A9"/>
    <w:rsid w:val="00326F90"/>
    <w:rsid w:val="003435C1"/>
    <w:rsid w:val="00375206"/>
    <w:rsid w:val="003779D2"/>
    <w:rsid w:val="00380C83"/>
    <w:rsid w:val="003F3CC2"/>
    <w:rsid w:val="00413BD2"/>
    <w:rsid w:val="00430791"/>
    <w:rsid w:val="00434A3A"/>
    <w:rsid w:val="0044515B"/>
    <w:rsid w:val="00451444"/>
    <w:rsid w:val="00491CF4"/>
    <w:rsid w:val="004A78A4"/>
    <w:rsid w:val="004F3D6B"/>
    <w:rsid w:val="00541F53"/>
    <w:rsid w:val="0055474B"/>
    <w:rsid w:val="005557BF"/>
    <w:rsid w:val="00576C06"/>
    <w:rsid w:val="005A2200"/>
    <w:rsid w:val="005A72C0"/>
    <w:rsid w:val="005D12D8"/>
    <w:rsid w:val="005F7CED"/>
    <w:rsid w:val="00617774"/>
    <w:rsid w:val="006331E0"/>
    <w:rsid w:val="00650BD2"/>
    <w:rsid w:val="006D6FF2"/>
    <w:rsid w:val="00730907"/>
    <w:rsid w:val="00735EB3"/>
    <w:rsid w:val="0073782B"/>
    <w:rsid w:val="00750F4A"/>
    <w:rsid w:val="0077056B"/>
    <w:rsid w:val="007825EF"/>
    <w:rsid w:val="007F04AA"/>
    <w:rsid w:val="008404AA"/>
    <w:rsid w:val="00877E2D"/>
    <w:rsid w:val="0089381D"/>
    <w:rsid w:val="008B14D2"/>
    <w:rsid w:val="0091656A"/>
    <w:rsid w:val="00920BB3"/>
    <w:rsid w:val="0092337E"/>
    <w:rsid w:val="00940D99"/>
    <w:rsid w:val="009434E3"/>
    <w:rsid w:val="009533B4"/>
    <w:rsid w:val="009808F8"/>
    <w:rsid w:val="00990F2B"/>
    <w:rsid w:val="009A28C0"/>
    <w:rsid w:val="009C6E94"/>
    <w:rsid w:val="009E248B"/>
    <w:rsid w:val="00A152E4"/>
    <w:rsid w:val="00A35521"/>
    <w:rsid w:val="00A402C9"/>
    <w:rsid w:val="00A67A27"/>
    <w:rsid w:val="00A7376B"/>
    <w:rsid w:val="00A95CD6"/>
    <w:rsid w:val="00AA1D8D"/>
    <w:rsid w:val="00AA3AE7"/>
    <w:rsid w:val="00AE2053"/>
    <w:rsid w:val="00AF4AE5"/>
    <w:rsid w:val="00B075FD"/>
    <w:rsid w:val="00B150CA"/>
    <w:rsid w:val="00B3724C"/>
    <w:rsid w:val="00B47730"/>
    <w:rsid w:val="00BB0409"/>
    <w:rsid w:val="00BF4058"/>
    <w:rsid w:val="00C07594"/>
    <w:rsid w:val="00C13E5D"/>
    <w:rsid w:val="00C26D51"/>
    <w:rsid w:val="00C509F1"/>
    <w:rsid w:val="00C50B24"/>
    <w:rsid w:val="00C65166"/>
    <w:rsid w:val="00C95DA9"/>
    <w:rsid w:val="00CB0664"/>
    <w:rsid w:val="00D12FE3"/>
    <w:rsid w:val="00D21897"/>
    <w:rsid w:val="00D25E1F"/>
    <w:rsid w:val="00D51657"/>
    <w:rsid w:val="00E20812"/>
    <w:rsid w:val="00E26089"/>
    <w:rsid w:val="00E40931"/>
    <w:rsid w:val="00E55766"/>
    <w:rsid w:val="00E56B02"/>
    <w:rsid w:val="00E66A21"/>
    <w:rsid w:val="00E73CB1"/>
    <w:rsid w:val="00EA3469"/>
    <w:rsid w:val="00EA7EEA"/>
    <w:rsid w:val="00ED1926"/>
    <w:rsid w:val="00EF1B84"/>
    <w:rsid w:val="00F10EBE"/>
    <w:rsid w:val="00F337DF"/>
    <w:rsid w:val="00F7397A"/>
    <w:rsid w:val="00F86281"/>
    <w:rsid w:val="00FA213C"/>
    <w:rsid w:val="00FA5AD9"/>
    <w:rsid w:val="00FB7E82"/>
    <w:rsid w:val="00FC693F"/>
    <w:rsid w:val="00FD0BB0"/>
    <w:rsid w:val="00FE3515"/>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60320-A647-4227-B7DC-62FB3A12141D}">
  <ds:schemaRefs>
    <ds:schemaRef ds:uri="http://schemas.microsoft.com/office/2006/metadata/properties"/>
    <ds:schemaRef ds:uri="http://schemas.microsoft.com/office/infopath/2007/PartnerControls"/>
    <ds:schemaRef ds:uri="e4f75650-8e21-49ba-b91c-b81547c800be"/>
  </ds:schemaRefs>
</ds:datastoreItem>
</file>

<file path=customXml/itemProps3.xml><?xml version="1.0" encoding="utf-8"?>
<ds:datastoreItem xmlns:ds="http://schemas.openxmlformats.org/officeDocument/2006/customXml" ds:itemID="{D9F1CF94-F021-4F98-ABD7-4F7B1BB7CE30}">
  <ds:schemaRefs>
    <ds:schemaRef ds:uri="http://schemas.openxmlformats.org/officeDocument/2006/bibliography"/>
  </ds:schemaRefs>
</ds:datastoreItem>
</file>

<file path=customXml/itemProps4.xml><?xml version="1.0" encoding="utf-8"?>
<ds:datastoreItem xmlns:ds="http://schemas.openxmlformats.org/officeDocument/2006/customXml" ds:itemID="{071DB08F-D253-45B7-82DF-8348B3E6E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2349</Words>
  <Characters>12923</Characters>
  <Application>Microsoft Office Word</Application>
  <DocSecurity>0</DocSecurity>
  <Lines>107</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15242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3</cp:revision>
  <dcterms:created xsi:type="dcterms:W3CDTF">2026-08-31T15:11:00Z</dcterms:created>
  <dcterms:modified xsi:type="dcterms:W3CDTF">2026-09-03T02:46:00Z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