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6674D3DD" w:rsidR="000C6B7D" w:rsidRDefault="00E26089">
      <w:pPr>
        <w:jc w:val="center"/>
        <w:rPr>
          <w:b/>
          <w:color w:val="000000"/>
          <w:sz w:val="22"/>
          <w:lang w:val="es-PY"/>
        </w:rPr>
      </w:pPr>
      <w:r w:rsidRPr="00E26089">
        <w:rPr>
          <w:b/>
          <w:color w:val="000000"/>
          <w:sz w:val="22"/>
          <w:lang w:val="es-PY"/>
        </w:rPr>
        <w:t>MAESTRÍA PROFESIONALIZANTE</w:t>
      </w:r>
      <w:r w:rsidR="00541F53">
        <w:rPr>
          <w:b/>
          <w:color w:val="000000"/>
          <w:sz w:val="22"/>
          <w:lang w:val="es-PY"/>
        </w:rPr>
        <w:t xml:space="preserve"> - </w:t>
      </w:r>
      <w:r w:rsidRPr="00E26089">
        <w:rPr>
          <w:b/>
          <w:color w:val="000000"/>
          <w:sz w:val="22"/>
          <w:lang w:val="es-PY"/>
        </w:rPr>
        <w:t xml:space="preserve">MODALIDAD PRESENCIAL </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2621F3"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2621F3"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r>
              <w:rPr>
                <w:b/>
                <w:color w:val="000000"/>
              </w:rPr>
              <w:t>Nombres y apellidos:</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2621F3"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r>
              <w:rPr>
                <w:b/>
                <w:color w:val="000000"/>
              </w:rPr>
              <w:t>Nombres y apellidos:</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77777777" w:rsidR="000C6B7D" w:rsidRDefault="00E26089">
            <w:r>
              <w:rPr>
                <w:b/>
                <w:color w:val="000000"/>
              </w:rPr>
              <w:t>Teléfono de contacto: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6A45E2B5" w14:textId="5FC5296D"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92337E">
      <w:pPr>
        <w:widowControl w:val="0"/>
        <w:autoSpaceDE w:val="0"/>
        <w:autoSpaceDN w:val="0"/>
        <w:spacing w:after="40"/>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2621F3" w14:paraId="52FFE2C0" w14:textId="77777777" w:rsidTr="005D12D8">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5D12D8">
            <w:pPr>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5D12D8">
            <w:pPr>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5D12D8">
            <w:pPr>
              <w:numPr>
                <w:ilvl w:val="0"/>
                <w:numId w:val="10"/>
              </w:numPr>
              <w:jc w:val="both"/>
              <w:rPr>
                <w:b/>
                <w:bCs/>
                <w:color w:val="A6A6A6"/>
                <w:szCs w:val="20"/>
              </w:rPr>
            </w:pPr>
            <w:r w:rsidRPr="005D12D8">
              <w:rPr>
                <w:b/>
                <w:bCs/>
                <w:color w:val="A6A6A6"/>
                <w:szCs w:val="20"/>
              </w:rPr>
              <w:t>Identificación institucional:</w:t>
            </w:r>
          </w:p>
          <w:p w14:paraId="71D277BB" w14:textId="77777777" w:rsidR="0092337E" w:rsidRPr="005D12D8" w:rsidRDefault="0092337E" w:rsidP="005D12D8">
            <w:pPr>
              <w:numPr>
                <w:ilvl w:val="0"/>
                <w:numId w:val="11"/>
              </w:numPr>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5D12D8">
            <w:pPr>
              <w:numPr>
                <w:ilvl w:val="0"/>
                <w:numId w:val="11"/>
              </w:numPr>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5D12D8">
            <w:pPr>
              <w:numPr>
                <w:ilvl w:val="0"/>
                <w:numId w:val="11"/>
              </w:numPr>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5D12D8">
            <w:pPr>
              <w:jc w:val="both"/>
              <w:rPr>
                <w:color w:val="A6A6A6"/>
                <w:szCs w:val="20"/>
              </w:rPr>
            </w:pPr>
          </w:p>
          <w:p w14:paraId="5DF04996" w14:textId="77777777" w:rsidR="0092337E" w:rsidRPr="005D12D8" w:rsidRDefault="0092337E" w:rsidP="005D12D8">
            <w:pPr>
              <w:numPr>
                <w:ilvl w:val="0"/>
                <w:numId w:val="10"/>
              </w:numPr>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5D12D8">
            <w:pPr>
              <w:numPr>
                <w:ilvl w:val="0"/>
                <w:numId w:val="11"/>
              </w:numPr>
              <w:jc w:val="both"/>
              <w:rPr>
                <w:color w:val="A6A6A6"/>
                <w:szCs w:val="20"/>
              </w:rPr>
            </w:pPr>
            <w:r w:rsidRPr="005D12D8">
              <w:rPr>
                <w:color w:val="A6A6A6"/>
                <w:szCs w:val="20"/>
              </w:rPr>
              <w:t>Declaración oficial vigente.</w:t>
            </w:r>
          </w:p>
          <w:p w14:paraId="580E9458" w14:textId="77777777" w:rsidR="0092337E" w:rsidRPr="005D12D8" w:rsidRDefault="0092337E" w:rsidP="005D12D8">
            <w:pPr>
              <w:numPr>
                <w:ilvl w:val="0"/>
                <w:numId w:val="11"/>
              </w:numPr>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5D12D8">
            <w:pPr>
              <w:numPr>
                <w:ilvl w:val="0"/>
                <w:numId w:val="11"/>
              </w:numPr>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5D12D8">
            <w:pPr>
              <w:jc w:val="both"/>
              <w:rPr>
                <w:color w:val="A6A6A6"/>
                <w:szCs w:val="20"/>
              </w:rPr>
            </w:pPr>
          </w:p>
          <w:p w14:paraId="2A9D01C7" w14:textId="77777777" w:rsidR="0092337E" w:rsidRPr="005D12D8" w:rsidRDefault="0092337E" w:rsidP="005D12D8">
            <w:pPr>
              <w:numPr>
                <w:ilvl w:val="0"/>
                <w:numId w:val="10"/>
              </w:numPr>
              <w:jc w:val="both"/>
              <w:rPr>
                <w:b/>
                <w:bCs/>
                <w:color w:val="A6A6A6"/>
                <w:szCs w:val="20"/>
              </w:rPr>
            </w:pPr>
            <w:r w:rsidRPr="005D12D8">
              <w:rPr>
                <w:b/>
                <w:bCs/>
                <w:color w:val="A6A6A6"/>
                <w:szCs w:val="20"/>
              </w:rPr>
              <w:t>Estructura organizacional:</w:t>
            </w:r>
          </w:p>
          <w:p w14:paraId="6459F98C" w14:textId="77777777" w:rsidR="0092337E" w:rsidRPr="005D12D8" w:rsidRDefault="0092337E" w:rsidP="005D12D8">
            <w:pPr>
              <w:numPr>
                <w:ilvl w:val="0"/>
                <w:numId w:val="11"/>
              </w:numPr>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5D12D8">
            <w:pPr>
              <w:numPr>
                <w:ilvl w:val="0"/>
                <w:numId w:val="11"/>
              </w:numPr>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5D12D8">
            <w:pPr>
              <w:numPr>
                <w:ilvl w:val="0"/>
                <w:numId w:val="11"/>
              </w:numPr>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5D12D8">
            <w:pPr>
              <w:jc w:val="both"/>
              <w:rPr>
                <w:color w:val="A6A6A6"/>
                <w:szCs w:val="20"/>
              </w:rPr>
            </w:pPr>
          </w:p>
          <w:p w14:paraId="4A1654A6" w14:textId="77777777" w:rsidR="0092337E" w:rsidRPr="005D12D8" w:rsidRDefault="0092337E" w:rsidP="005D12D8">
            <w:pPr>
              <w:numPr>
                <w:ilvl w:val="0"/>
                <w:numId w:val="10"/>
              </w:numPr>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5D12D8">
            <w:pPr>
              <w:numPr>
                <w:ilvl w:val="0"/>
                <w:numId w:val="11"/>
              </w:numPr>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5D12D8">
            <w:pPr>
              <w:numPr>
                <w:ilvl w:val="0"/>
                <w:numId w:val="11"/>
              </w:numPr>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5D12D8">
            <w:pPr>
              <w:numPr>
                <w:ilvl w:val="0"/>
                <w:numId w:val="11"/>
              </w:numPr>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5D12D8">
            <w:pPr>
              <w:jc w:val="both"/>
              <w:rPr>
                <w:color w:val="A6A6A6"/>
                <w:szCs w:val="20"/>
              </w:rPr>
            </w:pPr>
          </w:p>
          <w:p w14:paraId="145BDA88" w14:textId="77777777" w:rsidR="0092337E" w:rsidRPr="005D12D8" w:rsidRDefault="0092337E" w:rsidP="005D12D8">
            <w:pPr>
              <w:numPr>
                <w:ilvl w:val="0"/>
                <w:numId w:val="10"/>
              </w:numPr>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5D12D8">
            <w:pPr>
              <w:numPr>
                <w:ilvl w:val="0"/>
                <w:numId w:val="11"/>
              </w:numPr>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5D12D8">
            <w:pPr>
              <w:numPr>
                <w:ilvl w:val="0"/>
                <w:numId w:val="11"/>
              </w:numPr>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5D12D8">
            <w:pPr>
              <w:jc w:val="both"/>
              <w:rPr>
                <w:color w:val="A6A6A6"/>
                <w:szCs w:val="20"/>
              </w:rPr>
            </w:pPr>
          </w:p>
          <w:p w14:paraId="214B4A63" w14:textId="77777777" w:rsidR="0092337E" w:rsidRPr="005D12D8" w:rsidRDefault="0092337E" w:rsidP="005D12D8">
            <w:pPr>
              <w:numPr>
                <w:ilvl w:val="0"/>
                <w:numId w:val="10"/>
              </w:numPr>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5D12D8">
            <w:pPr>
              <w:numPr>
                <w:ilvl w:val="0"/>
                <w:numId w:val="11"/>
              </w:numPr>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5D12D8">
            <w:pPr>
              <w:numPr>
                <w:ilvl w:val="0"/>
                <w:numId w:val="11"/>
              </w:numPr>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5D12D8">
            <w:pPr>
              <w:numPr>
                <w:ilvl w:val="0"/>
                <w:numId w:val="11"/>
              </w:numPr>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5D12D8">
            <w:pPr>
              <w:jc w:val="both"/>
              <w:rPr>
                <w:color w:val="A6A6A6"/>
                <w:szCs w:val="20"/>
              </w:rPr>
            </w:pPr>
          </w:p>
          <w:p w14:paraId="2E7B8A0B" w14:textId="77777777" w:rsidR="0092337E" w:rsidRPr="005D12D8" w:rsidRDefault="0092337E" w:rsidP="005D12D8">
            <w:pPr>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46B8DAE" w14:textId="77777777" w:rsidR="0092337E" w:rsidRPr="0092337E" w:rsidRDefault="0092337E" w:rsidP="0092337E">
            <w:pPr>
              <w:rPr>
                <w:color w:val="A6A6A6"/>
                <w:sz w:val="22"/>
                <w:lang w:val="es-ES"/>
              </w:rPr>
            </w:pPr>
          </w:p>
          <w:p w14:paraId="3D272334" w14:textId="77777777" w:rsidR="0092337E" w:rsidRPr="0092337E" w:rsidRDefault="0092337E" w:rsidP="0092337E">
            <w:pPr>
              <w:rPr>
                <w:color w:val="A6A6A6"/>
                <w:sz w:val="22"/>
                <w:lang w:val="es-ES"/>
              </w:rPr>
            </w:pPr>
          </w:p>
          <w:p w14:paraId="217E5750" w14:textId="77777777" w:rsidR="0092337E" w:rsidRPr="0092337E" w:rsidRDefault="0092337E" w:rsidP="0092337E">
            <w:pPr>
              <w:rPr>
                <w:color w:val="A6A6A6"/>
                <w:sz w:val="22"/>
                <w:lang w:val="es-ES"/>
              </w:rPr>
            </w:pPr>
          </w:p>
          <w:p w14:paraId="06E84E3D" w14:textId="77777777" w:rsidR="0092337E" w:rsidRPr="0092337E" w:rsidRDefault="0092337E" w:rsidP="0092337E">
            <w:pPr>
              <w:rPr>
                <w:color w:val="A6A6A6"/>
                <w:sz w:val="22"/>
                <w:lang w:val="es-ES"/>
              </w:rPr>
            </w:pPr>
          </w:p>
          <w:p w14:paraId="190E3A27" w14:textId="77777777" w:rsidR="0092337E" w:rsidRPr="0092337E" w:rsidRDefault="0092337E" w:rsidP="0092337E">
            <w:pPr>
              <w:rPr>
                <w:color w:val="A6A6A6"/>
                <w:sz w:val="22"/>
                <w:lang w:val="es-ES"/>
              </w:rPr>
            </w:pPr>
          </w:p>
          <w:p w14:paraId="51D9A24A" w14:textId="77777777" w:rsidR="0092337E" w:rsidRPr="0092337E" w:rsidRDefault="0092337E" w:rsidP="0092337E">
            <w:pPr>
              <w:rPr>
                <w:color w:val="A6A6A6"/>
                <w:sz w:val="22"/>
                <w:lang w:val="es-ES"/>
              </w:rPr>
            </w:pPr>
          </w:p>
          <w:p w14:paraId="2533CC99" w14:textId="77777777" w:rsidR="0092337E" w:rsidRPr="0092337E" w:rsidRDefault="0092337E" w:rsidP="0092337E">
            <w:pPr>
              <w:rPr>
                <w:color w:val="A6A6A6"/>
                <w:sz w:val="22"/>
                <w:lang w:val="es-ES"/>
              </w:rPr>
            </w:pPr>
          </w:p>
          <w:p w14:paraId="4F3CC9A5" w14:textId="77777777" w:rsidR="0092337E" w:rsidRPr="0092337E" w:rsidRDefault="0092337E" w:rsidP="0092337E">
            <w:pPr>
              <w:rPr>
                <w:color w:val="A6A6A6"/>
                <w:sz w:val="22"/>
                <w:lang w:val="es-ES"/>
              </w:rPr>
            </w:pPr>
          </w:p>
          <w:p w14:paraId="094EB0D3" w14:textId="77777777" w:rsidR="0092337E" w:rsidRPr="0092337E" w:rsidRDefault="0092337E" w:rsidP="0092337E">
            <w:pPr>
              <w:rPr>
                <w:color w:val="A6A6A6"/>
                <w:sz w:val="22"/>
                <w:lang w:val="es-ES"/>
              </w:rPr>
            </w:pPr>
          </w:p>
          <w:p w14:paraId="629C218B" w14:textId="1ABFC4E3" w:rsidR="006331E0" w:rsidRDefault="006331E0" w:rsidP="0092337E">
            <w:pPr>
              <w:rPr>
                <w:color w:val="A6A6A6"/>
                <w:sz w:val="22"/>
                <w:lang w:val="es-ES"/>
              </w:rPr>
            </w:pPr>
          </w:p>
          <w:p w14:paraId="49F107D0" w14:textId="10722E69" w:rsidR="006331E0" w:rsidRDefault="006331E0" w:rsidP="0092337E">
            <w:pPr>
              <w:rPr>
                <w:color w:val="A6A6A6"/>
                <w:sz w:val="22"/>
                <w:lang w:val="es-ES"/>
              </w:rPr>
            </w:pPr>
          </w:p>
          <w:p w14:paraId="076B31EA" w14:textId="3666813A" w:rsidR="005D12D8" w:rsidRDefault="005D12D8" w:rsidP="0092337E">
            <w:pPr>
              <w:rPr>
                <w:color w:val="A6A6A6"/>
                <w:sz w:val="22"/>
                <w:lang w:val="es-ES"/>
              </w:rPr>
            </w:pPr>
          </w:p>
          <w:p w14:paraId="15784FC9" w14:textId="77777777" w:rsidR="005D12D8" w:rsidRPr="0092337E" w:rsidRDefault="005D12D8" w:rsidP="0092337E">
            <w:pPr>
              <w:rPr>
                <w:color w:val="A6A6A6"/>
                <w:sz w:val="22"/>
                <w:lang w:val="es-ES"/>
              </w:rPr>
            </w:pPr>
          </w:p>
          <w:p w14:paraId="50101976" w14:textId="77777777" w:rsidR="0092337E" w:rsidRDefault="0092337E" w:rsidP="0092337E">
            <w:pPr>
              <w:rPr>
                <w:color w:val="A6A6A6"/>
                <w:sz w:val="22"/>
                <w:lang w:val="es-ES"/>
              </w:rPr>
            </w:pPr>
          </w:p>
          <w:p w14:paraId="51916C98" w14:textId="77777777" w:rsidR="001A5A26" w:rsidRPr="0092337E" w:rsidRDefault="001A5A26" w:rsidP="0092337E">
            <w:pPr>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2621F3" w14:paraId="6A44AB7E" w14:textId="77777777" w:rsidTr="0055474B">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5D12D8">
            <w:pPr>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5D12D8">
            <w:pPr>
              <w:jc w:val="both"/>
              <w:rPr>
                <w:color w:val="A6A6A6"/>
                <w:szCs w:val="20"/>
                <w:lang w:val="es-PY"/>
              </w:rPr>
            </w:pPr>
          </w:p>
          <w:p w14:paraId="554C46CB" w14:textId="3DBEB2D9" w:rsidR="0092337E" w:rsidRPr="005D12D8" w:rsidRDefault="0092337E" w:rsidP="005D12D8">
            <w:pPr>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64"/>
        <w:gridCol w:w="1390"/>
        <w:gridCol w:w="1213"/>
        <w:gridCol w:w="1275"/>
        <w:gridCol w:w="1214"/>
        <w:gridCol w:w="1230"/>
      </w:tblGrid>
      <w:tr w:rsidR="001A5A26" w:rsidRPr="002621F3" w14:paraId="4846C0EA" w14:textId="77777777" w:rsidTr="001A5A26">
        <w:trPr>
          <w:trHeight w:val="782"/>
          <w:tblHeader/>
          <w:jc w:val="center"/>
        </w:trPr>
        <w:tc>
          <w:tcPr>
            <w:tcW w:w="1691" w:type="pct"/>
            <w:shd w:val="clear" w:color="auto" w:fill="808080" w:themeFill="background1" w:themeFillShade="80"/>
            <w:vAlign w:val="center"/>
          </w:tcPr>
          <w:p w14:paraId="0AED4ED1"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Oferta académica</w:t>
            </w:r>
          </w:p>
        </w:tc>
        <w:tc>
          <w:tcPr>
            <w:tcW w:w="662" w:type="pct"/>
            <w:shd w:val="clear" w:color="auto" w:fill="808080" w:themeFill="background1" w:themeFillShade="80"/>
            <w:vAlign w:val="center"/>
          </w:tcPr>
          <w:p w14:paraId="4CF553E9" w14:textId="77777777" w:rsidR="001A5A26" w:rsidRPr="001A5A26" w:rsidRDefault="001A5A26" w:rsidP="001A5A26">
            <w:pPr>
              <w:jc w:val="center"/>
              <w:rPr>
                <w:rFonts w:eastAsia="Times New Roman" w:cs="Times New Roman"/>
                <w:b/>
                <w:bCs/>
                <w:color w:val="FFFFFF" w:themeColor="background1"/>
                <w:sz w:val="22"/>
                <w:lang w:val="es-PY" w:eastAsia="es-PY"/>
              </w:rPr>
            </w:pPr>
          </w:p>
          <w:p w14:paraId="7AA0DD05"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Res. de Habilitación</w:t>
            </w:r>
          </w:p>
          <w:p w14:paraId="084BFEAF" w14:textId="77777777" w:rsidR="001A5A26" w:rsidRPr="001A5A26" w:rsidRDefault="001A5A26" w:rsidP="001A5A26">
            <w:pPr>
              <w:jc w:val="center"/>
              <w:rPr>
                <w:rFonts w:eastAsia="Times New Roman" w:cs="Times New Roman"/>
                <w:b/>
                <w:bCs/>
                <w:color w:val="FFFFFF" w:themeColor="background1"/>
                <w:sz w:val="22"/>
                <w:lang w:val="es-PY" w:eastAsia="es-PY"/>
              </w:rPr>
            </w:pPr>
          </w:p>
        </w:tc>
        <w:tc>
          <w:tcPr>
            <w:tcW w:w="662" w:type="pct"/>
            <w:shd w:val="clear" w:color="auto" w:fill="808080" w:themeFill="background1" w:themeFillShade="80"/>
            <w:vAlign w:val="center"/>
          </w:tcPr>
          <w:p w14:paraId="66762868"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Año de inicio</w:t>
            </w:r>
          </w:p>
        </w:tc>
        <w:tc>
          <w:tcPr>
            <w:tcW w:w="662" w:type="pct"/>
            <w:shd w:val="clear" w:color="auto" w:fill="808080" w:themeFill="background1" w:themeFillShade="80"/>
            <w:vAlign w:val="center"/>
          </w:tcPr>
          <w:p w14:paraId="5DF91DC2"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Cantidad de estudiantes</w:t>
            </w:r>
          </w:p>
        </w:tc>
        <w:tc>
          <w:tcPr>
            <w:tcW w:w="662" w:type="pct"/>
            <w:shd w:val="clear" w:color="auto" w:fill="808080" w:themeFill="background1" w:themeFillShade="80"/>
            <w:vAlign w:val="center"/>
          </w:tcPr>
          <w:p w14:paraId="38F77E9C"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Cantidad de docentes</w:t>
            </w:r>
          </w:p>
        </w:tc>
        <w:tc>
          <w:tcPr>
            <w:tcW w:w="662" w:type="pct"/>
            <w:shd w:val="clear" w:color="auto" w:fill="808080" w:themeFill="background1" w:themeFillShade="80"/>
            <w:vAlign w:val="center"/>
          </w:tcPr>
          <w:p w14:paraId="09C0E611" w14:textId="77777777" w:rsidR="001A5A26" w:rsidRPr="001A5A26" w:rsidRDefault="001A5A26" w:rsidP="001A5A26">
            <w:pPr>
              <w:jc w:val="center"/>
              <w:rPr>
                <w:rFonts w:eastAsia="Times New Roman" w:cs="Times New Roman"/>
                <w:b/>
                <w:bCs/>
                <w:color w:val="FFFFFF" w:themeColor="background1"/>
                <w:sz w:val="22"/>
                <w:lang w:val="es-PY" w:eastAsia="es-PY"/>
              </w:rPr>
            </w:pPr>
            <w:r w:rsidRPr="001A5A26">
              <w:rPr>
                <w:rFonts w:eastAsia="Times New Roman" w:cs="Times New Roman"/>
                <w:b/>
                <w:bCs/>
                <w:color w:val="FFFFFF" w:themeColor="background1"/>
                <w:sz w:val="22"/>
                <w:lang w:val="es-PY" w:eastAsia="es-PY"/>
              </w:rPr>
              <w:t>Año de egreso de la primera promoción de egresados</w:t>
            </w:r>
          </w:p>
        </w:tc>
      </w:tr>
      <w:tr w:rsidR="001A5A26" w:rsidRPr="002621F3" w14:paraId="5B4CC02D" w14:textId="77777777" w:rsidTr="00D72B38">
        <w:trPr>
          <w:trHeight w:val="1126"/>
          <w:jc w:val="center"/>
        </w:trPr>
        <w:tc>
          <w:tcPr>
            <w:tcW w:w="1691" w:type="pct"/>
            <w:vAlign w:val="center"/>
          </w:tcPr>
          <w:p w14:paraId="5D63A75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62" w:type="pct"/>
            <w:vAlign w:val="center"/>
          </w:tcPr>
          <w:p w14:paraId="5316FE9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62" w:type="pct"/>
            <w:vAlign w:val="center"/>
          </w:tcPr>
          <w:p w14:paraId="3431756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62" w:type="pct"/>
            <w:vAlign w:val="center"/>
          </w:tcPr>
          <w:p w14:paraId="6871604E"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62" w:type="pct"/>
            <w:vAlign w:val="center"/>
          </w:tcPr>
          <w:p w14:paraId="60888E8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62" w:type="pct"/>
            <w:vAlign w:val="center"/>
          </w:tcPr>
          <w:p w14:paraId="71D0334B" w14:textId="77777777" w:rsidR="001A5A26" w:rsidRPr="001A5A26" w:rsidRDefault="001A5A26" w:rsidP="001A5A26">
            <w:pPr>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21F3" w14:paraId="3CB8976C" w14:textId="77777777" w:rsidTr="0055474B">
        <w:tc>
          <w:tcPr>
            <w:tcW w:w="9486" w:type="dxa"/>
          </w:tcPr>
          <w:p w14:paraId="1095F0BD" w14:textId="634148B7" w:rsidR="0055474B" w:rsidRDefault="0055474B" w:rsidP="0055474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55474B">
            <w:pPr>
              <w:jc w:val="both"/>
              <w:rPr>
                <w:rFonts w:ascii="Times New Roman" w:eastAsia="Times New Roman" w:hAnsi="Times New Roman" w:cs="Times New Roman"/>
                <w:szCs w:val="20"/>
                <w:lang w:val="es-PY" w:eastAsia="es-PY"/>
              </w:rPr>
            </w:pPr>
          </w:p>
          <w:p w14:paraId="2D855492" w14:textId="6F0A39C8" w:rsidR="0055474B" w:rsidRPr="0055474B" w:rsidRDefault="0055474B" w:rsidP="0055474B">
            <w:pPr>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21F3" w14:paraId="46215F7C" w14:textId="77777777" w:rsidTr="0055474B">
        <w:tc>
          <w:tcPr>
            <w:tcW w:w="9486" w:type="dxa"/>
          </w:tcPr>
          <w:p w14:paraId="5299E099" w14:textId="77777777" w:rsidR="0055474B" w:rsidRPr="0055474B" w:rsidRDefault="0055474B" w:rsidP="0055474B">
            <w:pPr>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2621F3" w14:paraId="3BD62029" w14:textId="77777777" w:rsidTr="0055474B">
        <w:tc>
          <w:tcPr>
            <w:tcW w:w="9634" w:type="dxa"/>
          </w:tcPr>
          <w:p w14:paraId="5A0B86B9" w14:textId="77777777" w:rsidR="0011617B" w:rsidRDefault="0011617B" w:rsidP="0011617B">
            <w:pPr>
              <w:jc w:val="both"/>
              <w:rPr>
                <w:rFonts w:eastAsia="Times New Roman" w:cs="Times New Roman"/>
                <w:color w:val="A6A6A6"/>
                <w:sz w:val="22"/>
                <w:lang w:eastAsia="es-PY"/>
              </w:rPr>
            </w:pPr>
          </w:p>
          <w:p w14:paraId="073C5F05" w14:textId="77777777" w:rsidR="0011617B" w:rsidRDefault="0011617B" w:rsidP="0011617B">
            <w:pPr>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2621F3" w14:paraId="4D8BD8C8" w14:textId="77777777" w:rsidTr="0011617B">
        <w:tc>
          <w:tcPr>
            <w:tcW w:w="9639" w:type="dxa"/>
          </w:tcPr>
          <w:p w14:paraId="7CD9091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EDDAD76" w14:textId="4930E61F" w:rsidR="0011617B" w:rsidRPr="005D12D8" w:rsidRDefault="0011617B" w:rsidP="0011617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680713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35FF43E"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7B2EA08"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152AAE3B"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783" w:type="dxa"/>
        <w:jc w:val="center"/>
        <w:tblLook w:val="04A0" w:firstRow="1" w:lastRow="0" w:firstColumn="1" w:lastColumn="0" w:noHBand="0" w:noVBand="1"/>
      </w:tblPr>
      <w:tblGrid>
        <w:gridCol w:w="9783"/>
      </w:tblGrid>
      <w:tr w:rsidR="0092337E" w:rsidRPr="005D12D8" w14:paraId="520983CC" w14:textId="77777777" w:rsidTr="00920BB3">
        <w:trPr>
          <w:cantSplit/>
          <w:trHeight w:hRule="exact" w:val="362"/>
          <w:tblHeader/>
          <w:jc w:val="center"/>
        </w:trPr>
        <w:tc>
          <w:tcPr>
            <w:tcW w:w="9783"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Default="000C6B7D"/>
    <w:tbl>
      <w:tblPr>
        <w:tblW w:w="5000" w:type="pct"/>
        <w:jc w:val="center"/>
        <w:tblLook w:val="04A0" w:firstRow="1" w:lastRow="0" w:firstColumn="1" w:lastColumn="0" w:noHBand="0" w:noVBand="1"/>
      </w:tblPr>
      <w:tblGrid>
        <w:gridCol w:w="1987"/>
        <w:gridCol w:w="5402"/>
        <w:gridCol w:w="694"/>
        <w:gridCol w:w="694"/>
        <w:gridCol w:w="703"/>
      </w:tblGrid>
      <w:tr w:rsidR="000C6B7D" w:rsidRPr="002621F3"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77777777" w:rsidR="000C6B7D" w:rsidRPr="00E26089" w:rsidRDefault="00E26089">
            <w:pPr>
              <w:rPr>
                <w:lang w:val="es-PY"/>
              </w:rPr>
            </w:pPr>
            <w:r w:rsidRPr="00E26089">
              <w:rPr>
                <w:b/>
                <w:color w:val="FFFFFF"/>
                <w:lang w:val="es-PY"/>
              </w:rPr>
              <w:t>DIMENSIÓN 2. PROYECTO ACADÉMICO Y FORMACIÓN PROFESIONAL</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r w:rsidRPr="00735EB3">
              <w:rPr>
                <w:b/>
                <w:color w:val="000000"/>
                <w:szCs w:val="20"/>
              </w:rPr>
              <w:t>Criterio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E55766">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0C6B7D" w:rsidRPr="002621F3" w14:paraId="510DA82C" w14:textId="77777777" w:rsidTr="00E55766">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C2A4E62" w14:textId="752C83B2" w:rsidR="000C6B7D" w:rsidRPr="005D12D8" w:rsidRDefault="00C509F1">
            <w:pPr>
              <w:jc w:val="center"/>
              <w:rPr>
                <w:lang w:val="es-PY"/>
              </w:rPr>
            </w:pPr>
            <w:r w:rsidRPr="00A7376B">
              <w:rPr>
                <w:b/>
                <w:color w:val="000000"/>
                <w:lang w:val="es-PY"/>
              </w:rPr>
              <w:t xml:space="preserve">Pertinencia del diseño curricular y metodológico en </w:t>
            </w:r>
            <w:r w:rsidR="00A7376B" w:rsidRPr="00A7376B">
              <w:rPr>
                <w:b/>
                <w:color w:val="000000"/>
                <w:lang w:val="es-PY"/>
              </w:rPr>
              <w:t>relación</w:t>
            </w:r>
            <w:r w:rsidRPr="00A7376B">
              <w:rPr>
                <w:b/>
                <w:color w:val="000000"/>
                <w:lang w:val="es-PY"/>
              </w:rPr>
              <w:t xml:space="preserve"> con el ámbito profesional del programa</w:t>
            </w:r>
            <w:r w:rsidR="00E26089" w:rsidRPr="00E26089">
              <w:rPr>
                <w:b/>
                <w:color w:val="FF0000"/>
                <w:lang w:val="es-PY"/>
              </w:rPr>
              <w:br/>
            </w:r>
            <w:r w:rsidR="00E26089" w:rsidRPr="005D12D8">
              <w:rPr>
                <w:b/>
                <w:color w:val="FF0000"/>
                <w:lang w:val="es-PY"/>
              </w:rPr>
              <w:t>(Sustantivo)</w:t>
            </w: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0DABD1" w14:textId="77777777" w:rsidR="000C6B7D" w:rsidRPr="00E26089" w:rsidRDefault="00E26089">
            <w:pPr>
              <w:jc w:val="both"/>
              <w:rPr>
                <w:lang w:val="es-PY"/>
              </w:rPr>
            </w:pPr>
            <w:r w:rsidRPr="00E26089">
              <w:rPr>
                <w:color w:val="000000"/>
                <w:lang w:val="es-PY"/>
              </w:rPr>
              <w:t>a. El programa desarrolla competencias avanzadas alineadas con los requerimientos actuales del campo profesional.</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D8553D1" w14:textId="77777777" w:rsidR="000C6B7D" w:rsidRPr="005D12D8" w:rsidRDefault="000C6B7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EED8736" w14:textId="77777777" w:rsidR="000C6B7D" w:rsidRPr="005D12D8" w:rsidRDefault="000C6B7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69206B" w14:textId="77777777" w:rsidR="000C6B7D" w:rsidRPr="005D12D8" w:rsidRDefault="000C6B7D">
            <w:pPr>
              <w:jc w:val="center"/>
              <w:rPr>
                <w:lang w:val="es-PY"/>
              </w:rPr>
            </w:pPr>
          </w:p>
        </w:tc>
      </w:tr>
      <w:tr w:rsidR="000C6B7D" w:rsidRPr="002621F3" w14:paraId="2DD43C3B" w14:textId="77777777" w:rsidTr="00E55766">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99134" w14:textId="77777777" w:rsidR="000C6B7D" w:rsidRPr="005D12D8" w:rsidRDefault="000C6B7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443CF9" w14:textId="77777777" w:rsidR="000C6B7D" w:rsidRPr="00E26089" w:rsidRDefault="00E26089">
            <w:pPr>
              <w:jc w:val="both"/>
              <w:rPr>
                <w:lang w:val="es-PY"/>
              </w:rPr>
            </w:pPr>
            <w:r w:rsidRPr="00E26089">
              <w:rPr>
                <w:color w:val="000000"/>
                <w:lang w:val="es-PY"/>
              </w:rPr>
              <w:t>b. Los trabajos finales abordan problemáticas relevantes del ámbito profesional específico.</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E4086E" w14:textId="77777777" w:rsidR="000C6B7D" w:rsidRPr="005D12D8" w:rsidRDefault="000C6B7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2433FB" w14:textId="77777777" w:rsidR="000C6B7D" w:rsidRPr="005D12D8" w:rsidRDefault="000C6B7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EB2416" w14:textId="77777777" w:rsidR="000C6B7D" w:rsidRPr="005D12D8" w:rsidRDefault="000C6B7D">
            <w:pPr>
              <w:jc w:val="center"/>
              <w:rPr>
                <w:lang w:val="es-PY"/>
              </w:rPr>
            </w:pPr>
          </w:p>
        </w:tc>
      </w:tr>
      <w:tr w:rsidR="000C6B7D" w:rsidRPr="002621F3" w14:paraId="3ECAC2FD" w14:textId="77777777" w:rsidTr="00E55766">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176DEA" w14:textId="77777777" w:rsidR="000C6B7D" w:rsidRPr="005D12D8" w:rsidRDefault="000C6B7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E0729E" w14:textId="77777777" w:rsidR="000C6B7D" w:rsidRPr="00E26089" w:rsidRDefault="00E26089">
            <w:pPr>
              <w:jc w:val="both"/>
              <w:rPr>
                <w:lang w:val="es-PY"/>
              </w:rPr>
            </w:pPr>
            <w:r w:rsidRPr="00E26089">
              <w:rPr>
                <w:color w:val="000000"/>
                <w:lang w:val="es-PY"/>
              </w:rPr>
              <w:t>c. Se incorpora la participación de actores del entorno profesional en el diseño, la actualización o la evaluación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99CB40" w14:textId="77777777" w:rsidR="000C6B7D" w:rsidRPr="005D12D8" w:rsidRDefault="000C6B7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F172466" w14:textId="77777777" w:rsidR="000C6B7D" w:rsidRPr="005D12D8" w:rsidRDefault="000C6B7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DC4834" w14:textId="77777777" w:rsidR="000C6B7D" w:rsidRPr="005D12D8" w:rsidRDefault="000C6B7D">
            <w:pPr>
              <w:jc w:val="center"/>
              <w:rPr>
                <w:lang w:val="es-PY"/>
              </w:rPr>
            </w:pPr>
          </w:p>
        </w:tc>
      </w:tr>
      <w:tr w:rsidR="000C6B7D" w:rsidRPr="002621F3" w14:paraId="7496626D" w14:textId="77777777" w:rsidTr="00E55766">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3A7446C" w14:textId="77777777" w:rsidR="000C6B7D" w:rsidRPr="005D12D8" w:rsidRDefault="000C6B7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F894E9" w14:textId="77777777" w:rsidR="000C6B7D" w:rsidRPr="00E26089" w:rsidRDefault="00E26089">
            <w:pPr>
              <w:jc w:val="both"/>
              <w:rPr>
                <w:lang w:val="es-PY"/>
              </w:rPr>
            </w:pPr>
            <w:r w:rsidRPr="00E26089">
              <w:rPr>
                <w:color w:val="000000"/>
                <w:lang w:val="es-PY"/>
              </w:rPr>
              <w:t>d. La formación profesional responde a demandas, tendencias o desafíos identificados en el campo laboral y profesional específico.</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7598E4" w14:textId="77777777" w:rsidR="000C6B7D" w:rsidRPr="005D12D8" w:rsidRDefault="000C6B7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B775266" w14:textId="77777777" w:rsidR="000C6B7D" w:rsidRPr="005D12D8" w:rsidRDefault="000C6B7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0D84A" w14:textId="77777777" w:rsidR="000C6B7D" w:rsidRPr="005D12D8" w:rsidRDefault="000C6B7D">
            <w:pPr>
              <w:jc w:val="center"/>
              <w:rPr>
                <w:lang w:val="es-PY"/>
              </w:rPr>
            </w:pPr>
          </w:p>
        </w:tc>
      </w:tr>
      <w:tr w:rsidR="000C6B7D" w:rsidRPr="002621F3" w14:paraId="1EB607DC" w14:textId="77777777" w:rsidTr="00E55766">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4ADDBE" w14:textId="77777777" w:rsidR="000C6B7D" w:rsidRPr="005D12D8" w:rsidRDefault="000C6B7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299C75" w14:textId="77777777" w:rsidR="000C6B7D" w:rsidRPr="00E26089" w:rsidRDefault="00E26089">
            <w:pPr>
              <w:jc w:val="both"/>
              <w:rPr>
                <w:lang w:val="es-PY"/>
              </w:rPr>
            </w:pPr>
            <w:r w:rsidRPr="00E26089">
              <w:rPr>
                <w:color w:val="000000"/>
                <w:lang w:val="es-PY"/>
              </w:rPr>
              <w:t>e. La formación integra prácticas, proyectos u otras experiencias contextualizadas en escenarios reales del campo profesional.</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643DED" w14:textId="77777777" w:rsidR="000C6B7D" w:rsidRPr="005D12D8" w:rsidRDefault="000C6B7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A865AB" w14:textId="77777777" w:rsidR="000C6B7D" w:rsidRPr="005D12D8" w:rsidRDefault="000C6B7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D513048" w14:textId="77777777" w:rsidR="000C6B7D" w:rsidRPr="005D12D8" w:rsidRDefault="000C6B7D">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E55766" w:rsidRPr="002621F3" w14:paraId="4A65327C" w14:textId="77777777" w:rsidTr="00E55766">
        <w:trPr>
          <w:cantSplit/>
          <w:trHeight w:val="663"/>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D7D83D7" w14:textId="77777777" w:rsidR="002621F3" w:rsidRPr="002621F3" w:rsidRDefault="002621F3" w:rsidP="002621F3">
            <w:pPr>
              <w:widowControl w:val="0"/>
              <w:autoSpaceDE w:val="0"/>
              <w:autoSpaceDN w:val="0"/>
              <w:jc w:val="both"/>
              <w:rPr>
                <w:rFonts w:eastAsia="Times New Roman"/>
                <w:color w:val="A6A6A6"/>
                <w:lang w:val="es-PY"/>
              </w:rPr>
            </w:pPr>
            <w:r w:rsidRPr="002621F3">
              <w:rPr>
                <w:rFonts w:eastAsia="Times New Roman"/>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337B4B6" w14:textId="77777777" w:rsidR="002621F3" w:rsidRPr="002621F3" w:rsidRDefault="002621F3" w:rsidP="002621F3">
            <w:pPr>
              <w:widowControl w:val="0"/>
              <w:autoSpaceDE w:val="0"/>
              <w:autoSpaceDN w:val="0"/>
              <w:jc w:val="both"/>
              <w:rPr>
                <w:rFonts w:eastAsia="Times New Roman"/>
                <w:lang w:val="es-PY"/>
              </w:rPr>
            </w:pPr>
            <w:r w:rsidRPr="002621F3">
              <w:rPr>
                <w:rFonts w:eastAsia="Times New Roman"/>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7111FA1" w14:textId="77777777" w:rsidR="00E55766" w:rsidRDefault="00E55766" w:rsidP="00E55766">
            <w:pPr>
              <w:jc w:val="both"/>
              <w:rPr>
                <w:b/>
                <w:color w:val="000000"/>
                <w:szCs w:val="20"/>
                <w:lang w:val="es-PY"/>
              </w:rPr>
            </w:pPr>
          </w:p>
          <w:p w14:paraId="3D86F271" w14:textId="77777777" w:rsidR="00E55766" w:rsidRDefault="00E55766" w:rsidP="00E55766">
            <w:pPr>
              <w:jc w:val="both"/>
              <w:rPr>
                <w:b/>
                <w:color w:val="000000"/>
                <w:szCs w:val="20"/>
                <w:lang w:val="es-PY"/>
              </w:rPr>
            </w:pPr>
          </w:p>
          <w:p w14:paraId="5CFB75C2" w14:textId="77777777" w:rsidR="00E55766" w:rsidRDefault="00E55766" w:rsidP="00E55766">
            <w:pPr>
              <w:jc w:val="both"/>
              <w:rPr>
                <w:b/>
                <w:color w:val="000000"/>
                <w:szCs w:val="20"/>
                <w:lang w:val="es-PY"/>
              </w:rPr>
            </w:pPr>
          </w:p>
          <w:p w14:paraId="27FCE221" w14:textId="77777777" w:rsidR="00E55766" w:rsidRDefault="00E55766" w:rsidP="00E55766">
            <w:pPr>
              <w:jc w:val="both"/>
              <w:rPr>
                <w:b/>
                <w:color w:val="000000"/>
                <w:szCs w:val="20"/>
                <w:lang w:val="es-PY"/>
              </w:rPr>
            </w:pPr>
          </w:p>
          <w:p w14:paraId="48192B1F" w14:textId="77777777" w:rsidR="00E55766" w:rsidRDefault="00E55766" w:rsidP="00E55766">
            <w:pPr>
              <w:jc w:val="both"/>
              <w:rPr>
                <w:b/>
                <w:color w:val="000000"/>
                <w:szCs w:val="20"/>
                <w:lang w:val="es-PY"/>
              </w:rPr>
            </w:pPr>
          </w:p>
          <w:p w14:paraId="204DE52D" w14:textId="77777777" w:rsidR="00E55766" w:rsidRDefault="00E55766" w:rsidP="00E55766">
            <w:pPr>
              <w:jc w:val="both"/>
              <w:rPr>
                <w:b/>
                <w:color w:val="000000"/>
                <w:szCs w:val="20"/>
                <w:lang w:val="es-PY"/>
              </w:rPr>
            </w:pPr>
          </w:p>
          <w:p w14:paraId="136C4E94" w14:textId="77777777" w:rsidR="00E55766" w:rsidRDefault="00E55766" w:rsidP="00E55766">
            <w:pPr>
              <w:jc w:val="both"/>
              <w:rPr>
                <w:b/>
                <w:color w:val="000000"/>
                <w:szCs w:val="20"/>
                <w:lang w:val="es-PY"/>
              </w:rPr>
            </w:pPr>
          </w:p>
          <w:p w14:paraId="0DD7FF67" w14:textId="77777777" w:rsidR="00E55766" w:rsidRDefault="00E55766" w:rsidP="00E55766">
            <w:pPr>
              <w:jc w:val="both"/>
              <w:rPr>
                <w:b/>
                <w:color w:val="000000"/>
                <w:szCs w:val="20"/>
                <w:lang w:val="es-PY"/>
              </w:rPr>
            </w:pPr>
          </w:p>
          <w:p w14:paraId="3995651F" w14:textId="77777777" w:rsidR="00E55766" w:rsidRDefault="00E55766" w:rsidP="00E55766">
            <w:pPr>
              <w:jc w:val="both"/>
              <w:rPr>
                <w:b/>
                <w:color w:val="000000"/>
                <w:szCs w:val="20"/>
                <w:lang w:val="es-PY"/>
              </w:rPr>
            </w:pPr>
          </w:p>
          <w:p w14:paraId="5630273A" w14:textId="77777777" w:rsidR="00E55766" w:rsidRDefault="00E55766" w:rsidP="00E55766">
            <w:pPr>
              <w:jc w:val="both"/>
              <w:rPr>
                <w:b/>
                <w:color w:val="000000"/>
                <w:szCs w:val="20"/>
                <w:lang w:val="es-PY"/>
              </w:rPr>
            </w:pPr>
          </w:p>
          <w:p w14:paraId="79C752E5" w14:textId="77777777" w:rsidR="00E55766" w:rsidRDefault="00E55766" w:rsidP="00E55766">
            <w:pPr>
              <w:jc w:val="both"/>
              <w:rPr>
                <w:b/>
                <w:color w:val="000000"/>
                <w:szCs w:val="20"/>
                <w:lang w:val="es-PY"/>
              </w:rPr>
            </w:pPr>
          </w:p>
          <w:p w14:paraId="72F193BB" w14:textId="77777777" w:rsidR="00E55766" w:rsidRDefault="00E55766" w:rsidP="00E55766">
            <w:pPr>
              <w:jc w:val="both"/>
              <w:rPr>
                <w:b/>
                <w:color w:val="000000"/>
                <w:szCs w:val="20"/>
                <w:lang w:val="es-PY"/>
              </w:rPr>
            </w:pPr>
          </w:p>
          <w:p w14:paraId="54617CDC" w14:textId="77777777" w:rsidR="00E55766" w:rsidRDefault="00E55766" w:rsidP="00E55766">
            <w:pPr>
              <w:jc w:val="both"/>
              <w:rPr>
                <w:b/>
                <w:color w:val="000000"/>
                <w:szCs w:val="20"/>
                <w:lang w:val="es-PY"/>
              </w:rPr>
            </w:pPr>
          </w:p>
          <w:p w14:paraId="068C20C3" w14:textId="77777777" w:rsidR="00E55766" w:rsidRDefault="00E55766" w:rsidP="00E55766">
            <w:pPr>
              <w:jc w:val="both"/>
              <w:rPr>
                <w:b/>
                <w:color w:val="000000"/>
                <w:szCs w:val="20"/>
                <w:lang w:val="es-PY"/>
              </w:rPr>
            </w:pPr>
          </w:p>
          <w:p w14:paraId="5CAFFBB0" w14:textId="77777777" w:rsidR="00E55766" w:rsidRDefault="00E55766" w:rsidP="00E55766">
            <w:pPr>
              <w:jc w:val="both"/>
              <w:rPr>
                <w:b/>
                <w:color w:val="000000"/>
                <w:szCs w:val="20"/>
                <w:lang w:val="es-PY"/>
              </w:rPr>
            </w:pPr>
          </w:p>
          <w:p w14:paraId="448ED29E" w14:textId="77777777" w:rsidR="00E55766" w:rsidRDefault="00E55766" w:rsidP="00E55766">
            <w:pPr>
              <w:jc w:val="both"/>
              <w:rPr>
                <w:b/>
                <w:color w:val="000000"/>
                <w:szCs w:val="20"/>
                <w:lang w:val="es-PY"/>
              </w:rPr>
            </w:pPr>
          </w:p>
          <w:p w14:paraId="5134812F" w14:textId="77777777" w:rsidR="00E55766" w:rsidRDefault="00E55766" w:rsidP="00E55766">
            <w:pPr>
              <w:jc w:val="both"/>
              <w:rPr>
                <w:b/>
                <w:color w:val="000000"/>
                <w:szCs w:val="20"/>
                <w:lang w:val="es-PY"/>
              </w:rPr>
            </w:pPr>
          </w:p>
          <w:p w14:paraId="287BCDE8" w14:textId="77777777" w:rsidR="00E55766" w:rsidRDefault="00E55766" w:rsidP="00E55766">
            <w:pPr>
              <w:jc w:val="both"/>
              <w:rPr>
                <w:b/>
                <w:color w:val="000000"/>
                <w:szCs w:val="20"/>
                <w:lang w:val="es-PY"/>
              </w:rPr>
            </w:pPr>
          </w:p>
          <w:p w14:paraId="2E3F5EDE" w14:textId="77777777" w:rsidR="00E55766" w:rsidRDefault="00E55766" w:rsidP="00E55766">
            <w:pPr>
              <w:jc w:val="both"/>
              <w:rPr>
                <w:b/>
                <w:color w:val="000000"/>
                <w:szCs w:val="20"/>
                <w:lang w:val="es-PY"/>
              </w:rPr>
            </w:pPr>
          </w:p>
          <w:p w14:paraId="0BEE92EF" w14:textId="77777777" w:rsidR="00E55766" w:rsidRDefault="00E55766" w:rsidP="00E55766">
            <w:pPr>
              <w:jc w:val="both"/>
              <w:rPr>
                <w:b/>
                <w:color w:val="000000"/>
                <w:szCs w:val="20"/>
                <w:lang w:val="es-PY"/>
              </w:rPr>
            </w:pPr>
          </w:p>
          <w:p w14:paraId="1C56FE10" w14:textId="77777777" w:rsidR="00E55766" w:rsidRDefault="00E55766" w:rsidP="00E55766">
            <w:pPr>
              <w:jc w:val="both"/>
              <w:rPr>
                <w:b/>
                <w:color w:val="000000"/>
                <w:szCs w:val="20"/>
                <w:lang w:val="es-PY"/>
              </w:rPr>
            </w:pPr>
          </w:p>
          <w:p w14:paraId="2AD817A4" w14:textId="77777777" w:rsidR="00E55766" w:rsidRDefault="00E55766" w:rsidP="00E55766">
            <w:pPr>
              <w:jc w:val="both"/>
              <w:rPr>
                <w:b/>
                <w:color w:val="000000"/>
                <w:szCs w:val="20"/>
                <w:lang w:val="es-PY"/>
              </w:rPr>
            </w:pPr>
          </w:p>
          <w:p w14:paraId="2C61BDC6" w14:textId="77777777" w:rsidR="00E55766" w:rsidRPr="00735EB3" w:rsidRDefault="00E55766" w:rsidP="00E55766">
            <w:pPr>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6F54D52" w14:textId="77777777" w:rsidR="002621F3" w:rsidRPr="002621F3" w:rsidRDefault="002621F3" w:rsidP="002621F3">
            <w:pPr>
              <w:jc w:val="both"/>
              <w:rPr>
                <w:bCs/>
                <w:color w:val="A6A6A6" w:themeColor="background1" w:themeShade="A6"/>
                <w:szCs w:val="20"/>
                <w:lang w:val="es-PY"/>
              </w:rPr>
            </w:pPr>
            <w:r w:rsidRPr="002621F3">
              <w:rPr>
                <w:bCs/>
                <w:color w:val="A6A6A6" w:themeColor="background1" w:themeShade="A6"/>
                <w:szCs w:val="20"/>
                <w:lang w:val="es-PY"/>
              </w:rPr>
              <w:t>Enumerar los Medios de Verificación, ejemplo:</w:t>
            </w:r>
          </w:p>
          <w:p w14:paraId="7BA42611" w14:textId="77777777" w:rsidR="002621F3" w:rsidRPr="002621F3" w:rsidRDefault="002621F3" w:rsidP="002621F3">
            <w:pPr>
              <w:jc w:val="both"/>
              <w:rPr>
                <w:bCs/>
                <w:color w:val="A6A6A6" w:themeColor="background1" w:themeShade="A6"/>
                <w:szCs w:val="20"/>
                <w:lang w:val="es-PY"/>
              </w:rPr>
            </w:pPr>
          </w:p>
          <w:p w14:paraId="63554DDD" w14:textId="77777777" w:rsidR="002621F3" w:rsidRPr="002621F3" w:rsidRDefault="002621F3" w:rsidP="002621F3">
            <w:pPr>
              <w:jc w:val="both"/>
              <w:rPr>
                <w:bCs/>
                <w:color w:val="A6A6A6" w:themeColor="background1" w:themeShade="A6"/>
                <w:szCs w:val="20"/>
                <w:lang w:val="es-PY"/>
              </w:rPr>
            </w:pPr>
            <w:r w:rsidRPr="002621F3">
              <w:rPr>
                <w:bCs/>
                <w:color w:val="A6A6A6" w:themeColor="background1" w:themeShade="A6"/>
                <w:szCs w:val="20"/>
                <w:lang w:val="es-PY"/>
              </w:rPr>
              <w:t>Anexo 1. Estatuto</w:t>
            </w:r>
          </w:p>
          <w:p w14:paraId="3CBA1931" w14:textId="5A990282" w:rsidR="00E55766" w:rsidRPr="002621F3" w:rsidRDefault="002621F3" w:rsidP="002621F3">
            <w:pPr>
              <w:jc w:val="both"/>
              <w:rPr>
                <w:b/>
                <w:color w:val="000000"/>
                <w:szCs w:val="20"/>
                <w:lang w:val="es-PY"/>
              </w:rPr>
            </w:pPr>
            <w:r w:rsidRPr="002621F3">
              <w:rPr>
                <w:bCs/>
                <w:color w:val="A6A6A6" w:themeColor="background1" w:themeShade="A6"/>
                <w:szCs w:val="20"/>
                <w:lang w:val="es-PY"/>
              </w:rPr>
              <w:t>Anexo 2. Manual de Funciones</w:t>
            </w:r>
          </w:p>
        </w:tc>
      </w:tr>
    </w:tbl>
    <w:p w14:paraId="1A62989D" w14:textId="77777777" w:rsidR="000C6B7D" w:rsidRPr="002621F3" w:rsidRDefault="00E26089">
      <w:pPr>
        <w:rPr>
          <w:lang w:val="es-PY"/>
        </w:rPr>
      </w:pPr>
      <w:r w:rsidRPr="002621F3">
        <w:rPr>
          <w:lang w:val="es-PY"/>
        </w:rPr>
        <w:br w:type="page"/>
      </w:r>
    </w:p>
    <w:p w14:paraId="064D538F" w14:textId="6CAA5879" w:rsidR="000C6B7D" w:rsidRPr="002621F3"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27E6BA6A" w14:textId="77777777" w:rsidTr="00920BB3">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920BB3">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0C6B7D" w:rsidRPr="002621F3" w14:paraId="0D8F2D59" w14:textId="77777777" w:rsidTr="00920BB3">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B20AB6" w14:textId="7D8FD9A5" w:rsidR="000C6B7D" w:rsidRPr="005D12D8" w:rsidRDefault="00E26089">
            <w:pPr>
              <w:jc w:val="center"/>
              <w:rPr>
                <w:lang w:val="es-PY"/>
              </w:rPr>
            </w:pPr>
            <w:r w:rsidRPr="00E26089">
              <w:rPr>
                <w:b/>
                <w:color w:val="000000"/>
                <w:lang w:val="es-PY"/>
              </w:rPr>
              <w:t>Eficacia del acompañamie</w:t>
            </w:r>
            <w:r w:rsidR="00184518">
              <w:rPr>
                <w:b/>
                <w:color w:val="000000"/>
                <w:lang w:val="es-PY"/>
              </w:rPr>
              <w:t xml:space="preserve">nto al proceso </w:t>
            </w:r>
            <w:r w:rsidR="00A35521">
              <w:rPr>
                <w:b/>
                <w:color w:val="000000"/>
                <w:lang w:val="es-PY"/>
              </w:rPr>
              <w:t>de trabajo final</w:t>
            </w:r>
            <w:r w:rsidRPr="00E26089">
              <w:rPr>
                <w:b/>
                <w:color w:val="FF0000"/>
                <w:lang w:val="es-PY"/>
              </w:rPr>
              <w:br/>
            </w:r>
            <w:r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51A9E8" w14:textId="30A30219" w:rsidR="000C6B7D" w:rsidRPr="00E26089" w:rsidRDefault="00E26089">
            <w:pPr>
              <w:jc w:val="both"/>
              <w:rPr>
                <w:lang w:val="es-PY"/>
              </w:rPr>
            </w:pPr>
            <w:r w:rsidRPr="00E26089">
              <w:rPr>
                <w:color w:val="000000"/>
                <w:lang w:val="es-PY"/>
              </w:rPr>
              <w:t>a. Existe un sistema formal de asignación de asesores y seguimiento de t</w:t>
            </w:r>
            <w:r w:rsidR="00C13E5D">
              <w:rPr>
                <w:color w:val="000000"/>
                <w:lang w:val="es-PY"/>
              </w:rPr>
              <w:t>rabajo final</w:t>
            </w:r>
            <w:r w:rsidR="006D6FF2">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EFEF30"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B7F055"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8BDC4D" w14:textId="77777777" w:rsidR="000C6B7D" w:rsidRPr="005D12D8" w:rsidRDefault="000C6B7D">
            <w:pPr>
              <w:jc w:val="center"/>
              <w:rPr>
                <w:lang w:val="es-PY"/>
              </w:rPr>
            </w:pPr>
          </w:p>
        </w:tc>
      </w:tr>
      <w:tr w:rsidR="000C6B7D" w:rsidRPr="002621F3" w14:paraId="7D718C81" w14:textId="77777777" w:rsidTr="00920BB3">
        <w:trPr>
          <w:cantSplit/>
          <w:trHeight w:val="3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CB6BB9"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0817B" w14:textId="77777777" w:rsidR="000C6B7D" w:rsidRPr="00E26089" w:rsidRDefault="00E26089">
            <w:pPr>
              <w:jc w:val="both"/>
              <w:rPr>
                <w:lang w:val="es-PY"/>
              </w:rPr>
            </w:pPr>
            <w:r w:rsidRPr="00E26089">
              <w:rPr>
                <w:color w:val="000000"/>
                <w:lang w:val="es-PY"/>
              </w:rPr>
              <w:t>b. Los asesores cuentan con experiencia en investigación y formación de posgrado.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A42D64"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6E29C5"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455F9B" w14:textId="77777777" w:rsidR="000C6B7D" w:rsidRPr="005D12D8" w:rsidRDefault="000C6B7D">
            <w:pPr>
              <w:jc w:val="center"/>
              <w:rPr>
                <w:lang w:val="es-PY"/>
              </w:rPr>
            </w:pPr>
          </w:p>
        </w:tc>
      </w:tr>
      <w:tr w:rsidR="000C6B7D" w:rsidRPr="002621F3" w14:paraId="3FF51506" w14:textId="77777777" w:rsidTr="00920BB3">
        <w:trPr>
          <w:cantSplit/>
          <w:trHeight w:val="38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2830D8"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E68B3D" w14:textId="77777777" w:rsidR="000C6B7D" w:rsidRPr="00E26089" w:rsidRDefault="00E26089">
            <w:pPr>
              <w:jc w:val="both"/>
              <w:rPr>
                <w:lang w:val="es-PY"/>
              </w:rPr>
            </w:pPr>
            <w:r w:rsidRPr="00E26089">
              <w:rPr>
                <w:color w:val="00000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F78628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69885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9FAE79" w14:textId="77777777" w:rsidR="000C6B7D" w:rsidRPr="005D12D8" w:rsidRDefault="000C6B7D">
            <w:pPr>
              <w:jc w:val="center"/>
              <w:rPr>
                <w:lang w:val="es-PY"/>
              </w:rPr>
            </w:pPr>
          </w:p>
        </w:tc>
      </w:tr>
      <w:tr w:rsidR="000C6B7D" w:rsidRPr="002621F3" w14:paraId="731669DA" w14:textId="77777777" w:rsidTr="00920BB3">
        <w:trPr>
          <w:cantSplit/>
          <w:trHeight w:val="36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46271"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B16C08" w14:textId="1DCDB0D1" w:rsidR="000C6B7D" w:rsidRPr="00E26089" w:rsidRDefault="00E26089">
            <w:pPr>
              <w:jc w:val="both"/>
              <w:rPr>
                <w:lang w:val="es-PY"/>
              </w:rPr>
            </w:pPr>
            <w:r w:rsidRPr="00E26089">
              <w:rPr>
                <w:color w:val="000000"/>
                <w:lang w:val="es-PY"/>
              </w:rPr>
              <w:t xml:space="preserve">d. </w:t>
            </w:r>
            <w:r w:rsidR="00BF4058">
              <w:rPr>
                <w:color w:val="000000"/>
                <w:lang w:val="es-PY"/>
              </w:rPr>
              <w:t xml:space="preserve">El acompañamiento </w:t>
            </w:r>
            <w:r w:rsidR="00EF1B84">
              <w:rPr>
                <w:color w:val="000000"/>
                <w:lang w:val="es-PY"/>
              </w:rPr>
              <w:t>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D8A46B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C7FC8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3082CB" w14:textId="77777777" w:rsidR="000C6B7D" w:rsidRPr="005D12D8" w:rsidRDefault="000C6B7D">
            <w:pPr>
              <w:jc w:val="center"/>
              <w:rPr>
                <w:lang w:val="es-PY"/>
              </w:rPr>
            </w:pPr>
          </w:p>
        </w:tc>
      </w:tr>
      <w:tr w:rsidR="000C6B7D" w:rsidRPr="002621F3" w14:paraId="178E297A" w14:textId="77777777" w:rsidTr="00920BB3">
        <w:trPr>
          <w:cantSplit/>
          <w:trHeight w:val="35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E7D4A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D6835C" w14:textId="224D67B4" w:rsidR="000C6B7D" w:rsidRPr="00E26089" w:rsidRDefault="00E26089">
            <w:pPr>
              <w:jc w:val="both"/>
              <w:rPr>
                <w:lang w:val="es-PY"/>
              </w:rPr>
            </w:pPr>
            <w:r w:rsidRPr="00E26089">
              <w:rPr>
                <w:color w:val="000000"/>
                <w:lang w:val="es-PY"/>
              </w:rPr>
              <w:t>e. Se desarrollan espacios formativos para fortalecer competencias investigativas</w:t>
            </w:r>
            <w:r w:rsidR="00730907">
              <w:rPr>
                <w:color w:val="000000"/>
                <w:lang w:val="es-PY"/>
              </w:rPr>
              <w:t xml:space="preserve"> en 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7A0E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93D92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FE8702" w14:textId="77777777" w:rsidR="000C6B7D" w:rsidRPr="005D12D8" w:rsidRDefault="000C6B7D">
            <w:pPr>
              <w:jc w:val="center"/>
              <w:rPr>
                <w:lang w:val="es-PY"/>
              </w:rPr>
            </w:pPr>
          </w:p>
        </w:tc>
      </w:tr>
      <w:tr w:rsidR="000C6B7D" w14:paraId="608F9EB9" w14:textId="77777777" w:rsidTr="00920BB3">
        <w:trPr>
          <w:cantSplit/>
          <w:trHeight w:hRule="exact" w:val="44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E55766">
        <w:trPr>
          <w:cantSplit/>
          <w:trHeight w:hRule="exact" w:val="78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77777777" w:rsidR="000C6B7D" w:rsidRDefault="000C6B7D" w:rsidP="00E55766">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E55766">
            <w:pPr>
              <w:jc w:val="both"/>
            </w:pPr>
          </w:p>
        </w:tc>
      </w:tr>
    </w:tbl>
    <w:p w14:paraId="0A70C11D" w14:textId="5EE77634" w:rsidR="000C6B7D" w:rsidRDefault="000C6B7D"/>
    <w:tbl>
      <w:tblPr>
        <w:tblW w:w="0" w:type="auto"/>
        <w:tblLayout w:type="fixed"/>
        <w:tblLook w:val="04A0" w:firstRow="1" w:lastRow="0" w:firstColumn="1" w:lastColumn="0" w:noHBand="0" w:noVBand="1"/>
      </w:tblPr>
      <w:tblGrid>
        <w:gridCol w:w="4678"/>
        <w:gridCol w:w="4678"/>
      </w:tblGrid>
      <w:tr w:rsidR="00E40931" w:rsidRPr="002621F3"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r w:rsidRPr="00877E2D">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2621F3" w14:paraId="22215511" w14:textId="77777777" w:rsidTr="00A95CD6">
        <w:trPr>
          <w:cantSplit/>
          <w:trHeight w:hRule="exact" w:val="5621"/>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AC7B3F8" w14:textId="2E0AB1A9" w:rsidR="00E40931" w:rsidRDefault="002621F3" w:rsidP="00A95CD6">
            <w:pPr>
              <w:jc w:val="both"/>
              <w:rPr>
                <w:b/>
                <w:color w:val="000000"/>
              </w:rPr>
            </w:pPr>
            <w:r w:rsidRPr="002621F3">
              <w:rPr>
                <w:rFonts w:eastAsia="Times New Roman" w:cs="Arial"/>
                <w:color w:val="A6A6A6"/>
                <w:szCs w:val="20"/>
                <w:lang w:val="es-PY" w:eastAsia="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p>
          <w:p w14:paraId="5A502528" w14:textId="77777777" w:rsidR="00E40931" w:rsidRDefault="00E40931" w:rsidP="00A95CD6">
            <w:pPr>
              <w:jc w:val="both"/>
              <w:rPr>
                <w:b/>
                <w:color w:val="000000"/>
              </w:rPr>
            </w:pPr>
          </w:p>
          <w:p w14:paraId="4FAE574E" w14:textId="77777777" w:rsidR="00E40931" w:rsidRDefault="00E40931" w:rsidP="00A95CD6">
            <w:pPr>
              <w:jc w:val="both"/>
              <w:rPr>
                <w:b/>
                <w:color w:val="000000"/>
              </w:rPr>
            </w:pPr>
          </w:p>
          <w:p w14:paraId="6E583B20" w14:textId="77777777" w:rsidR="00E40931" w:rsidRDefault="00E40931" w:rsidP="00A95CD6">
            <w:pPr>
              <w:jc w:val="both"/>
              <w:rPr>
                <w:b/>
                <w:color w:val="000000"/>
              </w:rPr>
            </w:pPr>
          </w:p>
          <w:p w14:paraId="49E13B20" w14:textId="77777777" w:rsidR="00E40931" w:rsidRDefault="00E40931" w:rsidP="00A95CD6">
            <w:pPr>
              <w:jc w:val="both"/>
              <w:rPr>
                <w:b/>
                <w:color w:val="000000"/>
              </w:rPr>
            </w:pPr>
          </w:p>
          <w:p w14:paraId="60A6283E" w14:textId="77777777" w:rsidR="00E40931" w:rsidRDefault="00E40931" w:rsidP="00A95CD6">
            <w:pPr>
              <w:jc w:val="both"/>
              <w:rPr>
                <w:b/>
                <w:color w:val="000000"/>
              </w:rPr>
            </w:pPr>
          </w:p>
          <w:p w14:paraId="6162C8C2" w14:textId="77777777" w:rsidR="00E40931" w:rsidRDefault="00E40931" w:rsidP="00A95CD6">
            <w:pPr>
              <w:jc w:val="both"/>
              <w:rPr>
                <w:b/>
                <w:color w:val="000000"/>
              </w:rPr>
            </w:pPr>
          </w:p>
          <w:p w14:paraId="25BCAC72" w14:textId="77777777" w:rsidR="00E40931" w:rsidRDefault="00E40931" w:rsidP="00A95CD6">
            <w:pPr>
              <w:jc w:val="both"/>
              <w:rPr>
                <w:b/>
                <w:color w:val="000000"/>
              </w:rPr>
            </w:pPr>
          </w:p>
          <w:p w14:paraId="52304F74" w14:textId="77777777" w:rsidR="00E40931" w:rsidRDefault="00E40931" w:rsidP="00A95CD6">
            <w:pPr>
              <w:jc w:val="both"/>
              <w:rPr>
                <w:b/>
                <w:color w:val="000000"/>
              </w:rPr>
            </w:pPr>
          </w:p>
          <w:p w14:paraId="2264FE44" w14:textId="77777777" w:rsidR="00E40931" w:rsidRDefault="00E40931" w:rsidP="00A95CD6">
            <w:pPr>
              <w:jc w:val="both"/>
              <w:rPr>
                <w:b/>
                <w:color w:val="000000"/>
              </w:rPr>
            </w:pPr>
          </w:p>
          <w:p w14:paraId="177B4A7A" w14:textId="77777777" w:rsidR="00E40931" w:rsidRDefault="00E40931" w:rsidP="00A95CD6">
            <w:pPr>
              <w:jc w:val="both"/>
              <w:rPr>
                <w:b/>
                <w:color w:val="000000"/>
              </w:rPr>
            </w:pPr>
          </w:p>
          <w:p w14:paraId="6FE4E0A4" w14:textId="77777777" w:rsidR="00E40931" w:rsidRDefault="00E40931" w:rsidP="00A95CD6">
            <w:pPr>
              <w:jc w:val="both"/>
              <w:rPr>
                <w:b/>
                <w:color w:val="000000"/>
              </w:rPr>
            </w:pPr>
          </w:p>
          <w:p w14:paraId="3A8AE7DE" w14:textId="77777777" w:rsidR="00E40931" w:rsidRDefault="00E40931" w:rsidP="00A95CD6">
            <w:pPr>
              <w:jc w:val="both"/>
              <w:rPr>
                <w:b/>
                <w:color w:val="000000"/>
              </w:rPr>
            </w:pPr>
          </w:p>
          <w:p w14:paraId="7DEE05E3" w14:textId="77777777" w:rsidR="00E40931" w:rsidRDefault="00E40931" w:rsidP="00A95CD6">
            <w:pPr>
              <w:jc w:val="both"/>
              <w:rPr>
                <w:b/>
                <w:color w:val="000000"/>
              </w:rPr>
            </w:pPr>
          </w:p>
          <w:p w14:paraId="2F64D84A" w14:textId="77777777" w:rsidR="00E40931" w:rsidRDefault="00E40931" w:rsidP="00A95CD6">
            <w:pPr>
              <w:jc w:val="both"/>
              <w:rPr>
                <w:b/>
                <w:color w:val="000000"/>
              </w:rPr>
            </w:pPr>
          </w:p>
          <w:p w14:paraId="4ACA6E6B" w14:textId="77777777" w:rsidR="00E40931" w:rsidRDefault="00E40931" w:rsidP="00A95CD6">
            <w:pPr>
              <w:jc w:val="both"/>
              <w:rPr>
                <w:b/>
                <w:color w:val="000000"/>
              </w:rPr>
            </w:pPr>
          </w:p>
          <w:p w14:paraId="52FAC90D" w14:textId="0E413BC9" w:rsidR="00E40931" w:rsidRDefault="00E40931" w:rsidP="00A95CD6">
            <w:pPr>
              <w:jc w:val="both"/>
              <w:rPr>
                <w:b/>
                <w:color w:val="000000"/>
              </w:rPr>
            </w:pPr>
          </w:p>
          <w:p w14:paraId="779F34FB" w14:textId="31C06C68" w:rsidR="00877E2D" w:rsidRDefault="00877E2D" w:rsidP="00A95CD6">
            <w:pPr>
              <w:jc w:val="both"/>
              <w:rPr>
                <w:b/>
                <w:color w:val="000000"/>
              </w:rPr>
            </w:pPr>
          </w:p>
          <w:p w14:paraId="3E0BA8EC" w14:textId="605C4916" w:rsidR="00877E2D" w:rsidRDefault="00877E2D" w:rsidP="00A95CD6">
            <w:pPr>
              <w:jc w:val="both"/>
              <w:rPr>
                <w:b/>
                <w:color w:val="000000"/>
              </w:rPr>
            </w:pPr>
          </w:p>
          <w:p w14:paraId="4F6CCBA6" w14:textId="77777777" w:rsidR="00877E2D" w:rsidRDefault="00877E2D" w:rsidP="00A95CD6">
            <w:pPr>
              <w:jc w:val="both"/>
              <w:rPr>
                <w:b/>
                <w:color w:val="000000"/>
              </w:rPr>
            </w:pPr>
          </w:p>
          <w:p w14:paraId="79FFCAD1" w14:textId="77777777" w:rsidR="00E40931" w:rsidRDefault="00E40931" w:rsidP="00A95CD6">
            <w:pPr>
              <w:jc w:val="both"/>
              <w:rPr>
                <w:b/>
                <w:color w:val="000000"/>
              </w:rPr>
            </w:pPr>
          </w:p>
          <w:p w14:paraId="65149E9F" w14:textId="77777777" w:rsidR="00E40931" w:rsidRDefault="00E40931" w:rsidP="00A95CD6">
            <w:pPr>
              <w:jc w:val="both"/>
              <w:rPr>
                <w:b/>
                <w:color w:val="000000"/>
              </w:rPr>
            </w:pPr>
          </w:p>
          <w:p w14:paraId="63162CC6" w14:textId="5360B793" w:rsidR="00E40931" w:rsidRDefault="00E40931" w:rsidP="00A95CD6">
            <w:pPr>
              <w:jc w:val="both"/>
              <w:rPr>
                <w:b/>
                <w:color w:val="000000"/>
              </w:rPr>
            </w:pPr>
          </w:p>
          <w:p w14:paraId="406F6143" w14:textId="0BF31F89" w:rsidR="00E40931" w:rsidRDefault="00E40931" w:rsidP="00A95CD6">
            <w:pPr>
              <w:jc w:val="both"/>
              <w:rPr>
                <w:b/>
                <w:color w:val="000000"/>
              </w:rPr>
            </w:pPr>
          </w:p>
          <w:p w14:paraId="090D763B" w14:textId="647D7665" w:rsidR="00E40931" w:rsidRDefault="00E40931" w:rsidP="00A95CD6">
            <w:pPr>
              <w:jc w:val="both"/>
              <w:rPr>
                <w:b/>
                <w:color w:val="000000"/>
              </w:rPr>
            </w:pPr>
          </w:p>
          <w:p w14:paraId="3C33ED0A" w14:textId="2F196523" w:rsidR="00E40931" w:rsidRDefault="00E40931" w:rsidP="00A95CD6">
            <w:pPr>
              <w:jc w:val="both"/>
              <w:rPr>
                <w:b/>
                <w:color w:val="000000"/>
              </w:rPr>
            </w:pPr>
          </w:p>
          <w:p w14:paraId="7C49B4A5" w14:textId="77777777" w:rsidR="00E40931" w:rsidRDefault="00E40931" w:rsidP="00A95CD6">
            <w:pPr>
              <w:jc w:val="both"/>
              <w:rPr>
                <w:b/>
                <w:color w:val="000000"/>
              </w:rPr>
            </w:pPr>
          </w:p>
          <w:p w14:paraId="64C0A129" w14:textId="77777777" w:rsidR="00E40931" w:rsidRDefault="00E40931" w:rsidP="00A95CD6">
            <w:pPr>
              <w:jc w:val="both"/>
              <w:rPr>
                <w:b/>
                <w:color w:val="000000"/>
              </w:rPr>
            </w:pPr>
          </w:p>
          <w:p w14:paraId="4CF39E0D" w14:textId="77777777" w:rsidR="00E40931" w:rsidRDefault="00E40931" w:rsidP="00A95CD6">
            <w:pPr>
              <w:jc w:val="both"/>
              <w:rPr>
                <w:b/>
                <w:color w:val="000000"/>
              </w:rPr>
            </w:pPr>
          </w:p>
          <w:p w14:paraId="390331BD" w14:textId="77777777" w:rsidR="00E40931" w:rsidRDefault="00E40931" w:rsidP="00A95CD6">
            <w:pPr>
              <w:jc w:val="both"/>
              <w:rPr>
                <w:b/>
                <w:color w:val="000000"/>
              </w:rPr>
            </w:pPr>
          </w:p>
          <w:p w14:paraId="4A97F168" w14:textId="77777777" w:rsidR="00E40931" w:rsidRDefault="00E40931" w:rsidP="00A95CD6">
            <w:pPr>
              <w:jc w:val="both"/>
              <w:rPr>
                <w:b/>
                <w:color w:val="000000"/>
              </w:rPr>
            </w:pPr>
          </w:p>
          <w:p w14:paraId="42150324" w14:textId="77777777" w:rsidR="00E40931" w:rsidRDefault="00E40931" w:rsidP="00A95CD6">
            <w:pPr>
              <w:jc w:val="both"/>
              <w:rPr>
                <w:b/>
                <w:color w:val="000000"/>
              </w:rPr>
            </w:pPr>
          </w:p>
          <w:p w14:paraId="3B26462F" w14:textId="77777777" w:rsidR="00E40931" w:rsidRDefault="00E40931" w:rsidP="00A95CD6">
            <w:pPr>
              <w:jc w:val="both"/>
              <w:rPr>
                <w:b/>
                <w:color w:val="000000"/>
              </w:rPr>
            </w:pPr>
          </w:p>
          <w:p w14:paraId="465F4534" w14:textId="77777777" w:rsidR="00E40931" w:rsidRDefault="00E40931" w:rsidP="00A95CD6">
            <w:pPr>
              <w:jc w:val="both"/>
              <w:rPr>
                <w:b/>
                <w:color w:val="000000"/>
              </w:rPr>
            </w:pPr>
          </w:p>
          <w:p w14:paraId="4FEEA458" w14:textId="77777777" w:rsidR="00E40931" w:rsidRDefault="00E40931" w:rsidP="00A95CD6">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6D48B0A8" w:rsidR="00E40931" w:rsidRPr="002621F3" w:rsidRDefault="002621F3" w:rsidP="00A95CD6">
            <w:pPr>
              <w:jc w:val="both"/>
              <w:rPr>
                <w:b/>
                <w:color w:val="000000"/>
                <w:lang w:val="es-PY"/>
              </w:rPr>
            </w:pPr>
            <w:r w:rsidRPr="002621F3">
              <w:rPr>
                <w:rFonts w:eastAsia="Times New Roman" w:cs="Arial"/>
                <w:color w:val="A6A6A6"/>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r>
              <w:rPr>
                <w:b/>
                <w:color w:val="000000"/>
              </w:rPr>
              <w:t>Oportunidades de mejora</w:t>
            </w:r>
          </w:p>
        </w:tc>
      </w:tr>
      <w:tr w:rsidR="00E66A21" w:rsidRPr="002621F3" w14:paraId="3E16A73A" w14:textId="77777777" w:rsidTr="00A95CD6">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0B26B96" w14:textId="77777777" w:rsidR="002621F3" w:rsidRPr="002621F3" w:rsidRDefault="002621F3" w:rsidP="002621F3">
            <w:pPr>
              <w:jc w:val="both"/>
              <w:rPr>
                <w:bCs/>
                <w:color w:val="A6A6A6" w:themeColor="background1" w:themeShade="A6"/>
                <w:lang w:val="es-PY"/>
              </w:rPr>
            </w:pPr>
            <w:r w:rsidRPr="002621F3">
              <w:rPr>
                <w:bCs/>
                <w:color w:val="A6A6A6" w:themeColor="background1" w:themeShade="A6"/>
                <w:lang w:val="es-PY"/>
              </w:rPr>
              <w:t>Las oportunidades de mejoras deben:</w:t>
            </w:r>
          </w:p>
          <w:p w14:paraId="37D63821" w14:textId="77777777" w:rsidR="002621F3" w:rsidRPr="002621F3" w:rsidRDefault="002621F3" w:rsidP="002621F3">
            <w:pPr>
              <w:jc w:val="both"/>
              <w:rPr>
                <w:bCs/>
                <w:color w:val="A6A6A6" w:themeColor="background1" w:themeShade="A6"/>
                <w:lang w:val="es-PY"/>
              </w:rPr>
            </w:pPr>
            <w:r w:rsidRPr="002621F3">
              <w:rPr>
                <w:bCs/>
                <w:color w:val="A6A6A6" w:themeColor="background1" w:themeShade="A6"/>
                <w:lang w:val="es-PY"/>
              </w:rPr>
              <w:t>•</w:t>
            </w:r>
            <w:r w:rsidRPr="002621F3">
              <w:rPr>
                <w:bCs/>
                <w:color w:val="A6A6A6" w:themeColor="background1" w:themeShade="A6"/>
                <w:lang w:val="es-PY"/>
              </w:rPr>
              <w:tab/>
              <w:t>Estar directamente vinculadas con las debilidades o hallazgos identificados.</w:t>
            </w:r>
          </w:p>
          <w:p w14:paraId="30340D46" w14:textId="77777777" w:rsidR="002621F3" w:rsidRPr="002621F3" w:rsidRDefault="002621F3" w:rsidP="002621F3">
            <w:pPr>
              <w:jc w:val="both"/>
              <w:rPr>
                <w:bCs/>
                <w:color w:val="A6A6A6" w:themeColor="background1" w:themeShade="A6"/>
                <w:lang w:val="es-PY"/>
              </w:rPr>
            </w:pPr>
            <w:r w:rsidRPr="002621F3">
              <w:rPr>
                <w:bCs/>
                <w:color w:val="A6A6A6" w:themeColor="background1" w:themeShade="A6"/>
                <w:lang w:val="es-PY"/>
              </w:rPr>
              <w:t>•</w:t>
            </w:r>
            <w:r w:rsidRPr="002621F3">
              <w:rPr>
                <w:bCs/>
                <w:color w:val="A6A6A6" w:themeColor="background1" w:themeShade="A6"/>
                <w:lang w:val="es-PY"/>
              </w:rPr>
              <w:tab/>
              <w:t>Ser viables y pertinentes en el marco del contexto institucional.</w:t>
            </w:r>
          </w:p>
          <w:p w14:paraId="57EE149D" w14:textId="77777777" w:rsidR="002621F3" w:rsidRPr="002621F3" w:rsidRDefault="002621F3" w:rsidP="002621F3">
            <w:pPr>
              <w:jc w:val="both"/>
              <w:rPr>
                <w:bCs/>
                <w:color w:val="A6A6A6" w:themeColor="background1" w:themeShade="A6"/>
                <w:lang w:val="es-PY"/>
              </w:rPr>
            </w:pPr>
            <w:r w:rsidRPr="002621F3">
              <w:rPr>
                <w:bCs/>
                <w:color w:val="A6A6A6" w:themeColor="background1" w:themeShade="A6"/>
                <w:lang w:val="es-PY"/>
              </w:rPr>
              <w:t>•</w:t>
            </w:r>
            <w:r w:rsidRPr="002621F3">
              <w:rPr>
                <w:bCs/>
                <w:color w:val="A6A6A6" w:themeColor="background1" w:themeShade="A6"/>
                <w:lang w:val="es-PY"/>
              </w:rPr>
              <w:tab/>
              <w:t>Orientar hacia la consolidación de procesos de mejora continua.</w:t>
            </w:r>
          </w:p>
          <w:p w14:paraId="6399B13C" w14:textId="77777777" w:rsidR="002621F3" w:rsidRPr="002621F3" w:rsidRDefault="002621F3" w:rsidP="002621F3">
            <w:pPr>
              <w:jc w:val="both"/>
              <w:rPr>
                <w:bCs/>
                <w:color w:val="A6A6A6" w:themeColor="background1" w:themeShade="A6"/>
                <w:lang w:val="es-PY"/>
              </w:rPr>
            </w:pPr>
            <w:r w:rsidRPr="002621F3">
              <w:rPr>
                <w:bCs/>
                <w:color w:val="A6A6A6" w:themeColor="background1" w:themeShade="A6"/>
                <w:lang w:val="es-PY"/>
              </w:rPr>
              <w:t>•</w:t>
            </w:r>
            <w:r w:rsidRPr="002621F3">
              <w:rPr>
                <w:bCs/>
                <w:color w:val="A6A6A6" w:themeColor="background1" w:themeShade="A6"/>
                <w:lang w:val="es-PY"/>
              </w:rPr>
              <w:tab/>
              <w:t>Evitar generalidades o apreciaciones vagas, ofreciendo lineamientos claros para la planificación estratégica.</w:t>
            </w:r>
          </w:p>
          <w:p w14:paraId="71779D8D" w14:textId="1A3141B6" w:rsidR="001E05D5" w:rsidRPr="002621F3" w:rsidRDefault="002621F3" w:rsidP="002621F3">
            <w:pPr>
              <w:jc w:val="both"/>
              <w:rPr>
                <w:bCs/>
                <w:color w:val="A6A6A6" w:themeColor="background1" w:themeShade="A6"/>
                <w:lang w:val="es-PY"/>
              </w:rPr>
            </w:pPr>
            <w:r w:rsidRPr="002621F3">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48DB3129" w14:textId="77777777" w:rsidR="001E05D5" w:rsidRPr="002621F3" w:rsidRDefault="001E05D5" w:rsidP="00A95CD6">
            <w:pPr>
              <w:jc w:val="both"/>
              <w:rPr>
                <w:bCs/>
                <w:color w:val="A6A6A6" w:themeColor="background1" w:themeShade="A6"/>
                <w:lang w:val="es-PY"/>
              </w:rPr>
            </w:pPr>
          </w:p>
          <w:p w14:paraId="0E22ECFF" w14:textId="77777777" w:rsidR="001E05D5" w:rsidRPr="002621F3" w:rsidRDefault="001E05D5" w:rsidP="00A95CD6">
            <w:pPr>
              <w:jc w:val="both"/>
              <w:rPr>
                <w:bCs/>
                <w:color w:val="A6A6A6" w:themeColor="background1" w:themeShade="A6"/>
                <w:lang w:val="es-PY"/>
              </w:rPr>
            </w:pPr>
          </w:p>
          <w:p w14:paraId="55B4339A" w14:textId="77777777" w:rsidR="00E66A21" w:rsidRPr="002621F3" w:rsidRDefault="00E66A21" w:rsidP="00A95CD6">
            <w:pPr>
              <w:jc w:val="both"/>
              <w:rPr>
                <w:bCs/>
                <w:color w:val="A6A6A6" w:themeColor="background1" w:themeShade="A6"/>
                <w:lang w:val="es-PY"/>
              </w:rPr>
            </w:pPr>
          </w:p>
          <w:p w14:paraId="2C21C4DC" w14:textId="77777777" w:rsidR="00E66A21" w:rsidRPr="002621F3" w:rsidRDefault="00E66A21" w:rsidP="00A95CD6">
            <w:pPr>
              <w:jc w:val="both"/>
              <w:rPr>
                <w:bCs/>
                <w:color w:val="A6A6A6" w:themeColor="background1" w:themeShade="A6"/>
                <w:lang w:val="es-PY"/>
              </w:rPr>
            </w:pPr>
          </w:p>
          <w:p w14:paraId="14B3420E" w14:textId="77777777" w:rsidR="00E66A21" w:rsidRPr="002621F3" w:rsidRDefault="00E66A21" w:rsidP="00A95CD6">
            <w:pPr>
              <w:jc w:val="both"/>
              <w:rPr>
                <w:bCs/>
                <w:color w:val="A6A6A6" w:themeColor="background1" w:themeShade="A6"/>
                <w:lang w:val="es-PY"/>
              </w:rPr>
            </w:pPr>
          </w:p>
          <w:p w14:paraId="784353FB" w14:textId="77777777" w:rsidR="00E66A21" w:rsidRPr="002621F3" w:rsidRDefault="00E66A21" w:rsidP="00A95CD6">
            <w:pPr>
              <w:jc w:val="both"/>
              <w:rPr>
                <w:bCs/>
                <w:color w:val="A6A6A6" w:themeColor="background1" w:themeShade="A6"/>
                <w:lang w:val="es-PY"/>
              </w:rPr>
            </w:pPr>
          </w:p>
          <w:p w14:paraId="0DDE9C7E" w14:textId="77777777" w:rsidR="00E66A21" w:rsidRPr="002621F3" w:rsidRDefault="00E66A21" w:rsidP="00A95CD6">
            <w:pPr>
              <w:jc w:val="both"/>
              <w:rPr>
                <w:bCs/>
                <w:color w:val="A6A6A6" w:themeColor="background1" w:themeShade="A6"/>
                <w:lang w:val="es-PY"/>
              </w:rPr>
            </w:pPr>
          </w:p>
          <w:p w14:paraId="4590F235" w14:textId="77777777" w:rsidR="00E66A21" w:rsidRPr="002621F3" w:rsidRDefault="00E66A21" w:rsidP="00A95CD6">
            <w:pPr>
              <w:jc w:val="both"/>
              <w:rPr>
                <w:bCs/>
                <w:color w:val="A6A6A6" w:themeColor="background1" w:themeShade="A6"/>
                <w:lang w:val="es-PY"/>
              </w:rPr>
            </w:pPr>
          </w:p>
          <w:p w14:paraId="3854BE97" w14:textId="77777777" w:rsidR="00E66A21" w:rsidRPr="002621F3" w:rsidRDefault="00E66A21" w:rsidP="00A95CD6">
            <w:pPr>
              <w:jc w:val="both"/>
              <w:rPr>
                <w:bCs/>
                <w:color w:val="A6A6A6" w:themeColor="background1" w:themeShade="A6"/>
                <w:lang w:val="es-PY"/>
              </w:rPr>
            </w:pPr>
          </w:p>
          <w:p w14:paraId="443E8925" w14:textId="77777777" w:rsidR="00E66A21" w:rsidRPr="002621F3" w:rsidRDefault="00E66A21" w:rsidP="00A95CD6">
            <w:pPr>
              <w:jc w:val="both"/>
              <w:rPr>
                <w:bCs/>
                <w:color w:val="A6A6A6" w:themeColor="background1" w:themeShade="A6"/>
                <w:lang w:val="es-PY"/>
              </w:rPr>
            </w:pPr>
          </w:p>
          <w:p w14:paraId="20651BF7" w14:textId="77777777" w:rsidR="00E66A21" w:rsidRPr="002621F3" w:rsidRDefault="00E66A21" w:rsidP="00A95CD6">
            <w:pPr>
              <w:jc w:val="both"/>
              <w:rPr>
                <w:bCs/>
                <w:color w:val="A6A6A6" w:themeColor="background1" w:themeShade="A6"/>
                <w:lang w:val="es-PY"/>
              </w:rPr>
            </w:pPr>
          </w:p>
          <w:p w14:paraId="16B94FC4" w14:textId="77777777" w:rsidR="00E66A21" w:rsidRPr="002621F3" w:rsidRDefault="00E66A21" w:rsidP="00A95CD6">
            <w:pPr>
              <w:jc w:val="both"/>
              <w:rPr>
                <w:bCs/>
                <w:color w:val="A6A6A6" w:themeColor="background1" w:themeShade="A6"/>
                <w:lang w:val="es-PY"/>
              </w:rPr>
            </w:pPr>
          </w:p>
          <w:p w14:paraId="500D1476" w14:textId="77777777" w:rsidR="00E66A21" w:rsidRPr="002621F3" w:rsidRDefault="00E66A21" w:rsidP="00A95CD6">
            <w:pPr>
              <w:jc w:val="both"/>
              <w:rPr>
                <w:bCs/>
                <w:color w:val="A6A6A6" w:themeColor="background1" w:themeShade="A6"/>
                <w:lang w:val="es-PY"/>
              </w:rPr>
            </w:pPr>
          </w:p>
          <w:p w14:paraId="6A5B7A3A" w14:textId="77777777" w:rsidR="00E66A21" w:rsidRPr="002621F3" w:rsidRDefault="00E66A21" w:rsidP="00A95CD6">
            <w:pPr>
              <w:jc w:val="both"/>
              <w:rPr>
                <w:bCs/>
                <w:color w:val="A6A6A6" w:themeColor="background1" w:themeShade="A6"/>
                <w:lang w:val="es-PY"/>
              </w:rPr>
            </w:pPr>
          </w:p>
          <w:p w14:paraId="38F89F10" w14:textId="77777777" w:rsidR="00E66A21" w:rsidRPr="002621F3" w:rsidRDefault="00E66A21" w:rsidP="00A95CD6">
            <w:pPr>
              <w:jc w:val="both"/>
              <w:rPr>
                <w:bCs/>
                <w:color w:val="A6A6A6" w:themeColor="background1" w:themeShade="A6"/>
                <w:lang w:val="es-PY"/>
              </w:rPr>
            </w:pPr>
          </w:p>
          <w:p w14:paraId="1B0684D6" w14:textId="77777777" w:rsidR="00E66A21" w:rsidRPr="002621F3" w:rsidRDefault="00E66A21" w:rsidP="00A95CD6">
            <w:pPr>
              <w:jc w:val="both"/>
              <w:rPr>
                <w:bCs/>
                <w:color w:val="A6A6A6" w:themeColor="background1" w:themeShade="A6"/>
                <w:lang w:val="es-PY"/>
              </w:rPr>
            </w:pPr>
          </w:p>
          <w:p w14:paraId="252AF3DE" w14:textId="77777777" w:rsidR="00E66A21" w:rsidRPr="002621F3" w:rsidRDefault="00E66A21" w:rsidP="00A95CD6">
            <w:pPr>
              <w:jc w:val="both"/>
              <w:rPr>
                <w:bCs/>
                <w:color w:val="A6A6A6" w:themeColor="background1" w:themeShade="A6"/>
                <w:lang w:val="es-PY"/>
              </w:rPr>
            </w:pPr>
          </w:p>
          <w:p w14:paraId="0312ADFE" w14:textId="77777777" w:rsidR="00E66A21" w:rsidRPr="002621F3" w:rsidRDefault="00E66A21" w:rsidP="00A95CD6">
            <w:pPr>
              <w:jc w:val="both"/>
              <w:rPr>
                <w:bCs/>
                <w:color w:val="A6A6A6" w:themeColor="background1" w:themeShade="A6"/>
                <w:lang w:val="es-PY"/>
              </w:rPr>
            </w:pPr>
          </w:p>
          <w:p w14:paraId="72D70639" w14:textId="77777777" w:rsidR="00E66A21" w:rsidRPr="002621F3" w:rsidRDefault="00E66A21" w:rsidP="00A95CD6">
            <w:pPr>
              <w:jc w:val="both"/>
              <w:rPr>
                <w:bCs/>
                <w:color w:val="A6A6A6" w:themeColor="background1" w:themeShade="A6"/>
                <w:lang w:val="es-PY"/>
              </w:rPr>
            </w:pPr>
          </w:p>
        </w:tc>
      </w:tr>
    </w:tbl>
    <w:p w14:paraId="3B95322F" w14:textId="77777777" w:rsidR="001E05D5" w:rsidRPr="002621F3"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37A88EBC" w:rsidR="005D12D8" w:rsidRDefault="005D12D8" w:rsidP="005D12D8">
            <w:pPr>
              <w:rPr>
                <w:b/>
                <w:color w:val="000000"/>
              </w:rPr>
            </w:pPr>
            <w:r>
              <w:rPr>
                <w:b/>
                <w:color w:val="FFFFFF"/>
              </w:rPr>
              <w:lastRenderedPageBreak/>
              <w:t>DIMENSIÓN 3. COMUNIDAD ACADÉMICA</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0C6B7D" w:rsidRPr="002621F3" w14:paraId="6C122D0D" w14:textId="77777777" w:rsidTr="00491CF4">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92A8C" w14:textId="009EA500" w:rsidR="000C6B7D" w:rsidRPr="005D12D8" w:rsidRDefault="00E26089">
            <w:pPr>
              <w:jc w:val="center"/>
              <w:rPr>
                <w:lang w:val="es-PY"/>
              </w:rPr>
            </w:pPr>
            <w:r w:rsidRPr="00E26089">
              <w:rPr>
                <w:b/>
                <w:color w:val="000000"/>
                <w:lang w:val="es-PY"/>
              </w:rPr>
              <w:t>Pertinencia del perfil</w:t>
            </w:r>
            <w:r w:rsidR="00D21897">
              <w:rPr>
                <w:b/>
                <w:color w:val="000000"/>
                <w:lang w:val="es-PY"/>
              </w:rPr>
              <w:t xml:space="preserve"> y desempeño del cuerpo docente</w:t>
            </w:r>
            <w:r w:rsidR="006D6FF2">
              <w:rPr>
                <w:b/>
                <w:color w:val="000000"/>
                <w:lang w:val="es-PY"/>
              </w:rPr>
              <w:t xml:space="preserve"> del programa</w:t>
            </w:r>
            <w:r w:rsidRPr="00E26089">
              <w:rPr>
                <w:b/>
                <w:color w:val="FF0000"/>
                <w:lang w:val="es-PY"/>
              </w:rPr>
              <w:br/>
            </w:r>
            <w:r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21113" w14:textId="7A3FA879" w:rsidR="000C6B7D" w:rsidRPr="00E26089" w:rsidRDefault="00E26089">
            <w:pPr>
              <w:jc w:val="both"/>
              <w:rPr>
                <w:lang w:val="es-PY"/>
              </w:rPr>
            </w:pPr>
            <w:r w:rsidRPr="00E26089">
              <w:rPr>
                <w:color w:val="000000"/>
                <w:lang w:val="es-PY"/>
              </w:rPr>
              <w:t xml:space="preserve">a. </w:t>
            </w:r>
            <w:r w:rsidR="00413BD2" w:rsidRPr="00413BD2">
              <w:rPr>
                <w:color w:val="000000"/>
                <w:lang w:val="es-PY"/>
              </w:rPr>
              <w:t>Los docentes cuentan con formación de posgrado y trayectoria académica o profesional vinculada con el campo de profundización de la maestría.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6B60C66"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680B2"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83E5C2" w14:textId="77777777" w:rsidR="000C6B7D" w:rsidRPr="005D12D8" w:rsidRDefault="000C6B7D">
            <w:pPr>
              <w:jc w:val="center"/>
              <w:rPr>
                <w:lang w:val="es-PY"/>
              </w:rPr>
            </w:pPr>
          </w:p>
        </w:tc>
      </w:tr>
      <w:tr w:rsidR="000C6B7D" w:rsidRPr="002621F3" w14:paraId="689C8363" w14:textId="77777777" w:rsidTr="00491CF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572E8E"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A1C789" w14:textId="097EB79D" w:rsidR="000C6B7D" w:rsidRPr="00E26089" w:rsidRDefault="00E26089" w:rsidP="00413BD2">
            <w:pPr>
              <w:tabs>
                <w:tab w:val="left" w:pos="87"/>
              </w:tabs>
              <w:jc w:val="both"/>
              <w:rPr>
                <w:lang w:val="es-PY"/>
              </w:rPr>
            </w:pPr>
            <w:r w:rsidRPr="00E26089">
              <w:rPr>
                <w:color w:val="000000"/>
                <w:lang w:val="es-PY"/>
              </w:rPr>
              <w:t xml:space="preserve">b. </w:t>
            </w:r>
            <w:r w:rsidR="00413BD2" w:rsidRPr="00413BD2">
              <w:rPr>
                <w:color w:val="000000"/>
                <w:lang w:val="es-PY"/>
              </w:rPr>
              <w:t>El cuerpo docente integra profesionales con experiencia especializada y participación en proyectos de investigación aplicada, innovación, consultoría o intervención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70DDB1"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CF579C8"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04DED7C" w14:textId="77777777" w:rsidR="000C6B7D" w:rsidRPr="005D12D8" w:rsidRDefault="000C6B7D">
            <w:pPr>
              <w:jc w:val="center"/>
              <w:rPr>
                <w:lang w:val="es-PY"/>
              </w:rPr>
            </w:pPr>
          </w:p>
        </w:tc>
      </w:tr>
      <w:tr w:rsidR="000C6B7D" w:rsidRPr="002621F3" w14:paraId="3908D078"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76968E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EA03AB" w14:textId="738D3435" w:rsidR="000C6B7D" w:rsidRPr="00E26089" w:rsidRDefault="00E26089">
            <w:pPr>
              <w:jc w:val="both"/>
              <w:rPr>
                <w:lang w:val="es-PY"/>
              </w:rPr>
            </w:pPr>
            <w:r w:rsidRPr="00E26089">
              <w:rPr>
                <w:color w:val="000000"/>
                <w:lang w:val="es-PY"/>
              </w:rPr>
              <w:t xml:space="preserve">c. </w:t>
            </w:r>
            <w:r w:rsidR="00413BD2" w:rsidRPr="00413BD2">
              <w:rPr>
                <w:color w:val="000000"/>
                <w:lang w:val="es-PY"/>
              </w:rPr>
              <w:t>La composición del cuerpo docente responde a las áreas de profundización, los objetivos y la orientación profesionalizante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99B6ED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AF919E3"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162DEC4" w14:textId="77777777" w:rsidR="000C6B7D" w:rsidRPr="005D12D8" w:rsidRDefault="000C6B7D">
            <w:pPr>
              <w:jc w:val="center"/>
              <w:rPr>
                <w:lang w:val="es-PY"/>
              </w:rPr>
            </w:pPr>
          </w:p>
        </w:tc>
      </w:tr>
      <w:tr w:rsidR="000C6B7D" w:rsidRPr="002621F3" w14:paraId="1481AED7"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23263D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22C57BE" w14:textId="19886E33" w:rsidR="000C6B7D" w:rsidRPr="00E26089" w:rsidRDefault="00E26089">
            <w:pPr>
              <w:jc w:val="both"/>
              <w:rPr>
                <w:lang w:val="es-PY"/>
              </w:rPr>
            </w:pPr>
            <w:r w:rsidRPr="00E26089">
              <w:rPr>
                <w:color w:val="000000"/>
                <w:lang w:val="es-PY"/>
              </w:rPr>
              <w:t xml:space="preserve">d. </w:t>
            </w:r>
            <w:r w:rsidR="00413BD2" w:rsidRPr="00413BD2">
              <w:rPr>
                <w:color w:val="000000"/>
                <w:lang w:val="es-PY"/>
              </w:rPr>
              <w:t>Los docentes desarrollan procesos de enseñanza que articulan conocimientos avanzados con el análisis y la resolución de problemas complejos del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A2ECF70"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D8FD77"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809FDD" w14:textId="77777777" w:rsidR="000C6B7D" w:rsidRPr="005D12D8" w:rsidRDefault="000C6B7D">
            <w:pPr>
              <w:jc w:val="center"/>
              <w:rPr>
                <w:lang w:val="es-PY"/>
              </w:rPr>
            </w:pPr>
          </w:p>
        </w:tc>
      </w:tr>
      <w:tr w:rsidR="000C6B7D" w:rsidRPr="002621F3" w14:paraId="72DD3509" w14:textId="77777777" w:rsidTr="00491CF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1D2181"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9B42EE" w14:textId="4FDE0182" w:rsidR="000C6B7D" w:rsidRPr="00E26089" w:rsidRDefault="00E26089">
            <w:pPr>
              <w:jc w:val="both"/>
              <w:rPr>
                <w:lang w:val="es-PY"/>
              </w:rPr>
            </w:pPr>
            <w:r w:rsidRPr="00E26089">
              <w:rPr>
                <w:color w:val="000000"/>
                <w:lang w:val="es-PY"/>
              </w:rPr>
              <w:t xml:space="preserve">e. </w:t>
            </w:r>
            <w:r w:rsidR="00413BD2" w:rsidRPr="00413BD2">
              <w:rPr>
                <w:color w:val="00000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56381F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7DFB4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D1ED4FA" w14:textId="77777777" w:rsidR="000C6B7D" w:rsidRPr="005D12D8" w:rsidRDefault="000C6B7D">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4A78A4">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0F48BB9" w14:textId="77777777" w:rsidR="000C6B7D" w:rsidRDefault="000C6B7D"/>
          <w:p w14:paraId="3FF03481" w14:textId="77777777" w:rsidR="00877E2D" w:rsidRDefault="00877E2D"/>
          <w:p w14:paraId="11534FEB" w14:textId="77777777" w:rsidR="00877E2D" w:rsidRDefault="00877E2D"/>
          <w:p w14:paraId="28493A43" w14:textId="77777777" w:rsidR="00877E2D" w:rsidRDefault="00877E2D"/>
          <w:p w14:paraId="4A18133C" w14:textId="77777777" w:rsidR="00877E2D" w:rsidRDefault="00877E2D"/>
          <w:p w14:paraId="510BB7F4" w14:textId="77777777" w:rsidR="00877E2D" w:rsidRDefault="00877E2D"/>
          <w:p w14:paraId="2486A110" w14:textId="77777777" w:rsidR="00877E2D" w:rsidRDefault="00877E2D"/>
          <w:p w14:paraId="6176488D" w14:textId="77777777" w:rsidR="00877E2D" w:rsidRDefault="00877E2D"/>
          <w:p w14:paraId="1311AA17" w14:textId="77777777" w:rsidR="00877E2D" w:rsidRDefault="00877E2D"/>
          <w:p w14:paraId="30D711CF" w14:textId="77777777" w:rsidR="00877E2D" w:rsidRDefault="00877E2D"/>
          <w:p w14:paraId="49B30DA3" w14:textId="77777777" w:rsidR="00877E2D" w:rsidRDefault="00877E2D"/>
          <w:p w14:paraId="406BF51B" w14:textId="77777777" w:rsidR="00877E2D" w:rsidRDefault="00877E2D"/>
          <w:p w14:paraId="0389DB66" w14:textId="77777777" w:rsidR="00877E2D" w:rsidRDefault="00877E2D"/>
          <w:p w14:paraId="0D4101DC" w14:textId="77777777" w:rsidR="00877E2D" w:rsidRDefault="00877E2D"/>
          <w:p w14:paraId="6765FC84" w14:textId="77777777" w:rsidR="00877E2D" w:rsidRDefault="00877E2D"/>
          <w:p w14:paraId="50D31F53" w14:textId="77777777" w:rsidR="00877E2D" w:rsidRDefault="00877E2D"/>
          <w:p w14:paraId="2A2C2EF2" w14:textId="77777777" w:rsidR="00877E2D" w:rsidRDefault="00877E2D"/>
          <w:p w14:paraId="503DC415" w14:textId="77777777" w:rsidR="00877E2D" w:rsidRDefault="00877E2D"/>
          <w:p w14:paraId="25E4554D" w14:textId="77777777" w:rsidR="00877E2D" w:rsidRDefault="00877E2D"/>
          <w:p w14:paraId="4EE73B10" w14:textId="77777777" w:rsidR="00877E2D" w:rsidRDefault="00877E2D"/>
          <w:p w14:paraId="63064440" w14:textId="77777777" w:rsidR="00877E2D" w:rsidRDefault="00877E2D"/>
          <w:p w14:paraId="669D8CAD" w14:textId="77777777" w:rsidR="00877E2D" w:rsidRDefault="00877E2D"/>
          <w:p w14:paraId="1267C352" w14:textId="77777777" w:rsidR="00877E2D" w:rsidRDefault="00877E2D"/>
          <w:p w14:paraId="32C0B68B" w14:textId="77777777" w:rsidR="00877E2D" w:rsidRDefault="00877E2D"/>
          <w:p w14:paraId="5C7B5795" w14:textId="77777777" w:rsidR="00877E2D" w:rsidRDefault="00877E2D"/>
          <w:p w14:paraId="4557BCA7" w14:textId="77777777" w:rsidR="00877E2D" w:rsidRDefault="00877E2D"/>
          <w:p w14:paraId="3CE138B8" w14:textId="02DBCD18" w:rsidR="00877E2D" w:rsidRDefault="00877E2D"/>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49CC2D" w14:textId="77777777" w:rsidR="000C6B7D" w:rsidRDefault="000C6B7D"/>
        </w:tc>
      </w:tr>
    </w:tbl>
    <w:p w14:paraId="62078A57" w14:textId="77777777" w:rsidR="000C6B7D" w:rsidRDefault="00E26089">
      <w:r>
        <w:br w:type="page"/>
      </w:r>
    </w:p>
    <w:p w14:paraId="198C25AB" w14:textId="731EC9AA" w:rsidR="000C6B7D" w:rsidRDefault="000C6B7D"/>
    <w:tbl>
      <w:tblPr>
        <w:tblW w:w="0" w:type="auto"/>
        <w:jc w:val="center"/>
        <w:tblLayout w:type="fixed"/>
        <w:tblLook w:val="04A0" w:firstRow="1" w:lastRow="0" w:firstColumn="1" w:lastColumn="0" w:noHBand="0" w:noVBand="1"/>
      </w:tblPr>
      <w:tblGrid>
        <w:gridCol w:w="4678"/>
        <w:gridCol w:w="4678"/>
      </w:tblGrid>
      <w:tr w:rsidR="00877E2D" w:rsidRPr="002621F3" w14:paraId="1ACCEDA8"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0E6A176" w14:textId="0A5CABF1" w:rsidR="00877E2D" w:rsidRPr="00877E2D" w:rsidRDefault="00877E2D">
            <w:pPr>
              <w:jc w:val="center"/>
              <w:rPr>
                <w:b/>
                <w:color w:val="000000"/>
                <w:lang w:val="es-PY"/>
              </w:rPr>
            </w:pPr>
            <w:r w:rsidRPr="00735EB3">
              <w:rPr>
                <w:b/>
                <w:color w:val="000000"/>
                <w:szCs w:val="20"/>
                <w:lang w:val="es-PY"/>
              </w:rPr>
              <w:t>Fortalezas y debilidades del cumplimiento de criterios de la dimensión evaluada</w:t>
            </w:r>
          </w:p>
        </w:tc>
      </w:tr>
      <w:tr w:rsidR="00EA7EEA"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EA7EEA" w:rsidRDefault="00EA7EEA">
            <w:pPr>
              <w:jc w:val="center"/>
              <w:rPr>
                <w:b/>
                <w:color w:val="000000"/>
              </w:rPr>
            </w:pPr>
            <w:r>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EA7EEA" w:rsidRDefault="00EA7EEA">
            <w:pPr>
              <w:jc w:val="center"/>
              <w:rPr>
                <w:b/>
                <w:color w:val="000000"/>
              </w:rPr>
            </w:pPr>
            <w:r>
              <w:rPr>
                <w:b/>
                <w:color w:val="000000"/>
              </w:rPr>
              <w:t>Debilidades</w:t>
            </w:r>
          </w:p>
        </w:tc>
      </w:tr>
      <w:tr w:rsidR="00C07594" w14:paraId="7CA8D11B" w14:textId="77777777" w:rsidTr="00877E2D">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822019" w14:textId="77777777" w:rsidR="00C07594" w:rsidRDefault="00C07594" w:rsidP="00877E2D">
            <w:pPr>
              <w:rPr>
                <w:b/>
                <w:color w:val="000000"/>
              </w:rPr>
            </w:pPr>
          </w:p>
          <w:p w14:paraId="2281CAB7" w14:textId="0D06A20B" w:rsidR="00877E2D" w:rsidRDefault="00877E2D" w:rsidP="00877E2D">
            <w:pPr>
              <w:rPr>
                <w:b/>
                <w:color w:val="000000"/>
              </w:rPr>
            </w:pPr>
          </w:p>
          <w:p w14:paraId="5283321F" w14:textId="0E26BCF6" w:rsidR="00877E2D" w:rsidRDefault="00877E2D" w:rsidP="00877E2D">
            <w:pPr>
              <w:rPr>
                <w:b/>
                <w:color w:val="000000"/>
              </w:rPr>
            </w:pPr>
          </w:p>
          <w:p w14:paraId="7F2BD9D8" w14:textId="50512150" w:rsidR="00877E2D" w:rsidRDefault="00877E2D" w:rsidP="00877E2D">
            <w:pPr>
              <w:rPr>
                <w:b/>
                <w:color w:val="000000"/>
              </w:rPr>
            </w:pPr>
          </w:p>
          <w:p w14:paraId="5377DEFD" w14:textId="38B28373" w:rsidR="00877E2D" w:rsidRDefault="00877E2D" w:rsidP="00877E2D">
            <w:pPr>
              <w:rPr>
                <w:b/>
                <w:color w:val="000000"/>
              </w:rPr>
            </w:pPr>
          </w:p>
          <w:p w14:paraId="3369B010" w14:textId="7894351E" w:rsidR="00877E2D" w:rsidRDefault="00877E2D" w:rsidP="00877E2D">
            <w:pPr>
              <w:rPr>
                <w:b/>
                <w:color w:val="000000"/>
              </w:rPr>
            </w:pPr>
          </w:p>
          <w:p w14:paraId="68C6C1E6" w14:textId="2C097417" w:rsidR="00877E2D" w:rsidRDefault="00877E2D" w:rsidP="00877E2D">
            <w:pPr>
              <w:rPr>
                <w:b/>
                <w:color w:val="000000"/>
              </w:rPr>
            </w:pPr>
          </w:p>
          <w:p w14:paraId="01B7608A" w14:textId="72FF3ADD" w:rsidR="00877E2D" w:rsidRDefault="00877E2D" w:rsidP="00877E2D">
            <w:pPr>
              <w:rPr>
                <w:b/>
                <w:color w:val="000000"/>
              </w:rPr>
            </w:pPr>
          </w:p>
          <w:p w14:paraId="44821AFC" w14:textId="4E521947" w:rsidR="00877E2D" w:rsidRDefault="00877E2D" w:rsidP="00877E2D">
            <w:pPr>
              <w:rPr>
                <w:b/>
                <w:color w:val="000000"/>
              </w:rPr>
            </w:pPr>
          </w:p>
          <w:p w14:paraId="3EA08991" w14:textId="2FCA522C" w:rsidR="00877E2D" w:rsidRDefault="00877E2D" w:rsidP="00877E2D">
            <w:pPr>
              <w:rPr>
                <w:b/>
                <w:color w:val="000000"/>
              </w:rPr>
            </w:pPr>
          </w:p>
          <w:p w14:paraId="7FBF3B4C" w14:textId="6652C03A" w:rsidR="00877E2D" w:rsidRDefault="00877E2D" w:rsidP="00877E2D">
            <w:pPr>
              <w:rPr>
                <w:b/>
                <w:color w:val="000000"/>
              </w:rPr>
            </w:pPr>
          </w:p>
          <w:p w14:paraId="0FA56763" w14:textId="77777777" w:rsidR="00877E2D" w:rsidRDefault="00877E2D" w:rsidP="00877E2D">
            <w:pPr>
              <w:rPr>
                <w:b/>
                <w:color w:val="000000"/>
              </w:rPr>
            </w:pPr>
          </w:p>
          <w:p w14:paraId="0F3730DC" w14:textId="77777777" w:rsidR="00877E2D" w:rsidRDefault="00877E2D" w:rsidP="00877E2D">
            <w:pPr>
              <w:rPr>
                <w:b/>
                <w:color w:val="000000"/>
              </w:rPr>
            </w:pPr>
          </w:p>
          <w:p w14:paraId="41169E08" w14:textId="77777777" w:rsidR="00877E2D" w:rsidRDefault="00877E2D" w:rsidP="00877E2D">
            <w:pPr>
              <w:rPr>
                <w:b/>
                <w:color w:val="000000"/>
              </w:rPr>
            </w:pPr>
          </w:p>
          <w:p w14:paraId="339C44C2" w14:textId="77777777" w:rsidR="00877E2D" w:rsidRDefault="00877E2D" w:rsidP="00877E2D">
            <w:pPr>
              <w:rPr>
                <w:b/>
                <w:color w:val="000000"/>
              </w:rPr>
            </w:pPr>
          </w:p>
          <w:p w14:paraId="5EC53173" w14:textId="1BB96D21" w:rsidR="00877E2D" w:rsidRDefault="00877E2D" w:rsidP="00877E2D">
            <w:pPr>
              <w:rPr>
                <w:b/>
                <w:color w:val="00000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4E06F9C5" w14:textId="77777777" w:rsidR="00C07594" w:rsidRDefault="00C07594" w:rsidP="00877E2D">
            <w:pPr>
              <w:rPr>
                <w:b/>
                <w:color w:val="000000"/>
              </w:rPr>
            </w:pPr>
          </w:p>
        </w:tc>
      </w:tr>
      <w:tr w:rsidR="000C6B7D"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0C6B7D" w:rsidRDefault="00135FC3">
            <w:pPr>
              <w:jc w:val="center"/>
            </w:pPr>
            <w:r>
              <w:rPr>
                <w:b/>
                <w:color w:val="000000"/>
              </w:rPr>
              <w:t>Oportunidades</w:t>
            </w:r>
            <w:r w:rsidR="00E26089">
              <w:rPr>
                <w:b/>
                <w:color w:val="000000"/>
              </w:rPr>
              <w:t xml:space="preserve"> de mejora</w:t>
            </w:r>
          </w:p>
        </w:tc>
      </w:tr>
      <w:tr w:rsidR="00C07594" w14:paraId="0C0A9888" w14:textId="77777777" w:rsidTr="00E20812">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B1E77D" w14:textId="0C9F24EC" w:rsidR="00C07594" w:rsidRDefault="00C07594" w:rsidP="00877E2D">
            <w:pPr>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2621F3"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1497E3DB" w:rsidR="000C6B7D" w:rsidRPr="00E26089" w:rsidRDefault="00FB7E82">
            <w:pPr>
              <w:rPr>
                <w:lang w:val="es-PY"/>
              </w:rPr>
            </w:pPr>
            <w:r>
              <w:rPr>
                <w:b/>
                <w:color w:val="FFFFFF"/>
                <w:lang w:val="es-PY"/>
              </w:rPr>
              <w:t>D</w:t>
            </w:r>
            <w:r w:rsidR="00E26089" w:rsidRPr="00E26089">
              <w:rPr>
                <w:b/>
                <w:color w:val="FFFFFF"/>
                <w:lang w:val="es-PY"/>
              </w:rPr>
              <w:t>IMENSIÓN 4. INVESTIGACIÓN Y PRODUCCIÓN ACADÉMICA</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r>
              <w:rPr>
                <w:b/>
                <w:color w:val="000000"/>
              </w:rPr>
              <w:t>Criterio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2621F3" w14:paraId="2659BCEA" w14:textId="77777777" w:rsidTr="00E20812">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47E7B98" w14:textId="250A2D38" w:rsidR="000C6B7D" w:rsidRPr="005D12D8" w:rsidRDefault="00576C06">
            <w:pPr>
              <w:jc w:val="center"/>
              <w:rPr>
                <w:lang w:val="es-PY"/>
              </w:rPr>
            </w:pPr>
            <w:r w:rsidRPr="00576C06">
              <w:rPr>
                <w:b/>
                <w:color w:val="000000"/>
                <w:lang w:val="es-PY"/>
              </w:rPr>
              <w:t>Eficacia de la producción académica y científica generada en el marco del programa</w:t>
            </w:r>
            <w:r w:rsidR="00E26089" w:rsidRPr="00E26089">
              <w:rPr>
                <w:b/>
                <w:color w:val="FF0000"/>
                <w:lang w:val="es-PY"/>
              </w:rPr>
              <w:br/>
            </w:r>
            <w:r w:rsidR="00E26089" w:rsidRPr="005D12D8">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587320" w14:textId="572319F7" w:rsidR="000C6B7D" w:rsidRPr="00E26089" w:rsidRDefault="00E26089">
            <w:pPr>
              <w:jc w:val="both"/>
              <w:rPr>
                <w:lang w:val="es-PY"/>
              </w:rPr>
            </w:pPr>
            <w:r w:rsidRPr="00E26089">
              <w:rPr>
                <w:color w:val="000000"/>
                <w:lang w:val="es-PY"/>
              </w:rPr>
              <w:t xml:space="preserve">a. </w:t>
            </w:r>
            <w:r w:rsidR="00576C06" w:rsidRPr="00576C06">
              <w:rPr>
                <w:color w:val="000000"/>
                <w:lang w:val="es-PY"/>
              </w:rPr>
              <w:t xml:space="preserve">El programa cuenta con mecanismos institucionales para registrar y sistematizar la producción académica generada por </w:t>
            </w:r>
            <w:r w:rsidR="0044515B">
              <w:rPr>
                <w:color w:val="000000"/>
                <w:lang w:val="es-PY"/>
              </w:rPr>
              <w:t>participantes</w:t>
            </w:r>
            <w:r w:rsidR="00576C06" w:rsidRPr="00576C06">
              <w:rPr>
                <w:color w:val="00000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2621F3" w14:paraId="12F7E467" w14:textId="77777777" w:rsidTr="00E20812">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E8DEAA" w14:textId="65634547" w:rsidR="000C6B7D" w:rsidRPr="00E26089" w:rsidRDefault="00E26089">
            <w:pPr>
              <w:jc w:val="both"/>
              <w:rPr>
                <w:lang w:val="es-PY"/>
              </w:rPr>
            </w:pPr>
            <w:r w:rsidRPr="00E26089">
              <w:rPr>
                <w:color w:val="000000"/>
                <w:lang w:val="es-PY"/>
              </w:rPr>
              <w:t xml:space="preserve">b. </w:t>
            </w:r>
            <w:r w:rsidR="00576C06" w:rsidRPr="00576C06">
              <w:rPr>
                <w:color w:val="000000"/>
                <w:lang w:val="es-PY"/>
              </w:rPr>
              <w:t xml:space="preserve">Se promueve la publicación conjunta entre </w:t>
            </w:r>
            <w:r w:rsidR="0044515B">
              <w:rPr>
                <w:color w:val="000000"/>
                <w:lang w:val="es-PY"/>
              </w:rPr>
              <w:t>participantes</w:t>
            </w:r>
            <w:r w:rsidR="00576C06" w:rsidRPr="00576C06">
              <w:rPr>
                <w:color w:val="00000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2621F3" w14:paraId="2A773E49" w14:textId="77777777" w:rsidTr="00E20812">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F06F47" w14:textId="73E7762F" w:rsidR="000C6B7D" w:rsidRPr="00E26089" w:rsidRDefault="00E26089">
            <w:pPr>
              <w:jc w:val="both"/>
              <w:rPr>
                <w:lang w:val="es-PY"/>
              </w:rPr>
            </w:pPr>
            <w:r w:rsidRPr="00E26089">
              <w:rPr>
                <w:color w:val="000000"/>
                <w:lang w:val="es-PY"/>
              </w:rPr>
              <w:t xml:space="preserve">c. </w:t>
            </w:r>
            <w:r w:rsidR="00576C06" w:rsidRPr="00576C06">
              <w:rPr>
                <w:color w:val="000000"/>
                <w:lang w:val="es-PY"/>
              </w:rPr>
              <w:t>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2621F3" w14:paraId="2C63EA69" w14:textId="77777777" w:rsidTr="00E20812">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23B67A" w14:textId="7913C9CB" w:rsidR="000C6B7D" w:rsidRPr="00E26089" w:rsidRDefault="00E26089">
            <w:pPr>
              <w:jc w:val="both"/>
              <w:rPr>
                <w:lang w:val="es-PY"/>
              </w:rPr>
            </w:pPr>
            <w:r w:rsidRPr="00E26089">
              <w:rPr>
                <w:color w:val="000000"/>
                <w:lang w:val="es-PY"/>
              </w:rPr>
              <w:t xml:space="preserve">d. </w:t>
            </w:r>
            <w:r w:rsidR="00576C06" w:rsidRPr="00576C06">
              <w:rPr>
                <w:color w:val="000000"/>
                <w:lang w:val="es-PY"/>
              </w:rPr>
              <w:t>Existen mecanismos institucionales para monitorear y valorar la producción científica y académica vinculada al programa</w:t>
            </w:r>
            <w:r w:rsidRPr="00E26089">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2621F3" w14:paraId="10F690BB" w14:textId="77777777" w:rsidTr="00E20812">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640B7B8" w14:textId="01052A21" w:rsidR="000C6B7D" w:rsidRPr="00E26089" w:rsidRDefault="00E26089">
            <w:pPr>
              <w:jc w:val="both"/>
              <w:rPr>
                <w:lang w:val="es-PY"/>
              </w:rPr>
            </w:pPr>
            <w:r w:rsidRPr="00E26089">
              <w:rPr>
                <w:color w:val="000000"/>
                <w:lang w:val="es-PY"/>
              </w:rPr>
              <w:t xml:space="preserve">e. </w:t>
            </w:r>
            <w:r w:rsidR="00576C06" w:rsidRPr="00576C06">
              <w:rPr>
                <w:color w:val="000000"/>
                <w:lang w:val="es-PY"/>
              </w:rPr>
              <w:t>La producción académica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9E248B">
        <w:trPr>
          <w:cantSplit/>
          <w:trHeight w:hRule="exact" w:val="65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3AEA3D4" w14:textId="43E6720C" w:rsidR="009E248B" w:rsidRDefault="009E248B" w:rsidP="009E248B">
            <w:pPr>
              <w:rPr>
                <w:b/>
                <w:color w:val="000000"/>
                <w:sz w:val="19"/>
                <w:lang w:val="es-PY"/>
              </w:rPr>
            </w:pPr>
          </w:p>
          <w:p w14:paraId="7AB213F1" w14:textId="3F2FCFFF" w:rsidR="009E248B" w:rsidRDefault="009E248B" w:rsidP="009E248B">
            <w:pPr>
              <w:rPr>
                <w:b/>
                <w:color w:val="000000"/>
                <w:sz w:val="19"/>
                <w:lang w:val="es-PY"/>
              </w:rPr>
            </w:pPr>
          </w:p>
          <w:p w14:paraId="284B3E28" w14:textId="699C5A2C" w:rsidR="009E248B" w:rsidRDefault="009E248B" w:rsidP="009E248B">
            <w:pPr>
              <w:rPr>
                <w:b/>
                <w:color w:val="000000"/>
                <w:sz w:val="19"/>
                <w:lang w:val="es-PY"/>
              </w:rPr>
            </w:pPr>
          </w:p>
          <w:p w14:paraId="2E3C3B6D" w14:textId="57C09E96" w:rsidR="009E248B" w:rsidRDefault="009E248B" w:rsidP="009E248B">
            <w:pPr>
              <w:rPr>
                <w:b/>
                <w:color w:val="000000"/>
                <w:sz w:val="19"/>
                <w:lang w:val="es-PY"/>
              </w:rPr>
            </w:pPr>
          </w:p>
          <w:p w14:paraId="1390C01B" w14:textId="33267698" w:rsidR="009E248B" w:rsidRDefault="009E248B" w:rsidP="009E248B">
            <w:pPr>
              <w:rPr>
                <w:b/>
                <w:color w:val="000000"/>
                <w:sz w:val="19"/>
                <w:lang w:val="es-PY"/>
              </w:rPr>
            </w:pPr>
          </w:p>
          <w:p w14:paraId="65A07431" w14:textId="77777777" w:rsidR="009E248B" w:rsidRDefault="009E248B" w:rsidP="009E248B">
            <w:pPr>
              <w:rPr>
                <w:b/>
                <w:color w:val="000000"/>
                <w:sz w:val="19"/>
                <w:lang w:val="es-PY"/>
              </w:rPr>
            </w:pPr>
          </w:p>
          <w:p w14:paraId="40669A73" w14:textId="3B400EBC" w:rsidR="009E248B" w:rsidRDefault="009E248B" w:rsidP="009E248B">
            <w:pPr>
              <w:rPr>
                <w:b/>
                <w:color w:val="000000"/>
                <w:sz w:val="19"/>
                <w:lang w:val="es-PY"/>
              </w:rPr>
            </w:pPr>
          </w:p>
          <w:p w14:paraId="23821DC9" w14:textId="51BD798A" w:rsidR="009E248B" w:rsidRDefault="009E248B" w:rsidP="009E248B">
            <w:pPr>
              <w:rPr>
                <w:b/>
                <w:color w:val="000000"/>
                <w:sz w:val="19"/>
                <w:lang w:val="es-PY"/>
              </w:rPr>
            </w:pPr>
          </w:p>
          <w:p w14:paraId="6CEC94F2" w14:textId="4B1B04BF" w:rsidR="009E248B" w:rsidRDefault="009E248B" w:rsidP="009E248B">
            <w:pPr>
              <w:rPr>
                <w:b/>
                <w:color w:val="000000"/>
                <w:sz w:val="19"/>
                <w:lang w:val="es-PY"/>
              </w:rPr>
            </w:pPr>
          </w:p>
          <w:p w14:paraId="6691DE8A" w14:textId="77777777" w:rsidR="009E248B" w:rsidRDefault="009E248B" w:rsidP="009E248B">
            <w:pPr>
              <w:rPr>
                <w:b/>
                <w:color w:val="000000"/>
                <w:sz w:val="19"/>
                <w:lang w:val="es-PY"/>
              </w:rPr>
            </w:pPr>
          </w:p>
          <w:p w14:paraId="6B2945C3" w14:textId="77777777" w:rsidR="009E248B" w:rsidRDefault="009E248B">
            <w:pPr>
              <w:jc w:val="center"/>
              <w:rPr>
                <w:b/>
                <w:color w:val="000000"/>
                <w:sz w:val="19"/>
                <w:lang w:val="es-PY"/>
              </w:rPr>
            </w:pPr>
          </w:p>
          <w:p w14:paraId="53BD7F1F" w14:textId="77777777" w:rsidR="009E248B" w:rsidRDefault="009E248B">
            <w:pPr>
              <w:jc w:val="center"/>
              <w:rPr>
                <w:b/>
                <w:color w:val="000000"/>
                <w:sz w:val="19"/>
                <w:lang w:val="es-PY"/>
              </w:rPr>
            </w:pPr>
          </w:p>
          <w:p w14:paraId="6F6A4148" w14:textId="77777777" w:rsidR="009E248B" w:rsidRDefault="009E248B">
            <w:pPr>
              <w:jc w:val="center"/>
              <w:rPr>
                <w:b/>
                <w:color w:val="000000"/>
                <w:sz w:val="19"/>
                <w:lang w:val="es-PY"/>
              </w:rPr>
            </w:pPr>
          </w:p>
          <w:p w14:paraId="62C98CC3" w14:textId="77777777" w:rsidR="009E248B" w:rsidRDefault="009E248B">
            <w:pPr>
              <w:jc w:val="center"/>
              <w:rPr>
                <w:b/>
                <w:color w:val="000000"/>
                <w:sz w:val="19"/>
                <w:lang w:val="es-PY"/>
              </w:rPr>
            </w:pPr>
          </w:p>
          <w:p w14:paraId="095473C6" w14:textId="77777777" w:rsidR="009E248B" w:rsidRDefault="009E248B">
            <w:pPr>
              <w:jc w:val="center"/>
              <w:rPr>
                <w:b/>
                <w:color w:val="000000"/>
                <w:sz w:val="19"/>
                <w:lang w:val="es-PY"/>
              </w:rPr>
            </w:pPr>
          </w:p>
          <w:p w14:paraId="3D461027" w14:textId="77777777" w:rsidR="009E248B" w:rsidRDefault="009E248B">
            <w:pPr>
              <w:jc w:val="center"/>
              <w:rPr>
                <w:b/>
                <w:color w:val="000000"/>
                <w:sz w:val="19"/>
                <w:lang w:val="es-PY"/>
              </w:rPr>
            </w:pPr>
          </w:p>
          <w:p w14:paraId="1EF9E448" w14:textId="07EA297B" w:rsidR="009E248B" w:rsidRPr="00E26089" w:rsidRDefault="009E248B">
            <w:pPr>
              <w:jc w:val="cente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3B765EF" w14:textId="77777777" w:rsidR="009E248B" w:rsidRDefault="009E248B">
            <w:pPr>
              <w:jc w:val="center"/>
              <w:rPr>
                <w:b/>
                <w:color w:val="000000"/>
                <w:sz w:val="19"/>
              </w:rPr>
            </w:pPr>
          </w:p>
        </w:tc>
      </w:tr>
    </w:tbl>
    <w:p w14:paraId="3CB70A85" w14:textId="77777777" w:rsidR="000C6B7D" w:rsidRDefault="00E26089">
      <w:r>
        <w:br w:type="page"/>
      </w:r>
    </w:p>
    <w:p w14:paraId="17215FAB" w14:textId="220D06AD" w:rsidR="000C6B7D" w:rsidRDefault="000C6B7D"/>
    <w:tbl>
      <w:tblPr>
        <w:tblW w:w="0" w:type="auto"/>
        <w:jc w:val="center"/>
        <w:tblLayout w:type="fixed"/>
        <w:tblLook w:val="04A0" w:firstRow="1" w:lastRow="0" w:firstColumn="1" w:lastColumn="0" w:noHBand="0" w:noVBand="1"/>
      </w:tblPr>
      <w:tblGrid>
        <w:gridCol w:w="1962"/>
        <w:gridCol w:w="2716"/>
        <w:gridCol w:w="2614"/>
        <w:gridCol w:w="684"/>
        <w:gridCol w:w="684"/>
        <w:gridCol w:w="697"/>
      </w:tblGrid>
      <w:tr w:rsidR="000C6B7D" w14:paraId="2254DB49" w14:textId="77777777" w:rsidTr="00FB7E82">
        <w:trPr>
          <w:cantSplit/>
          <w:trHeight w:hRule="exact" w:val="691"/>
          <w:jc w:val="center"/>
        </w:trPr>
        <w:tc>
          <w:tcPr>
            <w:tcW w:w="19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37315E51" w14:textId="0BA083B4" w:rsidR="000C6B7D" w:rsidRDefault="00C07594">
            <w:pPr>
              <w:jc w:val="center"/>
            </w:pPr>
            <w:r>
              <w:rPr>
                <w:b/>
                <w:color w:val="000000"/>
              </w:rPr>
              <w:t>Criterio 4.2</w:t>
            </w:r>
          </w:p>
        </w:tc>
        <w:tc>
          <w:tcPr>
            <w:tcW w:w="53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BFC12DA" w14:textId="77777777" w:rsidR="000C6B7D" w:rsidRDefault="00E26089">
            <w:pPr>
              <w:jc w:val="center"/>
            </w:pPr>
            <w:r>
              <w:rPr>
                <w:b/>
                <w:color w:val="000000"/>
              </w:rPr>
              <w:t>Indicadores</w:t>
            </w:r>
          </w:p>
        </w:tc>
        <w:tc>
          <w:tcPr>
            <w:tcW w:w="2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06C35B3" w14:textId="77777777" w:rsidR="000C6B7D" w:rsidRDefault="00E26089">
            <w:pPr>
              <w:jc w:val="center"/>
            </w:pPr>
            <w:r>
              <w:rPr>
                <w:b/>
                <w:color w:val="000000"/>
              </w:rPr>
              <w:t>Nivel de cumplimiento</w:t>
            </w:r>
          </w:p>
        </w:tc>
      </w:tr>
      <w:tr w:rsidR="000C6B7D" w14:paraId="479E7C9F" w14:textId="77777777" w:rsidTr="00FB7E82">
        <w:trPr>
          <w:cantSplit/>
          <w:trHeight w:hRule="exact" w:val="432"/>
          <w:jc w:val="center"/>
        </w:trPr>
        <w:tc>
          <w:tcPr>
            <w:tcW w:w="19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2C6D4F65" w14:textId="77777777" w:rsidR="000C6B7D" w:rsidRDefault="000C6B7D"/>
        </w:tc>
        <w:tc>
          <w:tcPr>
            <w:tcW w:w="533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88BA14A" w14:textId="77777777" w:rsidR="000C6B7D" w:rsidRDefault="000C6B7D"/>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FB79EA7" w14:textId="77777777" w:rsidR="000C6B7D" w:rsidRDefault="00E26089">
            <w:pPr>
              <w:jc w:val="center"/>
            </w:pPr>
            <w:r>
              <w:rPr>
                <w:b/>
                <w:color w:val="000000"/>
              </w:rPr>
              <w:t>CT</w:t>
            </w:r>
          </w:p>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24E2F6D" w14:textId="77777777" w:rsidR="000C6B7D" w:rsidRDefault="00E26089">
            <w:pPr>
              <w:jc w:val="center"/>
            </w:pPr>
            <w:r>
              <w:rPr>
                <w:b/>
                <w:color w:val="000000"/>
              </w:rPr>
              <w:t>CP</w:t>
            </w: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C7E62BA" w14:textId="77777777" w:rsidR="000C6B7D" w:rsidRDefault="00E26089">
            <w:pPr>
              <w:jc w:val="center"/>
            </w:pPr>
            <w:r>
              <w:rPr>
                <w:b/>
                <w:color w:val="000000"/>
              </w:rPr>
              <w:t>NC</w:t>
            </w:r>
          </w:p>
        </w:tc>
      </w:tr>
      <w:tr w:rsidR="000C6B7D" w:rsidRPr="002621F3" w14:paraId="0696955C" w14:textId="77777777" w:rsidTr="005A72C0">
        <w:trPr>
          <w:cantSplit/>
          <w:trHeight w:val="677"/>
          <w:jc w:val="center"/>
        </w:trPr>
        <w:tc>
          <w:tcPr>
            <w:tcW w:w="1962" w:type="dxa"/>
            <w:vMerge w:val="restart"/>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1FADC4" w14:textId="6125C5B3" w:rsidR="000C6B7D" w:rsidRPr="005D12D8" w:rsidRDefault="00FA5AD9">
            <w:pPr>
              <w:jc w:val="center"/>
              <w:rPr>
                <w:lang w:val="es-PY"/>
              </w:rPr>
            </w:pPr>
            <w:r w:rsidRPr="00FA5AD9">
              <w:rPr>
                <w:b/>
                <w:color w:val="000000"/>
                <w:lang w:val="es-PY"/>
              </w:rPr>
              <w:t xml:space="preserve">Eficacia de las estrategias institucionales de apoyo a la investigación en el ámbito profesional del programa </w:t>
            </w:r>
            <w:r w:rsidR="00E26089" w:rsidRPr="005D12D8">
              <w:rPr>
                <w:b/>
                <w:color w:val="FF0000"/>
                <w:lang w:val="es-PY"/>
              </w:rPr>
              <w:t>(Sustantivo)</w:t>
            </w:r>
          </w:p>
        </w:tc>
        <w:tc>
          <w:tcPr>
            <w:tcW w:w="5330" w:type="dxa"/>
            <w:gridSpan w:val="2"/>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859EF0D" w14:textId="77777777" w:rsidR="000C6B7D" w:rsidRPr="00E26089" w:rsidRDefault="00E26089">
            <w:pPr>
              <w:jc w:val="both"/>
              <w:rPr>
                <w:lang w:val="es-PY"/>
              </w:rPr>
            </w:pPr>
            <w:r w:rsidRPr="00E26089">
              <w:rPr>
                <w:color w:val="000000"/>
                <w:lang w:val="es-PY"/>
              </w:rPr>
              <w:t>a. El programa ofrece recursos y servicios de apoyo a la investigación (bases de datos, bibliografía especializada, etc.).</w:t>
            </w: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349E11" w14:textId="77777777" w:rsidR="000C6B7D" w:rsidRPr="005D12D8" w:rsidRDefault="000C6B7D">
            <w:pPr>
              <w:jc w:val="center"/>
              <w:rPr>
                <w:lang w:val="es-PY"/>
              </w:rPr>
            </w:pP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A0AB93" w14:textId="77777777" w:rsidR="000C6B7D" w:rsidRPr="005D12D8" w:rsidRDefault="000C6B7D">
            <w:pPr>
              <w:jc w:val="center"/>
              <w:rPr>
                <w:lang w:val="es-PY"/>
              </w:rPr>
            </w:pPr>
          </w:p>
        </w:tc>
        <w:tc>
          <w:tcPr>
            <w:tcW w:w="697"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CE2DF1F" w14:textId="77777777" w:rsidR="000C6B7D" w:rsidRPr="005D12D8" w:rsidRDefault="000C6B7D">
            <w:pPr>
              <w:jc w:val="center"/>
              <w:rPr>
                <w:lang w:val="es-PY"/>
              </w:rPr>
            </w:pPr>
          </w:p>
        </w:tc>
      </w:tr>
      <w:tr w:rsidR="000C6B7D" w:rsidRPr="002621F3" w14:paraId="7991C48D" w14:textId="77777777" w:rsidTr="005A72C0">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9ECAFE1"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43330" w14:textId="77777777" w:rsidR="000C6B7D" w:rsidRPr="00E26089" w:rsidRDefault="00E26089">
            <w:pPr>
              <w:jc w:val="both"/>
              <w:rPr>
                <w:lang w:val="es-PY"/>
              </w:rPr>
            </w:pPr>
            <w:r w:rsidRPr="00E26089">
              <w:rPr>
                <w:color w:val="000000"/>
                <w:lang w:val="es-PY"/>
              </w:rPr>
              <w:t>b. Se desarrollan seminarios, talleres o espacios de formación investigativa complementaria.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CC9A3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4531C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92AA08" w14:textId="77777777" w:rsidR="000C6B7D" w:rsidRPr="005D12D8" w:rsidRDefault="000C6B7D">
            <w:pPr>
              <w:jc w:val="center"/>
              <w:rPr>
                <w:lang w:val="es-PY"/>
              </w:rPr>
            </w:pPr>
          </w:p>
        </w:tc>
      </w:tr>
      <w:tr w:rsidR="000C6B7D" w:rsidRPr="002621F3" w14:paraId="4A8202A1" w14:textId="77777777" w:rsidTr="005A72C0">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E58A5"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0BA2DB" w14:textId="77777777" w:rsidR="000C6B7D" w:rsidRPr="00E26089" w:rsidRDefault="00E26089">
            <w:pPr>
              <w:jc w:val="both"/>
              <w:rPr>
                <w:lang w:val="es-PY"/>
              </w:rPr>
            </w:pPr>
            <w:r w:rsidRPr="00E26089">
              <w:rPr>
                <w:color w:val="000000"/>
                <w:lang w:val="es-PY"/>
              </w:rPr>
              <w:t>c. Existen mecanismos institucionales para acceder a financiamiento o estímulos a la producción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A73A17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75B3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243B4F6" w14:textId="77777777" w:rsidR="000C6B7D" w:rsidRPr="005D12D8" w:rsidRDefault="000C6B7D">
            <w:pPr>
              <w:jc w:val="center"/>
              <w:rPr>
                <w:lang w:val="es-PY"/>
              </w:rPr>
            </w:pPr>
          </w:p>
        </w:tc>
      </w:tr>
      <w:tr w:rsidR="000C6B7D" w:rsidRPr="002621F3" w14:paraId="28DCAA1B" w14:textId="77777777" w:rsidTr="005A72C0">
        <w:trPr>
          <w:cantSplit/>
          <w:trHeight w:val="57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ABC7D8"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1E9A75" w14:textId="146E0E72" w:rsidR="000C6B7D" w:rsidRPr="00E26089" w:rsidRDefault="00E26089">
            <w:pPr>
              <w:jc w:val="both"/>
              <w:rPr>
                <w:lang w:val="es-PY"/>
              </w:rPr>
            </w:pPr>
            <w:r w:rsidRPr="00E26089">
              <w:rPr>
                <w:color w:val="000000"/>
                <w:lang w:val="es-PY"/>
              </w:rPr>
              <w:t xml:space="preserve">d. Los </w:t>
            </w:r>
            <w:r w:rsidR="0044515B">
              <w:rPr>
                <w:color w:val="000000"/>
                <w:lang w:val="es-PY"/>
              </w:rPr>
              <w:t>participante</w:t>
            </w:r>
            <w:r w:rsidRPr="00E26089">
              <w:rPr>
                <w:color w:val="000000"/>
                <w:lang w:val="es-PY"/>
              </w:rPr>
              <w:t>s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18776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9C93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9832AB" w14:textId="77777777" w:rsidR="000C6B7D" w:rsidRPr="005D12D8" w:rsidRDefault="000C6B7D">
            <w:pPr>
              <w:jc w:val="center"/>
              <w:rPr>
                <w:lang w:val="es-PY"/>
              </w:rPr>
            </w:pPr>
          </w:p>
        </w:tc>
      </w:tr>
      <w:tr w:rsidR="000C6B7D" w:rsidRPr="002621F3" w14:paraId="120A77F0" w14:textId="77777777" w:rsidTr="005A72C0">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769B6F"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35D20F" w14:textId="03C8B821" w:rsidR="000C6B7D" w:rsidRPr="00E26089" w:rsidRDefault="00E26089">
            <w:pPr>
              <w:jc w:val="both"/>
              <w:rPr>
                <w:lang w:val="es-PY"/>
              </w:rPr>
            </w:pPr>
            <w:r w:rsidRPr="00E26089">
              <w:rPr>
                <w:color w:val="000000"/>
                <w:lang w:val="es-PY"/>
              </w:rPr>
              <w:t>e</w:t>
            </w:r>
            <w:r w:rsidR="00274473">
              <w:rPr>
                <w:color w:val="000000"/>
                <w:lang w:val="es-PY"/>
              </w:rPr>
              <w:t xml:space="preserve">. </w:t>
            </w:r>
            <w:r w:rsidR="00274473" w:rsidRPr="00274473">
              <w:rPr>
                <w:color w:val="000000"/>
                <w:lang w:val="es-PY"/>
              </w:rPr>
              <w:t>Las buenas prácticas de apoyo a la investigación se documentan y utilizan para mejorar el programa</w:t>
            </w:r>
            <w:r w:rsidR="00274473">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CC8500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B320CA"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FDD613" w14:textId="77777777" w:rsidR="000C6B7D" w:rsidRPr="005D12D8" w:rsidRDefault="000C6B7D">
            <w:pPr>
              <w:jc w:val="center"/>
              <w:rPr>
                <w:lang w:val="es-PY"/>
              </w:rPr>
            </w:pPr>
          </w:p>
        </w:tc>
      </w:tr>
      <w:tr w:rsidR="000C6B7D" w14:paraId="0CF079A2" w14:textId="77777777" w:rsidTr="005A72C0">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1478F3D"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4EF3EC" w14:textId="77777777" w:rsidR="000C6B7D" w:rsidRDefault="00E26089">
            <w:pPr>
              <w:jc w:val="center"/>
            </w:pPr>
            <w:r>
              <w:rPr>
                <w:b/>
                <w:color w:val="000000"/>
                <w:sz w:val="19"/>
              </w:rPr>
              <w:t>Medios de verificación</w:t>
            </w:r>
          </w:p>
        </w:tc>
      </w:tr>
      <w:tr w:rsidR="00274473" w14:paraId="00D12E13" w14:textId="77777777" w:rsidTr="00274473">
        <w:trPr>
          <w:cantSplit/>
          <w:trHeight w:hRule="exact" w:val="7193"/>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BB25B5D" w14:textId="77777777" w:rsidR="00274473" w:rsidRPr="00E26089" w:rsidRDefault="00274473" w:rsidP="00274473">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67E536" w14:textId="77777777" w:rsidR="00274473" w:rsidRDefault="00274473">
            <w:pPr>
              <w:jc w:val="center"/>
              <w:rPr>
                <w:b/>
                <w:color w:val="000000"/>
                <w:sz w:val="19"/>
              </w:rPr>
            </w:pPr>
          </w:p>
        </w:tc>
      </w:tr>
      <w:tr w:rsidR="00877E2D" w:rsidRPr="002621F3" w14:paraId="52AEE39F" w14:textId="77777777" w:rsidTr="00FB7E82">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289A2A" w14:textId="3B07C70C" w:rsidR="00877E2D" w:rsidRPr="009A28C0" w:rsidRDefault="009A28C0">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9808F8" w14:paraId="30566815" w14:textId="77777777" w:rsidTr="00FB7E82">
        <w:trPr>
          <w:cantSplit/>
          <w:trHeight w:hRule="exact" w:val="541"/>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E3C6CD0" w14:textId="79F35CAA" w:rsidR="009808F8" w:rsidRDefault="009808F8">
            <w:pPr>
              <w:jc w:val="center"/>
              <w:rPr>
                <w:b/>
                <w:color w:val="000000"/>
              </w:rPr>
            </w:pPr>
            <w:r>
              <w:rPr>
                <w:b/>
                <w:color w:val="000000"/>
              </w:rPr>
              <w:t>Fortalezas</w:t>
            </w:r>
          </w:p>
        </w:tc>
        <w:tc>
          <w:tcPr>
            <w:tcW w:w="4679"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40A714" w14:textId="794C9BF7" w:rsidR="009808F8" w:rsidRDefault="009808F8">
            <w:pPr>
              <w:jc w:val="center"/>
              <w:rPr>
                <w:b/>
                <w:color w:val="000000"/>
              </w:rPr>
            </w:pPr>
            <w:r>
              <w:rPr>
                <w:b/>
                <w:color w:val="000000"/>
              </w:rPr>
              <w:t>Debilidades</w:t>
            </w:r>
          </w:p>
        </w:tc>
      </w:tr>
      <w:tr w:rsidR="009808F8" w14:paraId="4E5E4E6E" w14:textId="77777777" w:rsidTr="00FB7E82">
        <w:trPr>
          <w:cantSplit/>
          <w:trHeight w:hRule="exact" w:val="5892"/>
          <w:jc w:val="center"/>
        </w:trPr>
        <w:tc>
          <w:tcPr>
            <w:tcW w:w="4678" w:type="dxa"/>
            <w:gridSpan w:val="2"/>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vAlign w:val="center"/>
          </w:tcPr>
          <w:p w14:paraId="47C431CF" w14:textId="696C3787" w:rsidR="009808F8" w:rsidRDefault="009808F8" w:rsidP="009A28C0">
            <w:pPr>
              <w:rPr>
                <w:b/>
                <w:color w:val="000000"/>
              </w:rPr>
            </w:pPr>
          </w:p>
          <w:p w14:paraId="779B1486" w14:textId="136F5AC2" w:rsidR="009A28C0" w:rsidRDefault="009A28C0" w:rsidP="009A28C0">
            <w:pPr>
              <w:rPr>
                <w:b/>
                <w:color w:val="000000"/>
              </w:rPr>
            </w:pPr>
          </w:p>
          <w:p w14:paraId="31F9848B" w14:textId="4C5E8796" w:rsidR="009A28C0" w:rsidRDefault="009A28C0" w:rsidP="009A28C0">
            <w:pPr>
              <w:rPr>
                <w:b/>
                <w:color w:val="000000"/>
              </w:rPr>
            </w:pPr>
          </w:p>
          <w:p w14:paraId="61845D15" w14:textId="2DF3D56F" w:rsidR="009A28C0" w:rsidRDefault="009A28C0" w:rsidP="009A28C0">
            <w:pPr>
              <w:rPr>
                <w:b/>
                <w:color w:val="000000"/>
              </w:rPr>
            </w:pPr>
          </w:p>
          <w:p w14:paraId="7E4FBEE4" w14:textId="545B1A2D" w:rsidR="009A28C0" w:rsidRDefault="009A28C0" w:rsidP="009A28C0">
            <w:pPr>
              <w:rPr>
                <w:b/>
                <w:color w:val="000000"/>
              </w:rPr>
            </w:pPr>
          </w:p>
          <w:p w14:paraId="4608192C" w14:textId="3FBA8B3F" w:rsidR="009A28C0" w:rsidRDefault="009A28C0" w:rsidP="009A28C0">
            <w:pPr>
              <w:rPr>
                <w:b/>
                <w:color w:val="000000"/>
              </w:rPr>
            </w:pPr>
          </w:p>
          <w:p w14:paraId="727CB6B1" w14:textId="35799718" w:rsidR="009A28C0" w:rsidRDefault="009A28C0" w:rsidP="009A28C0">
            <w:pPr>
              <w:rPr>
                <w:b/>
                <w:color w:val="000000"/>
              </w:rPr>
            </w:pPr>
          </w:p>
          <w:p w14:paraId="14A631B0" w14:textId="46CCE8BB" w:rsidR="009A28C0" w:rsidRDefault="009A28C0" w:rsidP="009A28C0">
            <w:pPr>
              <w:rPr>
                <w:b/>
                <w:color w:val="000000"/>
              </w:rPr>
            </w:pPr>
          </w:p>
          <w:p w14:paraId="3E0925D3" w14:textId="7FFCEBF6" w:rsidR="009A28C0" w:rsidRDefault="009A28C0" w:rsidP="009A28C0">
            <w:pPr>
              <w:rPr>
                <w:b/>
                <w:color w:val="000000"/>
              </w:rPr>
            </w:pPr>
          </w:p>
          <w:p w14:paraId="24F5342E" w14:textId="6DDF8D45" w:rsidR="009A28C0" w:rsidRDefault="009A28C0" w:rsidP="009A28C0">
            <w:pPr>
              <w:rPr>
                <w:b/>
                <w:color w:val="000000"/>
              </w:rPr>
            </w:pPr>
          </w:p>
          <w:p w14:paraId="343B71A0" w14:textId="6782CDC8" w:rsidR="009A28C0" w:rsidRDefault="009A28C0" w:rsidP="009A28C0">
            <w:pPr>
              <w:rPr>
                <w:b/>
                <w:color w:val="000000"/>
              </w:rPr>
            </w:pPr>
          </w:p>
          <w:p w14:paraId="201D5683" w14:textId="77777777" w:rsidR="009A28C0" w:rsidRDefault="009A28C0" w:rsidP="009A28C0">
            <w:pPr>
              <w:rPr>
                <w:b/>
                <w:color w:val="000000"/>
              </w:rPr>
            </w:pPr>
          </w:p>
          <w:p w14:paraId="400A4DE1" w14:textId="77777777" w:rsidR="009A28C0" w:rsidRDefault="009A28C0" w:rsidP="009A28C0">
            <w:pPr>
              <w:rPr>
                <w:b/>
                <w:color w:val="000000"/>
              </w:rPr>
            </w:pPr>
          </w:p>
          <w:p w14:paraId="39D98912" w14:textId="77777777" w:rsidR="009A28C0" w:rsidRDefault="009A28C0" w:rsidP="009A28C0">
            <w:pPr>
              <w:rPr>
                <w:b/>
                <w:color w:val="000000"/>
              </w:rPr>
            </w:pPr>
          </w:p>
          <w:p w14:paraId="05C4C582" w14:textId="665A8628" w:rsidR="009A28C0" w:rsidRDefault="009A28C0" w:rsidP="009A28C0">
            <w:pPr>
              <w:rPr>
                <w:b/>
                <w:color w:val="000000"/>
              </w:rPr>
            </w:pPr>
          </w:p>
        </w:tc>
        <w:tc>
          <w:tcPr>
            <w:tcW w:w="4679" w:type="dxa"/>
            <w:gridSpan w:val="4"/>
            <w:tcBorders>
              <w:top w:val="single" w:sz="6" w:space="0" w:color="000000"/>
              <w:left w:val="single" w:sz="6" w:space="0" w:color="000000"/>
              <w:bottom w:val="single" w:sz="4" w:space="0" w:color="auto"/>
              <w:right w:val="single" w:sz="6" w:space="0" w:color="000000"/>
            </w:tcBorders>
            <w:vAlign w:val="center"/>
          </w:tcPr>
          <w:p w14:paraId="1AC30016" w14:textId="77777777" w:rsidR="009808F8" w:rsidRDefault="009808F8" w:rsidP="009A28C0">
            <w:pPr>
              <w:rPr>
                <w:b/>
                <w:color w:val="000000"/>
              </w:rPr>
            </w:pPr>
          </w:p>
          <w:p w14:paraId="4D645EEB" w14:textId="77777777" w:rsidR="00AF4AE5" w:rsidRDefault="00AF4AE5" w:rsidP="009A28C0">
            <w:pPr>
              <w:rPr>
                <w:b/>
                <w:color w:val="000000"/>
              </w:rPr>
            </w:pPr>
          </w:p>
          <w:p w14:paraId="1EA0B4A5" w14:textId="77777777" w:rsidR="00AF4AE5" w:rsidRDefault="00AF4AE5" w:rsidP="009A28C0">
            <w:pPr>
              <w:rPr>
                <w:b/>
                <w:color w:val="000000"/>
              </w:rPr>
            </w:pPr>
          </w:p>
          <w:p w14:paraId="02E66832" w14:textId="77777777" w:rsidR="00AF4AE5" w:rsidRDefault="00AF4AE5" w:rsidP="009A28C0">
            <w:pPr>
              <w:rPr>
                <w:b/>
                <w:color w:val="000000"/>
              </w:rPr>
            </w:pPr>
          </w:p>
          <w:p w14:paraId="67B659AD" w14:textId="77777777" w:rsidR="00AF4AE5" w:rsidRDefault="00AF4AE5" w:rsidP="009A28C0">
            <w:pPr>
              <w:rPr>
                <w:b/>
                <w:color w:val="000000"/>
              </w:rPr>
            </w:pPr>
          </w:p>
          <w:p w14:paraId="327B92D4" w14:textId="77777777" w:rsidR="00AF4AE5" w:rsidRDefault="00AF4AE5" w:rsidP="009A28C0">
            <w:pPr>
              <w:rPr>
                <w:b/>
                <w:color w:val="000000"/>
              </w:rPr>
            </w:pPr>
          </w:p>
          <w:p w14:paraId="656D2DD1" w14:textId="77777777" w:rsidR="00AF4AE5" w:rsidRDefault="00AF4AE5" w:rsidP="009A28C0">
            <w:pPr>
              <w:rPr>
                <w:b/>
                <w:color w:val="000000"/>
              </w:rPr>
            </w:pPr>
          </w:p>
          <w:p w14:paraId="59525BD2" w14:textId="77777777" w:rsidR="00AF4AE5" w:rsidRDefault="00AF4AE5" w:rsidP="009A28C0">
            <w:pPr>
              <w:rPr>
                <w:b/>
                <w:color w:val="000000"/>
              </w:rPr>
            </w:pPr>
          </w:p>
          <w:p w14:paraId="64E1E19F" w14:textId="77777777" w:rsidR="00AF4AE5" w:rsidRDefault="00AF4AE5" w:rsidP="009A28C0">
            <w:pPr>
              <w:rPr>
                <w:b/>
                <w:color w:val="000000"/>
              </w:rPr>
            </w:pPr>
          </w:p>
          <w:p w14:paraId="41CC19E9" w14:textId="77777777" w:rsidR="00AF4AE5" w:rsidRDefault="00AF4AE5" w:rsidP="009A28C0">
            <w:pPr>
              <w:rPr>
                <w:b/>
                <w:color w:val="000000"/>
              </w:rPr>
            </w:pPr>
          </w:p>
          <w:p w14:paraId="0EFBD61B" w14:textId="77777777" w:rsidR="00AF4AE5" w:rsidRDefault="00AF4AE5" w:rsidP="009A28C0">
            <w:pPr>
              <w:rPr>
                <w:b/>
                <w:color w:val="000000"/>
              </w:rPr>
            </w:pPr>
          </w:p>
          <w:p w14:paraId="07CC9434" w14:textId="4E0ACA33" w:rsidR="00AF4AE5" w:rsidRDefault="00AF4AE5" w:rsidP="009A28C0">
            <w:pPr>
              <w:rPr>
                <w:b/>
                <w:color w:val="000000"/>
              </w:rPr>
            </w:pPr>
          </w:p>
        </w:tc>
      </w:tr>
      <w:tr w:rsidR="000C6B7D" w14:paraId="75971EAA" w14:textId="77777777" w:rsidTr="00FB7E82">
        <w:trPr>
          <w:cantSplit/>
          <w:trHeight w:hRule="exact" w:val="372"/>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D2AFF75" w14:textId="77777777" w:rsidR="000C6B7D" w:rsidRDefault="00135FC3">
            <w:pPr>
              <w:jc w:val="center"/>
            </w:pPr>
            <w:r>
              <w:rPr>
                <w:b/>
                <w:color w:val="000000"/>
              </w:rPr>
              <w:t>Oportunidades</w:t>
            </w:r>
            <w:r w:rsidR="00E26089">
              <w:rPr>
                <w:b/>
                <w:color w:val="000000"/>
              </w:rPr>
              <w:t xml:space="preserve"> de mejora</w:t>
            </w:r>
          </w:p>
        </w:tc>
      </w:tr>
      <w:tr w:rsidR="00AE2053" w14:paraId="33D6BC5E" w14:textId="77777777" w:rsidTr="00FB7E82">
        <w:trPr>
          <w:cantSplit/>
          <w:trHeight w:hRule="exact" w:val="5609"/>
          <w:jc w:val="center"/>
        </w:trPr>
        <w:tc>
          <w:tcPr>
            <w:tcW w:w="9357" w:type="dxa"/>
            <w:gridSpan w:val="6"/>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vAlign w:val="center"/>
          </w:tcPr>
          <w:p w14:paraId="0EC8F1DD" w14:textId="434A5804" w:rsidR="00AE2053" w:rsidRDefault="00AE2053" w:rsidP="009A28C0">
            <w:pPr>
              <w:rPr>
                <w:b/>
                <w:color w:val="000000"/>
              </w:rPr>
            </w:pPr>
          </w:p>
          <w:p w14:paraId="161F629A" w14:textId="4D167CEB" w:rsidR="009A28C0" w:rsidRDefault="009A28C0" w:rsidP="009A28C0">
            <w:pPr>
              <w:rPr>
                <w:b/>
                <w:color w:val="000000"/>
              </w:rPr>
            </w:pPr>
          </w:p>
          <w:p w14:paraId="72C32E71" w14:textId="44D9948B" w:rsidR="009A28C0" w:rsidRDefault="009A28C0" w:rsidP="009A28C0">
            <w:pPr>
              <w:rPr>
                <w:b/>
                <w:color w:val="000000"/>
              </w:rPr>
            </w:pPr>
          </w:p>
          <w:p w14:paraId="6A247D1F" w14:textId="14E10C4B" w:rsidR="009A28C0" w:rsidRDefault="009A28C0" w:rsidP="009A28C0">
            <w:pPr>
              <w:rPr>
                <w:b/>
                <w:color w:val="000000"/>
              </w:rPr>
            </w:pPr>
          </w:p>
          <w:p w14:paraId="18A160A8" w14:textId="77777777" w:rsidR="009A28C0" w:rsidRDefault="009A28C0" w:rsidP="009A28C0">
            <w:pPr>
              <w:rPr>
                <w:b/>
                <w:color w:val="000000"/>
              </w:rPr>
            </w:pPr>
          </w:p>
          <w:p w14:paraId="0DC64229" w14:textId="77777777" w:rsidR="009A28C0" w:rsidRDefault="009A28C0" w:rsidP="009A28C0">
            <w:pPr>
              <w:rPr>
                <w:b/>
                <w:color w:val="000000"/>
              </w:rPr>
            </w:pPr>
          </w:p>
          <w:p w14:paraId="2AC633EB" w14:textId="77777777" w:rsidR="009A28C0" w:rsidRDefault="009A28C0" w:rsidP="009A28C0">
            <w:pPr>
              <w:rPr>
                <w:b/>
                <w:color w:val="000000"/>
              </w:rPr>
            </w:pPr>
          </w:p>
          <w:p w14:paraId="1122E626" w14:textId="77777777" w:rsidR="009A28C0" w:rsidRDefault="009A28C0" w:rsidP="009A28C0">
            <w:pPr>
              <w:rPr>
                <w:b/>
                <w:color w:val="000000"/>
              </w:rPr>
            </w:pPr>
          </w:p>
          <w:p w14:paraId="259081F8" w14:textId="10C282DC" w:rsidR="009A28C0" w:rsidRDefault="009A28C0" w:rsidP="009A28C0">
            <w:pPr>
              <w:rPr>
                <w:b/>
                <w:color w:val="000000"/>
              </w:rPr>
            </w:pPr>
          </w:p>
        </w:tc>
      </w:tr>
    </w:tbl>
    <w:p w14:paraId="6EE0449D" w14:textId="77777777" w:rsidR="000C6B7D" w:rsidRDefault="00E26089">
      <w:r>
        <w:br w:type="page"/>
      </w:r>
    </w:p>
    <w:tbl>
      <w:tblPr>
        <w:tblW w:w="0" w:type="auto"/>
        <w:jc w:val="center"/>
        <w:tblLayout w:type="fixed"/>
        <w:tblLook w:val="04A0" w:firstRow="1" w:lastRow="0" w:firstColumn="1" w:lastColumn="0" w:noHBand="0" w:noVBand="1"/>
      </w:tblPr>
      <w:tblGrid>
        <w:gridCol w:w="9357"/>
      </w:tblGrid>
      <w:tr w:rsidR="000C6B7D" w:rsidRPr="002621F3" w14:paraId="3CDA057F" w14:textId="77777777" w:rsidTr="009A28C0">
        <w:trPr>
          <w:cantSplit/>
          <w:trHeight w:hRule="exact" w:val="446"/>
          <w:tblHeader/>
          <w:jc w:val="center"/>
        </w:trPr>
        <w:tc>
          <w:tcPr>
            <w:tcW w:w="9357" w:type="dxa"/>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2CB5285B" w14:textId="77777777" w:rsidR="000C6B7D" w:rsidRPr="00E26089" w:rsidRDefault="00E26089">
            <w:pPr>
              <w:rPr>
                <w:lang w:val="es-PY"/>
              </w:rPr>
            </w:pPr>
            <w:r w:rsidRPr="00E26089">
              <w:rPr>
                <w:b/>
                <w:color w:val="FFFFFF"/>
                <w:lang w:val="es-PY"/>
              </w:rPr>
              <w:lastRenderedPageBreak/>
              <w:t>DIMENSIÓN 5. VINCULACIÓN Y PROYECCIÓN DEL PROGRAMA</w:t>
            </w:r>
          </w:p>
        </w:tc>
      </w:tr>
    </w:tbl>
    <w:p w14:paraId="034FC56F" w14:textId="52511CFC" w:rsidR="000C6B7D" w:rsidRPr="002621F3"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64E88EF6" w14:textId="77777777" w:rsidTr="00FB7E82">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BAF37F" w14:textId="55DC4A25" w:rsidR="000C6B7D" w:rsidRDefault="009808F8">
            <w:pPr>
              <w:jc w:val="center"/>
            </w:pPr>
            <w:r w:rsidRPr="00990F2B">
              <w:rPr>
                <w:b/>
                <w:color w:val="000000"/>
                <w:lang w:val="es-PY"/>
              </w:rPr>
              <w:t>Criterio</w:t>
            </w:r>
            <w:r>
              <w:rPr>
                <w:b/>
                <w:color w:val="00000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1C54E2"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F144C9" w14:textId="77777777" w:rsidR="000C6B7D" w:rsidRDefault="00E26089">
            <w:pPr>
              <w:jc w:val="center"/>
            </w:pPr>
            <w:r>
              <w:rPr>
                <w:b/>
                <w:color w:val="000000"/>
              </w:rPr>
              <w:t>Nivel de cumplimiento</w:t>
            </w:r>
          </w:p>
        </w:tc>
      </w:tr>
      <w:tr w:rsidR="000C6B7D" w14:paraId="5BF32C2D" w14:textId="77777777" w:rsidTr="00FB7E82">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C1593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87A73C"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277AFE"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A64613"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DB4502" w14:textId="77777777" w:rsidR="000C6B7D" w:rsidRDefault="00E26089">
            <w:pPr>
              <w:jc w:val="center"/>
            </w:pPr>
            <w:r>
              <w:rPr>
                <w:b/>
                <w:color w:val="000000"/>
              </w:rPr>
              <w:t>NC</w:t>
            </w:r>
          </w:p>
        </w:tc>
      </w:tr>
      <w:tr w:rsidR="000C6B7D" w:rsidRPr="002621F3" w14:paraId="19BC2E15" w14:textId="77777777" w:rsidTr="00434A3A">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AF29B02" w14:textId="2B05F06F" w:rsidR="000C6B7D" w:rsidRPr="00E26089" w:rsidRDefault="00434A3A">
            <w:pPr>
              <w:jc w:val="center"/>
              <w:rPr>
                <w:lang w:val="es-PY"/>
              </w:rPr>
            </w:pPr>
            <w:r>
              <w:rPr>
                <w:b/>
                <w:color w:val="000000"/>
                <w:lang w:val="es-PY"/>
              </w:rPr>
              <w:t>Impacto de la proyección</w:t>
            </w:r>
            <w:r w:rsidRPr="00434A3A">
              <w:rPr>
                <w:b/>
                <w:color w:val="000000"/>
                <w:lang w:val="es-PY"/>
              </w:rPr>
              <w:t xml:space="preserve"> y visibilidad de los resultados del programa</w:t>
            </w:r>
            <w:r>
              <w:rPr>
                <w:b/>
                <w:color w:val="000000"/>
                <w:lang w:val="es-PY"/>
              </w:rPr>
              <w:t xml:space="preserve"> </w:t>
            </w:r>
            <w:r w:rsidRPr="00434A3A">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315B57" w14:textId="6FE1FF6A" w:rsidR="00015037" w:rsidRPr="00015037" w:rsidRDefault="00015037" w:rsidP="00015037">
            <w:pPr>
              <w:pStyle w:val="Prrafodelista"/>
              <w:numPr>
                <w:ilvl w:val="1"/>
                <w:numId w:val="14"/>
              </w:numPr>
              <w:ind w:left="229" w:hanging="229"/>
              <w:jc w:val="both"/>
              <w:rPr>
                <w:lang w:val="es-PY"/>
              </w:rPr>
            </w:pPr>
            <w:r w:rsidRPr="00015037">
              <w:rPr>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89FA9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6022F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2B2877" w14:textId="77777777" w:rsidR="000C6B7D" w:rsidRPr="005D12D8" w:rsidRDefault="000C6B7D">
            <w:pPr>
              <w:jc w:val="center"/>
              <w:rPr>
                <w:lang w:val="es-PY"/>
              </w:rPr>
            </w:pPr>
          </w:p>
        </w:tc>
      </w:tr>
      <w:tr w:rsidR="000C6B7D" w:rsidRPr="002621F3" w14:paraId="5E92F678" w14:textId="77777777" w:rsidTr="00434A3A">
        <w:trPr>
          <w:cantSplit/>
          <w:trHeight w:val="44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08EBA"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B07121" w14:textId="5E66D03C" w:rsidR="000C6B7D" w:rsidRPr="00E26089" w:rsidRDefault="00E26089">
            <w:pPr>
              <w:jc w:val="both"/>
              <w:rPr>
                <w:lang w:val="es-PY"/>
              </w:rPr>
            </w:pPr>
            <w:r w:rsidRPr="00E26089">
              <w:rPr>
                <w:color w:val="000000"/>
                <w:lang w:val="es-PY"/>
              </w:rPr>
              <w:t xml:space="preserve">b. </w:t>
            </w:r>
            <w:r w:rsidR="00015037" w:rsidRPr="00015037">
              <w:rPr>
                <w:color w:val="00000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1F0C69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D008E1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58CBE5" w14:textId="77777777" w:rsidR="000C6B7D" w:rsidRPr="005D12D8" w:rsidRDefault="000C6B7D">
            <w:pPr>
              <w:jc w:val="center"/>
              <w:rPr>
                <w:lang w:val="es-PY"/>
              </w:rPr>
            </w:pPr>
          </w:p>
        </w:tc>
      </w:tr>
      <w:tr w:rsidR="000C6B7D" w:rsidRPr="002621F3" w14:paraId="54553F92" w14:textId="77777777" w:rsidTr="00434A3A">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312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399BEE0" w14:textId="67A34BD6" w:rsidR="000C6B7D" w:rsidRPr="00E26089" w:rsidRDefault="00E26089">
            <w:pPr>
              <w:jc w:val="both"/>
              <w:rPr>
                <w:lang w:val="es-PY"/>
              </w:rPr>
            </w:pPr>
            <w:r w:rsidRPr="00E26089">
              <w:rPr>
                <w:color w:val="000000"/>
                <w:lang w:val="es-PY"/>
              </w:rPr>
              <w:t xml:space="preserve">c. </w:t>
            </w:r>
            <w:r w:rsidR="00015037" w:rsidRPr="00015037">
              <w:rPr>
                <w:color w:val="000000"/>
                <w:lang w:val="es-PY"/>
              </w:rPr>
              <w:t>El programa organiza o participa regularmente en eventos académicos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3C794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8EA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19CB83F" w14:textId="77777777" w:rsidR="000C6B7D" w:rsidRPr="005D12D8" w:rsidRDefault="000C6B7D">
            <w:pPr>
              <w:jc w:val="center"/>
              <w:rPr>
                <w:lang w:val="es-PY"/>
              </w:rPr>
            </w:pPr>
          </w:p>
        </w:tc>
      </w:tr>
      <w:tr w:rsidR="000C6B7D" w:rsidRPr="002621F3" w14:paraId="713187DF" w14:textId="77777777" w:rsidTr="00434A3A">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74B97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9FB62D1" w14:textId="2F58C439" w:rsidR="000C6B7D" w:rsidRPr="00E26089" w:rsidRDefault="00E26089">
            <w:pPr>
              <w:jc w:val="both"/>
              <w:rPr>
                <w:lang w:val="es-PY"/>
              </w:rPr>
            </w:pPr>
            <w:r w:rsidRPr="00E26089">
              <w:rPr>
                <w:color w:val="000000"/>
                <w:lang w:val="es-PY"/>
              </w:rPr>
              <w:t xml:space="preserve">d. </w:t>
            </w:r>
            <w:r w:rsidR="00434A3A" w:rsidRPr="00434A3A">
              <w:rPr>
                <w:color w:val="00000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0AD74C"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6F2639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E4522E" w14:textId="77777777" w:rsidR="000C6B7D" w:rsidRPr="005D12D8" w:rsidRDefault="000C6B7D">
            <w:pPr>
              <w:jc w:val="center"/>
              <w:rPr>
                <w:lang w:val="es-PY"/>
              </w:rPr>
            </w:pPr>
          </w:p>
        </w:tc>
      </w:tr>
      <w:tr w:rsidR="000C6B7D" w14:paraId="20FC7E42" w14:textId="77777777" w:rsidTr="009A28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DBC848"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9F513D" w14:textId="77777777" w:rsidR="000C6B7D" w:rsidRDefault="00E26089">
            <w:pPr>
              <w:jc w:val="center"/>
            </w:pPr>
            <w:r>
              <w:rPr>
                <w:b/>
                <w:color w:val="000000"/>
                <w:sz w:val="19"/>
              </w:rPr>
              <w:t>Medios de verificación</w:t>
            </w:r>
          </w:p>
        </w:tc>
      </w:tr>
      <w:tr w:rsidR="000C6B7D" w14:paraId="2F4FD6B6" w14:textId="77777777" w:rsidTr="00FB7E82">
        <w:trPr>
          <w:cantSplit/>
          <w:trHeight w:val="499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11846F70" w14:textId="77777777" w:rsidR="000C6B7D" w:rsidRDefault="000C6B7D" w:rsidP="00FB7E82">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0B3DDC7" w14:textId="77777777" w:rsidR="000C6B7D" w:rsidRDefault="000C6B7D" w:rsidP="00FB7E82">
            <w:pPr>
              <w:jc w:val="both"/>
            </w:pPr>
          </w:p>
        </w:tc>
      </w:tr>
    </w:tbl>
    <w:p w14:paraId="24ECDF88" w14:textId="77777777" w:rsidR="000C6B7D" w:rsidRDefault="00E26089">
      <w:r>
        <w:br w:type="page"/>
      </w:r>
    </w:p>
    <w:tbl>
      <w:tblPr>
        <w:tblW w:w="0" w:type="auto"/>
        <w:jc w:val="center"/>
        <w:tblLayout w:type="fixed"/>
        <w:tblLook w:val="04A0" w:firstRow="1" w:lastRow="0" w:firstColumn="1" w:lastColumn="0" w:noHBand="0" w:noVBand="1"/>
      </w:tblPr>
      <w:tblGrid>
        <w:gridCol w:w="4678"/>
        <w:gridCol w:w="4678"/>
      </w:tblGrid>
      <w:tr w:rsidR="009A28C0" w:rsidRPr="002621F3" w14:paraId="1EB34531" w14:textId="77777777" w:rsidTr="00C509F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5A89044" w14:textId="0308EFA6" w:rsidR="009A28C0" w:rsidRPr="009A28C0" w:rsidRDefault="009A28C0">
            <w:pPr>
              <w:jc w:val="center"/>
              <w:rPr>
                <w:b/>
                <w:color w:val="000000"/>
                <w:lang w:val="es-PY"/>
              </w:rPr>
            </w:pPr>
            <w:r w:rsidRPr="009A28C0">
              <w:rPr>
                <w:b/>
                <w:color w:val="000000"/>
                <w:lang w:val="es-PY"/>
              </w:rPr>
              <w:lastRenderedPageBreak/>
              <w:t xml:space="preserve">Fortalezas y debilidades </w:t>
            </w:r>
            <w:r w:rsidRPr="00735EB3">
              <w:rPr>
                <w:b/>
                <w:color w:val="000000"/>
                <w:szCs w:val="20"/>
                <w:lang w:val="es-PY"/>
              </w:rPr>
              <w:t>del cumplimiento de criterios de la dimensión evaluada</w:t>
            </w:r>
          </w:p>
        </w:tc>
      </w:tr>
      <w:tr w:rsidR="009808F8" w14:paraId="68FB2BB2" w14:textId="77777777" w:rsidTr="009A28C0">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73AC79CA" w14:textId="0FA00B86" w:rsidR="009808F8" w:rsidRDefault="009808F8">
            <w:pPr>
              <w:jc w:val="center"/>
              <w:rPr>
                <w:b/>
                <w:color w:val="000000"/>
              </w:rPr>
            </w:pPr>
            <w:r>
              <w:rPr>
                <w:b/>
                <w:color w:val="000000"/>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7D672B4" w14:textId="6943FDC7" w:rsidR="009808F8" w:rsidRDefault="009808F8">
            <w:pPr>
              <w:jc w:val="center"/>
              <w:rPr>
                <w:b/>
                <w:color w:val="000000"/>
              </w:rPr>
            </w:pPr>
            <w:r>
              <w:rPr>
                <w:b/>
                <w:color w:val="000000"/>
              </w:rPr>
              <w:t>Debilidades</w:t>
            </w:r>
          </w:p>
        </w:tc>
      </w:tr>
      <w:tr w:rsidR="009808F8" w14:paraId="7A8BD084" w14:textId="77777777" w:rsidTr="009A28C0">
        <w:trPr>
          <w:cantSplit/>
          <w:trHeight w:hRule="exact" w:val="694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4CD349" w14:textId="77777777" w:rsidR="009808F8" w:rsidRDefault="009808F8">
            <w:pPr>
              <w:jc w:val="center"/>
              <w:rPr>
                <w:b/>
                <w:color w:val="000000"/>
              </w:rPr>
            </w:pPr>
          </w:p>
          <w:p w14:paraId="3F697864" w14:textId="77777777" w:rsidR="00A152E4" w:rsidRDefault="00A152E4">
            <w:pPr>
              <w:jc w:val="center"/>
              <w:rPr>
                <w:b/>
                <w:color w:val="000000"/>
              </w:rPr>
            </w:pPr>
          </w:p>
          <w:p w14:paraId="429DD8D9" w14:textId="77777777" w:rsidR="00A152E4" w:rsidRDefault="00A152E4">
            <w:pPr>
              <w:jc w:val="center"/>
              <w:rPr>
                <w:b/>
                <w:color w:val="000000"/>
              </w:rPr>
            </w:pPr>
          </w:p>
          <w:p w14:paraId="362188F7" w14:textId="77777777" w:rsidR="00A152E4" w:rsidRDefault="00A152E4">
            <w:pPr>
              <w:jc w:val="center"/>
              <w:rPr>
                <w:b/>
                <w:color w:val="000000"/>
              </w:rPr>
            </w:pPr>
          </w:p>
          <w:p w14:paraId="1CF7C1A5" w14:textId="77777777" w:rsidR="00A152E4" w:rsidRDefault="00A152E4">
            <w:pPr>
              <w:jc w:val="center"/>
              <w:rPr>
                <w:b/>
                <w:color w:val="000000"/>
              </w:rPr>
            </w:pPr>
          </w:p>
          <w:p w14:paraId="2E73AAB3" w14:textId="77777777" w:rsidR="00A152E4" w:rsidRDefault="00A152E4">
            <w:pPr>
              <w:jc w:val="center"/>
              <w:rPr>
                <w:b/>
                <w:color w:val="000000"/>
              </w:rPr>
            </w:pPr>
          </w:p>
          <w:p w14:paraId="0AA3C3AD" w14:textId="77777777" w:rsidR="00A152E4" w:rsidRDefault="00A152E4">
            <w:pPr>
              <w:jc w:val="center"/>
              <w:rPr>
                <w:b/>
                <w:color w:val="000000"/>
              </w:rPr>
            </w:pPr>
          </w:p>
          <w:p w14:paraId="7238BF26" w14:textId="77777777" w:rsidR="00A152E4" w:rsidRDefault="00A152E4">
            <w:pPr>
              <w:jc w:val="center"/>
              <w:rPr>
                <w:b/>
                <w:color w:val="000000"/>
              </w:rPr>
            </w:pPr>
          </w:p>
          <w:p w14:paraId="4B61C4A5" w14:textId="64276D1D" w:rsidR="00A152E4" w:rsidRDefault="00A152E4">
            <w:pPr>
              <w:jc w:val="center"/>
              <w:rPr>
                <w:b/>
                <w:color w:val="000000"/>
              </w:rPr>
            </w:pPr>
          </w:p>
          <w:p w14:paraId="5791EEF7" w14:textId="1489561F" w:rsidR="009A28C0" w:rsidRDefault="009A28C0">
            <w:pPr>
              <w:jc w:val="center"/>
              <w:rPr>
                <w:b/>
                <w:color w:val="000000"/>
              </w:rPr>
            </w:pPr>
          </w:p>
          <w:p w14:paraId="73B99550" w14:textId="31A204CA" w:rsidR="009A28C0" w:rsidRDefault="009A28C0">
            <w:pPr>
              <w:jc w:val="center"/>
              <w:rPr>
                <w:b/>
                <w:color w:val="000000"/>
              </w:rPr>
            </w:pPr>
          </w:p>
          <w:p w14:paraId="2F9E946C" w14:textId="71B0C14F" w:rsidR="009A28C0" w:rsidRDefault="009A28C0">
            <w:pPr>
              <w:jc w:val="center"/>
              <w:rPr>
                <w:b/>
                <w:color w:val="000000"/>
              </w:rPr>
            </w:pPr>
          </w:p>
          <w:p w14:paraId="24F4D7E1" w14:textId="77777777" w:rsidR="009A28C0" w:rsidRDefault="009A28C0">
            <w:pPr>
              <w:jc w:val="center"/>
              <w:rPr>
                <w:b/>
                <w:color w:val="000000"/>
              </w:rPr>
            </w:pPr>
          </w:p>
          <w:p w14:paraId="27C9166C" w14:textId="77777777" w:rsidR="00A152E4" w:rsidRDefault="00A152E4">
            <w:pPr>
              <w:jc w:val="center"/>
              <w:rPr>
                <w:b/>
                <w:color w:val="000000"/>
              </w:rPr>
            </w:pPr>
          </w:p>
          <w:p w14:paraId="5C214E78" w14:textId="77777777" w:rsidR="00A152E4" w:rsidRDefault="00A152E4">
            <w:pPr>
              <w:jc w:val="center"/>
              <w:rPr>
                <w:b/>
                <w:color w:val="000000"/>
              </w:rPr>
            </w:pPr>
          </w:p>
          <w:p w14:paraId="281B2DF4" w14:textId="77777777" w:rsidR="00A152E4" w:rsidRDefault="00A152E4">
            <w:pPr>
              <w:jc w:val="center"/>
              <w:rPr>
                <w:b/>
                <w:color w:val="000000"/>
              </w:rPr>
            </w:pPr>
          </w:p>
          <w:p w14:paraId="713604AC" w14:textId="77777777" w:rsidR="00A152E4" w:rsidRDefault="00A152E4">
            <w:pPr>
              <w:jc w:val="center"/>
              <w:rPr>
                <w:b/>
                <w:color w:val="000000"/>
              </w:rPr>
            </w:pPr>
          </w:p>
          <w:p w14:paraId="7A4BE044" w14:textId="77777777" w:rsidR="00A152E4" w:rsidRDefault="00A152E4">
            <w:pPr>
              <w:jc w:val="center"/>
              <w:rPr>
                <w:b/>
                <w:color w:val="000000"/>
              </w:rPr>
            </w:pPr>
          </w:p>
          <w:p w14:paraId="0A872A72" w14:textId="77777777" w:rsidR="00A152E4" w:rsidRDefault="00A152E4">
            <w:pPr>
              <w:jc w:val="center"/>
              <w:rPr>
                <w:b/>
                <w:color w:val="000000"/>
              </w:rPr>
            </w:pPr>
          </w:p>
          <w:p w14:paraId="47E91AEF" w14:textId="77777777" w:rsidR="00A152E4" w:rsidRDefault="00A152E4">
            <w:pPr>
              <w:jc w:val="center"/>
              <w:rPr>
                <w:b/>
                <w:color w:val="000000"/>
              </w:rPr>
            </w:pPr>
          </w:p>
          <w:p w14:paraId="2BDC99B0" w14:textId="77777777" w:rsidR="00A152E4" w:rsidRDefault="00A152E4">
            <w:pPr>
              <w:jc w:val="center"/>
              <w:rPr>
                <w:b/>
                <w:color w:val="000000"/>
              </w:rPr>
            </w:pPr>
          </w:p>
          <w:p w14:paraId="3AE7A98F" w14:textId="77777777" w:rsidR="00A152E4" w:rsidRDefault="00A152E4">
            <w:pPr>
              <w:jc w:val="center"/>
              <w:rPr>
                <w:b/>
                <w:color w:val="000000"/>
              </w:rPr>
            </w:pPr>
          </w:p>
          <w:p w14:paraId="476391B2" w14:textId="64609A5B" w:rsidR="00A152E4" w:rsidRDefault="00A152E4" w:rsidP="00FE3515">
            <w:pPr>
              <w:rPr>
                <w:b/>
                <w:color w:val="000000"/>
              </w:rPr>
            </w:pPr>
          </w:p>
        </w:tc>
        <w:tc>
          <w:tcPr>
            <w:tcW w:w="4678" w:type="dxa"/>
            <w:tcBorders>
              <w:top w:val="single" w:sz="6" w:space="0" w:color="000000"/>
              <w:left w:val="single" w:sz="6" w:space="0" w:color="000000"/>
              <w:bottom w:val="single" w:sz="6" w:space="0" w:color="000000"/>
              <w:right w:val="single" w:sz="6" w:space="0" w:color="000000"/>
            </w:tcBorders>
            <w:vAlign w:val="center"/>
          </w:tcPr>
          <w:p w14:paraId="26578DCA" w14:textId="77777777" w:rsidR="009808F8" w:rsidRDefault="009808F8">
            <w:pPr>
              <w:jc w:val="center"/>
              <w:rPr>
                <w:b/>
                <w:color w:val="000000"/>
              </w:rPr>
            </w:pPr>
          </w:p>
          <w:p w14:paraId="4DE33A66" w14:textId="77777777" w:rsidR="009808F8" w:rsidRDefault="009808F8">
            <w:pPr>
              <w:jc w:val="center"/>
              <w:rPr>
                <w:b/>
                <w:color w:val="000000"/>
              </w:rPr>
            </w:pPr>
          </w:p>
          <w:p w14:paraId="53F56119" w14:textId="77777777" w:rsidR="009808F8" w:rsidRDefault="009808F8">
            <w:pPr>
              <w:jc w:val="center"/>
              <w:rPr>
                <w:b/>
                <w:color w:val="000000"/>
              </w:rPr>
            </w:pPr>
          </w:p>
          <w:p w14:paraId="28EF2C86" w14:textId="21444AC6" w:rsidR="009808F8" w:rsidRDefault="009808F8">
            <w:pPr>
              <w:jc w:val="center"/>
              <w:rPr>
                <w:b/>
                <w:color w:val="000000"/>
              </w:rPr>
            </w:pPr>
          </w:p>
        </w:tc>
      </w:tr>
      <w:tr w:rsidR="000C6B7D" w14:paraId="5A96BF80" w14:textId="77777777" w:rsidTr="009A28C0">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714F8B9" w14:textId="77777777" w:rsidR="000C6B7D" w:rsidRDefault="00135FC3">
            <w:pPr>
              <w:jc w:val="center"/>
            </w:pPr>
            <w:r>
              <w:rPr>
                <w:b/>
                <w:color w:val="000000"/>
              </w:rPr>
              <w:t xml:space="preserve">Oportunidades </w:t>
            </w:r>
            <w:r w:rsidR="00E26089">
              <w:rPr>
                <w:b/>
                <w:color w:val="000000"/>
              </w:rPr>
              <w:t>de mejora</w:t>
            </w:r>
          </w:p>
        </w:tc>
      </w:tr>
      <w:tr w:rsidR="009808F8" w14:paraId="1951E1B6" w14:textId="77777777" w:rsidTr="009A28C0">
        <w:trPr>
          <w:cantSplit/>
          <w:trHeight w:hRule="exact" w:val="451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759AB" w14:textId="77777777" w:rsidR="009808F8" w:rsidRDefault="009808F8">
            <w:pPr>
              <w:jc w:val="center"/>
              <w:rPr>
                <w:b/>
                <w:color w:val="000000"/>
              </w:rPr>
            </w:pPr>
          </w:p>
          <w:p w14:paraId="72C7F906" w14:textId="59563739" w:rsidR="00A152E4" w:rsidRDefault="00A152E4">
            <w:pPr>
              <w:jc w:val="center"/>
              <w:rPr>
                <w:b/>
                <w:color w:val="000000"/>
              </w:rPr>
            </w:pPr>
          </w:p>
          <w:p w14:paraId="5B9172A7" w14:textId="4C115D0A" w:rsidR="009A28C0" w:rsidRDefault="009A28C0">
            <w:pPr>
              <w:jc w:val="center"/>
              <w:rPr>
                <w:b/>
                <w:color w:val="000000"/>
              </w:rPr>
            </w:pPr>
          </w:p>
          <w:p w14:paraId="512B2B2A" w14:textId="0023BEA2" w:rsidR="009A28C0" w:rsidRDefault="009A28C0">
            <w:pPr>
              <w:jc w:val="center"/>
              <w:rPr>
                <w:b/>
                <w:color w:val="000000"/>
              </w:rPr>
            </w:pPr>
          </w:p>
          <w:p w14:paraId="7654EE31" w14:textId="77777777" w:rsidR="009A28C0" w:rsidRDefault="009A28C0">
            <w:pPr>
              <w:jc w:val="center"/>
              <w:rPr>
                <w:b/>
                <w:color w:val="000000"/>
              </w:rPr>
            </w:pPr>
          </w:p>
          <w:p w14:paraId="581F6C90" w14:textId="4894A2F3" w:rsidR="009A28C0" w:rsidRDefault="009A28C0">
            <w:pPr>
              <w:jc w:val="center"/>
              <w:rPr>
                <w:b/>
                <w:color w:val="000000"/>
              </w:rPr>
            </w:pPr>
          </w:p>
          <w:p w14:paraId="093C1C3F" w14:textId="621459CD" w:rsidR="009A28C0" w:rsidRDefault="009A28C0">
            <w:pPr>
              <w:jc w:val="center"/>
              <w:rPr>
                <w:b/>
                <w:color w:val="000000"/>
              </w:rPr>
            </w:pPr>
          </w:p>
          <w:p w14:paraId="41C6012A" w14:textId="77777777" w:rsidR="009A28C0" w:rsidRDefault="009A28C0">
            <w:pPr>
              <w:jc w:val="center"/>
              <w:rPr>
                <w:b/>
                <w:color w:val="000000"/>
              </w:rPr>
            </w:pPr>
          </w:p>
          <w:p w14:paraId="092084F9" w14:textId="77777777" w:rsidR="00A152E4" w:rsidRDefault="00A152E4">
            <w:pPr>
              <w:jc w:val="center"/>
              <w:rPr>
                <w:b/>
                <w:color w:val="000000"/>
              </w:rPr>
            </w:pPr>
          </w:p>
          <w:p w14:paraId="729D5850" w14:textId="7CA961F9" w:rsidR="00A152E4" w:rsidRDefault="00A152E4">
            <w:pPr>
              <w:jc w:val="center"/>
              <w:rPr>
                <w:b/>
                <w:color w:val="000000"/>
              </w:rPr>
            </w:pPr>
          </w:p>
        </w:tc>
      </w:tr>
    </w:tbl>
    <w:p w14:paraId="60057A30" w14:textId="77777777" w:rsidR="000C6B7D" w:rsidRDefault="00E26089">
      <w:r>
        <w:br w:type="page"/>
      </w:r>
    </w:p>
    <w:tbl>
      <w:tblPr>
        <w:tblW w:w="0" w:type="auto"/>
        <w:jc w:val="center"/>
        <w:tblLayout w:type="fixed"/>
        <w:tblLook w:val="04A0" w:firstRow="1" w:lastRow="0" w:firstColumn="1" w:lastColumn="0" w:noHBand="0" w:noVBand="1"/>
      </w:tblPr>
      <w:tblGrid>
        <w:gridCol w:w="9364"/>
      </w:tblGrid>
      <w:tr w:rsidR="000C6B7D" w:rsidRPr="002621F3"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5216826F" w:rsidR="000C6B7D" w:rsidRPr="00E26089" w:rsidRDefault="00115605">
            <w:pPr>
              <w:rPr>
                <w:lang w:val="es-PY"/>
              </w:rPr>
            </w:pPr>
            <w:r>
              <w:rPr>
                <w:b/>
                <w:color w:val="FFFFFF"/>
                <w:shd w:val="clear" w:color="auto" w:fill="A6A6A6" w:themeFill="background1" w:themeFillShade="A6"/>
                <w:lang w:val="es-PY"/>
              </w:rPr>
              <w:lastRenderedPageBreak/>
              <w:t>8</w:t>
            </w:r>
            <w:r w:rsidR="00E26089" w:rsidRPr="00FE3515">
              <w:rPr>
                <w:b/>
                <w:color w:val="FFFFFF"/>
                <w:shd w:val="clear" w:color="auto" w:fill="A6A6A6" w:themeFill="background1" w:themeFillShade="A6"/>
                <w:lang w:val="es-PY"/>
              </w:rPr>
              <w:t>. CONCLUSIONES GENERALES Y VALORACIÓN GLOBAL</w:t>
            </w:r>
          </w:p>
        </w:tc>
      </w:tr>
      <w:tr w:rsidR="009A28C0" w:rsidRPr="002621F3" w14:paraId="4764FDA2" w14:textId="77777777" w:rsidTr="00FE3515">
        <w:trPr>
          <w:cantSplit/>
          <w:trHeight w:hRule="exact" w:val="84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Default="009A28C0" w:rsidP="009A28C0">
            <w:pPr>
              <w:pStyle w:val="NormalWeb"/>
              <w:spacing w:before="0" w:beforeAutospacing="0" w:after="0" w:afterAutospacing="0"/>
              <w:jc w:val="both"/>
            </w:pPr>
            <w:r>
              <w:rPr>
                <w:rFonts w:ascii="Garamond" w:hAnsi="Garamond"/>
                <w:color w:val="A6A6A6"/>
                <w:sz w:val="22"/>
                <w:szCs w:val="22"/>
              </w:rPr>
              <w:t>Este apartado presenta la valoración global del estado de calidad de la oferta académica o institución, construida a partir de los resultados y hallazgos obtenidos durante el proceso de evaluación.</w:t>
            </w:r>
          </w:p>
          <w:p w14:paraId="6303C9C1" w14:textId="77777777" w:rsidR="009A28C0" w:rsidRDefault="009A28C0" w:rsidP="009A28C0">
            <w:pPr>
              <w:pStyle w:val="NormalWeb"/>
              <w:spacing w:before="0" w:beforeAutospacing="0" w:after="0" w:afterAutospacing="0"/>
              <w:jc w:val="both"/>
            </w:pPr>
            <w:r>
              <w:rPr>
                <w:rFonts w:ascii="Garamond" w:hAnsi="Garamond"/>
                <w:color w:val="A6A6A6"/>
                <w:sz w:val="22"/>
                <w:szCs w:val="22"/>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Default="009A28C0" w:rsidP="009A28C0">
            <w:pPr>
              <w:pStyle w:val="NormalWeb"/>
              <w:spacing w:before="0" w:beforeAutospacing="0" w:after="0" w:afterAutospacing="0"/>
              <w:jc w:val="both"/>
            </w:pPr>
            <w:r>
              <w:rPr>
                <w:rFonts w:ascii="Garamond" w:hAnsi="Garamond"/>
                <w:color w:val="A6A6A6"/>
                <w:sz w:val="22"/>
                <w:szCs w:val="22"/>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Default="009A28C0" w:rsidP="009A28C0">
            <w:pPr>
              <w:pStyle w:val="NormalWeb"/>
              <w:spacing w:before="0" w:beforeAutospacing="0" w:after="0" w:afterAutospacing="0"/>
              <w:jc w:val="both"/>
              <w:rPr>
                <w:rFonts w:ascii="Garamond" w:hAnsi="Garamond"/>
                <w:color w:val="A6A6A6"/>
                <w:sz w:val="22"/>
                <w:szCs w:val="22"/>
              </w:rPr>
            </w:pPr>
            <w:r>
              <w:rPr>
                <w:rFonts w:ascii="Garamond" w:hAnsi="Garamond"/>
                <w:color w:val="A6A6A6"/>
                <w:sz w:val="22"/>
                <w:szCs w:val="22"/>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9A28C0">
            <w:pPr>
              <w:pStyle w:val="NormalWeb"/>
              <w:spacing w:before="0" w:beforeAutospacing="0" w:after="0" w:afterAutospacing="0"/>
              <w:jc w:val="both"/>
            </w:pPr>
          </w:p>
          <w:p w14:paraId="35F2E6B7" w14:textId="4289B885" w:rsidR="009A28C0" w:rsidRDefault="009A28C0" w:rsidP="009A28C0">
            <w:pPr>
              <w:pStyle w:val="NormalWeb"/>
              <w:spacing w:before="0" w:beforeAutospacing="0" w:after="0" w:afterAutospacing="0"/>
              <w:jc w:val="both"/>
            </w:pPr>
          </w:p>
          <w:p w14:paraId="3878AF71" w14:textId="08EF55D3" w:rsidR="009A28C0" w:rsidRDefault="009A28C0" w:rsidP="009A28C0">
            <w:pPr>
              <w:pStyle w:val="NormalWeb"/>
              <w:spacing w:before="0" w:beforeAutospacing="0" w:after="0" w:afterAutospacing="0"/>
              <w:jc w:val="both"/>
            </w:pPr>
          </w:p>
          <w:p w14:paraId="60BC35F9" w14:textId="2F6F85BF" w:rsidR="009A28C0" w:rsidRDefault="009A28C0" w:rsidP="009A28C0">
            <w:pPr>
              <w:pStyle w:val="NormalWeb"/>
              <w:spacing w:before="0" w:beforeAutospacing="0" w:after="0" w:afterAutospacing="0"/>
              <w:jc w:val="both"/>
            </w:pPr>
          </w:p>
          <w:p w14:paraId="646AC6A1" w14:textId="77777777" w:rsidR="009A28C0" w:rsidRDefault="009A28C0" w:rsidP="009A28C0">
            <w:pPr>
              <w:pStyle w:val="NormalWeb"/>
              <w:spacing w:before="0" w:beforeAutospacing="0" w:after="0" w:afterAutospacing="0"/>
              <w:jc w:val="both"/>
            </w:pPr>
          </w:p>
          <w:p w14:paraId="492570D8" w14:textId="77777777" w:rsidR="009A28C0" w:rsidRDefault="009A28C0" w:rsidP="009A28C0">
            <w:pPr>
              <w:rPr>
                <w:b/>
                <w:lang w:val="es-PY"/>
              </w:rPr>
            </w:pPr>
          </w:p>
          <w:p w14:paraId="54803E23" w14:textId="77777777" w:rsidR="009A28C0" w:rsidRDefault="009A28C0" w:rsidP="009A28C0">
            <w:pPr>
              <w:rPr>
                <w:b/>
                <w:lang w:val="es-PY"/>
              </w:rPr>
            </w:pPr>
          </w:p>
          <w:p w14:paraId="67D2A9BB" w14:textId="77777777" w:rsidR="009A28C0" w:rsidRDefault="009A28C0" w:rsidP="009A28C0">
            <w:pPr>
              <w:rPr>
                <w:b/>
                <w:lang w:val="es-PY"/>
              </w:rPr>
            </w:pPr>
          </w:p>
          <w:p w14:paraId="303FE3F3" w14:textId="77777777" w:rsidR="009A28C0" w:rsidRDefault="009A28C0" w:rsidP="009A28C0">
            <w:pPr>
              <w:rPr>
                <w:b/>
                <w:lang w:val="es-PY"/>
              </w:rPr>
            </w:pPr>
          </w:p>
          <w:p w14:paraId="3633DB0B" w14:textId="77777777" w:rsidR="009A28C0" w:rsidRDefault="009A28C0" w:rsidP="009A28C0">
            <w:pPr>
              <w:rPr>
                <w:b/>
                <w:lang w:val="es-PY"/>
              </w:rPr>
            </w:pPr>
          </w:p>
          <w:p w14:paraId="54014A48" w14:textId="77777777" w:rsidR="009A28C0" w:rsidRDefault="009A28C0" w:rsidP="009A28C0">
            <w:pPr>
              <w:rPr>
                <w:b/>
                <w:lang w:val="es-PY"/>
              </w:rPr>
            </w:pPr>
          </w:p>
          <w:p w14:paraId="160D3D61" w14:textId="77777777" w:rsidR="009A28C0" w:rsidRDefault="009A28C0" w:rsidP="009A28C0">
            <w:pPr>
              <w:rPr>
                <w:b/>
                <w:lang w:val="es-PY"/>
              </w:rPr>
            </w:pPr>
          </w:p>
          <w:p w14:paraId="1726BD62" w14:textId="77777777" w:rsidR="009A28C0" w:rsidRDefault="009A28C0" w:rsidP="009A28C0">
            <w:pPr>
              <w:rPr>
                <w:b/>
                <w:lang w:val="es-PY"/>
              </w:rPr>
            </w:pPr>
          </w:p>
          <w:p w14:paraId="4D88B9DF" w14:textId="77777777" w:rsidR="009A28C0" w:rsidRDefault="009A28C0" w:rsidP="009A28C0">
            <w:pPr>
              <w:rPr>
                <w:b/>
                <w:lang w:val="es-PY"/>
              </w:rPr>
            </w:pPr>
          </w:p>
          <w:p w14:paraId="2F75C3B7" w14:textId="77777777" w:rsidR="009A28C0" w:rsidRDefault="009A28C0" w:rsidP="009A28C0">
            <w:pPr>
              <w:rPr>
                <w:b/>
                <w:lang w:val="es-PY"/>
              </w:rPr>
            </w:pPr>
          </w:p>
          <w:p w14:paraId="2377B0E1" w14:textId="77777777" w:rsidR="009A28C0" w:rsidRDefault="009A28C0" w:rsidP="009A28C0">
            <w:pPr>
              <w:rPr>
                <w:b/>
                <w:lang w:val="es-PY"/>
              </w:rPr>
            </w:pPr>
          </w:p>
          <w:p w14:paraId="6677CABC" w14:textId="77777777" w:rsidR="009A28C0" w:rsidRDefault="009A28C0" w:rsidP="009A28C0">
            <w:pPr>
              <w:rPr>
                <w:b/>
                <w:lang w:val="es-PY"/>
              </w:rPr>
            </w:pPr>
          </w:p>
          <w:p w14:paraId="2C9C3AE7" w14:textId="77777777" w:rsidR="009A28C0" w:rsidRDefault="009A28C0" w:rsidP="009A28C0">
            <w:pPr>
              <w:rPr>
                <w:b/>
                <w:lang w:val="es-PY"/>
              </w:rPr>
            </w:pPr>
          </w:p>
          <w:p w14:paraId="27A80A84" w14:textId="77777777" w:rsidR="009A28C0" w:rsidRDefault="009A28C0" w:rsidP="009A28C0">
            <w:pPr>
              <w:rPr>
                <w:b/>
                <w:lang w:val="es-PY"/>
              </w:rPr>
            </w:pPr>
          </w:p>
          <w:p w14:paraId="6DA45348" w14:textId="77777777" w:rsidR="009A28C0" w:rsidRDefault="009A28C0" w:rsidP="009A28C0">
            <w:pPr>
              <w:rPr>
                <w:b/>
                <w:lang w:val="es-PY"/>
              </w:rPr>
            </w:pPr>
          </w:p>
          <w:p w14:paraId="4B5292D9" w14:textId="77777777" w:rsidR="00FE3515" w:rsidRDefault="00FE3515" w:rsidP="009A28C0">
            <w:pPr>
              <w:rPr>
                <w:b/>
                <w:lang w:val="es-PY"/>
              </w:rPr>
            </w:pPr>
          </w:p>
          <w:p w14:paraId="3C03D960" w14:textId="77777777" w:rsidR="00FE3515" w:rsidRDefault="00FE3515" w:rsidP="009A28C0">
            <w:pPr>
              <w:rPr>
                <w:b/>
                <w:lang w:val="es-PY"/>
              </w:rPr>
            </w:pPr>
          </w:p>
          <w:p w14:paraId="5BD08F6B" w14:textId="77777777" w:rsidR="00FE3515" w:rsidRDefault="00FE3515" w:rsidP="009A28C0">
            <w:pPr>
              <w:rPr>
                <w:b/>
                <w:lang w:val="es-PY"/>
              </w:rPr>
            </w:pPr>
          </w:p>
          <w:p w14:paraId="0299155C" w14:textId="77777777" w:rsidR="00FE3515" w:rsidRDefault="00FE3515" w:rsidP="009A28C0">
            <w:pPr>
              <w:rPr>
                <w:b/>
                <w:lang w:val="es-PY"/>
              </w:rPr>
            </w:pPr>
          </w:p>
          <w:p w14:paraId="5FBF4272" w14:textId="6B1AEA3D" w:rsidR="00FE3515" w:rsidRPr="009A28C0" w:rsidRDefault="00FE3515" w:rsidP="009A28C0">
            <w:pPr>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7D9" w14:textId="77777777" w:rsidR="00C509F1" w:rsidRDefault="00C509F1" w:rsidP="005D12D8">
      <w:r>
        <w:separator/>
      </w:r>
    </w:p>
  </w:endnote>
  <w:endnote w:type="continuationSeparator" w:id="0">
    <w:p w14:paraId="30E67590" w14:textId="77777777" w:rsidR="00C509F1" w:rsidRDefault="00C509F1"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2293" w14:textId="77777777" w:rsidR="00C509F1" w:rsidRDefault="00C509F1" w:rsidP="005D12D8">
      <w:r>
        <w:separator/>
      </w:r>
    </w:p>
  </w:footnote>
  <w:footnote w:type="continuationSeparator" w:id="0">
    <w:p w14:paraId="7338F297" w14:textId="77777777" w:rsidR="00C509F1" w:rsidRDefault="00C509F1"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3"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4"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8084602">
    <w:abstractNumId w:val="8"/>
  </w:num>
  <w:num w:numId="2" w16cid:durableId="717433060">
    <w:abstractNumId w:val="6"/>
  </w:num>
  <w:num w:numId="3" w16cid:durableId="1137184352">
    <w:abstractNumId w:val="5"/>
  </w:num>
  <w:num w:numId="4" w16cid:durableId="239104234">
    <w:abstractNumId w:val="4"/>
  </w:num>
  <w:num w:numId="5" w16cid:durableId="962418023">
    <w:abstractNumId w:val="7"/>
  </w:num>
  <w:num w:numId="6" w16cid:durableId="837043293">
    <w:abstractNumId w:val="3"/>
  </w:num>
  <w:num w:numId="7" w16cid:durableId="797337639">
    <w:abstractNumId w:val="2"/>
  </w:num>
  <w:num w:numId="8" w16cid:durableId="562445603">
    <w:abstractNumId w:val="1"/>
  </w:num>
  <w:num w:numId="9" w16cid:durableId="1926457453">
    <w:abstractNumId w:val="0"/>
  </w:num>
  <w:num w:numId="10" w16cid:durableId="169688707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2933227">
    <w:abstractNumId w:val="14"/>
  </w:num>
  <w:num w:numId="12" w16cid:durableId="534927622">
    <w:abstractNumId w:val="13"/>
  </w:num>
  <w:num w:numId="13" w16cid:durableId="1770655353">
    <w:abstractNumId w:val="11"/>
    <w:lvlOverride w:ilvl="0">
      <w:lvl w:ilvl="0">
        <w:numFmt w:val="decimal"/>
        <w:lvlText w:val="%1."/>
        <w:lvlJc w:val="left"/>
      </w:lvl>
    </w:lvlOverride>
  </w:num>
  <w:num w:numId="14" w16cid:durableId="2096197054">
    <w:abstractNumId w:val="9"/>
    <w:lvlOverride w:ilvl="0">
      <w:lvl w:ilvl="0">
        <w:numFmt w:val="decimal"/>
        <w:lvlText w:val="%1."/>
        <w:lvlJc w:val="left"/>
      </w:lvl>
    </w:lvlOverride>
  </w:num>
  <w:num w:numId="15" w16cid:durableId="1823353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4616"/>
    <w:rsid w:val="0006063C"/>
    <w:rsid w:val="00072FF5"/>
    <w:rsid w:val="000C6B7D"/>
    <w:rsid w:val="000E71D4"/>
    <w:rsid w:val="00115605"/>
    <w:rsid w:val="0011617B"/>
    <w:rsid w:val="00135FC3"/>
    <w:rsid w:val="0015074B"/>
    <w:rsid w:val="0018189F"/>
    <w:rsid w:val="00184518"/>
    <w:rsid w:val="001A5A26"/>
    <w:rsid w:val="001E05D5"/>
    <w:rsid w:val="001F225D"/>
    <w:rsid w:val="00217721"/>
    <w:rsid w:val="00251D82"/>
    <w:rsid w:val="002621F3"/>
    <w:rsid w:val="00274473"/>
    <w:rsid w:val="002820E3"/>
    <w:rsid w:val="0029639D"/>
    <w:rsid w:val="002A77A9"/>
    <w:rsid w:val="00326F90"/>
    <w:rsid w:val="003435C1"/>
    <w:rsid w:val="00375206"/>
    <w:rsid w:val="003779D2"/>
    <w:rsid w:val="003F3CC2"/>
    <w:rsid w:val="00413BD2"/>
    <w:rsid w:val="00430791"/>
    <w:rsid w:val="00434A3A"/>
    <w:rsid w:val="0044515B"/>
    <w:rsid w:val="00451444"/>
    <w:rsid w:val="00491CF4"/>
    <w:rsid w:val="004A78A4"/>
    <w:rsid w:val="004F3D6B"/>
    <w:rsid w:val="00541F53"/>
    <w:rsid w:val="0055474B"/>
    <w:rsid w:val="005557BF"/>
    <w:rsid w:val="00576C06"/>
    <w:rsid w:val="005A2200"/>
    <w:rsid w:val="005A72C0"/>
    <w:rsid w:val="005D12D8"/>
    <w:rsid w:val="005F7CED"/>
    <w:rsid w:val="00617774"/>
    <w:rsid w:val="006331E0"/>
    <w:rsid w:val="00650BD2"/>
    <w:rsid w:val="006D6FF2"/>
    <w:rsid w:val="00730907"/>
    <w:rsid w:val="00735EB3"/>
    <w:rsid w:val="00750F4A"/>
    <w:rsid w:val="0077056B"/>
    <w:rsid w:val="007825EF"/>
    <w:rsid w:val="007F04AA"/>
    <w:rsid w:val="008404AA"/>
    <w:rsid w:val="00877E2D"/>
    <w:rsid w:val="008B14D2"/>
    <w:rsid w:val="0091656A"/>
    <w:rsid w:val="00920BB3"/>
    <w:rsid w:val="0092337E"/>
    <w:rsid w:val="009434E3"/>
    <w:rsid w:val="009808F8"/>
    <w:rsid w:val="00990F2B"/>
    <w:rsid w:val="009A28C0"/>
    <w:rsid w:val="009E248B"/>
    <w:rsid w:val="00A152E4"/>
    <w:rsid w:val="00A35521"/>
    <w:rsid w:val="00A402C9"/>
    <w:rsid w:val="00A67A27"/>
    <w:rsid w:val="00A7376B"/>
    <w:rsid w:val="00A95CD6"/>
    <w:rsid w:val="00AA1D8D"/>
    <w:rsid w:val="00AE2053"/>
    <w:rsid w:val="00AF4AE5"/>
    <w:rsid w:val="00B075FD"/>
    <w:rsid w:val="00B150CA"/>
    <w:rsid w:val="00B3724C"/>
    <w:rsid w:val="00B47730"/>
    <w:rsid w:val="00BB0409"/>
    <w:rsid w:val="00BF4058"/>
    <w:rsid w:val="00C07594"/>
    <w:rsid w:val="00C13E5D"/>
    <w:rsid w:val="00C26D51"/>
    <w:rsid w:val="00C509F1"/>
    <w:rsid w:val="00C50B24"/>
    <w:rsid w:val="00C65166"/>
    <w:rsid w:val="00C95DA9"/>
    <w:rsid w:val="00CB0664"/>
    <w:rsid w:val="00D12FE3"/>
    <w:rsid w:val="00D21897"/>
    <w:rsid w:val="00D25E1F"/>
    <w:rsid w:val="00D51657"/>
    <w:rsid w:val="00E20812"/>
    <w:rsid w:val="00E26089"/>
    <w:rsid w:val="00E40931"/>
    <w:rsid w:val="00E55766"/>
    <w:rsid w:val="00E56B02"/>
    <w:rsid w:val="00E66A21"/>
    <w:rsid w:val="00E73CB1"/>
    <w:rsid w:val="00EA3469"/>
    <w:rsid w:val="00EA7EEA"/>
    <w:rsid w:val="00ED1926"/>
    <w:rsid w:val="00EF1B84"/>
    <w:rsid w:val="00F7397A"/>
    <w:rsid w:val="00F86281"/>
    <w:rsid w:val="00FA213C"/>
    <w:rsid w:val="00FA5AD9"/>
    <w:rsid w:val="00FB7E82"/>
    <w:rsid w:val="00FC693F"/>
    <w:rsid w:val="00FD0BB0"/>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60320-A647-4227-B7DC-62FB3A12141D}">
  <ds:schemaRefs>
    <ds:schemaRef ds:uri="http://purl.org/dc/dcmitype/"/>
    <ds:schemaRef ds:uri="e4f75650-8e21-49ba-b91c-b81547c800b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04ced7c2-fe6c-4dc0-a90a-a1af3751564d"/>
    <ds:schemaRef ds:uri="http://purl.org/dc/terms/"/>
  </ds:schemaRefs>
</ds:datastoreItem>
</file>

<file path=customXml/itemProps2.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DB08F-D253-45B7-82DF-8348B3E6E94B}">
  <ds:schemaRefs>
    <ds:schemaRef ds:uri="http://schemas.microsoft.com/sharepoint/v3/contenttype/forms"/>
  </ds:schemaRefs>
</ds:datastoreItem>
</file>

<file path=customXml/itemProps4.xml><?xml version="1.0" encoding="utf-8"?>
<ds:datastoreItem xmlns:ds="http://schemas.openxmlformats.org/officeDocument/2006/customXml" ds:itemID="{00CD2C8B-5C3A-4443-B4AE-37CA8DF9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TotalTime>
  <Pages>16</Pages>
  <Words>2276</Words>
  <Characters>12520</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14767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9</cp:revision>
  <dcterms:created xsi:type="dcterms:W3CDTF">2026-08-29T00:24:00Z</dcterms:created>
  <dcterms:modified xsi:type="dcterms:W3CDTF">2026-09-03T02:40:00Z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