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5D8D6" w14:textId="77777777" w:rsidR="000D4804" w:rsidRDefault="000D4804" w:rsidP="000D4804">
      <w:pPr>
        <w:jc w:val="center"/>
        <w:rPr>
          <w:b/>
          <w:color w:val="000000"/>
          <w:sz w:val="28"/>
          <w:szCs w:val="28"/>
          <w:lang w:val="es-PY"/>
        </w:rPr>
      </w:pPr>
    </w:p>
    <w:p w14:paraId="40D5780B" w14:textId="4C58A103" w:rsidR="000C6B7D" w:rsidRDefault="00E26089" w:rsidP="000D4804">
      <w:pPr>
        <w:jc w:val="center"/>
        <w:rPr>
          <w:b/>
          <w:color w:val="000000"/>
          <w:sz w:val="28"/>
          <w:szCs w:val="28"/>
          <w:lang w:val="es-PY"/>
        </w:rPr>
      </w:pPr>
      <w:r w:rsidRPr="00E26089">
        <w:rPr>
          <w:b/>
          <w:color w:val="000000"/>
          <w:sz w:val="28"/>
          <w:szCs w:val="28"/>
          <w:lang w:val="es-PY"/>
        </w:rPr>
        <w:t>MODELO NACIONAL DE EVALUACIÓN Y ACREDITACIÓN DE LA</w:t>
      </w:r>
      <w:r w:rsidRPr="00E26089">
        <w:rPr>
          <w:b/>
          <w:color w:val="000000"/>
          <w:sz w:val="28"/>
          <w:szCs w:val="28"/>
          <w:lang w:val="es-PY"/>
        </w:rPr>
        <w:br/>
        <w:t>EDUCACIÓN SUPERIOR</w:t>
      </w:r>
    </w:p>
    <w:p w14:paraId="76E211FF" w14:textId="77777777" w:rsidR="00375206" w:rsidRDefault="00375206">
      <w:pPr>
        <w:jc w:val="center"/>
        <w:rPr>
          <w:b/>
          <w:color w:val="000000"/>
          <w:sz w:val="28"/>
          <w:szCs w:val="28"/>
          <w:lang w:val="es-PY"/>
        </w:rPr>
      </w:pPr>
    </w:p>
    <w:p w14:paraId="219F6A02"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 xml:space="preserve">SISTEMA DE EVALUACIÓN DE LA CALIDAD DE LA EDUCACIÓN SUPERIOR POR FASES </w:t>
      </w:r>
    </w:p>
    <w:p w14:paraId="7BB2A185"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Resolución ANEAES N° 309/2025</w:t>
      </w:r>
    </w:p>
    <w:p w14:paraId="1924FB95" w14:textId="77777777" w:rsidR="00375206" w:rsidRPr="00E26089" w:rsidRDefault="00375206">
      <w:pPr>
        <w:jc w:val="center"/>
        <w:rPr>
          <w:sz w:val="28"/>
          <w:szCs w:val="28"/>
          <w:lang w:val="es-PY"/>
        </w:rPr>
      </w:pPr>
    </w:p>
    <w:p w14:paraId="3F70DF19" w14:textId="77777777" w:rsidR="00541F53" w:rsidRDefault="00E26089">
      <w:pPr>
        <w:jc w:val="center"/>
        <w:rPr>
          <w:b/>
          <w:color w:val="000000"/>
          <w:sz w:val="22"/>
          <w:lang w:val="es-PY"/>
        </w:rPr>
      </w:pPr>
      <w:r w:rsidRPr="00E26089">
        <w:rPr>
          <w:b/>
          <w:color w:val="000000"/>
          <w:sz w:val="22"/>
          <w:lang w:val="es-PY"/>
        </w:rPr>
        <w:t xml:space="preserve">INFORME DE AUTOEVALUACIÓN - </w:t>
      </w:r>
      <w:r w:rsidR="00541F53">
        <w:rPr>
          <w:b/>
          <w:color w:val="000000"/>
          <w:sz w:val="22"/>
          <w:lang w:val="es-PY"/>
        </w:rPr>
        <w:t>EVALUACIÓN FORMATIVA</w:t>
      </w:r>
      <w:r w:rsidR="00541F53" w:rsidRPr="00E26089">
        <w:rPr>
          <w:b/>
          <w:color w:val="000000"/>
          <w:sz w:val="22"/>
          <w:lang w:val="es-PY"/>
        </w:rPr>
        <w:t xml:space="preserve"> </w:t>
      </w:r>
    </w:p>
    <w:p w14:paraId="21A62596" w14:textId="7E62F961" w:rsidR="000C6B7D" w:rsidRDefault="00EF569F">
      <w:pPr>
        <w:jc w:val="center"/>
        <w:rPr>
          <w:b/>
          <w:color w:val="000000"/>
          <w:sz w:val="22"/>
          <w:lang w:val="es-PY"/>
        </w:rPr>
      </w:pPr>
      <w:r>
        <w:rPr>
          <w:b/>
          <w:color w:val="000000"/>
          <w:sz w:val="22"/>
          <w:lang w:val="es-PY"/>
        </w:rPr>
        <w:t>DOCTORADO</w:t>
      </w:r>
      <w:r w:rsidR="00E26089" w:rsidRPr="00E26089">
        <w:rPr>
          <w:b/>
          <w:color w:val="000000"/>
          <w:sz w:val="22"/>
          <w:lang w:val="es-PY"/>
        </w:rPr>
        <w:t xml:space="preserve"> </w:t>
      </w:r>
      <w:r w:rsidR="001E714C">
        <w:rPr>
          <w:b/>
          <w:color w:val="000000"/>
          <w:sz w:val="22"/>
          <w:lang w:val="es-PY"/>
        </w:rPr>
        <w:t>PROFESIONALIZANTE</w:t>
      </w:r>
      <w:r w:rsidR="00541F53">
        <w:rPr>
          <w:b/>
          <w:color w:val="000000"/>
          <w:sz w:val="22"/>
          <w:lang w:val="es-PY"/>
        </w:rPr>
        <w:t xml:space="preserve"> - </w:t>
      </w:r>
      <w:r w:rsidR="00E26089" w:rsidRPr="00E26089">
        <w:rPr>
          <w:b/>
          <w:color w:val="000000"/>
          <w:sz w:val="22"/>
          <w:lang w:val="es-PY"/>
        </w:rPr>
        <w:t xml:space="preserve">MODALIDAD </w:t>
      </w:r>
      <w:r w:rsidR="00EE602A">
        <w:rPr>
          <w:b/>
          <w:color w:val="000000"/>
          <w:sz w:val="22"/>
          <w:lang w:val="es-PY"/>
        </w:rPr>
        <w:t>EAD</w:t>
      </w:r>
    </w:p>
    <w:p w14:paraId="2EC70969" w14:textId="77777777" w:rsidR="008404AA" w:rsidRPr="00E26089" w:rsidRDefault="008404AA">
      <w:pPr>
        <w:jc w:val="center"/>
        <w:rPr>
          <w:sz w:val="22"/>
          <w:lang w:val="es-PY"/>
        </w:rPr>
      </w:pPr>
    </w:p>
    <w:tbl>
      <w:tblPr>
        <w:tblW w:w="9490" w:type="dxa"/>
        <w:jc w:val="center"/>
        <w:tblLayout w:type="fixed"/>
        <w:tblLook w:val="04A0" w:firstRow="1" w:lastRow="0" w:firstColumn="1" w:lastColumn="0" w:noHBand="0" w:noVBand="1"/>
      </w:tblPr>
      <w:tblGrid>
        <w:gridCol w:w="3033"/>
        <w:gridCol w:w="6457"/>
      </w:tblGrid>
      <w:tr w:rsidR="000C6B7D" w14:paraId="618209B6" w14:textId="77777777" w:rsidTr="00877E2D">
        <w:trPr>
          <w:cantSplit/>
          <w:trHeight w:hRule="exact" w:val="403"/>
          <w:jc w:val="center"/>
        </w:trPr>
        <w:tc>
          <w:tcPr>
            <w:tcW w:w="9490" w:type="dxa"/>
            <w:gridSpan w:val="2"/>
            <w:tcBorders>
              <w:top w:val="single" w:sz="6" w:space="0" w:color="386F53"/>
              <w:left w:val="single" w:sz="6" w:space="0" w:color="386F53"/>
              <w:bottom w:val="single" w:sz="6" w:space="0" w:color="386F53"/>
              <w:right w:val="single" w:sz="6" w:space="0" w:color="386F53"/>
            </w:tcBorders>
            <w:shd w:val="clear" w:color="auto" w:fill="404040" w:themeFill="text1" w:themeFillTint="BF"/>
            <w:tcMar>
              <w:top w:w="55" w:type="dxa"/>
              <w:left w:w="70" w:type="dxa"/>
              <w:bottom w:w="55" w:type="dxa"/>
              <w:right w:w="70" w:type="dxa"/>
            </w:tcMar>
            <w:vAlign w:val="center"/>
          </w:tcPr>
          <w:p w14:paraId="7DFCACE7" w14:textId="666A43D0" w:rsidR="000C6B7D" w:rsidRDefault="00E26089" w:rsidP="005D12D8">
            <w:pPr>
              <w:pStyle w:val="Prrafodelista"/>
              <w:numPr>
                <w:ilvl w:val="0"/>
                <w:numId w:val="15"/>
              </w:numPr>
              <w:ind w:left="342" w:hanging="284"/>
            </w:pPr>
            <w:r w:rsidRPr="005D12D8">
              <w:rPr>
                <w:b/>
                <w:color w:val="FFFFFF"/>
              </w:rPr>
              <w:t>DATOS DE IDENTIFICACIÓN</w:t>
            </w:r>
          </w:p>
        </w:tc>
      </w:tr>
      <w:tr w:rsidR="000C6B7D" w14:paraId="34285C29"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54BB6541" w14:textId="77777777" w:rsidR="000C6B7D" w:rsidRDefault="00E26089">
            <w:r>
              <w:rPr>
                <w:b/>
                <w:color w:val="FFFFFF"/>
              </w:rPr>
              <w:t>DATOS DE LA INSTITUCIÓN</w:t>
            </w:r>
          </w:p>
        </w:tc>
      </w:tr>
      <w:tr w:rsidR="000C6B7D" w14:paraId="5E93AB31"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459CE" w14:textId="77777777" w:rsidR="000C6B7D" w:rsidRDefault="00E26089">
            <w:r>
              <w:rPr>
                <w:b/>
                <w:color w:val="000000"/>
              </w:rPr>
              <w:t>Institución: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D5DD33" w14:textId="77777777" w:rsidR="000C6B7D" w:rsidRDefault="000C6B7D"/>
        </w:tc>
      </w:tr>
      <w:tr w:rsidR="000C6B7D" w14:paraId="0535C433"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1B6372" w14:textId="77777777" w:rsidR="000C6B7D" w:rsidRDefault="00E26089">
            <w:r>
              <w:rPr>
                <w:b/>
                <w:color w:val="000000"/>
              </w:rPr>
              <w:t>Máxima autoridad: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C2F4CA" w14:textId="77777777" w:rsidR="000C6B7D" w:rsidRDefault="000C6B7D"/>
        </w:tc>
      </w:tr>
      <w:tr w:rsidR="000C6B7D" w14:paraId="2F99A68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B491B2" w14:textId="77777777" w:rsidR="000C6B7D" w:rsidRDefault="00E26089">
            <w:r>
              <w:rPr>
                <w:b/>
                <w:color w:val="000000"/>
              </w:rPr>
              <w:t>Dirección: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464A34" w14:textId="77777777" w:rsidR="000C6B7D" w:rsidRDefault="000C6B7D"/>
        </w:tc>
      </w:tr>
      <w:tr w:rsidR="000C6B7D" w14:paraId="6A3B351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954ED9" w14:textId="77777777" w:rsidR="000C6B7D" w:rsidRDefault="00E26089">
            <w:r>
              <w:rPr>
                <w:b/>
                <w:color w:val="000000"/>
              </w:rPr>
              <w:t>Departamento: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FEA635" w14:textId="77777777" w:rsidR="000C6B7D" w:rsidRDefault="000C6B7D"/>
        </w:tc>
      </w:tr>
      <w:tr w:rsidR="000C6B7D" w14:paraId="3534A4FB"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718F05" w14:textId="77777777" w:rsidR="000C6B7D" w:rsidRDefault="00E26089">
            <w:r>
              <w:rPr>
                <w:b/>
                <w:color w:val="000000"/>
              </w:rPr>
              <w:t>Ciudad: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88ABD4" w14:textId="77777777" w:rsidR="000C6B7D" w:rsidRDefault="000C6B7D"/>
        </w:tc>
      </w:tr>
      <w:tr w:rsidR="000C6B7D" w14:paraId="0D11059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9F72B" w14:textId="77777777" w:rsidR="000C6B7D" w:rsidRDefault="00E26089">
            <w:r>
              <w:rPr>
                <w:b/>
                <w:color w:val="000000"/>
              </w:rPr>
              <w:t>Teléfono: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7BF91F" w14:textId="77777777" w:rsidR="000C6B7D" w:rsidRDefault="000C6B7D"/>
        </w:tc>
      </w:tr>
      <w:tr w:rsidR="000C6B7D" w14:paraId="40194F5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10F1CFC"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D7C7D1" w14:textId="77777777" w:rsidR="000C6B7D" w:rsidRDefault="000C6B7D"/>
        </w:tc>
      </w:tr>
      <w:tr w:rsidR="000C6B7D" w14:paraId="520FEE46"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60612E7" w14:textId="77777777" w:rsidR="000C6B7D" w:rsidRDefault="00E26089">
            <w:r>
              <w:rPr>
                <w:b/>
                <w:color w:val="FFFFFF"/>
              </w:rPr>
              <w:t>DATOS ESPECÍFICOS DEL PROGRAMA</w:t>
            </w:r>
          </w:p>
        </w:tc>
      </w:tr>
      <w:tr w:rsidR="000C6B7D" w14:paraId="23415F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34E2C6" w14:textId="77777777" w:rsidR="000C6B7D" w:rsidRDefault="00E26089">
            <w:r>
              <w:rPr>
                <w:b/>
                <w:color w:val="000000"/>
              </w:rPr>
              <w:t>Nombre del programa: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EC9C9F" w14:textId="77777777" w:rsidR="000C6B7D" w:rsidRDefault="000C6B7D"/>
        </w:tc>
      </w:tr>
      <w:tr w:rsidR="000C6B7D" w14:paraId="3187AC09"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E001025" w14:textId="77777777" w:rsidR="000C6B7D" w:rsidRDefault="00E26089">
            <w:r>
              <w:rPr>
                <w:b/>
                <w:color w:val="000000"/>
              </w:rPr>
              <w:t>Facultad: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7819F0" w14:textId="77777777" w:rsidR="000C6B7D" w:rsidRDefault="000C6B7D"/>
        </w:tc>
      </w:tr>
      <w:tr w:rsidR="000C6B7D" w:rsidRPr="001A3119" w14:paraId="6C94B4CB" w14:textId="77777777" w:rsidTr="0055474B">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CDF9050" w14:textId="77777777" w:rsidR="000C6B7D" w:rsidRPr="00E26089" w:rsidRDefault="00E26089">
            <w:pPr>
              <w:rPr>
                <w:lang w:val="es-PY"/>
              </w:rPr>
            </w:pPr>
            <w:r w:rsidRPr="00E26089">
              <w:rPr>
                <w:b/>
                <w:color w:val="000000"/>
                <w:lang w:val="es-PY"/>
              </w:rPr>
              <w:t>Sede o filial donde se desarrolla: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02BFF" w14:textId="77777777" w:rsidR="000C6B7D" w:rsidRPr="00E26089" w:rsidRDefault="000C6B7D">
            <w:pPr>
              <w:rPr>
                <w:lang w:val="es-PY"/>
              </w:rPr>
            </w:pPr>
          </w:p>
        </w:tc>
      </w:tr>
      <w:tr w:rsidR="000C6B7D" w14:paraId="61E7174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FE8C3D0" w14:textId="77777777" w:rsidR="000C6B7D" w:rsidRDefault="00E26089">
            <w:proofErr w:type="spellStart"/>
            <w:r>
              <w:rPr>
                <w:b/>
                <w:color w:val="000000"/>
              </w:rPr>
              <w:t>Dirección</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CC3FA" w14:textId="77777777" w:rsidR="000C6B7D" w:rsidRDefault="000C6B7D"/>
        </w:tc>
      </w:tr>
      <w:tr w:rsidR="000C6B7D" w:rsidRPr="001A3119" w14:paraId="6A74DF82"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7973CC63" w14:textId="77777777" w:rsidR="000C6B7D" w:rsidRPr="00E26089" w:rsidRDefault="00E26089">
            <w:pPr>
              <w:rPr>
                <w:lang w:val="es-PY"/>
              </w:rPr>
            </w:pPr>
            <w:r w:rsidRPr="00E26089">
              <w:rPr>
                <w:b/>
                <w:color w:val="FFFFFF"/>
                <w:lang w:val="es-PY"/>
              </w:rPr>
              <w:t>DATOS DE LOS RESPONSABLES DEL PROGRAMA</w:t>
            </w:r>
          </w:p>
        </w:tc>
      </w:tr>
      <w:tr w:rsidR="000C6B7D" w14:paraId="0C6B5FB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AF6DA6"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0E309B" w14:textId="77777777" w:rsidR="000C6B7D" w:rsidRDefault="000C6B7D"/>
        </w:tc>
      </w:tr>
      <w:tr w:rsidR="000C6B7D" w14:paraId="03F63DC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447655" w14:textId="77777777" w:rsidR="000C6B7D" w:rsidRDefault="00E26089">
            <w:r>
              <w:rPr>
                <w:b/>
                <w:color w:val="000000"/>
              </w:rPr>
              <w:t>Máxima titulación académica: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7C55D8" w14:textId="77777777" w:rsidR="000C6B7D" w:rsidRDefault="000C6B7D"/>
        </w:tc>
      </w:tr>
      <w:tr w:rsidR="000C6B7D" w14:paraId="6097D8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AD9E8B" w14:textId="77777777" w:rsidR="000C6B7D" w:rsidRDefault="00E26089">
            <w:r>
              <w:rPr>
                <w:b/>
                <w:color w:val="000000"/>
              </w:rPr>
              <w:t>Resolución de nombramiento: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A7EF65" w14:textId="77777777" w:rsidR="000C6B7D" w:rsidRDefault="000C6B7D"/>
        </w:tc>
      </w:tr>
      <w:tr w:rsidR="000C6B7D" w:rsidRPr="001A3119" w14:paraId="5D7AD87F"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E6B17BF" w14:textId="77777777" w:rsidR="000C6B7D" w:rsidRPr="00E26089" w:rsidRDefault="00E26089">
            <w:pPr>
              <w:rPr>
                <w:lang w:val="es-PY"/>
              </w:rPr>
            </w:pPr>
            <w:r w:rsidRPr="00E26089">
              <w:rPr>
                <w:b/>
                <w:color w:val="FFFFFF"/>
                <w:lang w:val="es-PY"/>
              </w:rPr>
              <w:t>DATOS DEL TÉCNICO DE ENLACE</w:t>
            </w:r>
          </w:p>
        </w:tc>
      </w:tr>
      <w:tr w:rsidR="000C6B7D" w14:paraId="7F2C8C4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D05F5F"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E7942E" w14:textId="77777777" w:rsidR="000C6B7D" w:rsidRDefault="000C6B7D"/>
        </w:tc>
      </w:tr>
      <w:tr w:rsidR="000C6B7D" w14:paraId="694AF48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B0EDC28"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20CC50" w14:textId="77777777" w:rsidR="000C6B7D" w:rsidRDefault="000C6B7D"/>
        </w:tc>
      </w:tr>
      <w:tr w:rsidR="000C6B7D" w14:paraId="435C56A6"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B9496BE" w14:textId="69C86E6E" w:rsidR="00A3110F" w:rsidRDefault="00E26089">
            <w:r>
              <w:rPr>
                <w:b/>
                <w:color w:val="000000"/>
              </w:rPr>
              <w:t>Teléfono de contacto:</w:t>
            </w:r>
          </w:p>
          <w:p w14:paraId="49414FEC" w14:textId="69A3E208" w:rsidR="00A3110F" w:rsidRDefault="00A3110F" w:rsidP="00A3110F"/>
          <w:p w14:paraId="4F2329D1" w14:textId="1C09C278" w:rsidR="00A3110F" w:rsidRDefault="00A3110F" w:rsidP="00A3110F"/>
          <w:p w14:paraId="3D764278" w14:textId="77777777" w:rsidR="000C6B7D" w:rsidRPr="00A3110F" w:rsidRDefault="000C6B7D" w:rsidP="00A3110F"/>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7E8D8" w14:textId="77777777" w:rsidR="000C6B7D" w:rsidRDefault="000C6B7D"/>
        </w:tc>
      </w:tr>
    </w:tbl>
    <w:p w14:paraId="16172F9E" w14:textId="08C48850" w:rsidR="0092337E" w:rsidRPr="000D4804" w:rsidRDefault="005D12D8" w:rsidP="000D4804">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Pr>
          <w:b/>
          <w:color w:val="FFFFFF"/>
          <w:sz w:val="22"/>
          <w:lang w:val="es-ES"/>
        </w:rPr>
        <w:lastRenderedPageBreak/>
        <w:t xml:space="preserve">2. </w:t>
      </w:r>
      <w:r w:rsidR="0092337E" w:rsidRPr="0092337E">
        <w:rPr>
          <w:b/>
          <w:color w:val="FFFFFF"/>
          <w:sz w:val="22"/>
          <w:lang w:val="es-ES"/>
        </w:rPr>
        <w:t>PRESENTACIÓN</w:t>
      </w:r>
      <w:r w:rsidR="0092337E" w:rsidRPr="0092337E">
        <w:rPr>
          <w:b/>
          <w:color w:val="FFFFFF"/>
          <w:spacing w:val="-4"/>
          <w:sz w:val="22"/>
          <w:lang w:val="es-ES"/>
        </w:rPr>
        <w:t xml:space="preserve"> </w:t>
      </w:r>
      <w:r w:rsidR="0092337E" w:rsidRPr="0092337E">
        <w:rPr>
          <w:b/>
          <w:color w:val="FFFFFF"/>
          <w:sz w:val="22"/>
          <w:lang w:val="es-ES"/>
        </w:rPr>
        <w:t>DE LA</w:t>
      </w:r>
      <w:r w:rsidR="0092337E" w:rsidRPr="0092337E">
        <w:rPr>
          <w:b/>
          <w:color w:val="FFFFFF"/>
          <w:spacing w:val="-4"/>
          <w:sz w:val="22"/>
          <w:lang w:val="es-ES"/>
        </w:rPr>
        <w:t xml:space="preserve"> </w:t>
      </w:r>
      <w:r w:rsidR="0092337E" w:rsidRPr="0092337E">
        <w:rPr>
          <w:b/>
          <w:color w:val="FFFFFF"/>
          <w:spacing w:val="-2"/>
          <w:sz w:val="22"/>
          <w:lang w:val="es-ES"/>
        </w:rPr>
        <w:t>INSTIT</w:t>
      </w:r>
      <w:r w:rsidR="0092337E" w:rsidRPr="00877E2D">
        <w:rPr>
          <w:b/>
          <w:color w:val="FFFFFF"/>
          <w:spacing w:val="-2"/>
          <w:sz w:val="22"/>
          <w:shd w:val="clear" w:color="auto" w:fill="808080" w:themeFill="background1" w:themeFillShade="80"/>
          <w:lang w:val="es-ES"/>
        </w:rPr>
        <w:t>UCI</w:t>
      </w:r>
      <w:r w:rsidR="007A43C1">
        <w:rPr>
          <w:b/>
          <w:color w:val="FFFFFF"/>
          <w:spacing w:val="-2"/>
          <w:sz w:val="22"/>
          <w:shd w:val="clear" w:color="auto" w:fill="808080" w:themeFill="background1" w:themeFillShade="80"/>
          <w:lang w:val="es-ES"/>
        </w:rPr>
        <w:t>ÓN</w:t>
      </w:r>
    </w:p>
    <w:tbl>
      <w:tblPr>
        <w:tblStyle w:val="Tablaconcuadrcula4"/>
        <w:tblW w:w="9493" w:type="dxa"/>
        <w:jc w:val="center"/>
        <w:tblLook w:val="04A0" w:firstRow="1" w:lastRow="0" w:firstColumn="1" w:lastColumn="0" w:noHBand="0" w:noVBand="1"/>
      </w:tblPr>
      <w:tblGrid>
        <w:gridCol w:w="9493"/>
      </w:tblGrid>
      <w:tr w:rsidR="0092337E" w:rsidRPr="001A3119" w14:paraId="52FFE2C0" w14:textId="77777777" w:rsidTr="007A43C1">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68B0DA53" w14:textId="77777777" w:rsidR="0092337E" w:rsidRPr="005D12D8" w:rsidRDefault="0092337E" w:rsidP="00D44D8D">
            <w:pPr>
              <w:spacing w:line="276" w:lineRule="auto"/>
              <w:jc w:val="both"/>
              <w:rPr>
                <w:color w:val="A6A6A6"/>
                <w:szCs w:val="20"/>
              </w:rPr>
            </w:pPr>
            <w:r w:rsidRPr="005D12D8">
              <w:rPr>
                <w:color w:val="A6A6A6"/>
                <w:szCs w:val="20"/>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63B48967" w14:textId="77777777" w:rsidR="0092337E" w:rsidRPr="005D12D8" w:rsidRDefault="0092337E" w:rsidP="00D44D8D">
            <w:pPr>
              <w:spacing w:line="276" w:lineRule="auto"/>
              <w:jc w:val="both"/>
              <w:rPr>
                <w:color w:val="A6A6A6"/>
                <w:szCs w:val="20"/>
              </w:rPr>
            </w:pPr>
            <w:r w:rsidRPr="005D12D8">
              <w:rPr>
                <w:color w:val="A6A6A6"/>
                <w:szCs w:val="20"/>
              </w:rPr>
              <w:t>La descripción debe incluir, al menos, los siguientes aspectos:</w:t>
            </w:r>
          </w:p>
          <w:p w14:paraId="200819CC"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Identificación institucional:</w:t>
            </w:r>
          </w:p>
          <w:p w14:paraId="71D277BB"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Nombre completo de la institución de educación superior.</w:t>
            </w:r>
          </w:p>
          <w:p w14:paraId="32482BD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Naturaleza jurídica (pública, privada, comunitaria).</w:t>
            </w:r>
          </w:p>
          <w:p w14:paraId="15C75231"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Año de creación y antecedentes relevantes de su desarrollo histórico.</w:t>
            </w:r>
          </w:p>
          <w:p w14:paraId="1AA8EF47" w14:textId="77777777" w:rsidR="0092337E" w:rsidRPr="005D12D8" w:rsidRDefault="0092337E" w:rsidP="00D44D8D">
            <w:pPr>
              <w:spacing w:line="276" w:lineRule="auto"/>
              <w:jc w:val="both"/>
              <w:rPr>
                <w:color w:val="A6A6A6"/>
                <w:szCs w:val="20"/>
              </w:rPr>
            </w:pPr>
          </w:p>
          <w:p w14:paraId="5DF04996"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Misión, visión y valores institucionales:</w:t>
            </w:r>
          </w:p>
          <w:p w14:paraId="6643F4AE"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Declaración oficial vigente.</w:t>
            </w:r>
          </w:p>
          <w:p w14:paraId="580E9458"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Relación con las funciones sustantivas: docencia, investigación y extensión.</w:t>
            </w:r>
          </w:p>
          <w:p w14:paraId="425DEBB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Vinculación de la misión institucional con la formación de posgrado.</w:t>
            </w:r>
          </w:p>
          <w:p w14:paraId="28283C46" w14:textId="77777777" w:rsidR="0092337E" w:rsidRPr="005D12D8" w:rsidRDefault="0092337E" w:rsidP="00D44D8D">
            <w:pPr>
              <w:spacing w:line="276" w:lineRule="auto"/>
              <w:jc w:val="both"/>
              <w:rPr>
                <w:color w:val="A6A6A6"/>
                <w:szCs w:val="20"/>
              </w:rPr>
            </w:pPr>
          </w:p>
          <w:p w14:paraId="2A9D01C7"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Estructura organizacional:</w:t>
            </w:r>
          </w:p>
          <w:p w14:paraId="6459F98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Descripción de la estructura general de gobierno y gestión institucional.</w:t>
            </w:r>
          </w:p>
          <w:p w14:paraId="6AC749E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Identificación de las dependencias de la que depende el programa (por ejemplo, Vicerrectorado Académico, Dirección de Posgrado o equivalente).</w:t>
            </w:r>
          </w:p>
          <w:p w14:paraId="7A6BC94F"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Principales instancias de apoyo a la calidad, investigación y vinculación académica.</w:t>
            </w:r>
          </w:p>
          <w:p w14:paraId="1416CF2B" w14:textId="77777777" w:rsidR="0092337E" w:rsidRPr="005D12D8" w:rsidRDefault="0092337E" w:rsidP="00D44D8D">
            <w:pPr>
              <w:spacing w:line="276" w:lineRule="auto"/>
              <w:jc w:val="both"/>
              <w:rPr>
                <w:color w:val="A6A6A6"/>
                <w:szCs w:val="20"/>
              </w:rPr>
            </w:pPr>
          </w:p>
          <w:p w14:paraId="4A1654A6"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Políticas institucionales vinculadas al posgrado:</w:t>
            </w:r>
          </w:p>
          <w:p w14:paraId="55BA4EB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Políticas y estrategias para el desarrollo de programas.</w:t>
            </w:r>
          </w:p>
          <w:p w14:paraId="676A2688"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Normativas internas que regulan la creación, evaluación y mejora de los programas.</w:t>
            </w:r>
          </w:p>
          <w:p w14:paraId="6E5512C2"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Mecanismos institucionales de aseguramiento de la calidad y mejora continua.</w:t>
            </w:r>
          </w:p>
          <w:p w14:paraId="50BD9722" w14:textId="77777777" w:rsidR="0092337E" w:rsidRPr="005D12D8" w:rsidRDefault="0092337E" w:rsidP="00D44D8D">
            <w:pPr>
              <w:spacing w:line="276" w:lineRule="auto"/>
              <w:jc w:val="both"/>
              <w:rPr>
                <w:color w:val="A6A6A6"/>
                <w:szCs w:val="20"/>
              </w:rPr>
            </w:pPr>
          </w:p>
          <w:p w14:paraId="145BDA88"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Infraestructura y recursos institucionales:</w:t>
            </w:r>
          </w:p>
          <w:p w14:paraId="22DB4B7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Principales recursos físicos, tecnológicos y académicos disponibles para el posgrado (bibliotecas, laboratorios, bases de datos, aulas, plataformas virtuales, etc.).</w:t>
            </w:r>
          </w:p>
          <w:p w14:paraId="51EA75E2"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Acciones institucionales para la equidad de acceso, sostenibilidad y apoyo a la investigación.</w:t>
            </w:r>
          </w:p>
          <w:p w14:paraId="2AB949A7" w14:textId="77777777" w:rsidR="0092337E" w:rsidRPr="005D12D8" w:rsidRDefault="0092337E" w:rsidP="00D44D8D">
            <w:pPr>
              <w:spacing w:line="276" w:lineRule="auto"/>
              <w:jc w:val="both"/>
              <w:rPr>
                <w:color w:val="A6A6A6"/>
                <w:szCs w:val="20"/>
              </w:rPr>
            </w:pPr>
          </w:p>
          <w:p w14:paraId="214B4A63"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Trayectoria y posicionamiento académico:</w:t>
            </w:r>
          </w:p>
          <w:p w14:paraId="60716CB6"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Experiencia institucional en la gestión de programas de posgrado.</w:t>
            </w:r>
          </w:p>
          <w:p w14:paraId="7A647D85"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Logros, reconocimientos o resultados relevantes en materia de investigación o formación avanzada.</w:t>
            </w:r>
          </w:p>
          <w:p w14:paraId="7C305DB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Participación en redes académicas, consorcios o convenios interinstitucionales.</w:t>
            </w:r>
          </w:p>
          <w:p w14:paraId="6688F067" w14:textId="77777777" w:rsidR="0092337E" w:rsidRPr="005D12D8" w:rsidRDefault="0092337E" w:rsidP="00D44D8D">
            <w:pPr>
              <w:spacing w:line="276" w:lineRule="auto"/>
              <w:jc w:val="both"/>
              <w:rPr>
                <w:color w:val="A6A6A6"/>
                <w:szCs w:val="20"/>
              </w:rPr>
            </w:pPr>
          </w:p>
          <w:p w14:paraId="2E7B8A0B" w14:textId="77777777" w:rsidR="0092337E" w:rsidRPr="005D12D8" w:rsidRDefault="0092337E" w:rsidP="00D44D8D">
            <w:pPr>
              <w:spacing w:line="276" w:lineRule="auto"/>
              <w:jc w:val="both"/>
              <w:rPr>
                <w:color w:val="A6A6A6"/>
                <w:szCs w:val="20"/>
              </w:rPr>
            </w:pPr>
            <w:r w:rsidRPr="005D12D8">
              <w:rPr>
                <w:color w:val="A6A6A6"/>
                <w:szCs w:val="20"/>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2533CC99" w14:textId="77777777" w:rsidR="0092337E" w:rsidRPr="0092337E" w:rsidRDefault="0092337E" w:rsidP="00D44D8D">
            <w:pPr>
              <w:spacing w:line="276" w:lineRule="auto"/>
              <w:jc w:val="both"/>
              <w:rPr>
                <w:color w:val="A6A6A6"/>
                <w:sz w:val="22"/>
                <w:lang w:val="es-ES"/>
              </w:rPr>
            </w:pPr>
          </w:p>
          <w:p w14:paraId="4F3CC9A5" w14:textId="77777777" w:rsidR="0092337E" w:rsidRPr="0092337E" w:rsidRDefault="0092337E" w:rsidP="00D44D8D">
            <w:pPr>
              <w:spacing w:line="276" w:lineRule="auto"/>
              <w:jc w:val="both"/>
              <w:rPr>
                <w:color w:val="A6A6A6"/>
                <w:sz w:val="22"/>
                <w:lang w:val="es-ES"/>
              </w:rPr>
            </w:pPr>
          </w:p>
          <w:p w14:paraId="094EB0D3" w14:textId="77777777" w:rsidR="0092337E" w:rsidRPr="0092337E" w:rsidRDefault="0092337E" w:rsidP="00D44D8D">
            <w:pPr>
              <w:spacing w:line="276" w:lineRule="auto"/>
              <w:jc w:val="both"/>
              <w:rPr>
                <w:color w:val="A6A6A6"/>
                <w:sz w:val="22"/>
                <w:lang w:val="es-ES"/>
              </w:rPr>
            </w:pPr>
          </w:p>
          <w:p w14:paraId="629C218B" w14:textId="1ABFC4E3" w:rsidR="006331E0" w:rsidRDefault="006331E0" w:rsidP="00D44D8D">
            <w:pPr>
              <w:spacing w:line="276" w:lineRule="auto"/>
              <w:jc w:val="both"/>
              <w:rPr>
                <w:color w:val="A6A6A6"/>
                <w:sz w:val="22"/>
                <w:lang w:val="es-ES"/>
              </w:rPr>
            </w:pPr>
          </w:p>
          <w:p w14:paraId="49F107D0" w14:textId="10722E69" w:rsidR="006331E0" w:rsidRDefault="006331E0" w:rsidP="00D44D8D">
            <w:pPr>
              <w:spacing w:line="276" w:lineRule="auto"/>
              <w:jc w:val="both"/>
              <w:rPr>
                <w:color w:val="A6A6A6"/>
                <w:sz w:val="22"/>
                <w:lang w:val="es-ES"/>
              </w:rPr>
            </w:pPr>
          </w:p>
          <w:p w14:paraId="076B31EA" w14:textId="3666813A" w:rsidR="005D12D8" w:rsidRDefault="005D12D8" w:rsidP="00D44D8D">
            <w:pPr>
              <w:spacing w:line="276" w:lineRule="auto"/>
              <w:jc w:val="both"/>
              <w:rPr>
                <w:color w:val="A6A6A6"/>
                <w:sz w:val="22"/>
                <w:lang w:val="es-ES"/>
              </w:rPr>
            </w:pPr>
          </w:p>
          <w:p w14:paraId="15784FC9" w14:textId="77777777" w:rsidR="005D12D8" w:rsidRPr="0092337E" w:rsidRDefault="005D12D8" w:rsidP="00D44D8D">
            <w:pPr>
              <w:spacing w:line="276" w:lineRule="auto"/>
              <w:jc w:val="both"/>
              <w:rPr>
                <w:color w:val="A6A6A6"/>
                <w:sz w:val="22"/>
                <w:lang w:val="es-ES"/>
              </w:rPr>
            </w:pPr>
          </w:p>
          <w:p w14:paraId="50101976" w14:textId="77777777" w:rsidR="0092337E" w:rsidRDefault="0092337E" w:rsidP="00D44D8D">
            <w:pPr>
              <w:spacing w:line="276" w:lineRule="auto"/>
              <w:jc w:val="both"/>
              <w:rPr>
                <w:color w:val="A6A6A6"/>
                <w:sz w:val="22"/>
                <w:lang w:val="es-ES"/>
              </w:rPr>
            </w:pPr>
          </w:p>
          <w:p w14:paraId="51916C98" w14:textId="77777777" w:rsidR="001A5A26" w:rsidRPr="0092337E" w:rsidRDefault="001A5A26" w:rsidP="00D44D8D">
            <w:pPr>
              <w:spacing w:line="276" w:lineRule="auto"/>
              <w:jc w:val="both"/>
              <w:rPr>
                <w:color w:val="A6A6A6"/>
                <w:sz w:val="22"/>
                <w:lang w:val="es-ES"/>
              </w:rPr>
            </w:pPr>
          </w:p>
        </w:tc>
      </w:tr>
    </w:tbl>
    <w:p w14:paraId="5D05A057" w14:textId="0D17B9C5" w:rsidR="0092337E" w:rsidRPr="000D4804" w:rsidRDefault="0092337E" w:rsidP="000D4804">
      <w:pPr>
        <w:widowControl w:val="0"/>
        <w:shd w:val="clear" w:color="auto" w:fill="808080" w:themeFill="background1" w:themeFillShade="80"/>
        <w:tabs>
          <w:tab w:val="left" w:pos="1001"/>
        </w:tabs>
        <w:autoSpaceDE w:val="0"/>
        <w:autoSpaceDN w:val="0"/>
        <w:spacing w:before="180" w:after="40"/>
        <w:ind w:right="-2"/>
        <w:rPr>
          <w:rFonts w:ascii="Times New Roman" w:eastAsia="Times New Roman" w:hAnsi="Times New Roman" w:cs="Times New Roman"/>
          <w:sz w:val="24"/>
          <w:szCs w:val="24"/>
          <w:lang w:val="es-PY" w:eastAsia="es-PY"/>
        </w:rPr>
      </w:pPr>
      <w:r w:rsidRPr="0092337E">
        <w:rPr>
          <w:b/>
          <w:color w:val="FFFFFF"/>
          <w:sz w:val="22"/>
          <w:lang w:val="es-ES"/>
        </w:rPr>
        <w:lastRenderedPageBreak/>
        <w:t>2.</w:t>
      </w:r>
      <w:r w:rsidR="007A43C1">
        <w:rPr>
          <w:b/>
          <w:color w:val="FFFFFF"/>
          <w:sz w:val="22"/>
          <w:lang w:val="es-ES"/>
        </w:rPr>
        <w:t>1</w:t>
      </w:r>
      <w:r w:rsidRPr="0092337E">
        <w:rPr>
          <w:b/>
          <w:color w:val="FFFFFF"/>
          <w:sz w:val="22"/>
          <w:lang w:val="es-ES"/>
        </w:rPr>
        <w:t xml:space="preserve">. </w:t>
      </w:r>
      <w:r w:rsidRPr="00877E2D">
        <w:rPr>
          <w:b/>
          <w:color w:val="FFFFFF"/>
          <w:sz w:val="22"/>
          <w:shd w:val="clear" w:color="auto" w:fill="808080" w:themeFill="background1" w:themeFillShade="80"/>
          <w:lang w:val="es-ES"/>
        </w:rPr>
        <w:t>PRESENTACIÓN DEL PROGRAMA</w:t>
      </w:r>
    </w:p>
    <w:tbl>
      <w:tblPr>
        <w:tblW w:w="0" w:type="auto"/>
        <w:tblCellMar>
          <w:top w:w="15" w:type="dxa"/>
          <w:left w:w="15" w:type="dxa"/>
          <w:bottom w:w="15" w:type="dxa"/>
          <w:right w:w="15" w:type="dxa"/>
        </w:tblCellMar>
        <w:tblLook w:val="04A0" w:firstRow="1" w:lastRow="0" w:firstColumn="1" w:lastColumn="0" w:noHBand="0" w:noVBand="1"/>
      </w:tblPr>
      <w:tblGrid>
        <w:gridCol w:w="9486"/>
      </w:tblGrid>
      <w:tr w:rsidR="0092337E" w:rsidRPr="001A3119" w14:paraId="6A44AB7E" w14:textId="77777777" w:rsidTr="007A43C1">
        <w:trPr>
          <w:trHeight w:val="12495"/>
        </w:trPr>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5144E" w14:textId="77777777" w:rsidR="0092337E" w:rsidRPr="005D12D8" w:rsidRDefault="0092337E" w:rsidP="00D44D8D">
            <w:pPr>
              <w:spacing w:line="276" w:lineRule="auto"/>
              <w:jc w:val="both"/>
              <w:rPr>
                <w:color w:val="A6A6A6"/>
                <w:szCs w:val="20"/>
                <w:lang w:val="es-PY"/>
              </w:rPr>
            </w:pPr>
            <w:r w:rsidRPr="005D12D8">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E48C0FC" w14:textId="77777777" w:rsidR="0092337E" w:rsidRPr="005D12D8" w:rsidRDefault="0092337E" w:rsidP="00D44D8D">
            <w:pPr>
              <w:spacing w:line="276" w:lineRule="auto"/>
              <w:jc w:val="both"/>
              <w:rPr>
                <w:color w:val="A6A6A6"/>
                <w:szCs w:val="20"/>
                <w:lang w:val="es-PY"/>
              </w:rPr>
            </w:pPr>
          </w:p>
          <w:p w14:paraId="554C46CB" w14:textId="3DBEB2D9" w:rsidR="0092337E" w:rsidRPr="005D12D8" w:rsidRDefault="0092337E" w:rsidP="00D44D8D">
            <w:pPr>
              <w:spacing w:line="276" w:lineRule="auto"/>
              <w:jc w:val="both"/>
              <w:rPr>
                <w:color w:val="A6A6A6"/>
                <w:szCs w:val="20"/>
                <w:lang w:val="es-PY"/>
              </w:rPr>
            </w:pPr>
            <w:r w:rsidRPr="005D12D8">
              <w:rPr>
                <w:color w:val="A6A6A6"/>
                <w:szCs w:val="20"/>
                <w:lang w:val="es-PY"/>
              </w:rPr>
              <w:t xml:space="preserve">Asimismo, se deberá consignar el título de grado requerido para el ingreso, el número actual de </w:t>
            </w:r>
            <w:r w:rsidR="0044515B">
              <w:rPr>
                <w:color w:val="A6A6A6"/>
                <w:szCs w:val="20"/>
                <w:lang w:val="es-PY"/>
              </w:rPr>
              <w:t>participantes</w:t>
            </w:r>
            <w:r w:rsidRPr="005D12D8">
              <w:rPr>
                <w:color w:val="A6A6A6"/>
                <w:szCs w:val="20"/>
                <w:lang w:val="es-PY"/>
              </w:rPr>
              <w:t xml:space="preserve">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r w:rsidR="005D12D8">
              <w:rPr>
                <w:color w:val="A6A6A6"/>
                <w:szCs w:val="20"/>
                <w:lang w:val="es-PY"/>
              </w:rPr>
              <w:t xml:space="preserve"> </w:t>
            </w:r>
            <w:r w:rsidRPr="005D12D8">
              <w:rPr>
                <w:color w:val="A6A6A6"/>
                <w:szCs w:val="20"/>
                <w:lang w:val="es-PY"/>
              </w:rPr>
              <w:t>El texto deberá redactarse en forma sintética y cohesionada, reflejando la identidad, los propósitos y la relevancia del programa dentro de la oferta institucional de posgrado.</w:t>
            </w:r>
            <w:r w:rsidRPr="005D12D8">
              <w:rPr>
                <w:color w:val="A6A6A6"/>
                <w:szCs w:val="20"/>
                <w:lang w:val="es-PY"/>
              </w:rPr>
              <w:br/>
            </w:r>
            <w:r w:rsidRPr="005D12D8">
              <w:rPr>
                <w:color w:val="A6A6A6"/>
                <w:szCs w:val="20"/>
                <w:lang w:val="es-PY"/>
              </w:rPr>
              <w:br/>
            </w:r>
            <w:r w:rsidRPr="0092337E">
              <w:rPr>
                <w:color w:val="A6A6A6"/>
                <w:sz w:val="22"/>
                <w:lang w:val="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p>
        </w:tc>
      </w:tr>
    </w:tbl>
    <w:p w14:paraId="6773EC98" w14:textId="77777777" w:rsidR="0092337E" w:rsidRPr="0092337E" w:rsidRDefault="0092337E" w:rsidP="0092337E">
      <w:pPr>
        <w:rPr>
          <w:rFonts w:ascii="Times New Roman" w:eastAsia="Times New Roman" w:hAnsi="Times New Roman" w:cs="Times New Roman"/>
          <w:sz w:val="24"/>
          <w:szCs w:val="24"/>
          <w:lang w:val="es-PY" w:eastAsia="es-PY"/>
        </w:rPr>
      </w:pPr>
    </w:p>
    <w:p w14:paraId="12CAEE3F" w14:textId="77777777" w:rsidR="007A43C1" w:rsidRDefault="007A43C1" w:rsidP="001A5A26">
      <w:pPr>
        <w:rPr>
          <w:rFonts w:eastAsia="Times New Roman" w:cs="Times New Roman"/>
          <w:b/>
          <w:bCs/>
          <w:sz w:val="22"/>
          <w:lang w:val="es-PY" w:eastAsia="es-PY"/>
        </w:rPr>
      </w:pPr>
    </w:p>
    <w:p w14:paraId="79F36EC4" w14:textId="623E803F" w:rsidR="001A5A26" w:rsidRDefault="001A5A26" w:rsidP="001A5A26">
      <w:pPr>
        <w:rPr>
          <w:rFonts w:eastAsia="Times New Roman" w:cs="Times New Roman"/>
          <w:b/>
          <w:bCs/>
          <w:sz w:val="22"/>
          <w:lang w:val="es-PY" w:eastAsia="es-PY"/>
        </w:rPr>
      </w:pPr>
      <w:r w:rsidRPr="001A5A26">
        <w:rPr>
          <w:rFonts w:eastAsia="Times New Roman" w:cs="Times New Roman"/>
          <w:b/>
          <w:bCs/>
          <w:sz w:val="22"/>
          <w:lang w:val="es-PY" w:eastAsia="es-PY"/>
        </w:rPr>
        <w:lastRenderedPageBreak/>
        <w:t>TABLA 1. OFERTA ACADÉMICA EVALUADA</w:t>
      </w:r>
    </w:p>
    <w:p w14:paraId="01CF0579" w14:textId="77777777" w:rsidR="001A5A26" w:rsidRPr="001A5A26" w:rsidRDefault="001A5A26" w:rsidP="001A5A26">
      <w:pPr>
        <w:rPr>
          <w:rFonts w:eastAsia="Times New Roman" w:cs="Times New Roman"/>
          <w:b/>
          <w:bCs/>
          <w:sz w:val="22"/>
          <w:lang w:val="es-PY" w:eastAsia="es-PY"/>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49"/>
        <w:gridCol w:w="1543"/>
        <w:gridCol w:w="945"/>
        <w:gridCol w:w="1734"/>
        <w:gridCol w:w="1402"/>
        <w:gridCol w:w="2513"/>
      </w:tblGrid>
      <w:tr w:rsidR="001A5A26" w:rsidRPr="001A3119" w14:paraId="4846C0EA" w14:textId="77777777" w:rsidTr="000D4804">
        <w:trPr>
          <w:trHeight w:val="782"/>
          <w:tblHeader/>
          <w:jc w:val="center"/>
        </w:trPr>
        <w:tc>
          <w:tcPr>
            <w:tcW w:w="0" w:type="auto"/>
            <w:shd w:val="clear" w:color="auto" w:fill="808080" w:themeFill="background1" w:themeFillShade="80"/>
            <w:vAlign w:val="center"/>
          </w:tcPr>
          <w:p w14:paraId="0AED4ED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Oferta académica</w:t>
            </w:r>
          </w:p>
        </w:tc>
        <w:tc>
          <w:tcPr>
            <w:tcW w:w="0" w:type="auto"/>
            <w:shd w:val="clear" w:color="auto" w:fill="808080" w:themeFill="background1" w:themeFillShade="80"/>
            <w:vAlign w:val="center"/>
          </w:tcPr>
          <w:p w14:paraId="4CF553E9" w14:textId="77777777" w:rsidR="001A5A26" w:rsidRPr="0089381D" w:rsidRDefault="001A5A26" w:rsidP="001A5A26">
            <w:pPr>
              <w:jc w:val="center"/>
              <w:rPr>
                <w:rFonts w:eastAsia="Times New Roman" w:cs="Times New Roman"/>
                <w:b/>
                <w:bCs/>
                <w:color w:val="FFFFFF" w:themeColor="background1"/>
                <w:szCs w:val="20"/>
                <w:lang w:val="es-PY" w:eastAsia="es-PY"/>
              </w:rPr>
            </w:pPr>
          </w:p>
          <w:p w14:paraId="7AA0DD05"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Res. de Habilitación</w:t>
            </w:r>
          </w:p>
          <w:p w14:paraId="084BFEAF" w14:textId="77777777" w:rsidR="001A5A26" w:rsidRPr="0089381D" w:rsidRDefault="001A5A26" w:rsidP="001A5A26">
            <w:pPr>
              <w:jc w:val="center"/>
              <w:rPr>
                <w:rFonts w:eastAsia="Times New Roman" w:cs="Times New Roman"/>
                <w:b/>
                <w:bCs/>
                <w:color w:val="FFFFFF" w:themeColor="background1"/>
                <w:szCs w:val="20"/>
                <w:lang w:val="es-PY" w:eastAsia="es-PY"/>
              </w:rPr>
            </w:pPr>
          </w:p>
        </w:tc>
        <w:tc>
          <w:tcPr>
            <w:tcW w:w="0" w:type="auto"/>
            <w:shd w:val="clear" w:color="auto" w:fill="808080" w:themeFill="background1" w:themeFillShade="80"/>
            <w:vAlign w:val="center"/>
          </w:tcPr>
          <w:p w14:paraId="66762868"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inicio</w:t>
            </w:r>
          </w:p>
        </w:tc>
        <w:tc>
          <w:tcPr>
            <w:tcW w:w="0" w:type="auto"/>
            <w:shd w:val="clear" w:color="auto" w:fill="808080" w:themeFill="background1" w:themeFillShade="80"/>
            <w:vAlign w:val="center"/>
          </w:tcPr>
          <w:p w14:paraId="5DF91DC2" w14:textId="4AEF4040"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 xml:space="preserve">Cantidad de </w:t>
            </w:r>
            <w:r w:rsidR="003731C6">
              <w:rPr>
                <w:rFonts w:eastAsia="Times New Roman" w:cs="Times New Roman"/>
                <w:b/>
                <w:bCs/>
                <w:color w:val="FFFFFF" w:themeColor="background1"/>
                <w:szCs w:val="20"/>
                <w:lang w:val="es-PY" w:eastAsia="es-PY"/>
              </w:rPr>
              <w:t>participante</w:t>
            </w:r>
            <w:r w:rsidRPr="0089381D">
              <w:rPr>
                <w:rFonts w:eastAsia="Times New Roman" w:cs="Times New Roman"/>
                <w:b/>
                <w:bCs/>
                <w:color w:val="FFFFFF" w:themeColor="background1"/>
                <w:szCs w:val="20"/>
                <w:lang w:val="es-PY" w:eastAsia="es-PY"/>
              </w:rPr>
              <w:t>s</w:t>
            </w:r>
          </w:p>
        </w:tc>
        <w:tc>
          <w:tcPr>
            <w:tcW w:w="0" w:type="auto"/>
            <w:shd w:val="clear" w:color="auto" w:fill="808080" w:themeFill="background1" w:themeFillShade="80"/>
            <w:vAlign w:val="center"/>
          </w:tcPr>
          <w:p w14:paraId="38F77E9C"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Cantidad de docentes</w:t>
            </w:r>
          </w:p>
        </w:tc>
        <w:tc>
          <w:tcPr>
            <w:tcW w:w="0" w:type="auto"/>
            <w:shd w:val="clear" w:color="auto" w:fill="808080" w:themeFill="background1" w:themeFillShade="80"/>
            <w:vAlign w:val="center"/>
          </w:tcPr>
          <w:p w14:paraId="09C0E61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egreso de la primera promoción de egresados</w:t>
            </w:r>
          </w:p>
        </w:tc>
      </w:tr>
      <w:tr w:rsidR="001A5A26" w:rsidRPr="001A3119" w14:paraId="5B4CC02D" w14:textId="77777777" w:rsidTr="000D4804">
        <w:trPr>
          <w:trHeight w:val="1144"/>
          <w:jc w:val="center"/>
        </w:trPr>
        <w:tc>
          <w:tcPr>
            <w:tcW w:w="0" w:type="auto"/>
          </w:tcPr>
          <w:p w14:paraId="5D63A753"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0" w:type="auto"/>
          </w:tcPr>
          <w:p w14:paraId="5316FE95"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0" w:type="auto"/>
          </w:tcPr>
          <w:p w14:paraId="34317565"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0" w:type="auto"/>
          </w:tcPr>
          <w:p w14:paraId="6871604E"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0" w:type="auto"/>
          </w:tcPr>
          <w:p w14:paraId="60888E83"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0" w:type="auto"/>
          </w:tcPr>
          <w:p w14:paraId="71D0334B"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r>
    </w:tbl>
    <w:p w14:paraId="2BECA855" w14:textId="77777777" w:rsidR="001A5A26" w:rsidRPr="0092337E" w:rsidRDefault="001A5A26" w:rsidP="0092337E">
      <w:pPr>
        <w:rPr>
          <w:rFonts w:ascii="Times New Roman" w:eastAsia="Times New Roman" w:hAnsi="Times New Roman" w:cs="Times New Roman"/>
          <w:sz w:val="24"/>
          <w:szCs w:val="24"/>
          <w:lang w:val="es-PY" w:eastAsia="es-PY"/>
        </w:rPr>
      </w:pPr>
    </w:p>
    <w:p w14:paraId="08ACAF3C" w14:textId="7F2B5577" w:rsidR="0055474B" w:rsidRPr="000D4804" w:rsidRDefault="0055474B" w:rsidP="000D4804">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sidRPr="00877E2D">
        <w:rPr>
          <w:b/>
          <w:color w:val="FFFFFF"/>
          <w:sz w:val="22"/>
          <w:shd w:val="clear" w:color="auto" w:fill="808080" w:themeFill="background1" w:themeFillShade="80"/>
          <w:lang w:val="es-ES"/>
        </w:rPr>
        <w:t xml:space="preserve">3. </w:t>
      </w:r>
      <w:r w:rsidR="0092337E" w:rsidRPr="00877E2D">
        <w:rPr>
          <w:b/>
          <w:color w:val="FFFFFF"/>
          <w:sz w:val="22"/>
          <w:shd w:val="clear" w:color="auto" w:fill="808080" w:themeFill="background1" w:themeFillShade="80"/>
          <w:lang w:val="es-ES"/>
        </w:rPr>
        <w:t>CONFORMACIÓN DEL COMITÉ DE AUTOEVALUACIÓN</w:t>
      </w:r>
    </w:p>
    <w:tbl>
      <w:tblPr>
        <w:tblStyle w:val="Tablaconcuadrcula"/>
        <w:tblW w:w="0" w:type="auto"/>
        <w:tblLook w:val="04A0" w:firstRow="1" w:lastRow="0" w:firstColumn="1" w:lastColumn="0" w:noHBand="0" w:noVBand="1"/>
      </w:tblPr>
      <w:tblGrid>
        <w:gridCol w:w="9486"/>
      </w:tblGrid>
      <w:tr w:rsidR="0055474B" w:rsidRPr="001A3119" w14:paraId="3CB8976C" w14:textId="77777777" w:rsidTr="0055474B">
        <w:tc>
          <w:tcPr>
            <w:tcW w:w="9486" w:type="dxa"/>
          </w:tcPr>
          <w:p w14:paraId="1095F0BD" w14:textId="634148B7" w:rsidR="0055474B" w:rsidRDefault="0055474B" w:rsidP="00D44D8D">
            <w:pPr>
              <w:spacing w:line="276" w:lineRule="auto"/>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5A8F8E50" w14:textId="50537A3D" w:rsidR="0055474B" w:rsidRDefault="0055474B" w:rsidP="00D44D8D">
            <w:pPr>
              <w:spacing w:line="276" w:lineRule="auto"/>
              <w:jc w:val="both"/>
              <w:rPr>
                <w:rFonts w:ascii="Times New Roman" w:eastAsia="Times New Roman" w:hAnsi="Times New Roman" w:cs="Times New Roman"/>
                <w:szCs w:val="20"/>
                <w:lang w:val="es-PY" w:eastAsia="es-PY"/>
              </w:rPr>
            </w:pPr>
          </w:p>
          <w:p w14:paraId="2D855492" w14:textId="6F0A39C8" w:rsidR="0055474B" w:rsidRPr="0055474B" w:rsidRDefault="0055474B" w:rsidP="00D44D8D">
            <w:pPr>
              <w:spacing w:line="276" w:lineRule="auto"/>
              <w:jc w:val="both"/>
              <w:rPr>
                <w:rFonts w:eastAsia="Times New Roman" w:cs="Times New Roman"/>
                <w:szCs w:val="20"/>
                <w:lang w:val="es-PY" w:eastAsia="es-PY"/>
              </w:rPr>
            </w:pPr>
          </w:p>
          <w:p w14:paraId="76579834" w14:textId="1976E81F" w:rsidR="0055474B" w:rsidRPr="0055474B" w:rsidRDefault="0055474B" w:rsidP="0055474B">
            <w:pPr>
              <w:jc w:val="both"/>
              <w:rPr>
                <w:rFonts w:eastAsia="Times New Roman" w:cs="Times New Roman"/>
                <w:szCs w:val="20"/>
                <w:lang w:val="es-PY" w:eastAsia="es-PY"/>
              </w:rPr>
            </w:pPr>
          </w:p>
          <w:p w14:paraId="01B3B007" w14:textId="6574A9F3" w:rsidR="0055474B" w:rsidRPr="0055474B" w:rsidRDefault="0055474B" w:rsidP="0055474B">
            <w:pPr>
              <w:jc w:val="both"/>
              <w:rPr>
                <w:rFonts w:eastAsia="Times New Roman" w:cs="Times New Roman"/>
                <w:szCs w:val="20"/>
                <w:lang w:val="es-PY" w:eastAsia="es-PY"/>
              </w:rPr>
            </w:pPr>
          </w:p>
          <w:p w14:paraId="47A8ABF7" w14:textId="2CDA07A9" w:rsidR="0055474B" w:rsidRPr="0055474B" w:rsidRDefault="0055474B" w:rsidP="0055474B">
            <w:pPr>
              <w:jc w:val="both"/>
              <w:rPr>
                <w:rFonts w:eastAsia="Times New Roman" w:cs="Times New Roman"/>
                <w:szCs w:val="20"/>
                <w:lang w:val="es-PY" w:eastAsia="es-PY"/>
              </w:rPr>
            </w:pPr>
          </w:p>
          <w:p w14:paraId="4364AB92" w14:textId="0816DD54" w:rsidR="0055474B" w:rsidRPr="0055474B" w:rsidRDefault="0055474B" w:rsidP="0055474B">
            <w:pPr>
              <w:jc w:val="both"/>
              <w:rPr>
                <w:rFonts w:eastAsia="Times New Roman" w:cs="Times New Roman"/>
                <w:szCs w:val="20"/>
                <w:lang w:val="es-PY" w:eastAsia="es-PY"/>
              </w:rPr>
            </w:pPr>
          </w:p>
          <w:p w14:paraId="70359875" w14:textId="5326C281" w:rsidR="0055474B" w:rsidRPr="0055474B" w:rsidRDefault="0055474B" w:rsidP="0055474B">
            <w:pPr>
              <w:jc w:val="both"/>
              <w:rPr>
                <w:rFonts w:eastAsia="Times New Roman" w:cs="Times New Roman"/>
                <w:szCs w:val="20"/>
                <w:lang w:val="es-PY" w:eastAsia="es-PY"/>
              </w:rPr>
            </w:pPr>
          </w:p>
          <w:p w14:paraId="1100AE66" w14:textId="622F493B" w:rsidR="0055474B" w:rsidRPr="0055474B" w:rsidRDefault="0055474B" w:rsidP="0055474B">
            <w:pPr>
              <w:jc w:val="both"/>
              <w:rPr>
                <w:rFonts w:eastAsia="Times New Roman" w:cs="Times New Roman"/>
                <w:szCs w:val="20"/>
                <w:lang w:val="es-PY" w:eastAsia="es-PY"/>
              </w:rPr>
            </w:pPr>
          </w:p>
          <w:p w14:paraId="2F023CB1" w14:textId="03DF2D58" w:rsidR="0055474B" w:rsidRPr="0055474B" w:rsidRDefault="0055474B" w:rsidP="0055474B">
            <w:pPr>
              <w:jc w:val="both"/>
              <w:rPr>
                <w:rFonts w:eastAsia="Times New Roman" w:cs="Times New Roman"/>
                <w:szCs w:val="20"/>
                <w:lang w:val="es-PY" w:eastAsia="es-PY"/>
              </w:rPr>
            </w:pPr>
          </w:p>
          <w:p w14:paraId="23DB30AF" w14:textId="2AE76764" w:rsidR="0055474B" w:rsidRPr="0055474B" w:rsidRDefault="0055474B" w:rsidP="0055474B">
            <w:pPr>
              <w:jc w:val="both"/>
              <w:rPr>
                <w:rFonts w:eastAsia="Times New Roman" w:cs="Times New Roman"/>
                <w:szCs w:val="20"/>
                <w:lang w:val="es-PY" w:eastAsia="es-PY"/>
              </w:rPr>
            </w:pPr>
          </w:p>
          <w:p w14:paraId="0A763B8D" w14:textId="74D749FD" w:rsidR="0055474B" w:rsidRPr="0055474B" w:rsidRDefault="0055474B" w:rsidP="0055474B">
            <w:pPr>
              <w:jc w:val="both"/>
              <w:rPr>
                <w:rFonts w:eastAsia="Times New Roman" w:cs="Times New Roman"/>
                <w:szCs w:val="20"/>
                <w:lang w:val="es-PY" w:eastAsia="es-PY"/>
              </w:rPr>
            </w:pPr>
          </w:p>
          <w:p w14:paraId="023E70D7" w14:textId="307B9A62" w:rsidR="0055474B" w:rsidRPr="0055474B" w:rsidRDefault="0055474B" w:rsidP="0055474B">
            <w:pPr>
              <w:jc w:val="both"/>
              <w:rPr>
                <w:rFonts w:eastAsia="Times New Roman" w:cs="Times New Roman"/>
                <w:szCs w:val="20"/>
                <w:lang w:val="es-PY" w:eastAsia="es-PY"/>
              </w:rPr>
            </w:pPr>
          </w:p>
          <w:p w14:paraId="10DE76E0" w14:textId="41832E9D" w:rsidR="0055474B" w:rsidRPr="0055474B" w:rsidRDefault="0055474B" w:rsidP="0055474B">
            <w:pPr>
              <w:jc w:val="both"/>
              <w:rPr>
                <w:rFonts w:eastAsia="Times New Roman" w:cs="Times New Roman"/>
                <w:szCs w:val="20"/>
                <w:lang w:val="es-PY" w:eastAsia="es-PY"/>
              </w:rPr>
            </w:pPr>
          </w:p>
          <w:p w14:paraId="60A02290" w14:textId="7A5ACCDE" w:rsidR="0055474B" w:rsidRPr="0055474B" w:rsidRDefault="0055474B" w:rsidP="0055474B">
            <w:pPr>
              <w:jc w:val="both"/>
              <w:rPr>
                <w:rFonts w:eastAsia="Times New Roman" w:cs="Times New Roman"/>
                <w:szCs w:val="20"/>
                <w:lang w:val="es-PY" w:eastAsia="es-PY"/>
              </w:rPr>
            </w:pPr>
          </w:p>
          <w:p w14:paraId="145CAC6C" w14:textId="77777777" w:rsidR="0055474B" w:rsidRPr="0055474B" w:rsidRDefault="0055474B" w:rsidP="0055474B">
            <w:pPr>
              <w:jc w:val="both"/>
              <w:rPr>
                <w:rFonts w:eastAsia="Times New Roman" w:cs="Times New Roman"/>
                <w:szCs w:val="20"/>
                <w:lang w:val="es-PY" w:eastAsia="es-PY"/>
              </w:rPr>
            </w:pPr>
          </w:p>
          <w:p w14:paraId="1A86B41E" w14:textId="77777777" w:rsidR="0055474B" w:rsidRDefault="0055474B" w:rsidP="0092337E">
            <w:pPr>
              <w:rPr>
                <w:rFonts w:ascii="Times New Roman" w:eastAsia="Times New Roman" w:hAnsi="Times New Roman" w:cs="Times New Roman"/>
                <w:sz w:val="24"/>
                <w:szCs w:val="24"/>
                <w:lang w:val="es-PY" w:eastAsia="es-PY"/>
              </w:rPr>
            </w:pPr>
          </w:p>
        </w:tc>
      </w:tr>
    </w:tbl>
    <w:p w14:paraId="7AC8221C" w14:textId="327877D4" w:rsidR="0092337E" w:rsidRPr="0092337E" w:rsidRDefault="0092337E" w:rsidP="0092337E">
      <w:pPr>
        <w:rPr>
          <w:rFonts w:ascii="Times New Roman" w:eastAsia="Times New Roman" w:hAnsi="Times New Roman" w:cs="Times New Roman"/>
          <w:sz w:val="24"/>
          <w:szCs w:val="24"/>
          <w:lang w:val="es-PY" w:eastAsia="es-PY"/>
        </w:rPr>
      </w:pPr>
    </w:p>
    <w:p w14:paraId="2C675CBD" w14:textId="3C7AC053" w:rsidR="0055474B" w:rsidRPr="000D4804" w:rsidRDefault="0055474B" w:rsidP="000D4804">
      <w:pPr>
        <w:widowControl w:val="0"/>
        <w:shd w:val="clear" w:color="auto" w:fill="808080" w:themeFill="background1" w:themeFillShade="80"/>
        <w:tabs>
          <w:tab w:val="left" w:pos="1001"/>
        </w:tabs>
        <w:autoSpaceDE w:val="0"/>
        <w:autoSpaceDN w:val="0"/>
        <w:spacing w:before="180" w:after="40" w:line="259" w:lineRule="auto"/>
        <w:ind w:right="-2"/>
        <w:contextualSpacing/>
        <w:rPr>
          <w:rFonts w:eastAsia="Times New Roman" w:cs="Times New Roman"/>
          <w:b/>
          <w:bCs/>
          <w:color w:val="000000"/>
          <w:sz w:val="22"/>
          <w:lang w:val="es-PY" w:eastAsia="es-PY"/>
        </w:rPr>
      </w:pPr>
      <w:r w:rsidRPr="00920BB3">
        <w:rPr>
          <w:b/>
          <w:color w:val="FFFFFF"/>
          <w:sz w:val="22"/>
          <w:shd w:val="clear" w:color="auto" w:fill="808080" w:themeFill="background1" w:themeFillShade="80"/>
          <w:lang w:val="es-ES"/>
        </w:rPr>
        <w:t xml:space="preserve">4. </w:t>
      </w:r>
      <w:r w:rsidR="0092337E" w:rsidRPr="00920BB3">
        <w:rPr>
          <w:b/>
          <w:color w:val="FFFFFF"/>
          <w:sz w:val="22"/>
          <w:shd w:val="clear" w:color="auto" w:fill="808080" w:themeFill="background1" w:themeFillShade="80"/>
          <w:lang w:val="es-ES"/>
        </w:rPr>
        <w:t>METODOLOGÍA</w:t>
      </w:r>
      <w:r w:rsidR="0092337E" w:rsidRPr="00920BB3">
        <w:rPr>
          <w:rFonts w:eastAsia="Times New Roman" w:cs="Times New Roman"/>
          <w:b/>
          <w:bCs/>
          <w:color w:val="FFFFFF"/>
          <w:sz w:val="22"/>
          <w:shd w:val="clear" w:color="auto" w:fill="808080" w:themeFill="background1" w:themeFillShade="80"/>
          <w:lang w:val="es-PY" w:eastAsia="es-PY"/>
        </w:rPr>
        <w:t xml:space="preserve"> UTILIZADA</w:t>
      </w:r>
    </w:p>
    <w:tbl>
      <w:tblPr>
        <w:tblStyle w:val="Tablaconcuadrcula"/>
        <w:tblW w:w="0" w:type="auto"/>
        <w:tblLook w:val="04A0" w:firstRow="1" w:lastRow="0" w:firstColumn="1" w:lastColumn="0" w:noHBand="0" w:noVBand="1"/>
      </w:tblPr>
      <w:tblGrid>
        <w:gridCol w:w="9486"/>
      </w:tblGrid>
      <w:tr w:rsidR="0055474B" w:rsidRPr="001A3119" w14:paraId="46215F7C" w14:textId="77777777" w:rsidTr="007A43C1">
        <w:trPr>
          <w:trHeight w:val="5129"/>
        </w:trPr>
        <w:tc>
          <w:tcPr>
            <w:tcW w:w="9486" w:type="dxa"/>
          </w:tcPr>
          <w:p w14:paraId="5299E099" w14:textId="77777777" w:rsidR="0055474B" w:rsidRPr="0055474B" w:rsidRDefault="0055474B" w:rsidP="00D44D8D">
            <w:pPr>
              <w:spacing w:line="276" w:lineRule="auto"/>
              <w:jc w:val="both"/>
              <w:rPr>
                <w:rFonts w:ascii="Times New Roman" w:eastAsia="Times New Roman" w:hAnsi="Times New Roman" w:cs="Times New Roman"/>
                <w:szCs w:val="20"/>
                <w:lang w:val="es-PY" w:eastAsia="es-PY"/>
              </w:rPr>
            </w:pPr>
            <w:r w:rsidRPr="0055474B">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C9D82FB" w14:textId="77777777" w:rsidR="0055474B" w:rsidRPr="0055474B" w:rsidRDefault="0055474B" w:rsidP="0092337E">
            <w:pPr>
              <w:rPr>
                <w:rFonts w:eastAsia="Times New Roman" w:cs="Times New Roman"/>
                <w:szCs w:val="20"/>
                <w:lang w:val="es-PY" w:eastAsia="es-PY"/>
              </w:rPr>
            </w:pPr>
          </w:p>
          <w:p w14:paraId="7C04DE91" w14:textId="77777777" w:rsidR="0055474B" w:rsidRPr="0055474B" w:rsidRDefault="0055474B" w:rsidP="0092337E">
            <w:pPr>
              <w:rPr>
                <w:rFonts w:eastAsia="Times New Roman" w:cs="Times New Roman"/>
                <w:szCs w:val="20"/>
                <w:lang w:val="es-PY" w:eastAsia="es-PY"/>
              </w:rPr>
            </w:pPr>
          </w:p>
          <w:p w14:paraId="393A1CD0" w14:textId="77777777" w:rsidR="0055474B" w:rsidRPr="0055474B" w:rsidRDefault="0055474B" w:rsidP="0092337E">
            <w:pPr>
              <w:rPr>
                <w:rFonts w:eastAsia="Times New Roman" w:cs="Times New Roman"/>
                <w:szCs w:val="20"/>
                <w:lang w:val="es-PY" w:eastAsia="es-PY"/>
              </w:rPr>
            </w:pPr>
          </w:p>
          <w:p w14:paraId="3A1605C2" w14:textId="77777777" w:rsidR="0055474B" w:rsidRPr="0055474B" w:rsidRDefault="0055474B" w:rsidP="0092337E">
            <w:pPr>
              <w:rPr>
                <w:rFonts w:eastAsia="Times New Roman" w:cs="Times New Roman"/>
                <w:szCs w:val="20"/>
                <w:lang w:val="es-PY" w:eastAsia="es-PY"/>
              </w:rPr>
            </w:pPr>
          </w:p>
          <w:p w14:paraId="484E5581" w14:textId="77777777" w:rsidR="0055474B" w:rsidRPr="0055474B" w:rsidRDefault="0055474B" w:rsidP="0092337E">
            <w:pPr>
              <w:rPr>
                <w:rFonts w:eastAsia="Times New Roman" w:cs="Times New Roman"/>
                <w:szCs w:val="20"/>
                <w:lang w:val="es-PY" w:eastAsia="es-PY"/>
              </w:rPr>
            </w:pPr>
          </w:p>
          <w:p w14:paraId="446C615A" w14:textId="77777777" w:rsidR="0055474B" w:rsidRPr="0055474B" w:rsidRDefault="0055474B" w:rsidP="0092337E">
            <w:pPr>
              <w:rPr>
                <w:rFonts w:eastAsia="Times New Roman" w:cs="Times New Roman"/>
                <w:szCs w:val="20"/>
                <w:lang w:val="es-PY" w:eastAsia="es-PY"/>
              </w:rPr>
            </w:pPr>
          </w:p>
          <w:p w14:paraId="78FAC583" w14:textId="77777777" w:rsidR="0055474B" w:rsidRPr="0055474B" w:rsidRDefault="0055474B" w:rsidP="0092337E">
            <w:pPr>
              <w:rPr>
                <w:rFonts w:eastAsia="Times New Roman" w:cs="Times New Roman"/>
                <w:szCs w:val="20"/>
                <w:lang w:val="es-PY" w:eastAsia="es-PY"/>
              </w:rPr>
            </w:pPr>
          </w:p>
          <w:p w14:paraId="69FF1EF5" w14:textId="77777777" w:rsidR="0055474B" w:rsidRPr="0055474B" w:rsidRDefault="0055474B" w:rsidP="0092337E">
            <w:pPr>
              <w:rPr>
                <w:rFonts w:eastAsia="Times New Roman" w:cs="Times New Roman"/>
                <w:szCs w:val="20"/>
                <w:lang w:val="es-PY" w:eastAsia="es-PY"/>
              </w:rPr>
            </w:pPr>
          </w:p>
          <w:p w14:paraId="4C78E8D6" w14:textId="77777777" w:rsidR="0055474B" w:rsidRPr="0055474B" w:rsidRDefault="0055474B" w:rsidP="0092337E">
            <w:pPr>
              <w:rPr>
                <w:rFonts w:eastAsia="Times New Roman" w:cs="Times New Roman"/>
                <w:szCs w:val="20"/>
                <w:lang w:val="es-PY" w:eastAsia="es-PY"/>
              </w:rPr>
            </w:pPr>
          </w:p>
          <w:p w14:paraId="072A5213" w14:textId="77777777" w:rsidR="0055474B" w:rsidRPr="0055474B" w:rsidRDefault="0055474B" w:rsidP="0092337E">
            <w:pPr>
              <w:rPr>
                <w:rFonts w:eastAsia="Times New Roman" w:cs="Times New Roman"/>
                <w:szCs w:val="20"/>
                <w:lang w:val="es-PY" w:eastAsia="es-PY"/>
              </w:rPr>
            </w:pPr>
          </w:p>
          <w:p w14:paraId="48E95475" w14:textId="3A59E166" w:rsidR="0055474B" w:rsidRDefault="0055474B" w:rsidP="0092337E">
            <w:pPr>
              <w:rPr>
                <w:rFonts w:eastAsia="Times New Roman" w:cs="Times New Roman"/>
                <w:szCs w:val="20"/>
                <w:lang w:val="es-PY" w:eastAsia="es-PY"/>
              </w:rPr>
            </w:pPr>
          </w:p>
          <w:p w14:paraId="2528D82E" w14:textId="2AFA132F" w:rsidR="0055474B" w:rsidRDefault="0055474B" w:rsidP="0092337E">
            <w:pPr>
              <w:rPr>
                <w:rFonts w:eastAsia="Times New Roman" w:cs="Times New Roman"/>
                <w:szCs w:val="20"/>
                <w:lang w:val="es-PY" w:eastAsia="es-PY"/>
              </w:rPr>
            </w:pPr>
          </w:p>
          <w:p w14:paraId="56BECDEF" w14:textId="70EF3E2F" w:rsidR="0055474B" w:rsidRDefault="0055474B" w:rsidP="0092337E">
            <w:pPr>
              <w:rPr>
                <w:rFonts w:eastAsia="Times New Roman" w:cs="Times New Roman"/>
                <w:szCs w:val="20"/>
                <w:lang w:val="es-PY" w:eastAsia="es-PY"/>
              </w:rPr>
            </w:pPr>
          </w:p>
          <w:p w14:paraId="253194A6" w14:textId="7A207CA4" w:rsidR="0055474B" w:rsidRDefault="0055474B" w:rsidP="0092337E">
            <w:pPr>
              <w:rPr>
                <w:rFonts w:eastAsia="Times New Roman" w:cs="Times New Roman"/>
                <w:szCs w:val="20"/>
                <w:lang w:val="es-PY" w:eastAsia="es-PY"/>
              </w:rPr>
            </w:pPr>
          </w:p>
          <w:p w14:paraId="4B5AA5B3" w14:textId="69FC8765" w:rsidR="0055474B" w:rsidRDefault="0055474B" w:rsidP="0092337E">
            <w:pPr>
              <w:rPr>
                <w:rFonts w:eastAsia="Times New Roman" w:cs="Times New Roman"/>
                <w:szCs w:val="20"/>
                <w:lang w:val="es-PY" w:eastAsia="es-PY"/>
              </w:rPr>
            </w:pPr>
          </w:p>
          <w:p w14:paraId="17E31F10" w14:textId="77777777" w:rsidR="000D4804" w:rsidRPr="0055474B" w:rsidRDefault="000D4804" w:rsidP="0092337E">
            <w:pPr>
              <w:rPr>
                <w:rFonts w:eastAsia="Times New Roman" w:cs="Times New Roman"/>
                <w:szCs w:val="20"/>
                <w:lang w:val="es-PY" w:eastAsia="es-PY"/>
              </w:rPr>
            </w:pPr>
          </w:p>
          <w:p w14:paraId="65AD584D" w14:textId="7D9B466A" w:rsidR="0055474B" w:rsidRDefault="0055474B" w:rsidP="0092337E">
            <w:pPr>
              <w:rPr>
                <w:rFonts w:ascii="Times New Roman" w:eastAsia="Times New Roman" w:hAnsi="Times New Roman" w:cs="Times New Roman"/>
                <w:sz w:val="24"/>
                <w:szCs w:val="24"/>
                <w:lang w:val="es-PY" w:eastAsia="es-PY"/>
              </w:rPr>
            </w:pPr>
          </w:p>
        </w:tc>
      </w:tr>
    </w:tbl>
    <w:p w14:paraId="245C416E" w14:textId="327778F0" w:rsidR="0092337E" w:rsidRPr="0092337E" w:rsidRDefault="0092337E" w:rsidP="0092337E">
      <w:pPr>
        <w:rPr>
          <w:rFonts w:ascii="Times New Roman" w:eastAsia="Times New Roman" w:hAnsi="Times New Roman" w:cs="Times New Roman"/>
          <w:sz w:val="24"/>
          <w:szCs w:val="24"/>
          <w:lang w:val="es-PY" w:eastAsia="es-PY"/>
        </w:rPr>
      </w:pPr>
    </w:p>
    <w:p w14:paraId="0246EFCF" w14:textId="069BC3AA" w:rsidR="0092337E"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b/>
          <w:color w:val="FFFFFF"/>
          <w:szCs w:val="20"/>
          <w:lang w:val="es-ES"/>
        </w:rPr>
      </w:pPr>
      <w:r w:rsidRPr="00920BB3">
        <w:rPr>
          <w:b/>
          <w:color w:val="FFFFFF"/>
          <w:szCs w:val="20"/>
          <w:shd w:val="clear" w:color="auto" w:fill="808080" w:themeFill="background1" w:themeFillShade="80"/>
          <w:lang w:val="es-ES"/>
        </w:rPr>
        <w:lastRenderedPageBreak/>
        <w:t xml:space="preserve">5. </w:t>
      </w:r>
      <w:r w:rsidR="0092337E" w:rsidRPr="00920BB3">
        <w:rPr>
          <w:b/>
          <w:color w:val="FFFFFF"/>
          <w:szCs w:val="20"/>
          <w:shd w:val="clear" w:color="auto" w:fill="808080" w:themeFill="background1" w:themeFillShade="80"/>
          <w:lang w:val="es-ES"/>
        </w:rPr>
        <w:t>PRINCIPALES DESAFÍOS ENFRENTADOS EN EL PROCESO DE AUTOEVALUACIÓN</w:t>
      </w:r>
    </w:p>
    <w:tbl>
      <w:tblPr>
        <w:tblStyle w:val="Tablaconcuadrcula4"/>
        <w:tblW w:w="9634" w:type="dxa"/>
        <w:tblLook w:val="04A0" w:firstRow="1" w:lastRow="0" w:firstColumn="1" w:lastColumn="0" w:noHBand="0" w:noVBand="1"/>
      </w:tblPr>
      <w:tblGrid>
        <w:gridCol w:w="9634"/>
      </w:tblGrid>
      <w:tr w:rsidR="0055474B" w:rsidRPr="001A3119" w14:paraId="3BD62029" w14:textId="77777777" w:rsidTr="00A3110F">
        <w:trPr>
          <w:trHeight w:val="7288"/>
        </w:trPr>
        <w:tc>
          <w:tcPr>
            <w:tcW w:w="9634" w:type="dxa"/>
          </w:tcPr>
          <w:p w14:paraId="073C5F05" w14:textId="77777777" w:rsidR="0011617B" w:rsidRDefault="0011617B" w:rsidP="00D44D8D">
            <w:pPr>
              <w:spacing w:line="276" w:lineRule="auto"/>
              <w:jc w:val="both"/>
              <w:rPr>
                <w:rFonts w:eastAsia="Times New Roman" w:cs="Times New Roman"/>
                <w:color w:val="A6A6A6"/>
                <w:szCs w:val="20"/>
                <w:lang w:eastAsia="es-PY"/>
              </w:rPr>
            </w:pPr>
            <w:r w:rsidRPr="005D12D8">
              <w:rPr>
                <w:rFonts w:eastAsia="Times New Roman" w:cs="Times New Roman"/>
                <w:color w:val="A6A6A6"/>
                <w:szCs w:val="20"/>
                <w:lang w:eastAsia="es-PY"/>
              </w:rPr>
              <w:t>Se identifican las dificultades encontradas durante el proceso de autoevaluación, junto con las estrategias implementadas para superarlas.</w:t>
            </w:r>
          </w:p>
          <w:p w14:paraId="327624E5" w14:textId="77777777" w:rsidR="0055474B" w:rsidRPr="0011617B" w:rsidRDefault="0055474B" w:rsidP="0055474B">
            <w:pPr>
              <w:widowControl w:val="0"/>
              <w:autoSpaceDE w:val="0"/>
              <w:autoSpaceDN w:val="0"/>
              <w:spacing w:before="180" w:after="40" w:line="259" w:lineRule="auto"/>
              <w:ind w:right="-2"/>
              <w:contextualSpacing/>
              <w:rPr>
                <w:b/>
                <w:color w:val="FFFFFF"/>
                <w:szCs w:val="20"/>
              </w:rPr>
            </w:pPr>
          </w:p>
          <w:p w14:paraId="2B17938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8E9F18E"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0A1F3A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BDAD18"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8260DA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5F5E77F4"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532923"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06AFE1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70CC3C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0335C896"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FBA919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222EF9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981C117"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0137603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424DC1A"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2B3B8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00A814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3201F6B"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9DD6DD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EFF03E"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460A552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73D175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544A80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4E64548"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AACC151"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30A7DB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DCD505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3B041B9" w14:textId="34849823" w:rsidR="0011617B" w:rsidRDefault="0011617B" w:rsidP="0055474B">
            <w:pPr>
              <w:widowControl w:val="0"/>
              <w:autoSpaceDE w:val="0"/>
              <w:autoSpaceDN w:val="0"/>
              <w:spacing w:before="180" w:after="40" w:line="259" w:lineRule="auto"/>
              <w:ind w:right="-2"/>
              <w:contextualSpacing/>
              <w:rPr>
                <w:b/>
                <w:color w:val="FFFFFF"/>
                <w:szCs w:val="20"/>
                <w:lang w:val="es-ES"/>
              </w:rPr>
            </w:pPr>
          </w:p>
        </w:tc>
      </w:tr>
    </w:tbl>
    <w:p w14:paraId="4635D32A" w14:textId="47076CF5" w:rsidR="0011617B"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6.</w:t>
      </w:r>
      <w:r w:rsidR="0011617B">
        <w:rPr>
          <w:rFonts w:eastAsia="Times New Roman" w:cs="Times New Roman"/>
          <w:b/>
          <w:bCs/>
          <w:color w:val="FFFFFF"/>
          <w:sz w:val="22"/>
          <w:lang w:val="es-PY" w:eastAsia="es-PY"/>
        </w:rPr>
        <w:t xml:space="preserve"> </w:t>
      </w:r>
      <w:r w:rsidR="0011617B" w:rsidRPr="0092337E">
        <w:rPr>
          <w:rFonts w:eastAsia="Times New Roman" w:cs="Times New Roman"/>
          <w:b/>
          <w:bCs/>
          <w:color w:val="FFFFFF"/>
          <w:sz w:val="22"/>
          <w:lang w:val="es-PY" w:eastAsia="es-PY"/>
        </w:rPr>
        <w:t xml:space="preserve">PARTICIPACIÓN DE LOS ACTORES </w:t>
      </w:r>
      <w:r w:rsidR="0011617B" w:rsidRPr="0092337E">
        <w:rPr>
          <w:b/>
          <w:color w:val="FFFFFF"/>
          <w:sz w:val="22"/>
          <w:lang w:val="es-ES"/>
        </w:rPr>
        <w:t>INSTITUCIONALES</w:t>
      </w:r>
    </w:p>
    <w:tbl>
      <w:tblPr>
        <w:tblStyle w:val="Tablaconcuadrcula"/>
        <w:tblW w:w="9639" w:type="dxa"/>
        <w:tblInd w:w="-5" w:type="dxa"/>
        <w:tblLook w:val="04A0" w:firstRow="1" w:lastRow="0" w:firstColumn="1" w:lastColumn="0" w:noHBand="0" w:noVBand="1"/>
      </w:tblPr>
      <w:tblGrid>
        <w:gridCol w:w="9639"/>
      </w:tblGrid>
      <w:tr w:rsidR="0011617B" w:rsidRPr="001A3119" w14:paraId="4D8BD8C8" w14:textId="77777777" w:rsidTr="0011617B">
        <w:tc>
          <w:tcPr>
            <w:tcW w:w="9639" w:type="dxa"/>
          </w:tcPr>
          <w:p w14:paraId="2EDDAD76" w14:textId="4930E61F" w:rsidR="0011617B" w:rsidRPr="005D12D8" w:rsidRDefault="0011617B" w:rsidP="00D44D8D">
            <w:pPr>
              <w:spacing w:line="276" w:lineRule="auto"/>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 xml:space="preserve">Se describe el enfoque adoptado para garantizar la participación de los distintos sectores involucrados en la vida académica e institucional: docentes, </w:t>
            </w:r>
            <w:r w:rsidR="0044515B">
              <w:rPr>
                <w:rFonts w:eastAsia="Times New Roman" w:cs="Times New Roman"/>
                <w:color w:val="A6A6A6"/>
                <w:szCs w:val="20"/>
                <w:lang w:val="es-PY" w:eastAsia="es-PY"/>
              </w:rPr>
              <w:t>participantes</w:t>
            </w:r>
            <w:r w:rsidRPr="005D12D8">
              <w:rPr>
                <w:rFonts w:eastAsia="Times New Roman" w:cs="Times New Roman"/>
                <w:color w:val="A6A6A6"/>
                <w:szCs w:val="20"/>
                <w:lang w:val="es-PY" w:eastAsia="es-PY"/>
              </w:rPr>
              <w:t>, egresados, personal administrativo, directivo o actores externos.</w:t>
            </w:r>
          </w:p>
          <w:p w14:paraId="67157079"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6680713F"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635FF43E"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27B2EA08"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5CA0CE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2C29192"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CF9B741"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3EE268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AB49C5D"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1515C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B9E432C"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7E176A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770F23B"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7EBF8A5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431B633"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48594AE" w14:textId="77777777" w:rsidR="0089381D" w:rsidRDefault="0089381D"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23670A3" w14:textId="135C3C64" w:rsidR="007A43C1" w:rsidRDefault="007A43C1"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tc>
      </w:tr>
    </w:tbl>
    <w:tbl>
      <w:tblPr>
        <w:tblW w:w="9499" w:type="dxa"/>
        <w:jc w:val="center"/>
        <w:tblLook w:val="04A0" w:firstRow="1" w:lastRow="0" w:firstColumn="1" w:lastColumn="0" w:noHBand="0" w:noVBand="1"/>
      </w:tblPr>
      <w:tblGrid>
        <w:gridCol w:w="9499"/>
      </w:tblGrid>
      <w:tr w:rsidR="0092337E" w:rsidRPr="00380C83" w14:paraId="520983CC" w14:textId="77777777" w:rsidTr="0089381D">
        <w:trPr>
          <w:cantSplit/>
          <w:trHeight w:hRule="exact" w:val="362"/>
          <w:tblHeader/>
          <w:jc w:val="center"/>
        </w:trPr>
        <w:tc>
          <w:tcPr>
            <w:tcW w:w="9499" w:type="dxa"/>
            <w:tcBorders>
              <w:bottom w:val="single" w:sz="4" w:space="0" w:color="auto"/>
            </w:tcBorders>
            <w:shd w:val="clear" w:color="auto" w:fill="262626" w:themeFill="text1" w:themeFillTint="D9"/>
            <w:tcMar>
              <w:top w:w="55" w:type="dxa"/>
              <w:left w:w="70" w:type="dxa"/>
              <w:bottom w:w="55" w:type="dxa"/>
              <w:right w:w="70" w:type="dxa"/>
            </w:tcMar>
            <w:vAlign w:val="center"/>
          </w:tcPr>
          <w:p w14:paraId="0AC37202" w14:textId="746568D7" w:rsidR="0092337E" w:rsidRPr="0011617B" w:rsidRDefault="0055474B" w:rsidP="00920BB3">
            <w:pPr>
              <w:shd w:val="clear" w:color="auto" w:fill="262626" w:themeFill="text1" w:themeFillTint="D9"/>
              <w:tabs>
                <w:tab w:val="left" w:pos="9284"/>
              </w:tabs>
              <w:spacing w:after="160" w:line="256" w:lineRule="auto"/>
              <w:ind w:right="-623"/>
              <w:rPr>
                <w:b/>
                <w:bCs/>
                <w:sz w:val="22"/>
                <w:lang w:val="es-PY" w:eastAsia="es-PY"/>
              </w:rPr>
            </w:pPr>
            <w:r w:rsidRPr="00430791">
              <w:rPr>
                <w:b/>
                <w:bCs/>
                <w:color w:val="FFFFFF"/>
                <w:sz w:val="22"/>
                <w:shd w:val="clear" w:color="auto" w:fill="003300"/>
                <w:lang w:val="es-PY" w:eastAsia="es-PY"/>
              </w:rPr>
              <w:lastRenderedPageBreak/>
              <w:t>7</w:t>
            </w:r>
            <w:r w:rsidRPr="00920BB3">
              <w:rPr>
                <w:b/>
                <w:bCs/>
                <w:color w:val="FFFFFF"/>
                <w:sz w:val="22"/>
                <w:shd w:val="clear" w:color="auto" w:fill="262626" w:themeFill="text1" w:themeFillTint="D9"/>
                <w:lang w:val="es-PY" w:eastAsia="es-PY"/>
              </w:rPr>
              <w:t xml:space="preserve">. </w:t>
            </w:r>
            <w:r w:rsidR="0092337E" w:rsidRPr="00920BB3">
              <w:rPr>
                <w:b/>
                <w:bCs/>
                <w:color w:val="FFFFFF"/>
                <w:sz w:val="22"/>
                <w:shd w:val="clear" w:color="auto" w:fill="262626" w:themeFill="text1" w:themeFillTint="D9"/>
                <w:lang w:val="es-PY" w:eastAsia="es-PY"/>
              </w:rPr>
              <w:t>RESULTADOS DEL PROCESO DE AUTOEVALUACIÓN</w:t>
            </w:r>
            <w:r w:rsidR="005D12D8" w:rsidRPr="0011617B">
              <w:rPr>
                <w:b/>
                <w:bCs/>
                <w:color w:val="FFFFFF"/>
                <w:sz w:val="22"/>
                <w:shd w:val="clear" w:color="auto" w:fill="009999"/>
                <w:lang w:val="es-PY" w:eastAsia="es-PY"/>
              </w:rPr>
              <w:t xml:space="preserve">    </w:t>
            </w:r>
          </w:p>
          <w:p w14:paraId="5ADFAD55" w14:textId="77777777" w:rsidR="0092337E" w:rsidRPr="00E26089" w:rsidRDefault="0092337E">
            <w:pPr>
              <w:rPr>
                <w:b/>
                <w:color w:val="FFFFFF"/>
                <w:lang w:val="es-PY"/>
              </w:rPr>
            </w:pPr>
          </w:p>
        </w:tc>
      </w:tr>
    </w:tbl>
    <w:p w14:paraId="1F59692F" w14:textId="69EEF3E9" w:rsidR="000C6B7D" w:rsidRPr="00380C83" w:rsidRDefault="000C6B7D">
      <w:pPr>
        <w:rPr>
          <w:lang w:val="es-PY"/>
        </w:rPr>
      </w:pPr>
    </w:p>
    <w:tbl>
      <w:tblPr>
        <w:tblW w:w="5000" w:type="pct"/>
        <w:jc w:val="center"/>
        <w:tblLook w:val="04A0" w:firstRow="1" w:lastRow="0" w:firstColumn="1" w:lastColumn="0" w:noHBand="0" w:noVBand="1"/>
      </w:tblPr>
      <w:tblGrid>
        <w:gridCol w:w="1987"/>
        <w:gridCol w:w="5402"/>
        <w:gridCol w:w="694"/>
        <w:gridCol w:w="694"/>
        <w:gridCol w:w="703"/>
      </w:tblGrid>
      <w:tr w:rsidR="000C6B7D" w:rsidRPr="001A3119" w14:paraId="569C257F" w14:textId="77777777" w:rsidTr="00E55766">
        <w:trPr>
          <w:cantSplit/>
          <w:trHeight w:hRule="exact" w:val="446"/>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424E619" w14:textId="63EC0184" w:rsidR="000C6B7D" w:rsidRPr="00E26089" w:rsidRDefault="00E26089">
            <w:pPr>
              <w:rPr>
                <w:lang w:val="es-PY"/>
              </w:rPr>
            </w:pPr>
            <w:r w:rsidRPr="00E26089">
              <w:rPr>
                <w:b/>
                <w:color w:val="FFFFFF"/>
                <w:lang w:val="es-PY"/>
              </w:rPr>
              <w:t xml:space="preserve">DIMENSIÓN 2. PROYECTO ACADÉMICO Y </w:t>
            </w:r>
            <w:r w:rsidR="00D037C6">
              <w:rPr>
                <w:b/>
                <w:color w:val="FFFFFF"/>
                <w:lang w:val="es-PY"/>
              </w:rPr>
              <w:t>PROCESO FORMATIVO</w:t>
            </w:r>
          </w:p>
        </w:tc>
      </w:tr>
      <w:tr w:rsidR="000C6B7D" w14:paraId="1F090D5C" w14:textId="77777777" w:rsidTr="00E55766">
        <w:trPr>
          <w:cantSplit/>
          <w:trHeight w:hRule="exact" w:val="691"/>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F575FDD" w14:textId="494FB3C1" w:rsidR="000C6B7D" w:rsidRPr="00735EB3" w:rsidRDefault="002820E3">
            <w:pPr>
              <w:jc w:val="center"/>
              <w:rPr>
                <w:szCs w:val="20"/>
              </w:rPr>
            </w:pPr>
            <w:proofErr w:type="spellStart"/>
            <w:r w:rsidRPr="00735EB3">
              <w:rPr>
                <w:b/>
                <w:color w:val="000000"/>
                <w:szCs w:val="20"/>
              </w:rPr>
              <w:t>Criterio</w:t>
            </w:r>
            <w:proofErr w:type="spellEnd"/>
            <w:r w:rsidRPr="00735EB3">
              <w:rPr>
                <w:b/>
                <w:color w:val="000000"/>
                <w:szCs w:val="20"/>
              </w:rPr>
              <w:t xml:space="preserve"> 2.1</w:t>
            </w:r>
          </w:p>
        </w:tc>
        <w:tc>
          <w:tcPr>
            <w:tcW w:w="2849"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057C40" w14:textId="77777777" w:rsidR="000C6B7D" w:rsidRPr="00735EB3" w:rsidRDefault="00E26089">
            <w:pPr>
              <w:jc w:val="center"/>
              <w:rPr>
                <w:szCs w:val="20"/>
              </w:rPr>
            </w:pPr>
            <w:r w:rsidRPr="00735EB3">
              <w:rPr>
                <w:b/>
                <w:color w:val="000000"/>
                <w:szCs w:val="20"/>
              </w:rPr>
              <w:t>Indicadores</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B7C6A5B" w14:textId="77777777" w:rsidR="000C6B7D" w:rsidRPr="00735EB3" w:rsidRDefault="00E26089">
            <w:pPr>
              <w:jc w:val="center"/>
              <w:rPr>
                <w:szCs w:val="20"/>
              </w:rPr>
            </w:pPr>
            <w:r w:rsidRPr="00735EB3">
              <w:rPr>
                <w:b/>
                <w:color w:val="000000"/>
                <w:szCs w:val="20"/>
              </w:rPr>
              <w:t>Nivel de cumplimiento</w:t>
            </w:r>
          </w:p>
        </w:tc>
      </w:tr>
      <w:tr w:rsidR="000C6B7D" w14:paraId="02F1AA99" w14:textId="77777777" w:rsidTr="001E714C">
        <w:trPr>
          <w:cantSplit/>
          <w:trHeight w:hRule="exact" w:val="303"/>
          <w:tblHeader/>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525644" w14:textId="77777777" w:rsidR="000C6B7D" w:rsidRPr="00735EB3" w:rsidRDefault="000C6B7D">
            <w:pPr>
              <w:rPr>
                <w:szCs w:val="20"/>
              </w:rPr>
            </w:pPr>
          </w:p>
        </w:tc>
        <w:tc>
          <w:tcPr>
            <w:tcW w:w="2849"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6C4525C" w14:textId="77777777" w:rsidR="000C6B7D" w:rsidRPr="00735EB3" w:rsidRDefault="000C6B7D">
            <w:pPr>
              <w:rPr>
                <w:szCs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985D3A" w14:textId="77777777" w:rsidR="000C6B7D" w:rsidRPr="00735EB3" w:rsidRDefault="00E26089">
            <w:pPr>
              <w:jc w:val="center"/>
              <w:rPr>
                <w:szCs w:val="20"/>
              </w:rPr>
            </w:pPr>
            <w:r w:rsidRPr="00735EB3">
              <w:rPr>
                <w:b/>
                <w:color w:val="000000"/>
                <w:szCs w:val="2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3D50AF" w14:textId="77777777" w:rsidR="000C6B7D" w:rsidRPr="00735EB3" w:rsidRDefault="00E26089">
            <w:pPr>
              <w:jc w:val="center"/>
              <w:rPr>
                <w:szCs w:val="20"/>
              </w:rPr>
            </w:pPr>
            <w:r w:rsidRPr="00735EB3">
              <w:rPr>
                <w:b/>
                <w:color w:val="000000"/>
                <w:szCs w:val="20"/>
              </w:rPr>
              <w:t>CP</w:t>
            </w:r>
          </w:p>
        </w:tc>
        <w:tc>
          <w:tcPr>
            <w:tcW w:w="37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F4D48E0" w14:textId="77777777" w:rsidR="000C6B7D" w:rsidRPr="00735EB3" w:rsidRDefault="00E26089">
            <w:pPr>
              <w:jc w:val="center"/>
              <w:rPr>
                <w:szCs w:val="20"/>
              </w:rPr>
            </w:pPr>
            <w:r w:rsidRPr="00735EB3">
              <w:rPr>
                <w:b/>
                <w:color w:val="000000"/>
                <w:szCs w:val="20"/>
              </w:rPr>
              <w:t>NC</w:t>
            </w:r>
          </w:p>
        </w:tc>
      </w:tr>
      <w:tr w:rsidR="001E714C" w:rsidRPr="001A3119" w14:paraId="510DA82C" w14:textId="77777777" w:rsidTr="001E714C">
        <w:trPr>
          <w:cantSplit/>
          <w:trHeight w:val="457"/>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C2A4E62" w14:textId="3175A4AD" w:rsidR="001E714C" w:rsidRPr="005D12D8" w:rsidRDefault="00485141" w:rsidP="001E714C">
            <w:pPr>
              <w:jc w:val="center"/>
              <w:rPr>
                <w:lang w:val="es-PY"/>
              </w:rPr>
            </w:pPr>
            <w:r w:rsidRPr="00A22F53">
              <w:rPr>
                <w:b/>
                <w:color w:val="000000"/>
                <w:szCs w:val="20"/>
                <w:lang w:val="es-PY"/>
              </w:rPr>
              <w:t>Pertinencia del d</w:t>
            </w:r>
            <w:r>
              <w:rPr>
                <w:b/>
                <w:color w:val="000000"/>
                <w:szCs w:val="20"/>
                <w:lang w:val="es-PY"/>
              </w:rPr>
              <w:t>iseño curricular y metodológico de la modalidad a distancia en relación con el ámbito profesional del programa</w:t>
            </w:r>
            <w:r w:rsidRPr="00A22F53">
              <w:rPr>
                <w:b/>
                <w:color w:val="E31B23"/>
                <w:szCs w:val="20"/>
                <w:lang w:val="es-PY"/>
              </w:rPr>
              <w:br/>
              <w:t>(Sustantivo)</w:t>
            </w:r>
          </w:p>
        </w:tc>
        <w:tc>
          <w:tcPr>
            <w:tcW w:w="2849" w:type="pct"/>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4E0DABD1" w14:textId="50EDF797" w:rsidR="001E714C" w:rsidRPr="0073782B" w:rsidRDefault="00485141" w:rsidP="001E714C">
            <w:pPr>
              <w:pStyle w:val="Prrafodelista"/>
              <w:numPr>
                <w:ilvl w:val="0"/>
                <w:numId w:val="16"/>
              </w:numPr>
              <w:ind w:left="346" w:hanging="283"/>
              <w:jc w:val="both"/>
              <w:rPr>
                <w:lang w:val="es-PY"/>
              </w:rPr>
            </w:pPr>
            <w:r w:rsidRPr="00606DF1">
              <w:rPr>
                <w:color w:val="000000" w:themeColor="text1"/>
                <w:szCs w:val="20"/>
                <w:lang w:val="es-PY"/>
              </w:rPr>
              <w:t>El programa desarrolla competencias avanzadas y contextualizadas, aplicables al ejercicio profesional en entornos reales.</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D8553D1" w14:textId="77777777" w:rsidR="001E714C" w:rsidRPr="005D12D8" w:rsidRDefault="001E714C" w:rsidP="001E714C">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EED8736" w14:textId="77777777" w:rsidR="001E714C" w:rsidRPr="005D12D8" w:rsidRDefault="001E714C" w:rsidP="001E714C">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69206B" w14:textId="77777777" w:rsidR="001E714C" w:rsidRPr="005D12D8" w:rsidRDefault="001E714C" w:rsidP="001E714C">
            <w:pPr>
              <w:jc w:val="center"/>
              <w:rPr>
                <w:lang w:val="es-PY"/>
              </w:rPr>
            </w:pPr>
          </w:p>
        </w:tc>
      </w:tr>
      <w:tr w:rsidR="001E714C" w:rsidRPr="001A3119" w14:paraId="2DD43C3B" w14:textId="77777777" w:rsidTr="001E714C">
        <w:trPr>
          <w:cantSplit/>
          <w:trHeight w:val="46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F99134" w14:textId="77777777" w:rsidR="001E714C" w:rsidRPr="005D12D8" w:rsidRDefault="001E714C" w:rsidP="001E714C">
            <w:pPr>
              <w:rPr>
                <w:lang w:val="es-PY"/>
              </w:rPr>
            </w:pPr>
          </w:p>
        </w:tc>
        <w:tc>
          <w:tcPr>
            <w:tcW w:w="2849" w:type="pct"/>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68443CF9" w14:textId="2C72208C" w:rsidR="001E714C" w:rsidRPr="0073782B" w:rsidRDefault="00485141" w:rsidP="001E714C">
            <w:pPr>
              <w:pStyle w:val="Prrafodelista"/>
              <w:numPr>
                <w:ilvl w:val="0"/>
                <w:numId w:val="16"/>
              </w:numPr>
              <w:ind w:left="346" w:hanging="283"/>
              <w:jc w:val="both"/>
              <w:rPr>
                <w:lang w:val="es-PY"/>
              </w:rPr>
            </w:pPr>
            <w:r w:rsidRPr="00606DF1">
              <w:rPr>
                <w:color w:val="000000" w:themeColor="text1"/>
                <w:szCs w:val="20"/>
                <w:lang w:val="es-PY"/>
              </w:rPr>
              <w:t>El diseño curricular incorpora estrategias metodológicas activas, recursos adaptados y modalidades sincrónicas y asincrónicas pertinentes al aprendizaje autónomo y colaborativo en línea.</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CE4086E" w14:textId="77777777" w:rsidR="001E714C" w:rsidRPr="005D12D8" w:rsidRDefault="001E714C" w:rsidP="001E714C">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32433FB" w14:textId="77777777" w:rsidR="001E714C" w:rsidRPr="005D12D8" w:rsidRDefault="001E714C" w:rsidP="001E714C">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EB2416" w14:textId="77777777" w:rsidR="001E714C" w:rsidRPr="005D12D8" w:rsidRDefault="001E714C" w:rsidP="001E714C">
            <w:pPr>
              <w:jc w:val="center"/>
              <w:rPr>
                <w:lang w:val="es-PY"/>
              </w:rPr>
            </w:pPr>
          </w:p>
        </w:tc>
      </w:tr>
      <w:tr w:rsidR="001E714C" w:rsidRPr="001A3119" w14:paraId="3ECAC2FD" w14:textId="77777777" w:rsidTr="001E714C">
        <w:trPr>
          <w:cantSplit/>
          <w:trHeight w:val="435"/>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2176DEA" w14:textId="77777777" w:rsidR="001E714C" w:rsidRPr="005D12D8" w:rsidRDefault="001E714C" w:rsidP="001E714C">
            <w:pPr>
              <w:rPr>
                <w:lang w:val="es-PY"/>
              </w:rPr>
            </w:pPr>
          </w:p>
        </w:tc>
        <w:tc>
          <w:tcPr>
            <w:tcW w:w="2849" w:type="pct"/>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17E0729E" w14:textId="230037FC" w:rsidR="001E714C" w:rsidRPr="0073782B" w:rsidRDefault="00485141" w:rsidP="001E714C">
            <w:pPr>
              <w:pStyle w:val="Prrafodelista"/>
              <w:numPr>
                <w:ilvl w:val="0"/>
                <w:numId w:val="16"/>
              </w:numPr>
              <w:ind w:left="346" w:hanging="283"/>
              <w:jc w:val="both"/>
              <w:rPr>
                <w:lang w:val="es-PY"/>
              </w:rPr>
            </w:pPr>
            <w:r w:rsidRPr="00606DF1">
              <w:rPr>
                <w:color w:val="000000" w:themeColor="text1"/>
                <w:szCs w:val="20"/>
                <w:lang w:val="es-PY"/>
              </w:rPr>
              <w:t>Los trabajos finales abordan problemas del campo profesional con propuestas de mejora contextualizadas.</w:t>
            </w:r>
            <w:r w:rsidRPr="00606DF1">
              <w:rPr>
                <w:color w:val="000000" w:themeColor="text1"/>
                <w:szCs w:val="20"/>
                <w:lang w:val="es-PY"/>
              </w:rPr>
              <w:tab/>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899CB40" w14:textId="77777777" w:rsidR="001E714C" w:rsidRPr="005D12D8" w:rsidRDefault="001E714C" w:rsidP="001E714C">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F172466" w14:textId="77777777" w:rsidR="001E714C" w:rsidRPr="005D12D8" w:rsidRDefault="001E714C" w:rsidP="001E714C">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5DC4834" w14:textId="77777777" w:rsidR="001E714C" w:rsidRPr="005D12D8" w:rsidRDefault="001E714C" w:rsidP="001E714C">
            <w:pPr>
              <w:jc w:val="center"/>
              <w:rPr>
                <w:lang w:val="es-PY"/>
              </w:rPr>
            </w:pPr>
          </w:p>
        </w:tc>
      </w:tr>
      <w:tr w:rsidR="001E714C" w:rsidRPr="001A3119" w14:paraId="7496626D" w14:textId="77777777" w:rsidTr="001E714C">
        <w:trPr>
          <w:cantSplit/>
          <w:trHeight w:val="42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3A7446C" w14:textId="77777777" w:rsidR="001E714C" w:rsidRPr="005D12D8" w:rsidRDefault="001E714C" w:rsidP="001E714C">
            <w:pPr>
              <w:rPr>
                <w:lang w:val="es-PY"/>
              </w:rPr>
            </w:pPr>
          </w:p>
        </w:tc>
        <w:tc>
          <w:tcPr>
            <w:tcW w:w="2849" w:type="pct"/>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42F894E9" w14:textId="7B088210" w:rsidR="001E714C" w:rsidRPr="0073782B" w:rsidRDefault="00485141" w:rsidP="001E714C">
            <w:pPr>
              <w:pStyle w:val="Prrafodelista"/>
              <w:numPr>
                <w:ilvl w:val="0"/>
                <w:numId w:val="16"/>
              </w:numPr>
              <w:ind w:left="346" w:hanging="283"/>
              <w:jc w:val="both"/>
              <w:rPr>
                <w:lang w:val="es-PY"/>
              </w:rPr>
            </w:pPr>
            <w:r w:rsidRPr="00606DF1">
              <w:rPr>
                <w:color w:val="000000" w:themeColor="text1"/>
                <w:szCs w:val="20"/>
                <w:lang w:val="es-PY"/>
              </w:rPr>
              <w:t>Se promueve el uso de entornos colaborativos virtuales y la participación de actores del entorno profesional en el diseño o evaluación del programa.</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57598E4" w14:textId="77777777" w:rsidR="001E714C" w:rsidRPr="005D12D8" w:rsidRDefault="001E714C" w:rsidP="001E714C">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B775266" w14:textId="77777777" w:rsidR="001E714C" w:rsidRPr="005D12D8" w:rsidRDefault="001E714C" w:rsidP="001E714C">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A0D84A" w14:textId="77777777" w:rsidR="001E714C" w:rsidRPr="005D12D8" w:rsidRDefault="001E714C" w:rsidP="001E714C">
            <w:pPr>
              <w:jc w:val="center"/>
              <w:rPr>
                <w:lang w:val="es-PY"/>
              </w:rPr>
            </w:pPr>
          </w:p>
        </w:tc>
      </w:tr>
      <w:tr w:rsidR="001E714C" w:rsidRPr="001A3119" w14:paraId="1EB607DC" w14:textId="77777777" w:rsidTr="001E714C">
        <w:trPr>
          <w:cantSplit/>
          <w:trHeight w:val="423"/>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4ADDBE" w14:textId="77777777" w:rsidR="001E714C" w:rsidRPr="005D12D8" w:rsidRDefault="001E714C" w:rsidP="001E714C">
            <w:pPr>
              <w:rPr>
                <w:lang w:val="es-PY"/>
              </w:rPr>
            </w:pPr>
          </w:p>
        </w:tc>
        <w:tc>
          <w:tcPr>
            <w:tcW w:w="2849" w:type="pct"/>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7B299C75" w14:textId="1079FCEC" w:rsidR="001E714C" w:rsidRPr="0073782B" w:rsidRDefault="00485141" w:rsidP="001E714C">
            <w:pPr>
              <w:pStyle w:val="Prrafodelista"/>
              <w:numPr>
                <w:ilvl w:val="0"/>
                <w:numId w:val="16"/>
              </w:numPr>
              <w:ind w:left="346" w:hanging="283"/>
              <w:jc w:val="both"/>
              <w:rPr>
                <w:lang w:val="es-PY"/>
              </w:rPr>
            </w:pPr>
            <w:r w:rsidRPr="00606DF1">
              <w:rPr>
                <w:color w:val="000000" w:themeColor="text1"/>
                <w:szCs w:val="20"/>
                <w:lang w:val="es-PY"/>
              </w:rPr>
              <w:t>Se evidencian mejoras en la práctica profesional y aplicación efectiva de lo aprendido en contextos laborales, con acceso equitativo a recursos digitales.</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6643DED" w14:textId="77777777" w:rsidR="001E714C" w:rsidRPr="005D12D8" w:rsidRDefault="001E714C" w:rsidP="001E714C">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A865AB" w14:textId="77777777" w:rsidR="001E714C" w:rsidRPr="005D12D8" w:rsidRDefault="001E714C" w:rsidP="001E714C">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D513048" w14:textId="77777777" w:rsidR="001E714C" w:rsidRPr="005D12D8" w:rsidRDefault="001E714C" w:rsidP="001E714C">
            <w:pPr>
              <w:jc w:val="center"/>
              <w:rPr>
                <w:lang w:val="es-PY"/>
              </w:rPr>
            </w:pPr>
          </w:p>
        </w:tc>
      </w:tr>
      <w:tr w:rsidR="000C6B7D" w14:paraId="2CC066E9" w14:textId="77777777" w:rsidTr="00E55766">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9DF141"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83D24FB" w14:textId="77777777" w:rsidR="000C6B7D" w:rsidRPr="00735EB3" w:rsidRDefault="00E26089">
            <w:pPr>
              <w:jc w:val="center"/>
              <w:rPr>
                <w:szCs w:val="20"/>
              </w:rPr>
            </w:pPr>
            <w:r w:rsidRPr="00735EB3">
              <w:rPr>
                <w:b/>
                <w:color w:val="000000"/>
                <w:szCs w:val="20"/>
              </w:rPr>
              <w:t>Medios de verificación</w:t>
            </w:r>
          </w:p>
        </w:tc>
      </w:tr>
      <w:tr w:rsidR="002105E1" w:rsidRPr="001A3119" w14:paraId="7489190F" w14:textId="77777777" w:rsidTr="00BF1737">
        <w:trPr>
          <w:cantSplit/>
          <w:trHeight w:val="6438"/>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91AC109" w14:textId="77777777" w:rsidR="002105E1" w:rsidRPr="000D164F" w:rsidRDefault="002105E1" w:rsidP="002105E1">
            <w:pPr>
              <w:spacing w:line="276" w:lineRule="auto"/>
              <w:jc w:val="both"/>
              <w:rPr>
                <w:color w:val="BFBFBF" w:themeColor="background1" w:themeShade="BF"/>
                <w:szCs w:val="20"/>
                <w:lang w:val="es-PY"/>
              </w:rPr>
            </w:pPr>
            <w:r w:rsidRPr="000D164F">
              <w:rPr>
                <w:color w:val="BFBFBF" w:themeColor="background1" w:themeShade="BF"/>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026C3EE1" w14:textId="0DB4F198" w:rsidR="002105E1" w:rsidRDefault="002105E1" w:rsidP="002105E1">
            <w:pPr>
              <w:spacing w:line="276" w:lineRule="auto"/>
              <w:jc w:val="both"/>
              <w:rPr>
                <w:color w:val="BFBFBF" w:themeColor="background1" w:themeShade="BF"/>
                <w:szCs w:val="20"/>
                <w:lang w:val="es-PY"/>
              </w:rPr>
            </w:pPr>
            <w:r w:rsidRPr="000D164F">
              <w:rPr>
                <w:color w:val="BFBFBF" w:themeColor="background1" w:themeShade="BF"/>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71A4FC01" w14:textId="6164B483" w:rsidR="002105E1" w:rsidRDefault="002105E1" w:rsidP="002105E1">
            <w:pPr>
              <w:spacing w:line="276" w:lineRule="auto"/>
              <w:jc w:val="both"/>
              <w:rPr>
                <w:color w:val="BFBFBF" w:themeColor="background1" w:themeShade="BF"/>
                <w:szCs w:val="20"/>
                <w:lang w:val="es-PY"/>
              </w:rPr>
            </w:pPr>
          </w:p>
          <w:p w14:paraId="6F6DF30F" w14:textId="68126EBF" w:rsidR="002105E1" w:rsidRDefault="002105E1" w:rsidP="002105E1">
            <w:pPr>
              <w:spacing w:line="276" w:lineRule="auto"/>
              <w:jc w:val="both"/>
              <w:rPr>
                <w:color w:val="BFBFBF" w:themeColor="background1" w:themeShade="BF"/>
                <w:szCs w:val="20"/>
                <w:lang w:val="es-PY"/>
              </w:rPr>
            </w:pPr>
          </w:p>
          <w:p w14:paraId="262F8F99" w14:textId="09A49DE1" w:rsidR="002105E1" w:rsidRDefault="002105E1" w:rsidP="002105E1">
            <w:pPr>
              <w:spacing w:line="276" w:lineRule="auto"/>
              <w:jc w:val="both"/>
              <w:rPr>
                <w:color w:val="BFBFBF" w:themeColor="background1" w:themeShade="BF"/>
                <w:szCs w:val="20"/>
                <w:lang w:val="es-PY"/>
              </w:rPr>
            </w:pPr>
          </w:p>
          <w:p w14:paraId="0B49642F" w14:textId="19950F55" w:rsidR="002105E1" w:rsidRDefault="002105E1" w:rsidP="002105E1">
            <w:pPr>
              <w:spacing w:line="276" w:lineRule="auto"/>
              <w:jc w:val="both"/>
              <w:rPr>
                <w:color w:val="BFBFBF" w:themeColor="background1" w:themeShade="BF"/>
                <w:szCs w:val="20"/>
                <w:lang w:val="es-PY"/>
              </w:rPr>
            </w:pPr>
          </w:p>
          <w:p w14:paraId="0679E276" w14:textId="0CF16D49" w:rsidR="002105E1" w:rsidRDefault="002105E1" w:rsidP="002105E1">
            <w:pPr>
              <w:spacing w:line="276" w:lineRule="auto"/>
              <w:jc w:val="both"/>
              <w:rPr>
                <w:color w:val="BFBFBF" w:themeColor="background1" w:themeShade="BF"/>
                <w:szCs w:val="20"/>
                <w:lang w:val="es-PY"/>
              </w:rPr>
            </w:pPr>
          </w:p>
          <w:p w14:paraId="24FA47A3" w14:textId="309B01F2" w:rsidR="002105E1" w:rsidRDefault="002105E1" w:rsidP="002105E1">
            <w:pPr>
              <w:spacing w:line="276" w:lineRule="auto"/>
              <w:jc w:val="both"/>
              <w:rPr>
                <w:color w:val="BFBFBF" w:themeColor="background1" w:themeShade="BF"/>
                <w:szCs w:val="20"/>
                <w:lang w:val="es-PY"/>
              </w:rPr>
            </w:pPr>
          </w:p>
          <w:p w14:paraId="45A67090" w14:textId="1D392160" w:rsidR="002105E1" w:rsidRDefault="002105E1" w:rsidP="002105E1">
            <w:pPr>
              <w:spacing w:line="276" w:lineRule="auto"/>
              <w:jc w:val="both"/>
              <w:rPr>
                <w:color w:val="BFBFBF" w:themeColor="background1" w:themeShade="BF"/>
                <w:szCs w:val="20"/>
                <w:lang w:val="es-PY"/>
              </w:rPr>
            </w:pPr>
          </w:p>
          <w:p w14:paraId="33C22A48" w14:textId="3ADCCDCB" w:rsidR="002105E1" w:rsidRDefault="002105E1" w:rsidP="002105E1">
            <w:pPr>
              <w:spacing w:line="276" w:lineRule="auto"/>
              <w:jc w:val="both"/>
              <w:rPr>
                <w:color w:val="BFBFBF" w:themeColor="background1" w:themeShade="BF"/>
                <w:szCs w:val="20"/>
                <w:lang w:val="es-PY"/>
              </w:rPr>
            </w:pPr>
          </w:p>
          <w:p w14:paraId="43CFC315" w14:textId="147BCA68" w:rsidR="002105E1" w:rsidRDefault="002105E1" w:rsidP="002105E1">
            <w:pPr>
              <w:spacing w:line="276" w:lineRule="auto"/>
              <w:jc w:val="both"/>
              <w:rPr>
                <w:color w:val="BFBFBF" w:themeColor="background1" w:themeShade="BF"/>
                <w:szCs w:val="20"/>
                <w:lang w:val="es-PY"/>
              </w:rPr>
            </w:pPr>
          </w:p>
          <w:p w14:paraId="6C10C016" w14:textId="59A5F0B2" w:rsidR="002105E1" w:rsidRDefault="002105E1" w:rsidP="002105E1">
            <w:pPr>
              <w:spacing w:line="276" w:lineRule="auto"/>
              <w:jc w:val="both"/>
              <w:rPr>
                <w:color w:val="BFBFBF" w:themeColor="background1" w:themeShade="BF"/>
                <w:szCs w:val="20"/>
                <w:lang w:val="es-PY"/>
              </w:rPr>
            </w:pPr>
          </w:p>
          <w:p w14:paraId="4E0FBB4C" w14:textId="4C913C42" w:rsidR="002105E1" w:rsidRDefault="002105E1" w:rsidP="002105E1">
            <w:pPr>
              <w:spacing w:line="276" w:lineRule="auto"/>
              <w:jc w:val="both"/>
              <w:rPr>
                <w:color w:val="BFBFBF" w:themeColor="background1" w:themeShade="BF"/>
                <w:szCs w:val="20"/>
                <w:lang w:val="es-PY"/>
              </w:rPr>
            </w:pPr>
          </w:p>
          <w:p w14:paraId="7AC18E28" w14:textId="6E77A118" w:rsidR="002105E1" w:rsidRDefault="002105E1" w:rsidP="002105E1">
            <w:pPr>
              <w:spacing w:line="276" w:lineRule="auto"/>
              <w:jc w:val="both"/>
              <w:rPr>
                <w:color w:val="BFBFBF" w:themeColor="background1" w:themeShade="BF"/>
                <w:szCs w:val="20"/>
                <w:lang w:val="es-PY"/>
              </w:rPr>
            </w:pPr>
          </w:p>
          <w:p w14:paraId="7E6C0CA0" w14:textId="122D6085" w:rsidR="002105E1" w:rsidRDefault="002105E1" w:rsidP="002105E1">
            <w:pPr>
              <w:spacing w:line="276" w:lineRule="auto"/>
              <w:jc w:val="both"/>
              <w:rPr>
                <w:color w:val="BFBFBF" w:themeColor="background1" w:themeShade="BF"/>
                <w:szCs w:val="20"/>
                <w:lang w:val="es-PY"/>
              </w:rPr>
            </w:pPr>
          </w:p>
          <w:p w14:paraId="71DC94AC" w14:textId="364079D4" w:rsidR="002105E1" w:rsidRDefault="002105E1" w:rsidP="002105E1">
            <w:pPr>
              <w:spacing w:line="276" w:lineRule="auto"/>
              <w:jc w:val="both"/>
              <w:rPr>
                <w:color w:val="BFBFBF" w:themeColor="background1" w:themeShade="BF"/>
                <w:szCs w:val="20"/>
                <w:lang w:val="es-PY"/>
              </w:rPr>
            </w:pPr>
          </w:p>
          <w:p w14:paraId="628E90DB" w14:textId="12580F68" w:rsidR="002105E1" w:rsidRDefault="002105E1" w:rsidP="002105E1">
            <w:pPr>
              <w:spacing w:line="276" w:lineRule="auto"/>
              <w:jc w:val="both"/>
              <w:rPr>
                <w:color w:val="BFBFBF" w:themeColor="background1" w:themeShade="BF"/>
                <w:szCs w:val="20"/>
                <w:lang w:val="es-PY"/>
              </w:rPr>
            </w:pPr>
          </w:p>
          <w:p w14:paraId="09B2F472" w14:textId="77777777" w:rsidR="002105E1" w:rsidRDefault="002105E1" w:rsidP="002105E1">
            <w:pPr>
              <w:jc w:val="both"/>
              <w:rPr>
                <w:b/>
                <w:color w:val="000000"/>
                <w:szCs w:val="20"/>
                <w:lang w:val="es-PY"/>
              </w:rPr>
            </w:pPr>
          </w:p>
          <w:p w14:paraId="09002FAC" w14:textId="6280FE91" w:rsidR="002105E1" w:rsidRPr="00735EB3" w:rsidRDefault="002105E1" w:rsidP="002105E1">
            <w:pPr>
              <w:jc w:val="both"/>
              <w:rPr>
                <w:b/>
                <w:color w:val="000000"/>
                <w:szCs w:val="20"/>
                <w:lang w:val="es-PY"/>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9B3D0B5" w14:textId="77777777" w:rsidR="002105E1" w:rsidRPr="00F04053" w:rsidRDefault="002105E1" w:rsidP="002105E1">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725A85FE" w14:textId="77777777" w:rsidR="002105E1" w:rsidRPr="00F04053" w:rsidRDefault="002105E1" w:rsidP="002105E1">
            <w:pPr>
              <w:pStyle w:val="TableParagraph"/>
              <w:rPr>
                <w:color w:val="A6A6A6" w:themeColor="background1" w:themeShade="A6"/>
                <w:sz w:val="20"/>
                <w:lang w:val="es-PY"/>
              </w:rPr>
            </w:pPr>
          </w:p>
          <w:p w14:paraId="15D3641A" w14:textId="77777777" w:rsidR="002105E1" w:rsidRPr="00F04053" w:rsidRDefault="002105E1" w:rsidP="002105E1">
            <w:pPr>
              <w:pStyle w:val="TableParagraph"/>
              <w:rPr>
                <w:color w:val="A6A6A6" w:themeColor="background1" w:themeShade="A6"/>
                <w:sz w:val="20"/>
                <w:lang w:val="es-PY"/>
              </w:rPr>
            </w:pPr>
            <w:r w:rsidRPr="00F04053">
              <w:rPr>
                <w:color w:val="A6A6A6" w:themeColor="background1" w:themeShade="A6"/>
                <w:sz w:val="20"/>
                <w:lang w:val="es-PY"/>
              </w:rPr>
              <w:t>Anexo 1. Estatuto</w:t>
            </w:r>
          </w:p>
          <w:p w14:paraId="69B3F29D" w14:textId="77777777" w:rsidR="002105E1" w:rsidRPr="00F04053" w:rsidRDefault="002105E1" w:rsidP="002105E1">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67319760" w14:textId="77777777" w:rsidR="002105E1" w:rsidRPr="00BF1737" w:rsidRDefault="002105E1" w:rsidP="002105E1">
            <w:pPr>
              <w:jc w:val="both"/>
              <w:rPr>
                <w:b/>
                <w:color w:val="000000"/>
                <w:szCs w:val="20"/>
                <w:lang w:val="es-PY"/>
              </w:rPr>
            </w:pPr>
          </w:p>
        </w:tc>
      </w:tr>
    </w:tbl>
    <w:p w14:paraId="064D538F" w14:textId="6CAA5879" w:rsidR="000C6B7D" w:rsidRPr="000D164F" w:rsidRDefault="000C6B7D">
      <w:pPr>
        <w:rPr>
          <w:lang w:val="es-PY"/>
        </w:rPr>
      </w:pPr>
    </w:p>
    <w:tbl>
      <w:tblPr>
        <w:tblW w:w="0" w:type="auto"/>
        <w:jc w:val="center"/>
        <w:tblLayout w:type="fixed"/>
        <w:tblLook w:val="04A0" w:firstRow="1" w:lastRow="0" w:firstColumn="1" w:lastColumn="0" w:noHBand="0" w:noVBand="1"/>
      </w:tblPr>
      <w:tblGrid>
        <w:gridCol w:w="1977"/>
        <w:gridCol w:w="5245"/>
        <w:gridCol w:w="754"/>
        <w:gridCol w:w="663"/>
        <w:gridCol w:w="718"/>
      </w:tblGrid>
      <w:tr w:rsidR="000C6B7D" w14:paraId="27E6BA6A" w14:textId="77777777" w:rsidTr="00C679A9">
        <w:trPr>
          <w:cantSplit/>
          <w:trHeight w:hRule="exact" w:val="691"/>
          <w:tblHeader/>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8B58E8" w14:textId="44400CBF" w:rsidR="000C6B7D" w:rsidRPr="00735EB3" w:rsidRDefault="00184518">
            <w:pPr>
              <w:jc w:val="center"/>
              <w:rPr>
                <w:szCs w:val="20"/>
              </w:rPr>
            </w:pPr>
            <w:r w:rsidRPr="00735EB3">
              <w:rPr>
                <w:b/>
                <w:color w:val="000000"/>
                <w:szCs w:val="20"/>
              </w:rPr>
              <w:t>Criterio 2.2</w:t>
            </w:r>
          </w:p>
        </w:tc>
        <w:tc>
          <w:tcPr>
            <w:tcW w:w="5245"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FDEB2D0" w14:textId="77777777" w:rsidR="000C6B7D" w:rsidRPr="00735EB3" w:rsidRDefault="00E26089">
            <w:pPr>
              <w:jc w:val="center"/>
              <w:rPr>
                <w:szCs w:val="20"/>
              </w:rPr>
            </w:pPr>
            <w:r w:rsidRPr="00735EB3">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7EE367" w14:textId="77777777" w:rsidR="000C6B7D" w:rsidRPr="00735EB3" w:rsidRDefault="00E26089">
            <w:pPr>
              <w:jc w:val="center"/>
              <w:rPr>
                <w:szCs w:val="20"/>
              </w:rPr>
            </w:pPr>
            <w:r w:rsidRPr="00735EB3">
              <w:rPr>
                <w:b/>
                <w:color w:val="000000"/>
                <w:szCs w:val="20"/>
              </w:rPr>
              <w:t>Nivel de cumplimiento</w:t>
            </w:r>
          </w:p>
        </w:tc>
      </w:tr>
      <w:tr w:rsidR="000C6B7D" w14:paraId="078BC285" w14:textId="77777777" w:rsidTr="00C679A9">
        <w:trPr>
          <w:cantSplit/>
          <w:trHeight w:hRule="exact" w:val="432"/>
          <w:tblHeader/>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8A3FBC" w14:textId="77777777" w:rsidR="000C6B7D" w:rsidRPr="00735EB3" w:rsidRDefault="000C6B7D">
            <w:pPr>
              <w:rPr>
                <w:szCs w:val="20"/>
              </w:rPr>
            </w:pPr>
          </w:p>
        </w:tc>
        <w:tc>
          <w:tcPr>
            <w:tcW w:w="5245"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BBF739" w14:textId="77777777" w:rsidR="000C6B7D" w:rsidRPr="00735EB3" w:rsidRDefault="000C6B7D">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1081D12" w14:textId="77777777" w:rsidR="000C6B7D" w:rsidRPr="00735EB3" w:rsidRDefault="00E26089">
            <w:pPr>
              <w:jc w:val="center"/>
              <w:rPr>
                <w:szCs w:val="20"/>
              </w:rPr>
            </w:pPr>
            <w:r w:rsidRPr="00735EB3">
              <w:rPr>
                <w:b/>
                <w:color w:val="000000"/>
                <w:szCs w:val="20"/>
              </w:rPr>
              <w:t>CT</w:t>
            </w:r>
          </w:p>
        </w:tc>
        <w:tc>
          <w:tcPr>
            <w:tcW w:w="6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5033CC" w14:textId="77777777" w:rsidR="000C6B7D" w:rsidRPr="00735EB3" w:rsidRDefault="00E26089">
            <w:pPr>
              <w:jc w:val="center"/>
              <w:rPr>
                <w:szCs w:val="20"/>
              </w:rPr>
            </w:pPr>
            <w:r w:rsidRPr="00735EB3">
              <w:rPr>
                <w:b/>
                <w:color w:val="000000"/>
                <w:szCs w:val="20"/>
              </w:rPr>
              <w:t>CP</w:t>
            </w:r>
          </w:p>
        </w:tc>
        <w:tc>
          <w:tcPr>
            <w:tcW w:w="7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2E0077B" w14:textId="77777777" w:rsidR="000C6B7D" w:rsidRPr="00735EB3" w:rsidRDefault="00E26089">
            <w:pPr>
              <w:jc w:val="center"/>
              <w:rPr>
                <w:szCs w:val="20"/>
              </w:rPr>
            </w:pPr>
            <w:r w:rsidRPr="00735EB3">
              <w:rPr>
                <w:b/>
                <w:color w:val="000000"/>
                <w:szCs w:val="20"/>
              </w:rPr>
              <w:t>NC</w:t>
            </w:r>
          </w:p>
        </w:tc>
      </w:tr>
      <w:tr w:rsidR="00BF1737" w:rsidRPr="001A3119" w14:paraId="0D8F2D59" w14:textId="77777777" w:rsidTr="00BF1737">
        <w:trPr>
          <w:cantSplit/>
          <w:trHeight w:val="393"/>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7B20AB6" w14:textId="654A8A96" w:rsidR="00BF1737" w:rsidRPr="005D12D8" w:rsidRDefault="00CE32A2" w:rsidP="00BF1737">
            <w:pPr>
              <w:jc w:val="center"/>
              <w:rPr>
                <w:lang w:val="es-PY"/>
              </w:rPr>
            </w:pPr>
            <w:r w:rsidRPr="00A22F53">
              <w:rPr>
                <w:b/>
                <w:color w:val="000000"/>
                <w:szCs w:val="20"/>
                <w:lang w:val="es-PY"/>
              </w:rPr>
              <w:t>Eficacia del acompañami</w:t>
            </w:r>
            <w:r>
              <w:rPr>
                <w:b/>
                <w:color w:val="000000"/>
                <w:szCs w:val="20"/>
                <w:lang w:val="es-PY"/>
              </w:rPr>
              <w:t>ento al proceso de trabajo final</w:t>
            </w:r>
            <w:r w:rsidRPr="00A22F53">
              <w:rPr>
                <w:b/>
                <w:color w:val="E31B23"/>
                <w:szCs w:val="20"/>
                <w:lang w:val="es-PY"/>
              </w:rPr>
              <w:br/>
              <w:t>(Sustantivo)</w:t>
            </w: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2451A9E8" w14:textId="2DC9417C" w:rsidR="00BF1737" w:rsidRPr="0073782B" w:rsidRDefault="00994221" w:rsidP="00BF1737">
            <w:pPr>
              <w:pStyle w:val="Prrafodelista"/>
              <w:numPr>
                <w:ilvl w:val="0"/>
                <w:numId w:val="17"/>
              </w:numPr>
              <w:ind w:left="370" w:hanging="283"/>
              <w:jc w:val="both"/>
              <w:rPr>
                <w:lang w:val="es-PY"/>
              </w:rPr>
            </w:pPr>
            <w:r w:rsidRPr="00606DF1">
              <w:rPr>
                <w:color w:val="000000" w:themeColor="text1"/>
                <w:szCs w:val="20"/>
                <w:lang w:val="es-PY"/>
              </w:rPr>
              <w:t>Existe un sistema formal de asignación de asesores y seguimiento del trabajo doctoral.</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BEFEF30"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EB7F055"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8BDC4D" w14:textId="77777777" w:rsidR="00BF1737" w:rsidRPr="005D12D8" w:rsidRDefault="00BF1737" w:rsidP="00BF1737">
            <w:pPr>
              <w:jc w:val="center"/>
              <w:rPr>
                <w:lang w:val="es-PY"/>
              </w:rPr>
            </w:pPr>
          </w:p>
        </w:tc>
      </w:tr>
      <w:tr w:rsidR="00BF1737" w:rsidRPr="001A3119" w14:paraId="7D718C81" w14:textId="77777777" w:rsidTr="00BF1737">
        <w:trPr>
          <w:cantSplit/>
          <w:trHeight w:val="387"/>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CB6BB9"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3EF0817B" w14:textId="3B80DE53" w:rsidR="00BF1737" w:rsidRPr="0073782B" w:rsidRDefault="00994221" w:rsidP="00BF1737">
            <w:pPr>
              <w:pStyle w:val="Prrafodelista"/>
              <w:numPr>
                <w:ilvl w:val="0"/>
                <w:numId w:val="17"/>
              </w:numPr>
              <w:ind w:left="370" w:hanging="283"/>
              <w:jc w:val="both"/>
              <w:rPr>
                <w:lang w:val="es-PY"/>
              </w:rPr>
            </w:pPr>
            <w:r w:rsidRPr="00606DF1">
              <w:rPr>
                <w:color w:val="000000" w:themeColor="text1"/>
                <w:szCs w:val="20"/>
                <w:lang w:val="es-PY"/>
              </w:rPr>
              <w:t>Los asesores poseen competencias investigativas, formación de posgrado y experiencia pertinente al área profesional del programa.</w:t>
            </w:r>
            <w:r w:rsidRPr="00606DF1">
              <w:rPr>
                <w:color w:val="000000" w:themeColor="text1"/>
                <w:szCs w:val="20"/>
                <w:lang w:val="es-PY"/>
              </w:rPr>
              <w:tab/>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BA42D64"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46E29C5"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455F9B" w14:textId="77777777" w:rsidR="00BF1737" w:rsidRPr="005D12D8" w:rsidRDefault="00BF1737" w:rsidP="00BF1737">
            <w:pPr>
              <w:jc w:val="center"/>
              <w:rPr>
                <w:lang w:val="es-PY"/>
              </w:rPr>
            </w:pPr>
          </w:p>
        </w:tc>
      </w:tr>
      <w:tr w:rsidR="00BF1737" w:rsidRPr="001A3119" w14:paraId="3FF51506" w14:textId="77777777" w:rsidTr="00BF1737">
        <w:trPr>
          <w:cantSplit/>
          <w:trHeight w:val="38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2830D8"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8E68B3D" w14:textId="68F28916" w:rsidR="00BF1737" w:rsidRPr="0073782B" w:rsidRDefault="00994221" w:rsidP="00BF1737">
            <w:pPr>
              <w:pStyle w:val="Prrafodelista"/>
              <w:numPr>
                <w:ilvl w:val="0"/>
                <w:numId w:val="17"/>
              </w:numPr>
              <w:ind w:left="370" w:hanging="283"/>
              <w:jc w:val="both"/>
              <w:rPr>
                <w:lang w:val="es-PY"/>
              </w:rPr>
            </w:pPr>
            <w:r w:rsidRPr="00606DF1">
              <w:rPr>
                <w:color w:val="000000" w:themeColor="text1"/>
                <w:szCs w:val="20"/>
                <w:lang w:val="es-PY"/>
              </w:rPr>
              <w:t>Se implementan mecanismos de seguimiento continuo del trabajo final.</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F78628E"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8698854"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39FAE79" w14:textId="77777777" w:rsidR="00BF1737" w:rsidRPr="005D12D8" w:rsidRDefault="00BF1737" w:rsidP="00BF1737">
            <w:pPr>
              <w:jc w:val="center"/>
              <w:rPr>
                <w:lang w:val="es-PY"/>
              </w:rPr>
            </w:pPr>
          </w:p>
        </w:tc>
      </w:tr>
      <w:tr w:rsidR="00BF1737" w:rsidRPr="001A3119" w14:paraId="731669DA" w14:textId="77777777" w:rsidTr="00BF1737">
        <w:trPr>
          <w:cantSplit/>
          <w:trHeight w:val="36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346271"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4CB16C08" w14:textId="1D7A1539" w:rsidR="00BF1737" w:rsidRPr="0073782B" w:rsidRDefault="008603AE" w:rsidP="00BF1737">
            <w:pPr>
              <w:pStyle w:val="Prrafodelista"/>
              <w:numPr>
                <w:ilvl w:val="0"/>
                <w:numId w:val="17"/>
              </w:numPr>
              <w:ind w:left="370" w:hanging="283"/>
              <w:jc w:val="both"/>
              <w:rPr>
                <w:lang w:val="es-PY"/>
              </w:rPr>
            </w:pPr>
            <w:r w:rsidRPr="00606DF1">
              <w:rPr>
                <w:color w:val="000000" w:themeColor="text1"/>
                <w:szCs w:val="20"/>
                <w:lang w:val="es-PY"/>
              </w:rPr>
              <w:t>El acompañamiento tutorial orienta el desarrollo del trabajo final conforme a las exigencias del nivel doctoral y a criterios metodológicos, profesionales y éticos establecidos.</w:t>
            </w:r>
            <w:r w:rsidRPr="00606DF1">
              <w:rPr>
                <w:color w:val="000000" w:themeColor="text1"/>
                <w:szCs w:val="20"/>
                <w:lang w:val="es-PY"/>
              </w:rPr>
              <w:tab/>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D8A46B9"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C7FC8D"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F3082CB" w14:textId="77777777" w:rsidR="00BF1737" w:rsidRPr="005D12D8" w:rsidRDefault="00BF1737" w:rsidP="00BF1737">
            <w:pPr>
              <w:jc w:val="center"/>
              <w:rPr>
                <w:lang w:val="es-PY"/>
              </w:rPr>
            </w:pPr>
          </w:p>
        </w:tc>
      </w:tr>
      <w:tr w:rsidR="00BF1737" w:rsidRPr="001A3119" w14:paraId="178E297A" w14:textId="77777777" w:rsidTr="00BF1737">
        <w:trPr>
          <w:cantSplit/>
          <w:trHeight w:val="35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DE7D4AB"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1D6835C" w14:textId="76609150" w:rsidR="00BF1737" w:rsidRPr="0073782B" w:rsidRDefault="008603AE" w:rsidP="00BF1737">
            <w:pPr>
              <w:pStyle w:val="Prrafodelista"/>
              <w:numPr>
                <w:ilvl w:val="0"/>
                <w:numId w:val="17"/>
              </w:numPr>
              <w:ind w:left="370" w:hanging="283"/>
              <w:jc w:val="both"/>
              <w:rPr>
                <w:lang w:val="es-PY"/>
              </w:rPr>
            </w:pPr>
            <w:r w:rsidRPr="00606DF1">
              <w:rPr>
                <w:color w:val="000000" w:themeColor="text1"/>
                <w:szCs w:val="20"/>
                <w:lang w:val="es-PY"/>
              </w:rPr>
              <w:t>Se desarrollan espacios formativos para fortalecer competencias investigativas en el ámbito profesional.</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D7A0EBB"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E93D926"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FE8702" w14:textId="77777777" w:rsidR="00BF1737" w:rsidRPr="005D12D8" w:rsidRDefault="00BF1737" w:rsidP="00BF1737">
            <w:pPr>
              <w:jc w:val="center"/>
              <w:rPr>
                <w:lang w:val="es-PY"/>
              </w:rPr>
            </w:pPr>
          </w:p>
        </w:tc>
      </w:tr>
      <w:tr w:rsidR="000C6B7D" w14:paraId="608F9EB9" w14:textId="77777777" w:rsidTr="00D037C6">
        <w:trPr>
          <w:cantSplit/>
          <w:trHeight w:hRule="exact" w:val="441"/>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8214139"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D01A5A" w14:textId="77777777" w:rsidR="000C6B7D" w:rsidRPr="00735EB3" w:rsidRDefault="00E26089">
            <w:pPr>
              <w:jc w:val="center"/>
              <w:rPr>
                <w:szCs w:val="20"/>
              </w:rPr>
            </w:pPr>
            <w:r w:rsidRPr="00735EB3">
              <w:rPr>
                <w:b/>
                <w:color w:val="000000"/>
                <w:szCs w:val="20"/>
              </w:rPr>
              <w:t>Medios de verificación</w:t>
            </w:r>
          </w:p>
        </w:tc>
      </w:tr>
      <w:tr w:rsidR="000C6B7D" w14:paraId="123B5D23" w14:textId="77777777" w:rsidTr="004C24F7">
        <w:trPr>
          <w:cantSplit/>
          <w:trHeight w:val="7568"/>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0C9099C" w14:textId="372E5B0B" w:rsidR="00D037C6" w:rsidRDefault="00D037C6" w:rsidP="00A3110F"/>
          <w:p w14:paraId="42E714FD" w14:textId="77777777" w:rsidR="00D037C6" w:rsidRPr="00D037C6" w:rsidRDefault="00D037C6" w:rsidP="00A3110F"/>
          <w:p w14:paraId="1299C41B" w14:textId="77777777" w:rsidR="00D037C6" w:rsidRPr="00D037C6" w:rsidRDefault="00D037C6" w:rsidP="00A3110F"/>
          <w:p w14:paraId="4B2C4FB7" w14:textId="77777777" w:rsidR="00D037C6" w:rsidRPr="00D037C6" w:rsidRDefault="00D037C6" w:rsidP="00A3110F"/>
          <w:p w14:paraId="1F3BBBF9" w14:textId="77777777" w:rsidR="00D037C6" w:rsidRPr="00D037C6" w:rsidRDefault="00D037C6" w:rsidP="00A3110F"/>
          <w:p w14:paraId="0FED2808" w14:textId="77777777" w:rsidR="00D037C6" w:rsidRPr="00D037C6" w:rsidRDefault="00D037C6" w:rsidP="00A3110F"/>
          <w:p w14:paraId="6D480B72" w14:textId="77777777" w:rsidR="00D037C6" w:rsidRPr="00D037C6" w:rsidRDefault="00D037C6" w:rsidP="00A3110F"/>
          <w:p w14:paraId="1D6A13F6" w14:textId="77777777" w:rsidR="00D037C6" w:rsidRPr="00D037C6" w:rsidRDefault="00D037C6" w:rsidP="00A3110F"/>
          <w:p w14:paraId="6DA7A216" w14:textId="77777777" w:rsidR="00D037C6" w:rsidRPr="00D037C6" w:rsidRDefault="00D037C6" w:rsidP="00A3110F"/>
          <w:p w14:paraId="11724117" w14:textId="77777777" w:rsidR="00D037C6" w:rsidRPr="00D037C6" w:rsidRDefault="00D037C6" w:rsidP="00A3110F"/>
          <w:p w14:paraId="63763D50" w14:textId="77777777" w:rsidR="00D037C6" w:rsidRPr="00D037C6" w:rsidRDefault="00D037C6" w:rsidP="00A3110F"/>
          <w:p w14:paraId="0C5BCA1D" w14:textId="77777777" w:rsidR="00D037C6" w:rsidRPr="00D037C6" w:rsidRDefault="00D037C6" w:rsidP="00A3110F"/>
          <w:p w14:paraId="2853C294" w14:textId="77777777" w:rsidR="00D037C6" w:rsidRPr="00D037C6" w:rsidRDefault="00D037C6" w:rsidP="00A3110F"/>
          <w:p w14:paraId="67524F93" w14:textId="77777777" w:rsidR="00D037C6" w:rsidRPr="00D037C6" w:rsidRDefault="00D037C6" w:rsidP="00A3110F"/>
          <w:p w14:paraId="7BC9E148" w14:textId="77777777" w:rsidR="00D037C6" w:rsidRPr="00D037C6" w:rsidRDefault="00D037C6" w:rsidP="00A3110F"/>
          <w:p w14:paraId="18287146" w14:textId="77777777" w:rsidR="00D037C6" w:rsidRPr="00D037C6" w:rsidRDefault="00D037C6" w:rsidP="00A3110F"/>
          <w:p w14:paraId="09E6310C" w14:textId="77777777" w:rsidR="00D037C6" w:rsidRPr="00D037C6" w:rsidRDefault="00D037C6" w:rsidP="00A3110F"/>
          <w:p w14:paraId="5C5CE91D" w14:textId="77777777" w:rsidR="00D037C6" w:rsidRPr="00D037C6" w:rsidRDefault="00D037C6" w:rsidP="00A3110F"/>
          <w:p w14:paraId="72006C92" w14:textId="7419960B" w:rsidR="00D037C6" w:rsidRDefault="00D037C6" w:rsidP="00A3110F"/>
          <w:p w14:paraId="149E209B" w14:textId="1155907C" w:rsidR="00D037C6" w:rsidRDefault="00D037C6" w:rsidP="00A3110F"/>
          <w:p w14:paraId="1A94A50A" w14:textId="538C28C1" w:rsidR="00D037C6" w:rsidRDefault="00D037C6" w:rsidP="00A3110F"/>
          <w:p w14:paraId="43044FD3" w14:textId="17773815" w:rsidR="00D037C6" w:rsidRDefault="00D037C6" w:rsidP="00A3110F"/>
          <w:p w14:paraId="53AF3CB8" w14:textId="04B93670" w:rsidR="00D037C6" w:rsidRDefault="00D037C6" w:rsidP="00A3110F"/>
          <w:p w14:paraId="506A2720" w14:textId="136BD88F" w:rsidR="00D037C6" w:rsidRDefault="00D037C6" w:rsidP="00A3110F"/>
          <w:p w14:paraId="2B5FA8F0" w14:textId="0FE0C181" w:rsidR="00D037C6" w:rsidRDefault="00D037C6" w:rsidP="00A3110F"/>
          <w:p w14:paraId="3C6C1BD3" w14:textId="1A743CB4" w:rsidR="00D037C6" w:rsidRDefault="00D037C6" w:rsidP="00A3110F"/>
          <w:p w14:paraId="0867894B" w14:textId="7A559FE6" w:rsidR="00D037C6" w:rsidRPr="00D037C6" w:rsidRDefault="00D037C6" w:rsidP="00A3110F"/>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3B825673" w14:textId="77777777" w:rsidR="000C6B7D" w:rsidRDefault="000C6B7D" w:rsidP="00A3110F"/>
        </w:tc>
      </w:tr>
    </w:tbl>
    <w:p w14:paraId="7984BCEC" w14:textId="745093FB" w:rsidR="00D037C6" w:rsidRDefault="00D037C6"/>
    <w:p w14:paraId="5249F3E7" w14:textId="7A1EB829" w:rsidR="00D037C6" w:rsidRDefault="00D037C6"/>
    <w:tbl>
      <w:tblPr>
        <w:tblW w:w="0" w:type="auto"/>
        <w:jc w:val="center"/>
        <w:tblLayout w:type="fixed"/>
        <w:tblLook w:val="04A0" w:firstRow="1" w:lastRow="0" w:firstColumn="1" w:lastColumn="0" w:noHBand="0" w:noVBand="1"/>
      </w:tblPr>
      <w:tblGrid>
        <w:gridCol w:w="1977"/>
        <w:gridCol w:w="5245"/>
        <w:gridCol w:w="754"/>
        <w:gridCol w:w="663"/>
        <w:gridCol w:w="718"/>
      </w:tblGrid>
      <w:tr w:rsidR="00C679A9" w14:paraId="54BEDB19" w14:textId="77777777" w:rsidTr="005E4CA4">
        <w:trPr>
          <w:cantSplit/>
          <w:trHeight w:hRule="exact" w:val="691"/>
          <w:tblHeader/>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F96EAB" w14:textId="4E1ADE30" w:rsidR="00C679A9" w:rsidRPr="00735EB3" w:rsidRDefault="00C679A9" w:rsidP="005E4CA4">
            <w:pPr>
              <w:jc w:val="center"/>
              <w:rPr>
                <w:szCs w:val="20"/>
              </w:rPr>
            </w:pPr>
            <w:r w:rsidRPr="00735EB3">
              <w:rPr>
                <w:b/>
                <w:color w:val="000000"/>
                <w:szCs w:val="20"/>
              </w:rPr>
              <w:lastRenderedPageBreak/>
              <w:t>Criterio 2.</w:t>
            </w:r>
            <w:r>
              <w:rPr>
                <w:b/>
                <w:color w:val="000000"/>
                <w:szCs w:val="20"/>
              </w:rPr>
              <w:t>3</w:t>
            </w:r>
          </w:p>
        </w:tc>
        <w:tc>
          <w:tcPr>
            <w:tcW w:w="5245"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01785D8" w14:textId="77777777" w:rsidR="00C679A9" w:rsidRPr="00735EB3" w:rsidRDefault="00C679A9" w:rsidP="005E4CA4">
            <w:pPr>
              <w:jc w:val="center"/>
              <w:rPr>
                <w:szCs w:val="20"/>
              </w:rPr>
            </w:pPr>
            <w:r w:rsidRPr="00735EB3">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765C47" w14:textId="77777777" w:rsidR="00C679A9" w:rsidRPr="00735EB3" w:rsidRDefault="00C679A9" w:rsidP="005E4CA4">
            <w:pPr>
              <w:jc w:val="center"/>
              <w:rPr>
                <w:szCs w:val="20"/>
              </w:rPr>
            </w:pPr>
            <w:r w:rsidRPr="00735EB3">
              <w:rPr>
                <w:b/>
                <w:color w:val="000000"/>
                <w:szCs w:val="20"/>
              </w:rPr>
              <w:t>Nivel de cumplimiento</w:t>
            </w:r>
          </w:p>
        </w:tc>
      </w:tr>
      <w:tr w:rsidR="00C679A9" w14:paraId="3C6F6C13" w14:textId="77777777" w:rsidTr="005E4CA4">
        <w:trPr>
          <w:cantSplit/>
          <w:trHeight w:hRule="exact" w:val="432"/>
          <w:tblHeader/>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8E82440" w14:textId="77777777" w:rsidR="00C679A9" w:rsidRPr="00735EB3" w:rsidRDefault="00C679A9" w:rsidP="005E4CA4">
            <w:pPr>
              <w:rPr>
                <w:szCs w:val="20"/>
              </w:rPr>
            </w:pPr>
          </w:p>
        </w:tc>
        <w:tc>
          <w:tcPr>
            <w:tcW w:w="5245"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CC380BE" w14:textId="77777777" w:rsidR="00C679A9" w:rsidRPr="00735EB3" w:rsidRDefault="00C679A9" w:rsidP="005E4CA4">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32EDC88" w14:textId="77777777" w:rsidR="00C679A9" w:rsidRPr="00735EB3" w:rsidRDefault="00C679A9" w:rsidP="005E4CA4">
            <w:pPr>
              <w:jc w:val="center"/>
              <w:rPr>
                <w:szCs w:val="20"/>
              </w:rPr>
            </w:pPr>
            <w:r w:rsidRPr="00735EB3">
              <w:rPr>
                <w:b/>
                <w:color w:val="000000"/>
                <w:szCs w:val="20"/>
              </w:rPr>
              <w:t>CT</w:t>
            </w:r>
          </w:p>
        </w:tc>
        <w:tc>
          <w:tcPr>
            <w:tcW w:w="6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CF0947" w14:textId="77777777" w:rsidR="00C679A9" w:rsidRPr="00735EB3" w:rsidRDefault="00C679A9" w:rsidP="005E4CA4">
            <w:pPr>
              <w:jc w:val="center"/>
              <w:rPr>
                <w:szCs w:val="20"/>
              </w:rPr>
            </w:pPr>
            <w:r w:rsidRPr="00735EB3">
              <w:rPr>
                <w:b/>
                <w:color w:val="000000"/>
                <w:szCs w:val="20"/>
              </w:rPr>
              <w:t>CP</w:t>
            </w:r>
          </w:p>
        </w:tc>
        <w:tc>
          <w:tcPr>
            <w:tcW w:w="7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CA3A14A" w14:textId="77777777" w:rsidR="00C679A9" w:rsidRPr="00735EB3" w:rsidRDefault="00C679A9" w:rsidP="005E4CA4">
            <w:pPr>
              <w:jc w:val="center"/>
              <w:rPr>
                <w:szCs w:val="20"/>
              </w:rPr>
            </w:pPr>
            <w:r w:rsidRPr="00735EB3">
              <w:rPr>
                <w:b/>
                <w:color w:val="000000"/>
                <w:szCs w:val="20"/>
              </w:rPr>
              <w:t>NC</w:t>
            </w:r>
          </w:p>
        </w:tc>
      </w:tr>
      <w:tr w:rsidR="00BF1737" w:rsidRPr="001A3119" w14:paraId="752F8BE9" w14:textId="77777777" w:rsidTr="00BF1737">
        <w:trPr>
          <w:cantSplit/>
          <w:trHeight w:val="393"/>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D90DA10" w14:textId="77777777" w:rsidR="00FB35B6" w:rsidRPr="00E77364" w:rsidRDefault="00FB35B6" w:rsidP="00FB35B6">
            <w:pPr>
              <w:jc w:val="center"/>
              <w:rPr>
                <w:b/>
                <w:color w:val="000000"/>
                <w:szCs w:val="20"/>
                <w:lang w:val="es-PY"/>
              </w:rPr>
            </w:pPr>
            <w:r w:rsidRPr="00E77364">
              <w:rPr>
                <w:b/>
                <w:color w:val="000000"/>
                <w:szCs w:val="20"/>
                <w:lang w:val="es-PY"/>
              </w:rPr>
              <w:t>Producción y</w:t>
            </w:r>
          </w:p>
          <w:p w14:paraId="390AA56D" w14:textId="77777777" w:rsidR="00FB35B6" w:rsidRPr="00E77364" w:rsidRDefault="00FB35B6" w:rsidP="00FB35B6">
            <w:pPr>
              <w:jc w:val="center"/>
              <w:rPr>
                <w:b/>
                <w:color w:val="000000"/>
                <w:szCs w:val="20"/>
                <w:lang w:val="es-PY"/>
              </w:rPr>
            </w:pPr>
            <w:r w:rsidRPr="00E77364">
              <w:rPr>
                <w:b/>
                <w:color w:val="000000"/>
                <w:szCs w:val="20"/>
                <w:lang w:val="es-PY"/>
              </w:rPr>
              <w:t>transferencia del</w:t>
            </w:r>
          </w:p>
          <w:p w14:paraId="68792C20" w14:textId="77777777" w:rsidR="00FB35B6" w:rsidRPr="00E77364" w:rsidRDefault="00FB35B6" w:rsidP="00FB35B6">
            <w:pPr>
              <w:jc w:val="center"/>
              <w:rPr>
                <w:b/>
                <w:color w:val="000000"/>
                <w:szCs w:val="20"/>
                <w:lang w:val="es-PY"/>
              </w:rPr>
            </w:pPr>
            <w:r w:rsidRPr="00E77364">
              <w:rPr>
                <w:b/>
                <w:color w:val="000000"/>
                <w:szCs w:val="20"/>
                <w:lang w:val="es-PY"/>
              </w:rPr>
              <w:t>conocimiento</w:t>
            </w:r>
          </w:p>
          <w:p w14:paraId="1991E6BA" w14:textId="0B9EA630" w:rsidR="00BF1737" w:rsidRPr="005D12D8" w:rsidRDefault="00FB35B6" w:rsidP="00FB35B6">
            <w:pPr>
              <w:jc w:val="center"/>
              <w:rPr>
                <w:lang w:val="es-PY"/>
              </w:rPr>
            </w:pPr>
            <w:r w:rsidRPr="00E77364">
              <w:rPr>
                <w:b/>
                <w:color w:val="FF0000"/>
                <w:szCs w:val="20"/>
                <w:lang w:val="es-PY"/>
              </w:rPr>
              <w:t>(Sustantivo)</w:t>
            </w: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D4D2E89" w14:textId="40909240" w:rsidR="00BF1737" w:rsidRPr="0073782B" w:rsidRDefault="00D932A4" w:rsidP="00BF1737">
            <w:pPr>
              <w:pStyle w:val="Prrafodelista"/>
              <w:numPr>
                <w:ilvl w:val="0"/>
                <w:numId w:val="21"/>
              </w:numPr>
              <w:ind w:left="358" w:hanging="283"/>
              <w:jc w:val="both"/>
              <w:rPr>
                <w:lang w:val="es-PY"/>
              </w:rPr>
            </w:pPr>
            <w:r w:rsidRPr="00606DF1">
              <w:rPr>
                <w:color w:val="000000" w:themeColor="text1"/>
                <w:szCs w:val="20"/>
                <w:lang w:val="es-PY"/>
              </w:rPr>
              <w:t>Durante el trayecto formativo se generan productos de investigación, innovación o intervención pertinentes al nivel doctoral y susceptibles de aplicación en contextos profesionales.</w:t>
            </w:r>
            <w:r w:rsidRPr="00606DF1">
              <w:rPr>
                <w:color w:val="000000" w:themeColor="text1"/>
                <w:szCs w:val="20"/>
                <w:lang w:val="es-PY"/>
              </w:rPr>
              <w:tab/>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4FF03C0"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63FCF9E"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0CA554" w14:textId="77777777" w:rsidR="00BF1737" w:rsidRPr="005D12D8" w:rsidRDefault="00BF1737" w:rsidP="00BF1737">
            <w:pPr>
              <w:jc w:val="center"/>
              <w:rPr>
                <w:lang w:val="es-PY"/>
              </w:rPr>
            </w:pPr>
          </w:p>
        </w:tc>
      </w:tr>
      <w:tr w:rsidR="00BF1737" w:rsidRPr="001A3119" w14:paraId="19E5EC24" w14:textId="77777777" w:rsidTr="00BF1737">
        <w:trPr>
          <w:cantSplit/>
          <w:trHeight w:val="387"/>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C176859"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690AFE2A" w14:textId="1C02582E" w:rsidR="00BF1737" w:rsidRPr="0073782B" w:rsidRDefault="00D932A4" w:rsidP="00BF1737">
            <w:pPr>
              <w:pStyle w:val="Prrafodelista"/>
              <w:numPr>
                <w:ilvl w:val="0"/>
                <w:numId w:val="21"/>
              </w:numPr>
              <w:ind w:left="370" w:hanging="283"/>
              <w:jc w:val="both"/>
              <w:rPr>
                <w:lang w:val="es-PY"/>
              </w:rPr>
            </w:pPr>
            <w:r w:rsidRPr="00606DF1">
              <w:rPr>
                <w:color w:val="000000" w:themeColor="text1"/>
                <w:szCs w:val="20"/>
                <w:lang w:val="es-PY"/>
              </w:rPr>
              <w:t>Se promueve la producción conjunta entre doctorandos, tutores y actores del ámbito profesional para favorecer la transferencia del conocimiento.</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5C5774F"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37EFAAC"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96384AF" w14:textId="77777777" w:rsidR="00BF1737" w:rsidRPr="005D12D8" w:rsidRDefault="00BF1737" w:rsidP="00BF1737">
            <w:pPr>
              <w:jc w:val="center"/>
              <w:rPr>
                <w:lang w:val="es-PY"/>
              </w:rPr>
            </w:pPr>
          </w:p>
        </w:tc>
      </w:tr>
      <w:tr w:rsidR="00BF1737" w:rsidRPr="001A3119" w14:paraId="69E38951" w14:textId="77777777" w:rsidTr="00BF1737">
        <w:trPr>
          <w:cantSplit/>
          <w:trHeight w:val="38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4A0EE42"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4CE110E6" w14:textId="29079602" w:rsidR="00BF1737" w:rsidRPr="0073782B" w:rsidRDefault="00D932A4" w:rsidP="00BF1737">
            <w:pPr>
              <w:pStyle w:val="Prrafodelista"/>
              <w:numPr>
                <w:ilvl w:val="0"/>
                <w:numId w:val="21"/>
              </w:numPr>
              <w:ind w:left="370" w:hanging="283"/>
              <w:jc w:val="both"/>
              <w:rPr>
                <w:lang w:val="es-PY"/>
              </w:rPr>
            </w:pPr>
            <w:r w:rsidRPr="00606DF1">
              <w:rPr>
                <w:color w:val="000000" w:themeColor="text1"/>
                <w:szCs w:val="20"/>
                <w:lang w:val="es-PY"/>
              </w:rPr>
              <w:t>Se implementan mecanismos institucionales para la difusión y transferencia de los conocimientos y productos generados por el programa.</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15226DC"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A9C7EB"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7678845" w14:textId="77777777" w:rsidR="00BF1737" w:rsidRPr="005D12D8" w:rsidRDefault="00BF1737" w:rsidP="00BF1737">
            <w:pPr>
              <w:jc w:val="center"/>
              <w:rPr>
                <w:lang w:val="es-PY"/>
              </w:rPr>
            </w:pPr>
          </w:p>
        </w:tc>
      </w:tr>
      <w:tr w:rsidR="00BF1737" w:rsidRPr="001A3119" w14:paraId="3EF836A5" w14:textId="77777777" w:rsidTr="00BF1737">
        <w:trPr>
          <w:cantSplit/>
          <w:trHeight w:val="2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917E8DA" w14:textId="77777777" w:rsidR="00BF1737" w:rsidRPr="005D12D8" w:rsidRDefault="00BF1737" w:rsidP="00BF1737">
            <w:pPr>
              <w:rPr>
                <w:lang w:val="es-PY"/>
              </w:rPr>
            </w:pPr>
          </w:p>
        </w:tc>
        <w:tc>
          <w:tcPr>
            <w:tcW w:w="5245"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54CD9C7" w14:textId="1E57398B" w:rsidR="00BF1737" w:rsidRPr="0073782B" w:rsidRDefault="00D932A4" w:rsidP="00BF1737">
            <w:pPr>
              <w:pStyle w:val="Prrafodelista"/>
              <w:numPr>
                <w:ilvl w:val="0"/>
                <w:numId w:val="21"/>
              </w:numPr>
              <w:ind w:left="370" w:hanging="283"/>
              <w:jc w:val="both"/>
              <w:rPr>
                <w:lang w:val="es-PY"/>
              </w:rPr>
            </w:pPr>
            <w:r w:rsidRPr="00606DF1">
              <w:rPr>
                <w:color w:val="000000" w:themeColor="text1"/>
                <w:szCs w:val="20"/>
                <w:lang w:val="es-PY"/>
              </w:rPr>
              <w:t>La transferencia de los conocimientos y productos generados, así como su contribución a la mejora de prácticas y procesos del ámbito profesional, son utilizados para introducir mejoras en el programa.</w:t>
            </w:r>
          </w:p>
        </w:tc>
        <w:tc>
          <w:tcPr>
            <w:tcW w:w="75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4B4DF4" w14:textId="77777777" w:rsidR="00BF1737" w:rsidRPr="005D12D8" w:rsidRDefault="00BF1737" w:rsidP="00BF1737">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FA7F5B" w14:textId="77777777" w:rsidR="00BF1737" w:rsidRPr="005D12D8" w:rsidRDefault="00BF1737" w:rsidP="00BF1737">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BF48753" w14:textId="77777777" w:rsidR="00BF1737" w:rsidRPr="005D12D8" w:rsidRDefault="00BF1737" w:rsidP="00BF1737">
            <w:pPr>
              <w:jc w:val="center"/>
              <w:rPr>
                <w:lang w:val="es-PY"/>
              </w:rPr>
            </w:pPr>
          </w:p>
        </w:tc>
      </w:tr>
      <w:tr w:rsidR="00C679A9" w14:paraId="18890808" w14:textId="77777777" w:rsidTr="005E4CA4">
        <w:trPr>
          <w:cantSplit/>
          <w:trHeight w:hRule="exact" w:val="441"/>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3BCF663" w14:textId="77777777" w:rsidR="00C679A9" w:rsidRPr="00735EB3" w:rsidRDefault="00C679A9" w:rsidP="005E4CA4">
            <w:pPr>
              <w:jc w:val="center"/>
              <w:rPr>
                <w:szCs w:val="20"/>
                <w:lang w:val="es-PY"/>
              </w:rPr>
            </w:pPr>
            <w:r w:rsidRPr="00735EB3">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344FC1F" w14:textId="77777777" w:rsidR="00C679A9" w:rsidRPr="00735EB3" w:rsidRDefault="00C679A9" w:rsidP="005E4CA4">
            <w:pPr>
              <w:jc w:val="center"/>
              <w:rPr>
                <w:szCs w:val="20"/>
              </w:rPr>
            </w:pPr>
            <w:r w:rsidRPr="00735EB3">
              <w:rPr>
                <w:b/>
                <w:color w:val="000000"/>
                <w:szCs w:val="20"/>
              </w:rPr>
              <w:t>Medios de verificación</w:t>
            </w:r>
          </w:p>
        </w:tc>
      </w:tr>
      <w:tr w:rsidR="004C24F7" w14:paraId="34DEC2A0" w14:textId="77777777" w:rsidTr="004C24F7">
        <w:trPr>
          <w:cantSplit/>
          <w:trHeight w:val="6862"/>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366826D2" w14:textId="77777777" w:rsidR="004C24F7" w:rsidRDefault="004C24F7" w:rsidP="004C24F7">
            <w:pPr>
              <w:jc w:val="both"/>
              <w:rPr>
                <w:b/>
                <w:color w:val="000000"/>
                <w:szCs w:val="20"/>
                <w:lang w:val="es-PY"/>
              </w:rPr>
            </w:pPr>
          </w:p>
          <w:p w14:paraId="0148A4E7" w14:textId="77777777" w:rsidR="004C24F7" w:rsidRDefault="004C24F7" w:rsidP="004C24F7">
            <w:pPr>
              <w:jc w:val="both"/>
              <w:rPr>
                <w:b/>
                <w:color w:val="000000"/>
                <w:szCs w:val="20"/>
                <w:lang w:val="es-PY"/>
              </w:rPr>
            </w:pPr>
          </w:p>
          <w:p w14:paraId="7E1C2022" w14:textId="77777777" w:rsidR="004C24F7" w:rsidRDefault="004C24F7" w:rsidP="004C24F7">
            <w:pPr>
              <w:jc w:val="both"/>
              <w:rPr>
                <w:b/>
                <w:color w:val="000000"/>
                <w:szCs w:val="20"/>
                <w:lang w:val="es-PY"/>
              </w:rPr>
            </w:pPr>
          </w:p>
          <w:p w14:paraId="453C90E3" w14:textId="77777777" w:rsidR="004C24F7" w:rsidRDefault="004C24F7" w:rsidP="004C24F7">
            <w:pPr>
              <w:jc w:val="both"/>
              <w:rPr>
                <w:b/>
                <w:color w:val="000000"/>
                <w:szCs w:val="20"/>
                <w:lang w:val="es-PY"/>
              </w:rPr>
            </w:pPr>
          </w:p>
          <w:p w14:paraId="7520BEC9" w14:textId="77777777" w:rsidR="004C24F7" w:rsidRDefault="004C24F7" w:rsidP="004C24F7">
            <w:pPr>
              <w:jc w:val="both"/>
              <w:rPr>
                <w:b/>
                <w:color w:val="000000"/>
                <w:szCs w:val="20"/>
                <w:lang w:val="es-PY"/>
              </w:rPr>
            </w:pPr>
          </w:p>
          <w:p w14:paraId="45912AAA" w14:textId="77777777" w:rsidR="004C24F7" w:rsidRDefault="004C24F7" w:rsidP="004C24F7">
            <w:pPr>
              <w:jc w:val="both"/>
              <w:rPr>
                <w:b/>
                <w:color w:val="000000"/>
                <w:szCs w:val="20"/>
                <w:lang w:val="es-PY"/>
              </w:rPr>
            </w:pPr>
          </w:p>
          <w:p w14:paraId="47D411F9" w14:textId="77777777" w:rsidR="004C24F7" w:rsidRDefault="004C24F7" w:rsidP="004C24F7">
            <w:pPr>
              <w:jc w:val="both"/>
              <w:rPr>
                <w:b/>
                <w:color w:val="000000"/>
                <w:szCs w:val="20"/>
                <w:lang w:val="es-PY"/>
              </w:rPr>
            </w:pPr>
          </w:p>
          <w:p w14:paraId="11ECA3AF" w14:textId="77777777" w:rsidR="004C24F7" w:rsidRDefault="004C24F7" w:rsidP="004C24F7">
            <w:pPr>
              <w:jc w:val="both"/>
              <w:rPr>
                <w:b/>
                <w:color w:val="000000"/>
                <w:szCs w:val="20"/>
                <w:lang w:val="es-PY"/>
              </w:rPr>
            </w:pPr>
          </w:p>
          <w:p w14:paraId="241951AC" w14:textId="77777777" w:rsidR="004C24F7" w:rsidRDefault="004C24F7" w:rsidP="004C24F7">
            <w:pPr>
              <w:jc w:val="both"/>
              <w:rPr>
                <w:b/>
                <w:color w:val="000000"/>
                <w:szCs w:val="20"/>
                <w:lang w:val="es-PY"/>
              </w:rPr>
            </w:pPr>
          </w:p>
          <w:p w14:paraId="281F6266" w14:textId="77777777" w:rsidR="004C24F7" w:rsidRDefault="004C24F7" w:rsidP="004C24F7">
            <w:pPr>
              <w:jc w:val="both"/>
              <w:rPr>
                <w:b/>
                <w:color w:val="000000"/>
                <w:szCs w:val="20"/>
                <w:lang w:val="es-PY"/>
              </w:rPr>
            </w:pPr>
          </w:p>
          <w:p w14:paraId="6AA2782C" w14:textId="77777777" w:rsidR="004C24F7" w:rsidRDefault="004C24F7" w:rsidP="004C24F7">
            <w:pPr>
              <w:jc w:val="both"/>
              <w:rPr>
                <w:b/>
                <w:color w:val="000000"/>
                <w:szCs w:val="20"/>
                <w:lang w:val="es-PY"/>
              </w:rPr>
            </w:pPr>
          </w:p>
          <w:p w14:paraId="0F847028" w14:textId="77777777" w:rsidR="004C24F7" w:rsidRDefault="004C24F7" w:rsidP="004C24F7">
            <w:pPr>
              <w:jc w:val="both"/>
              <w:rPr>
                <w:b/>
                <w:color w:val="000000"/>
                <w:szCs w:val="20"/>
                <w:lang w:val="es-PY"/>
              </w:rPr>
            </w:pPr>
          </w:p>
          <w:p w14:paraId="3E5CC7F9" w14:textId="77777777" w:rsidR="004C24F7" w:rsidRDefault="004C24F7" w:rsidP="004C24F7">
            <w:pPr>
              <w:jc w:val="both"/>
              <w:rPr>
                <w:b/>
                <w:color w:val="000000"/>
                <w:szCs w:val="20"/>
                <w:lang w:val="es-PY"/>
              </w:rPr>
            </w:pPr>
          </w:p>
          <w:p w14:paraId="5F4D7F64" w14:textId="77777777" w:rsidR="004C24F7" w:rsidRDefault="004C24F7" w:rsidP="004C24F7">
            <w:pPr>
              <w:jc w:val="both"/>
              <w:rPr>
                <w:b/>
                <w:color w:val="000000"/>
                <w:szCs w:val="20"/>
                <w:lang w:val="es-PY"/>
              </w:rPr>
            </w:pPr>
          </w:p>
          <w:p w14:paraId="616A59F9" w14:textId="77777777" w:rsidR="004C24F7" w:rsidRDefault="004C24F7" w:rsidP="004C24F7">
            <w:pPr>
              <w:jc w:val="both"/>
              <w:rPr>
                <w:b/>
                <w:color w:val="000000"/>
                <w:szCs w:val="20"/>
                <w:lang w:val="es-PY"/>
              </w:rPr>
            </w:pPr>
          </w:p>
          <w:p w14:paraId="57F89ECE" w14:textId="77777777" w:rsidR="004C24F7" w:rsidRDefault="004C24F7" w:rsidP="004C24F7">
            <w:pPr>
              <w:jc w:val="both"/>
              <w:rPr>
                <w:b/>
                <w:color w:val="000000"/>
                <w:szCs w:val="20"/>
                <w:lang w:val="es-PY"/>
              </w:rPr>
            </w:pPr>
          </w:p>
          <w:p w14:paraId="7732D007" w14:textId="77777777" w:rsidR="004C24F7" w:rsidRDefault="004C24F7" w:rsidP="004C24F7">
            <w:pPr>
              <w:jc w:val="both"/>
              <w:rPr>
                <w:b/>
                <w:color w:val="000000"/>
                <w:szCs w:val="20"/>
                <w:lang w:val="es-PY"/>
              </w:rPr>
            </w:pPr>
          </w:p>
          <w:p w14:paraId="4CEBFAE1" w14:textId="77777777" w:rsidR="004C24F7" w:rsidRDefault="004C24F7" w:rsidP="004C24F7">
            <w:pPr>
              <w:jc w:val="both"/>
              <w:rPr>
                <w:b/>
                <w:color w:val="000000"/>
                <w:szCs w:val="20"/>
                <w:lang w:val="es-PY"/>
              </w:rPr>
            </w:pPr>
          </w:p>
          <w:p w14:paraId="06BABE76" w14:textId="77777777" w:rsidR="004C24F7" w:rsidRDefault="004C24F7" w:rsidP="004C24F7">
            <w:pPr>
              <w:jc w:val="both"/>
              <w:rPr>
                <w:b/>
                <w:color w:val="000000"/>
                <w:szCs w:val="20"/>
                <w:lang w:val="es-PY"/>
              </w:rPr>
            </w:pPr>
          </w:p>
          <w:p w14:paraId="5E8F60EB" w14:textId="77777777" w:rsidR="004C24F7" w:rsidRDefault="004C24F7" w:rsidP="004C24F7">
            <w:pPr>
              <w:jc w:val="both"/>
              <w:rPr>
                <w:b/>
                <w:color w:val="000000"/>
                <w:szCs w:val="20"/>
                <w:lang w:val="es-PY"/>
              </w:rPr>
            </w:pPr>
          </w:p>
          <w:p w14:paraId="5860A0D2" w14:textId="77777777" w:rsidR="004C24F7" w:rsidRDefault="004C24F7" w:rsidP="004C24F7">
            <w:pPr>
              <w:jc w:val="both"/>
              <w:rPr>
                <w:b/>
                <w:color w:val="000000"/>
                <w:szCs w:val="20"/>
                <w:lang w:val="es-PY"/>
              </w:rPr>
            </w:pPr>
          </w:p>
          <w:p w14:paraId="11C3A9F0" w14:textId="56413E03" w:rsidR="004C24F7" w:rsidRPr="00735EB3" w:rsidRDefault="004C24F7" w:rsidP="004C24F7">
            <w:pPr>
              <w:jc w:val="both"/>
              <w:rPr>
                <w:b/>
                <w:color w:val="000000"/>
                <w:szCs w:val="20"/>
                <w:lang w:val="es-PY"/>
              </w:rPr>
            </w:pP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1A5B1FC7" w14:textId="77777777" w:rsidR="004C24F7" w:rsidRPr="00735EB3" w:rsidRDefault="004C24F7" w:rsidP="004C24F7">
            <w:pPr>
              <w:jc w:val="both"/>
              <w:rPr>
                <w:b/>
                <w:color w:val="000000"/>
                <w:szCs w:val="20"/>
              </w:rPr>
            </w:pPr>
          </w:p>
        </w:tc>
      </w:tr>
    </w:tbl>
    <w:p w14:paraId="5ADF3861" w14:textId="77777777" w:rsidR="004C24F7" w:rsidRDefault="004C24F7"/>
    <w:p w14:paraId="6A3FA383" w14:textId="77777777" w:rsidR="00EC216B" w:rsidRDefault="00EC216B"/>
    <w:p w14:paraId="4F9913AE" w14:textId="77777777" w:rsidR="00EC216B" w:rsidRDefault="00EC216B"/>
    <w:tbl>
      <w:tblPr>
        <w:tblW w:w="0" w:type="auto"/>
        <w:tblLayout w:type="fixed"/>
        <w:tblLook w:val="04A0" w:firstRow="1" w:lastRow="0" w:firstColumn="1" w:lastColumn="0" w:noHBand="0" w:noVBand="1"/>
      </w:tblPr>
      <w:tblGrid>
        <w:gridCol w:w="4678"/>
        <w:gridCol w:w="4678"/>
      </w:tblGrid>
      <w:tr w:rsidR="00E40931" w:rsidRPr="001A3119" w14:paraId="6965D508" w14:textId="77777777" w:rsidTr="001E05D5">
        <w:trPr>
          <w:cantSplit/>
          <w:trHeight w:hRule="exact" w:val="490"/>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461A25" w14:textId="401A0614" w:rsidR="00E40931" w:rsidRPr="00E40931" w:rsidRDefault="00E40931" w:rsidP="00C509F1">
            <w:pPr>
              <w:jc w:val="center"/>
              <w:rPr>
                <w:b/>
                <w:color w:val="000000"/>
                <w:lang w:val="es-PY"/>
              </w:rPr>
            </w:pPr>
            <w:r w:rsidRPr="00735EB3">
              <w:rPr>
                <w:b/>
                <w:color w:val="000000"/>
                <w:szCs w:val="20"/>
                <w:lang w:val="es-PY"/>
              </w:rPr>
              <w:lastRenderedPageBreak/>
              <w:t>Fortalezas y debilidades del cumplimiento de criterios de la dimensión evaluada</w:t>
            </w:r>
          </w:p>
        </w:tc>
      </w:tr>
      <w:tr w:rsidR="00E40931" w14:paraId="6EFF8622" w14:textId="77777777" w:rsidTr="001E05D5">
        <w:trPr>
          <w:cantSplit/>
          <w:trHeight w:hRule="exact" w:val="399"/>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1A13284" w14:textId="77777777" w:rsidR="00E40931" w:rsidRPr="00877E2D" w:rsidRDefault="00E40931" w:rsidP="00C509F1">
            <w:pPr>
              <w:jc w:val="center"/>
              <w:rPr>
                <w:b/>
                <w:color w:val="000000"/>
              </w:rPr>
            </w:pPr>
            <w:proofErr w:type="spellStart"/>
            <w:r w:rsidRPr="00877E2D">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01BA115" w14:textId="77777777" w:rsidR="00E40931" w:rsidRPr="00877E2D" w:rsidRDefault="00E40931" w:rsidP="00C509F1">
            <w:pPr>
              <w:jc w:val="center"/>
              <w:rPr>
                <w:b/>
                <w:color w:val="000000"/>
              </w:rPr>
            </w:pPr>
            <w:r w:rsidRPr="00877E2D">
              <w:rPr>
                <w:b/>
                <w:color w:val="000000"/>
              </w:rPr>
              <w:t>Debilidades</w:t>
            </w:r>
          </w:p>
        </w:tc>
      </w:tr>
      <w:tr w:rsidR="00E40931" w:rsidRPr="001A3119" w14:paraId="22215511" w14:textId="77777777" w:rsidTr="001A3119">
        <w:trPr>
          <w:cantSplit/>
          <w:trHeight w:hRule="exact" w:val="5442"/>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2553B10" w14:textId="0580EA1E" w:rsidR="00E40931" w:rsidRPr="001A3119" w:rsidRDefault="001A3119" w:rsidP="001A3119">
            <w:pPr>
              <w:jc w:val="both"/>
              <w:rPr>
                <w:bCs/>
                <w:color w:val="A6A6A6" w:themeColor="background1" w:themeShade="A6"/>
              </w:rPr>
            </w:pPr>
            <w:r w:rsidRPr="001A3119">
              <w:rPr>
                <w:bCs/>
                <w:color w:val="A6A6A6" w:themeColor="background1" w:themeShade="A6"/>
                <w:lang w:val="es-PY"/>
              </w:rPr>
              <w:t xml:space="preserve">Describen los aspectos en los que la oferta académica demuestra un nivel superior al esperado, innovaciones, buenas prácticas o resultados sobresalientes que contribuyen significativamente al logro del criterio de calidad. </w:t>
            </w:r>
            <w:r w:rsidRPr="001A3119">
              <w:rPr>
                <w:bCs/>
                <w:color w:val="A6A6A6" w:themeColor="background1" w:themeShade="A6"/>
              </w:rPr>
              <w:t xml:space="preserve">No </w:t>
            </w:r>
            <w:proofErr w:type="spellStart"/>
            <w:r w:rsidRPr="001A3119">
              <w:rPr>
                <w:bCs/>
                <w:color w:val="A6A6A6" w:themeColor="background1" w:themeShade="A6"/>
              </w:rPr>
              <w:t>constituyen</w:t>
            </w:r>
            <w:proofErr w:type="spellEnd"/>
            <w:r w:rsidRPr="001A3119">
              <w:rPr>
                <w:bCs/>
                <w:color w:val="A6A6A6" w:themeColor="background1" w:themeShade="A6"/>
              </w:rPr>
              <w:t xml:space="preserve"> </w:t>
            </w:r>
            <w:proofErr w:type="spellStart"/>
            <w:r w:rsidRPr="001A3119">
              <w:rPr>
                <w:bCs/>
                <w:color w:val="A6A6A6" w:themeColor="background1" w:themeShade="A6"/>
              </w:rPr>
              <w:t>mero</w:t>
            </w:r>
            <w:proofErr w:type="spellEnd"/>
            <w:r w:rsidRPr="001A3119">
              <w:rPr>
                <w:bCs/>
                <w:color w:val="A6A6A6" w:themeColor="background1" w:themeShade="A6"/>
              </w:rPr>
              <w:t xml:space="preserve"> </w:t>
            </w:r>
            <w:proofErr w:type="spellStart"/>
            <w:r w:rsidRPr="001A3119">
              <w:rPr>
                <w:bCs/>
                <w:color w:val="A6A6A6" w:themeColor="background1" w:themeShade="A6"/>
              </w:rPr>
              <w:t>cumplimiento</w:t>
            </w:r>
            <w:proofErr w:type="spellEnd"/>
            <w:r w:rsidRPr="001A3119">
              <w:rPr>
                <w:bCs/>
                <w:color w:val="A6A6A6" w:themeColor="background1" w:themeShade="A6"/>
              </w:rPr>
              <w:t xml:space="preserve"> de </w:t>
            </w:r>
            <w:proofErr w:type="spellStart"/>
            <w:r w:rsidRPr="001A3119">
              <w:rPr>
                <w:bCs/>
                <w:color w:val="A6A6A6" w:themeColor="background1" w:themeShade="A6"/>
              </w:rPr>
              <w:t>los</w:t>
            </w:r>
            <w:proofErr w:type="spellEnd"/>
            <w:r w:rsidRPr="001A3119">
              <w:rPr>
                <w:bCs/>
                <w:color w:val="A6A6A6" w:themeColor="background1" w:themeShade="A6"/>
              </w:rPr>
              <w:t xml:space="preserve"> </w:t>
            </w:r>
            <w:proofErr w:type="spellStart"/>
            <w:r w:rsidRPr="001A3119">
              <w:rPr>
                <w:bCs/>
                <w:color w:val="A6A6A6" w:themeColor="background1" w:themeShade="A6"/>
              </w:rPr>
              <w:t>indicadores</w:t>
            </w:r>
            <w:proofErr w:type="spellEnd"/>
            <w:r w:rsidRPr="001A3119">
              <w:rPr>
                <w:bCs/>
                <w:color w:val="A6A6A6" w:themeColor="background1" w:themeShade="A6"/>
              </w:rPr>
              <w:t>.</w:t>
            </w:r>
            <w:r w:rsidRPr="001A3119">
              <w:rPr>
                <w:bCs/>
                <w:color w:val="A6A6A6" w:themeColor="background1" w:themeShade="A6"/>
              </w:rPr>
              <w:tab/>
            </w:r>
          </w:p>
          <w:p w14:paraId="7AC7B3F8" w14:textId="77777777" w:rsidR="00E40931" w:rsidRPr="001A3119" w:rsidRDefault="00E40931" w:rsidP="001A3119">
            <w:pPr>
              <w:jc w:val="both"/>
              <w:rPr>
                <w:bCs/>
                <w:color w:val="A6A6A6" w:themeColor="background1" w:themeShade="A6"/>
              </w:rPr>
            </w:pPr>
          </w:p>
          <w:p w14:paraId="5A502528" w14:textId="77777777" w:rsidR="00E40931" w:rsidRPr="001A3119" w:rsidRDefault="00E40931" w:rsidP="001A3119">
            <w:pPr>
              <w:jc w:val="both"/>
              <w:rPr>
                <w:bCs/>
                <w:color w:val="A6A6A6" w:themeColor="background1" w:themeShade="A6"/>
              </w:rPr>
            </w:pPr>
          </w:p>
          <w:p w14:paraId="4FAE574E" w14:textId="77777777" w:rsidR="00E40931" w:rsidRPr="001A3119" w:rsidRDefault="00E40931" w:rsidP="001A3119">
            <w:pPr>
              <w:jc w:val="both"/>
              <w:rPr>
                <w:bCs/>
                <w:color w:val="A6A6A6" w:themeColor="background1" w:themeShade="A6"/>
              </w:rPr>
            </w:pPr>
          </w:p>
          <w:p w14:paraId="6E583B20" w14:textId="77777777" w:rsidR="00E40931" w:rsidRPr="001A3119" w:rsidRDefault="00E40931" w:rsidP="001A3119">
            <w:pPr>
              <w:jc w:val="both"/>
              <w:rPr>
                <w:bCs/>
                <w:color w:val="A6A6A6" w:themeColor="background1" w:themeShade="A6"/>
              </w:rPr>
            </w:pPr>
          </w:p>
          <w:p w14:paraId="49E13B20" w14:textId="77777777" w:rsidR="00E40931" w:rsidRPr="001A3119" w:rsidRDefault="00E40931" w:rsidP="001A3119">
            <w:pPr>
              <w:jc w:val="both"/>
              <w:rPr>
                <w:bCs/>
                <w:color w:val="A6A6A6" w:themeColor="background1" w:themeShade="A6"/>
              </w:rPr>
            </w:pPr>
          </w:p>
          <w:p w14:paraId="60A6283E" w14:textId="77777777" w:rsidR="00E40931" w:rsidRPr="001A3119" w:rsidRDefault="00E40931" w:rsidP="001A3119">
            <w:pPr>
              <w:jc w:val="both"/>
              <w:rPr>
                <w:bCs/>
                <w:color w:val="A6A6A6" w:themeColor="background1" w:themeShade="A6"/>
              </w:rPr>
            </w:pPr>
          </w:p>
          <w:p w14:paraId="6162C8C2" w14:textId="77777777" w:rsidR="00E40931" w:rsidRPr="001A3119" w:rsidRDefault="00E40931" w:rsidP="001A3119">
            <w:pPr>
              <w:jc w:val="both"/>
              <w:rPr>
                <w:bCs/>
                <w:color w:val="A6A6A6" w:themeColor="background1" w:themeShade="A6"/>
              </w:rPr>
            </w:pPr>
          </w:p>
          <w:p w14:paraId="25BCAC72" w14:textId="77777777" w:rsidR="00E40931" w:rsidRPr="001A3119" w:rsidRDefault="00E40931" w:rsidP="001A3119">
            <w:pPr>
              <w:jc w:val="both"/>
              <w:rPr>
                <w:bCs/>
                <w:color w:val="A6A6A6" w:themeColor="background1" w:themeShade="A6"/>
              </w:rPr>
            </w:pPr>
          </w:p>
          <w:p w14:paraId="52304F74" w14:textId="77777777" w:rsidR="00E40931" w:rsidRPr="001A3119" w:rsidRDefault="00E40931" w:rsidP="001A3119">
            <w:pPr>
              <w:jc w:val="both"/>
              <w:rPr>
                <w:bCs/>
                <w:color w:val="A6A6A6" w:themeColor="background1" w:themeShade="A6"/>
              </w:rPr>
            </w:pPr>
          </w:p>
          <w:p w14:paraId="2264FE44" w14:textId="77777777" w:rsidR="00E40931" w:rsidRPr="001A3119" w:rsidRDefault="00E40931" w:rsidP="001A3119">
            <w:pPr>
              <w:jc w:val="both"/>
              <w:rPr>
                <w:bCs/>
                <w:color w:val="A6A6A6" w:themeColor="background1" w:themeShade="A6"/>
              </w:rPr>
            </w:pPr>
          </w:p>
          <w:p w14:paraId="177B4A7A" w14:textId="77777777" w:rsidR="00E40931" w:rsidRPr="001A3119" w:rsidRDefault="00E40931" w:rsidP="001A3119">
            <w:pPr>
              <w:jc w:val="both"/>
              <w:rPr>
                <w:bCs/>
                <w:color w:val="A6A6A6" w:themeColor="background1" w:themeShade="A6"/>
              </w:rPr>
            </w:pPr>
          </w:p>
          <w:p w14:paraId="6FE4E0A4" w14:textId="77777777" w:rsidR="00E40931" w:rsidRPr="001A3119" w:rsidRDefault="00E40931" w:rsidP="001A3119">
            <w:pPr>
              <w:jc w:val="both"/>
              <w:rPr>
                <w:bCs/>
                <w:color w:val="A6A6A6" w:themeColor="background1" w:themeShade="A6"/>
              </w:rPr>
            </w:pPr>
          </w:p>
          <w:p w14:paraId="3A8AE7DE" w14:textId="77777777" w:rsidR="00E40931" w:rsidRPr="001A3119" w:rsidRDefault="00E40931" w:rsidP="001A3119">
            <w:pPr>
              <w:jc w:val="both"/>
              <w:rPr>
                <w:bCs/>
                <w:color w:val="A6A6A6" w:themeColor="background1" w:themeShade="A6"/>
              </w:rPr>
            </w:pPr>
          </w:p>
          <w:p w14:paraId="7DEE05E3" w14:textId="77777777" w:rsidR="00E40931" w:rsidRPr="001A3119" w:rsidRDefault="00E40931" w:rsidP="001A3119">
            <w:pPr>
              <w:jc w:val="both"/>
              <w:rPr>
                <w:bCs/>
                <w:color w:val="A6A6A6" w:themeColor="background1" w:themeShade="A6"/>
              </w:rPr>
            </w:pPr>
          </w:p>
          <w:p w14:paraId="2F64D84A" w14:textId="77777777" w:rsidR="00E40931" w:rsidRPr="001A3119" w:rsidRDefault="00E40931" w:rsidP="001A3119">
            <w:pPr>
              <w:jc w:val="both"/>
              <w:rPr>
                <w:bCs/>
                <w:color w:val="A6A6A6" w:themeColor="background1" w:themeShade="A6"/>
              </w:rPr>
            </w:pPr>
          </w:p>
          <w:p w14:paraId="4ACA6E6B" w14:textId="77777777" w:rsidR="00E40931" w:rsidRPr="001A3119" w:rsidRDefault="00E40931" w:rsidP="001A3119">
            <w:pPr>
              <w:jc w:val="both"/>
              <w:rPr>
                <w:bCs/>
                <w:color w:val="A6A6A6" w:themeColor="background1" w:themeShade="A6"/>
              </w:rPr>
            </w:pPr>
          </w:p>
          <w:p w14:paraId="52FAC90D" w14:textId="0E413BC9" w:rsidR="00E40931" w:rsidRPr="001A3119" w:rsidRDefault="00E40931" w:rsidP="001A3119">
            <w:pPr>
              <w:jc w:val="both"/>
              <w:rPr>
                <w:bCs/>
                <w:color w:val="A6A6A6" w:themeColor="background1" w:themeShade="A6"/>
              </w:rPr>
            </w:pPr>
          </w:p>
          <w:p w14:paraId="779F34FB" w14:textId="31C06C68" w:rsidR="00877E2D" w:rsidRPr="001A3119" w:rsidRDefault="00877E2D" w:rsidP="001A3119">
            <w:pPr>
              <w:jc w:val="both"/>
              <w:rPr>
                <w:bCs/>
                <w:color w:val="A6A6A6" w:themeColor="background1" w:themeShade="A6"/>
              </w:rPr>
            </w:pPr>
          </w:p>
          <w:p w14:paraId="3E0BA8EC" w14:textId="605C4916" w:rsidR="00877E2D" w:rsidRPr="001A3119" w:rsidRDefault="00877E2D" w:rsidP="001A3119">
            <w:pPr>
              <w:jc w:val="both"/>
              <w:rPr>
                <w:bCs/>
                <w:color w:val="A6A6A6" w:themeColor="background1" w:themeShade="A6"/>
              </w:rPr>
            </w:pPr>
          </w:p>
          <w:p w14:paraId="4F6CCBA6" w14:textId="77777777" w:rsidR="00877E2D" w:rsidRPr="001A3119" w:rsidRDefault="00877E2D" w:rsidP="001A3119">
            <w:pPr>
              <w:jc w:val="both"/>
              <w:rPr>
                <w:bCs/>
                <w:color w:val="A6A6A6" w:themeColor="background1" w:themeShade="A6"/>
              </w:rPr>
            </w:pPr>
          </w:p>
          <w:p w14:paraId="79FFCAD1" w14:textId="77777777" w:rsidR="00E40931" w:rsidRPr="001A3119" w:rsidRDefault="00E40931" w:rsidP="001A3119">
            <w:pPr>
              <w:jc w:val="both"/>
              <w:rPr>
                <w:bCs/>
                <w:color w:val="A6A6A6" w:themeColor="background1" w:themeShade="A6"/>
              </w:rPr>
            </w:pPr>
          </w:p>
          <w:p w14:paraId="65149E9F" w14:textId="77777777" w:rsidR="00E40931" w:rsidRPr="001A3119" w:rsidRDefault="00E40931" w:rsidP="001A3119">
            <w:pPr>
              <w:jc w:val="both"/>
              <w:rPr>
                <w:bCs/>
                <w:color w:val="A6A6A6" w:themeColor="background1" w:themeShade="A6"/>
              </w:rPr>
            </w:pPr>
          </w:p>
          <w:p w14:paraId="63162CC6" w14:textId="5360B793" w:rsidR="00E40931" w:rsidRPr="001A3119" w:rsidRDefault="00E40931" w:rsidP="001A3119">
            <w:pPr>
              <w:jc w:val="both"/>
              <w:rPr>
                <w:bCs/>
                <w:color w:val="A6A6A6" w:themeColor="background1" w:themeShade="A6"/>
              </w:rPr>
            </w:pPr>
          </w:p>
          <w:p w14:paraId="406F6143" w14:textId="0BF31F89" w:rsidR="00E40931" w:rsidRPr="001A3119" w:rsidRDefault="00E40931" w:rsidP="001A3119">
            <w:pPr>
              <w:jc w:val="both"/>
              <w:rPr>
                <w:bCs/>
                <w:color w:val="A6A6A6" w:themeColor="background1" w:themeShade="A6"/>
              </w:rPr>
            </w:pPr>
          </w:p>
          <w:p w14:paraId="090D763B" w14:textId="647D7665" w:rsidR="00E40931" w:rsidRPr="001A3119" w:rsidRDefault="00E40931" w:rsidP="001A3119">
            <w:pPr>
              <w:jc w:val="both"/>
              <w:rPr>
                <w:bCs/>
                <w:color w:val="A6A6A6" w:themeColor="background1" w:themeShade="A6"/>
              </w:rPr>
            </w:pPr>
          </w:p>
          <w:p w14:paraId="3C33ED0A" w14:textId="2F196523" w:rsidR="00E40931" w:rsidRPr="001A3119" w:rsidRDefault="00E40931" w:rsidP="001A3119">
            <w:pPr>
              <w:jc w:val="both"/>
              <w:rPr>
                <w:bCs/>
                <w:color w:val="A6A6A6" w:themeColor="background1" w:themeShade="A6"/>
              </w:rPr>
            </w:pPr>
          </w:p>
          <w:p w14:paraId="7C49B4A5" w14:textId="77777777" w:rsidR="00E40931" w:rsidRPr="001A3119" w:rsidRDefault="00E40931" w:rsidP="001A3119">
            <w:pPr>
              <w:jc w:val="both"/>
              <w:rPr>
                <w:bCs/>
                <w:color w:val="A6A6A6" w:themeColor="background1" w:themeShade="A6"/>
              </w:rPr>
            </w:pPr>
          </w:p>
          <w:p w14:paraId="64C0A129" w14:textId="77777777" w:rsidR="00E40931" w:rsidRPr="001A3119" w:rsidRDefault="00E40931" w:rsidP="001A3119">
            <w:pPr>
              <w:jc w:val="both"/>
              <w:rPr>
                <w:bCs/>
                <w:color w:val="A6A6A6" w:themeColor="background1" w:themeShade="A6"/>
              </w:rPr>
            </w:pPr>
          </w:p>
          <w:p w14:paraId="4CF39E0D" w14:textId="77777777" w:rsidR="00E40931" w:rsidRPr="001A3119" w:rsidRDefault="00E40931" w:rsidP="001A3119">
            <w:pPr>
              <w:jc w:val="both"/>
              <w:rPr>
                <w:bCs/>
                <w:color w:val="A6A6A6" w:themeColor="background1" w:themeShade="A6"/>
              </w:rPr>
            </w:pPr>
          </w:p>
          <w:p w14:paraId="390331BD" w14:textId="77777777" w:rsidR="00E40931" w:rsidRPr="001A3119" w:rsidRDefault="00E40931" w:rsidP="001A3119">
            <w:pPr>
              <w:jc w:val="both"/>
              <w:rPr>
                <w:bCs/>
                <w:color w:val="A6A6A6" w:themeColor="background1" w:themeShade="A6"/>
              </w:rPr>
            </w:pPr>
          </w:p>
          <w:p w14:paraId="4A97F168" w14:textId="77777777" w:rsidR="00E40931" w:rsidRPr="001A3119" w:rsidRDefault="00E40931" w:rsidP="001A3119">
            <w:pPr>
              <w:jc w:val="both"/>
              <w:rPr>
                <w:bCs/>
                <w:color w:val="A6A6A6" w:themeColor="background1" w:themeShade="A6"/>
              </w:rPr>
            </w:pPr>
          </w:p>
          <w:p w14:paraId="42150324" w14:textId="77777777" w:rsidR="00E40931" w:rsidRPr="001A3119" w:rsidRDefault="00E40931" w:rsidP="001A3119">
            <w:pPr>
              <w:jc w:val="both"/>
              <w:rPr>
                <w:bCs/>
                <w:color w:val="A6A6A6" w:themeColor="background1" w:themeShade="A6"/>
              </w:rPr>
            </w:pPr>
          </w:p>
          <w:p w14:paraId="3B26462F" w14:textId="77777777" w:rsidR="00E40931" w:rsidRPr="001A3119" w:rsidRDefault="00E40931" w:rsidP="001A3119">
            <w:pPr>
              <w:jc w:val="both"/>
              <w:rPr>
                <w:bCs/>
                <w:color w:val="A6A6A6" w:themeColor="background1" w:themeShade="A6"/>
              </w:rPr>
            </w:pPr>
          </w:p>
          <w:p w14:paraId="465F4534" w14:textId="77777777" w:rsidR="00E40931" w:rsidRPr="001A3119" w:rsidRDefault="00E40931" w:rsidP="001A3119">
            <w:pPr>
              <w:jc w:val="both"/>
              <w:rPr>
                <w:bCs/>
                <w:color w:val="A6A6A6" w:themeColor="background1" w:themeShade="A6"/>
              </w:rPr>
            </w:pPr>
          </w:p>
          <w:p w14:paraId="4FEEA458" w14:textId="77777777" w:rsidR="00E40931" w:rsidRPr="001A3119" w:rsidRDefault="00E40931" w:rsidP="001A3119">
            <w:pPr>
              <w:jc w:val="both"/>
              <w:rPr>
                <w:bCs/>
                <w:color w:val="A6A6A6" w:themeColor="background1" w:themeShade="A6"/>
              </w:rPr>
            </w:pPr>
          </w:p>
        </w:tc>
        <w:tc>
          <w:tcPr>
            <w:tcW w:w="4678" w:type="dxa"/>
            <w:tcBorders>
              <w:top w:val="single" w:sz="6" w:space="0" w:color="000000"/>
              <w:left w:val="single" w:sz="6" w:space="0" w:color="000000"/>
              <w:bottom w:val="single" w:sz="6" w:space="0" w:color="000000"/>
              <w:right w:val="single" w:sz="6" w:space="0" w:color="000000"/>
            </w:tcBorders>
          </w:tcPr>
          <w:p w14:paraId="3DA23A4B" w14:textId="77777777" w:rsidR="001A3119" w:rsidRPr="001A3119" w:rsidRDefault="001A3119" w:rsidP="001A3119">
            <w:pPr>
              <w:jc w:val="both"/>
              <w:rPr>
                <w:bCs/>
                <w:color w:val="A6A6A6" w:themeColor="background1" w:themeShade="A6"/>
                <w:lang w:val="es-PY"/>
              </w:rPr>
            </w:pPr>
            <w:r w:rsidRPr="001A3119">
              <w:rPr>
                <w:bCs/>
                <w:color w:val="A6A6A6" w:themeColor="background1" w:themeShade="A6"/>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13A32E55" w14:textId="77777777" w:rsidR="001A3119" w:rsidRPr="001A3119" w:rsidRDefault="001A3119" w:rsidP="001A3119">
            <w:pPr>
              <w:jc w:val="both"/>
              <w:rPr>
                <w:bCs/>
                <w:color w:val="A6A6A6" w:themeColor="background1" w:themeShade="A6"/>
                <w:lang w:val="es-PY"/>
              </w:rPr>
            </w:pPr>
          </w:p>
          <w:p w14:paraId="1123B69D" w14:textId="77777777" w:rsidR="00E40931" w:rsidRPr="001A3119" w:rsidRDefault="00E40931" w:rsidP="001A3119">
            <w:pPr>
              <w:jc w:val="both"/>
              <w:rPr>
                <w:bCs/>
                <w:color w:val="A6A6A6" w:themeColor="background1" w:themeShade="A6"/>
                <w:lang w:val="es-PY"/>
              </w:rPr>
            </w:pPr>
          </w:p>
        </w:tc>
      </w:tr>
      <w:tr w:rsidR="00E40931" w14:paraId="0871BBC3" w14:textId="77777777" w:rsidTr="001E05D5">
        <w:trPr>
          <w:cantSplit/>
          <w:trHeight w:hRule="exact" w:val="371"/>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3C93135" w14:textId="77777777" w:rsidR="00E40931" w:rsidRDefault="00E40931" w:rsidP="00C509F1">
            <w:pPr>
              <w:jc w:val="center"/>
            </w:pPr>
            <w:proofErr w:type="spellStart"/>
            <w:r>
              <w:rPr>
                <w:b/>
                <w:color w:val="000000"/>
              </w:rPr>
              <w:t>Oportunidades</w:t>
            </w:r>
            <w:proofErr w:type="spellEnd"/>
            <w:r>
              <w:rPr>
                <w:b/>
                <w:color w:val="000000"/>
              </w:rPr>
              <w:t xml:space="preserve"> de </w:t>
            </w:r>
            <w:proofErr w:type="spellStart"/>
            <w:r>
              <w:rPr>
                <w:b/>
                <w:color w:val="000000"/>
              </w:rPr>
              <w:t>mejora</w:t>
            </w:r>
            <w:proofErr w:type="spellEnd"/>
          </w:p>
        </w:tc>
      </w:tr>
      <w:tr w:rsidR="00E66A21" w:rsidRPr="001A3119" w14:paraId="3E16A73A" w14:textId="77777777" w:rsidTr="00A3110F">
        <w:trPr>
          <w:cantSplit/>
          <w:trHeight w:val="5897"/>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7149AEC" w14:textId="77777777" w:rsidR="001A3119" w:rsidRPr="001A3119" w:rsidRDefault="001A3119" w:rsidP="001A3119">
            <w:pPr>
              <w:jc w:val="both"/>
              <w:rPr>
                <w:bCs/>
                <w:color w:val="A6A6A6" w:themeColor="background1" w:themeShade="A6"/>
                <w:lang w:val="es-PY"/>
              </w:rPr>
            </w:pPr>
            <w:r w:rsidRPr="001A3119">
              <w:rPr>
                <w:bCs/>
                <w:color w:val="A6A6A6" w:themeColor="background1" w:themeShade="A6"/>
                <w:lang w:val="es-PY"/>
              </w:rPr>
              <w:t>Las oportunidades de mejoras deben:</w:t>
            </w:r>
          </w:p>
          <w:p w14:paraId="4C882D18" w14:textId="77777777" w:rsidR="001A3119" w:rsidRPr="001A3119" w:rsidRDefault="001A3119" w:rsidP="001A3119">
            <w:pPr>
              <w:jc w:val="both"/>
              <w:rPr>
                <w:bCs/>
                <w:color w:val="A6A6A6" w:themeColor="background1" w:themeShade="A6"/>
                <w:lang w:val="es-PY"/>
              </w:rPr>
            </w:pPr>
            <w:r w:rsidRPr="001A3119">
              <w:rPr>
                <w:bCs/>
                <w:color w:val="A6A6A6" w:themeColor="background1" w:themeShade="A6"/>
                <w:lang w:val="es-PY"/>
              </w:rPr>
              <w:t>•</w:t>
            </w:r>
            <w:r w:rsidRPr="001A3119">
              <w:rPr>
                <w:bCs/>
                <w:color w:val="A6A6A6" w:themeColor="background1" w:themeShade="A6"/>
                <w:lang w:val="es-PY"/>
              </w:rPr>
              <w:tab/>
              <w:t>Estar directamente vinculadas con las debilidades o hallazgos identificados.</w:t>
            </w:r>
          </w:p>
          <w:p w14:paraId="1F36D800" w14:textId="77777777" w:rsidR="001A3119" w:rsidRPr="001A3119" w:rsidRDefault="001A3119" w:rsidP="001A3119">
            <w:pPr>
              <w:jc w:val="both"/>
              <w:rPr>
                <w:bCs/>
                <w:color w:val="A6A6A6" w:themeColor="background1" w:themeShade="A6"/>
                <w:lang w:val="es-PY"/>
              </w:rPr>
            </w:pPr>
            <w:r w:rsidRPr="001A3119">
              <w:rPr>
                <w:bCs/>
                <w:color w:val="A6A6A6" w:themeColor="background1" w:themeShade="A6"/>
                <w:lang w:val="es-PY"/>
              </w:rPr>
              <w:t>•</w:t>
            </w:r>
            <w:r w:rsidRPr="001A3119">
              <w:rPr>
                <w:bCs/>
                <w:color w:val="A6A6A6" w:themeColor="background1" w:themeShade="A6"/>
                <w:lang w:val="es-PY"/>
              </w:rPr>
              <w:tab/>
              <w:t>Ser viables y pertinentes en el marco del contexto institucional.</w:t>
            </w:r>
          </w:p>
          <w:p w14:paraId="16092928" w14:textId="77777777" w:rsidR="001A3119" w:rsidRPr="001A3119" w:rsidRDefault="001A3119" w:rsidP="001A3119">
            <w:pPr>
              <w:jc w:val="both"/>
              <w:rPr>
                <w:bCs/>
                <w:color w:val="A6A6A6" w:themeColor="background1" w:themeShade="A6"/>
                <w:lang w:val="es-PY"/>
              </w:rPr>
            </w:pPr>
            <w:r w:rsidRPr="001A3119">
              <w:rPr>
                <w:bCs/>
                <w:color w:val="A6A6A6" w:themeColor="background1" w:themeShade="A6"/>
                <w:lang w:val="es-PY"/>
              </w:rPr>
              <w:t>•</w:t>
            </w:r>
            <w:r w:rsidRPr="001A3119">
              <w:rPr>
                <w:bCs/>
                <w:color w:val="A6A6A6" w:themeColor="background1" w:themeShade="A6"/>
                <w:lang w:val="es-PY"/>
              </w:rPr>
              <w:tab/>
              <w:t>Orientar hacia la consolidación de procesos de mejora continua.</w:t>
            </w:r>
          </w:p>
          <w:p w14:paraId="787C9D00" w14:textId="77777777" w:rsidR="001A3119" w:rsidRPr="001A3119" w:rsidRDefault="001A3119" w:rsidP="001A3119">
            <w:pPr>
              <w:jc w:val="both"/>
              <w:rPr>
                <w:bCs/>
                <w:color w:val="A6A6A6" w:themeColor="background1" w:themeShade="A6"/>
                <w:lang w:val="es-PY"/>
              </w:rPr>
            </w:pPr>
            <w:r w:rsidRPr="001A3119">
              <w:rPr>
                <w:bCs/>
                <w:color w:val="A6A6A6" w:themeColor="background1" w:themeShade="A6"/>
                <w:lang w:val="es-PY"/>
              </w:rPr>
              <w:t>•</w:t>
            </w:r>
            <w:r w:rsidRPr="001A3119">
              <w:rPr>
                <w:bCs/>
                <w:color w:val="A6A6A6" w:themeColor="background1" w:themeShade="A6"/>
                <w:lang w:val="es-PY"/>
              </w:rPr>
              <w:tab/>
              <w:t>Evitar generalidades o apreciaciones vagas, ofreciendo lineamientos claros para la planificación estratégica.</w:t>
            </w:r>
          </w:p>
          <w:p w14:paraId="48DB3129" w14:textId="5F9FEF0D" w:rsidR="001E05D5" w:rsidRPr="001A3119" w:rsidRDefault="001A3119" w:rsidP="001A3119">
            <w:pPr>
              <w:jc w:val="both"/>
              <w:rPr>
                <w:bCs/>
                <w:color w:val="A6A6A6" w:themeColor="background1" w:themeShade="A6"/>
                <w:lang w:val="es-PY"/>
              </w:rPr>
            </w:pPr>
            <w:r w:rsidRPr="001A3119">
              <w:rPr>
                <w:bCs/>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0E22ECFF" w14:textId="77777777" w:rsidR="001E05D5" w:rsidRPr="001A3119" w:rsidRDefault="001E05D5" w:rsidP="00A3110F">
            <w:pPr>
              <w:jc w:val="both"/>
              <w:rPr>
                <w:b/>
                <w:color w:val="000000"/>
                <w:lang w:val="es-PY"/>
              </w:rPr>
            </w:pPr>
          </w:p>
          <w:p w14:paraId="55B4339A" w14:textId="77777777" w:rsidR="00E66A21" w:rsidRPr="001A3119" w:rsidRDefault="00E66A21" w:rsidP="00A3110F">
            <w:pPr>
              <w:jc w:val="both"/>
              <w:rPr>
                <w:b/>
                <w:color w:val="000000"/>
                <w:lang w:val="es-PY"/>
              </w:rPr>
            </w:pPr>
          </w:p>
          <w:p w14:paraId="2C21C4DC" w14:textId="77777777" w:rsidR="00E66A21" w:rsidRPr="001A3119" w:rsidRDefault="00E66A21" w:rsidP="00A3110F">
            <w:pPr>
              <w:jc w:val="both"/>
              <w:rPr>
                <w:b/>
                <w:color w:val="000000"/>
                <w:lang w:val="es-PY"/>
              </w:rPr>
            </w:pPr>
          </w:p>
          <w:p w14:paraId="14B3420E" w14:textId="77777777" w:rsidR="00E66A21" w:rsidRPr="001A3119" w:rsidRDefault="00E66A21" w:rsidP="00A3110F">
            <w:pPr>
              <w:jc w:val="both"/>
              <w:rPr>
                <w:b/>
                <w:color w:val="000000"/>
                <w:lang w:val="es-PY"/>
              </w:rPr>
            </w:pPr>
          </w:p>
          <w:p w14:paraId="784353FB" w14:textId="77777777" w:rsidR="00E66A21" w:rsidRPr="001A3119" w:rsidRDefault="00E66A21" w:rsidP="00A3110F">
            <w:pPr>
              <w:jc w:val="both"/>
              <w:rPr>
                <w:b/>
                <w:color w:val="000000"/>
                <w:lang w:val="es-PY"/>
              </w:rPr>
            </w:pPr>
          </w:p>
          <w:p w14:paraId="0DDE9C7E" w14:textId="77777777" w:rsidR="00E66A21" w:rsidRPr="001A3119" w:rsidRDefault="00E66A21" w:rsidP="00A3110F">
            <w:pPr>
              <w:jc w:val="both"/>
              <w:rPr>
                <w:b/>
                <w:color w:val="000000"/>
                <w:lang w:val="es-PY"/>
              </w:rPr>
            </w:pPr>
          </w:p>
          <w:p w14:paraId="4590F235" w14:textId="77777777" w:rsidR="00E66A21" w:rsidRPr="001A3119" w:rsidRDefault="00E66A21" w:rsidP="00A3110F">
            <w:pPr>
              <w:jc w:val="both"/>
              <w:rPr>
                <w:b/>
                <w:color w:val="000000"/>
                <w:lang w:val="es-PY"/>
              </w:rPr>
            </w:pPr>
          </w:p>
          <w:p w14:paraId="3854BE97" w14:textId="77777777" w:rsidR="00E66A21" w:rsidRPr="001A3119" w:rsidRDefault="00E66A21" w:rsidP="00A3110F">
            <w:pPr>
              <w:jc w:val="both"/>
              <w:rPr>
                <w:b/>
                <w:color w:val="000000"/>
                <w:lang w:val="es-PY"/>
              </w:rPr>
            </w:pPr>
          </w:p>
          <w:p w14:paraId="443E8925" w14:textId="77777777" w:rsidR="00E66A21" w:rsidRPr="001A3119" w:rsidRDefault="00E66A21" w:rsidP="00A3110F">
            <w:pPr>
              <w:jc w:val="both"/>
              <w:rPr>
                <w:b/>
                <w:color w:val="000000"/>
                <w:lang w:val="es-PY"/>
              </w:rPr>
            </w:pPr>
          </w:p>
          <w:p w14:paraId="20651BF7" w14:textId="77777777" w:rsidR="00E66A21" w:rsidRPr="001A3119" w:rsidRDefault="00E66A21" w:rsidP="00A3110F">
            <w:pPr>
              <w:jc w:val="both"/>
              <w:rPr>
                <w:b/>
                <w:color w:val="000000"/>
                <w:lang w:val="es-PY"/>
              </w:rPr>
            </w:pPr>
          </w:p>
          <w:p w14:paraId="16B94FC4" w14:textId="77777777" w:rsidR="00E66A21" w:rsidRPr="001A3119" w:rsidRDefault="00E66A21" w:rsidP="00A3110F">
            <w:pPr>
              <w:jc w:val="both"/>
              <w:rPr>
                <w:b/>
                <w:color w:val="000000"/>
                <w:lang w:val="es-PY"/>
              </w:rPr>
            </w:pPr>
          </w:p>
          <w:p w14:paraId="500D1476" w14:textId="77777777" w:rsidR="00E66A21" w:rsidRPr="001A3119" w:rsidRDefault="00E66A21" w:rsidP="00A3110F">
            <w:pPr>
              <w:jc w:val="both"/>
              <w:rPr>
                <w:b/>
                <w:color w:val="000000"/>
                <w:lang w:val="es-PY"/>
              </w:rPr>
            </w:pPr>
          </w:p>
          <w:p w14:paraId="6A5B7A3A" w14:textId="77777777" w:rsidR="00E66A21" w:rsidRPr="001A3119" w:rsidRDefault="00E66A21" w:rsidP="00A3110F">
            <w:pPr>
              <w:jc w:val="both"/>
              <w:rPr>
                <w:b/>
                <w:color w:val="000000"/>
                <w:lang w:val="es-PY"/>
              </w:rPr>
            </w:pPr>
          </w:p>
          <w:p w14:paraId="38F89F10" w14:textId="77777777" w:rsidR="00E66A21" w:rsidRPr="001A3119" w:rsidRDefault="00E66A21" w:rsidP="00A3110F">
            <w:pPr>
              <w:jc w:val="both"/>
              <w:rPr>
                <w:b/>
                <w:color w:val="000000"/>
                <w:lang w:val="es-PY"/>
              </w:rPr>
            </w:pPr>
          </w:p>
          <w:p w14:paraId="1B0684D6" w14:textId="77777777" w:rsidR="00E66A21" w:rsidRPr="001A3119" w:rsidRDefault="00E66A21" w:rsidP="00A3110F">
            <w:pPr>
              <w:jc w:val="both"/>
              <w:rPr>
                <w:b/>
                <w:color w:val="000000"/>
                <w:lang w:val="es-PY"/>
              </w:rPr>
            </w:pPr>
          </w:p>
          <w:p w14:paraId="252AF3DE" w14:textId="77777777" w:rsidR="00E66A21" w:rsidRPr="001A3119" w:rsidRDefault="00E66A21" w:rsidP="00A3110F">
            <w:pPr>
              <w:jc w:val="both"/>
              <w:rPr>
                <w:b/>
                <w:color w:val="000000"/>
                <w:lang w:val="es-PY"/>
              </w:rPr>
            </w:pPr>
          </w:p>
          <w:p w14:paraId="0312ADFE" w14:textId="77777777" w:rsidR="00E66A21" w:rsidRPr="001A3119" w:rsidRDefault="00E66A21" w:rsidP="00A3110F">
            <w:pPr>
              <w:jc w:val="both"/>
              <w:rPr>
                <w:b/>
                <w:color w:val="000000"/>
                <w:lang w:val="es-PY"/>
              </w:rPr>
            </w:pPr>
          </w:p>
          <w:p w14:paraId="72D70639" w14:textId="77777777" w:rsidR="00E66A21" w:rsidRPr="001A3119" w:rsidRDefault="00E66A21" w:rsidP="00A3110F">
            <w:pPr>
              <w:jc w:val="both"/>
              <w:rPr>
                <w:b/>
                <w:color w:val="000000"/>
                <w:lang w:val="es-PY"/>
              </w:rPr>
            </w:pPr>
          </w:p>
        </w:tc>
      </w:tr>
    </w:tbl>
    <w:p w14:paraId="3B95322F" w14:textId="77777777" w:rsidR="001E05D5" w:rsidRPr="001A3119" w:rsidRDefault="001E05D5">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5D12D8" w:rsidRPr="001E714C" w14:paraId="2742B9B0" w14:textId="77777777" w:rsidTr="00491CF4">
        <w:trPr>
          <w:cantSplit/>
          <w:trHeight w:hRule="exact" w:val="502"/>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D82A00C" w14:textId="19CBFC09" w:rsidR="005D12D8" w:rsidRPr="00C679A9" w:rsidRDefault="005D12D8" w:rsidP="005D12D8">
            <w:pPr>
              <w:rPr>
                <w:b/>
                <w:color w:val="000000"/>
                <w:lang w:val="es-PY"/>
              </w:rPr>
            </w:pPr>
            <w:r w:rsidRPr="00C679A9">
              <w:rPr>
                <w:b/>
                <w:color w:val="FFFFFF"/>
                <w:lang w:val="es-PY"/>
              </w:rPr>
              <w:lastRenderedPageBreak/>
              <w:t>DIMENSIÓN 3. COMUNIDAD ACADÉMICA</w:t>
            </w:r>
            <w:r w:rsidR="00C679A9" w:rsidRPr="00C679A9">
              <w:rPr>
                <w:b/>
                <w:color w:val="FFFFFF"/>
                <w:lang w:val="es-PY"/>
              </w:rPr>
              <w:t xml:space="preserve"> </w:t>
            </w:r>
          </w:p>
        </w:tc>
      </w:tr>
      <w:tr w:rsidR="000C6B7D" w14:paraId="50B07985" w14:textId="77777777" w:rsidTr="006146DC">
        <w:trPr>
          <w:cantSplit/>
          <w:trHeight w:hRule="exact" w:val="526"/>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02C2386" w14:textId="239239CC" w:rsidR="000C6B7D" w:rsidRDefault="00D21897">
            <w:pPr>
              <w:jc w:val="center"/>
            </w:pPr>
            <w:r>
              <w:rPr>
                <w:b/>
                <w:color w:val="000000"/>
              </w:rPr>
              <w:t>Criterio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85BB45A"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22D775" w14:textId="77777777" w:rsidR="000C6B7D" w:rsidRDefault="00E26089">
            <w:pPr>
              <w:jc w:val="center"/>
            </w:pPr>
            <w:r>
              <w:rPr>
                <w:b/>
                <w:color w:val="000000"/>
              </w:rPr>
              <w:t>Nivel de cumplimiento</w:t>
            </w:r>
          </w:p>
        </w:tc>
      </w:tr>
      <w:tr w:rsidR="000C6B7D" w14:paraId="2C7C7DF7" w14:textId="77777777" w:rsidTr="007A43C1">
        <w:trPr>
          <w:cantSplit/>
          <w:trHeight w:hRule="exact" w:val="506"/>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32D13D"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91D68B"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2E073FB"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CE23B9"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3D4B3F" w14:textId="77777777" w:rsidR="000C6B7D" w:rsidRDefault="00E26089">
            <w:pPr>
              <w:jc w:val="center"/>
            </w:pPr>
            <w:r>
              <w:rPr>
                <w:b/>
                <w:color w:val="000000"/>
              </w:rPr>
              <w:t>NC</w:t>
            </w:r>
          </w:p>
        </w:tc>
      </w:tr>
      <w:tr w:rsidR="004C24F7" w:rsidRPr="001A3119" w14:paraId="6C122D0D" w14:textId="77777777" w:rsidTr="004C24F7">
        <w:trPr>
          <w:cantSplit/>
          <w:trHeight w:val="34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F92A8C" w14:textId="6C8CCCE4" w:rsidR="004C24F7" w:rsidRPr="007A43C1" w:rsidRDefault="00E600E0" w:rsidP="004C24F7">
            <w:pPr>
              <w:jc w:val="center"/>
              <w:rPr>
                <w:szCs w:val="20"/>
                <w:lang w:val="es-PY"/>
              </w:rPr>
            </w:pPr>
            <w:r w:rsidRPr="007A43C1">
              <w:rPr>
                <w:b/>
                <w:color w:val="000000"/>
                <w:szCs w:val="20"/>
                <w:lang w:val="es-PY"/>
              </w:rPr>
              <w:t>Pertinencia del cuerpo académico para la formación doctoral profesionalizante</w:t>
            </w:r>
            <w:r w:rsidRPr="007A43C1">
              <w:rPr>
                <w:b/>
                <w:color w:val="E31B23"/>
                <w:szCs w:val="20"/>
                <w:lang w:val="es-PY"/>
              </w:rPr>
              <w:br/>
              <w:t>(Sustantivo)</w:t>
            </w: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77E21113" w14:textId="0055128F" w:rsidR="004C24F7" w:rsidRPr="0073782B" w:rsidRDefault="002164F1" w:rsidP="004C24F7">
            <w:pPr>
              <w:pStyle w:val="Prrafodelista"/>
              <w:numPr>
                <w:ilvl w:val="0"/>
                <w:numId w:val="19"/>
              </w:numPr>
              <w:ind w:left="370" w:hanging="283"/>
              <w:jc w:val="both"/>
              <w:rPr>
                <w:lang w:val="es-PY"/>
              </w:rPr>
            </w:pPr>
            <w:r w:rsidRPr="007C2565">
              <w:rPr>
                <w:color w:val="000000"/>
                <w:szCs w:val="20"/>
                <w:lang w:val="es-PY"/>
              </w:rPr>
              <w:t>El cuerpo académico posee formación doctoral y trayectoria pertinente al programa, conforme a la normativa aplicable.</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6B60C66"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0680B2"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183E5C2" w14:textId="77777777" w:rsidR="004C24F7" w:rsidRPr="005D12D8" w:rsidRDefault="004C24F7" w:rsidP="004C24F7">
            <w:pPr>
              <w:jc w:val="center"/>
              <w:rPr>
                <w:lang w:val="es-PY"/>
              </w:rPr>
            </w:pPr>
          </w:p>
        </w:tc>
      </w:tr>
      <w:tr w:rsidR="004C24F7" w:rsidRPr="001A3119" w14:paraId="689C8363" w14:textId="77777777" w:rsidTr="004C24F7">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0572E8E"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7BA1C789" w14:textId="047C46AB" w:rsidR="004C24F7" w:rsidRPr="0073782B" w:rsidRDefault="002164F1" w:rsidP="004C24F7">
            <w:pPr>
              <w:pStyle w:val="Prrafodelista"/>
              <w:numPr>
                <w:ilvl w:val="0"/>
                <w:numId w:val="19"/>
              </w:numPr>
              <w:tabs>
                <w:tab w:val="left" w:pos="87"/>
              </w:tabs>
              <w:ind w:left="370" w:hanging="283"/>
              <w:jc w:val="both"/>
              <w:rPr>
                <w:lang w:val="es-PY"/>
              </w:rPr>
            </w:pPr>
            <w:r w:rsidRPr="007C2565">
              <w:rPr>
                <w:color w:val="000000"/>
                <w:szCs w:val="20"/>
                <w:lang w:val="es-PY"/>
              </w:rPr>
              <w:t>Los docentes evidencian producción científica o académica pertinente.</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70DDB1"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CF579C8"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04DED7C" w14:textId="77777777" w:rsidR="004C24F7" w:rsidRPr="005D12D8" w:rsidRDefault="004C24F7" w:rsidP="004C24F7">
            <w:pPr>
              <w:jc w:val="center"/>
              <w:rPr>
                <w:lang w:val="es-PY"/>
              </w:rPr>
            </w:pPr>
          </w:p>
        </w:tc>
      </w:tr>
      <w:tr w:rsidR="004C24F7" w:rsidRPr="001A3119" w14:paraId="3908D078" w14:textId="77777777" w:rsidTr="004C24F7">
        <w:trPr>
          <w:cantSplit/>
          <w:trHeight w:val="29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76968E5"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1EA03AB" w14:textId="7F623392" w:rsidR="004C24F7" w:rsidRPr="0073782B" w:rsidRDefault="002164F1" w:rsidP="004C24F7">
            <w:pPr>
              <w:pStyle w:val="Prrafodelista"/>
              <w:numPr>
                <w:ilvl w:val="0"/>
                <w:numId w:val="19"/>
              </w:numPr>
              <w:ind w:left="370" w:hanging="283"/>
              <w:jc w:val="both"/>
              <w:rPr>
                <w:lang w:val="es-PY"/>
              </w:rPr>
            </w:pPr>
            <w:r w:rsidRPr="007C2565">
              <w:rPr>
                <w:color w:val="000000"/>
                <w:szCs w:val="20"/>
                <w:lang w:val="es-PY"/>
              </w:rPr>
              <w:t>El cuerpo académico cuenta con experiencia profesional avanzada vinculada al campo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99B6EDF"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AF919E3"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162DEC4" w14:textId="77777777" w:rsidR="004C24F7" w:rsidRPr="005D12D8" w:rsidRDefault="004C24F7" w:rsidP="004C24F7">
            <w:pPr>
              <w:jc w:val="center"/>
              <w:rPr>
                <w:lang w:val="es-PY"/>
              </w:rPr>
            </w:pPr>
          </w:p>
        </w:tc>
      </w:tr>
      <w:tr w:rsidR="004C24F7" w:rsidRPr="001A3119" w14:paraId="1481AED7" w14:textId="77777777" w:rsidTr="004C24F7">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23263D3"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22C57BE" w14:textId="34E6D208" w:rsidR="004C24F7" w:rsidRPr="0073782B" w:rsidRDefault="002164F1" w:rsidP="004C24F7">
            <w:pPr>
              <w:pStyle w:val="Prrafodelista"/>
              <w:numPr>
                <w:ilvl w:val="0"/>
                <w:numId w:val="19"/>
              </w:numPr>
              <w:ind w:left="370" w:hanging="283"/>
              <w:jc w:val="both"/>
              <w:rPr>
                <w:lang w:val="es-PY"/>
              </w:rPr>
            </w:pPr>
            <w:r w:rsidRPr="007C2565">
              <w:rPr>
                <w:color w:val="000000"/>
                <w:szCs w:val="20"/>
                <w:lang w:val="es-PY"/>
              </w:rPr>
              <w:t>Los docentes evidencian participación en procesos de innovación, intervención, consultoría, desarrollo, transferencia o solución de problemas complejos.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A2ECF70"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D8FD77"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F809FDD" w14:textId="77777777" w:rsidR="004C24F7" w:rsidRPr="005D12D8" w:rsidRDefault="004C24F7" w:rsidP="004C24F7">
            <w:pPr>
              <w:jc w:val="center"/>
              <w:rPr>
                <w:lang w:val="es-PY"/>
              </w:rPr>
            </w:pPr>
          </w:p>
        </w:tc>
      </w:tr>
      <w:tr w:rsidR="004C24F7" w:rsidRPr="001A3119" w14:paraId="72DD3509" w14:textId="77777777" w:rsidTr="004C24F7">
        <w:trPr>
          <w:cantSplit/>
          <w:trHeight w:val="28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1D2181"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4E9B42EE" w14:textId="0AF17116" w:rsidR="004C24F7" w:rsidRPr="0073782B" w:rsidRDefault="002164F1" w:rsidP="004C24F7">
            <w:pPr>
              <w:pStyle w:val="Prrafodelista"/>
              <w:numPr>
                <w:ilvl w:val="0"/>
                <w:numId w:val="19"/>
              </w:numPr>
              <w:ind w:left="370" w:hanging="283"/>
              <w:jc w:val="both"/>
              <w:rPr>
                <w:lang w:val="es-PY"/>
              </w:rPr>
            </w:pPr>
            <w:r w:rsidRPr="007C2565">
              <w:rPr>
                <w:color w:val="000000"/>
                <w:szCs w:val="20"/>
                <w:lang w:val="es-PY"/>
              </w:rPr>
              <w:t>El desempeño docente en las actividades académicas se evalúa periódicamente para fortalecer la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56381F9"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57DFB4F"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D1ED4FA" w14:textId="77777777" w:rsidR="004C24F7" w:rsidRPr="005D12D8" w:rsidRDefault="004C24F7" w:rsidP="004C24F7">
            <w:pPr>
              <w:jc w:val="center"/>
              <w:rPr>
                <w:lang w:val="es-PY"/>
              </w:rPr>
            </w:pPr>
          </w:p>
        </w:tc>
      </w:tr>
      <w:tr w:rsidR="000C6B7D" w14:paraId="7BD1DB91" w14:textId="77777777" w:rsidTr="00491CF4">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9365F4"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BB26F1" w14:textId="77777777" w:rsidR="000C6B7D" w:rsidRDefault="00E26089">
            <w:pPr>
              <w:jc w:val="center"/>
            </w:pPr>
            <w:r>
              <w:rPr>
                <w:b/>
                <w:color w:val="000000"/>
                <w:sz w:val="19"/>
              </w:rPr>
              <w:t>Medios de verificación</w:t>
            </w:r>
          </w:p>
        </w:tc>
      </w:tr>
      <w:tr w:rsidR="000C6B7D" w14:paraId="552AB250" w14:textId="77777777" w:rsidTr="007A43C1">
        <w:trPr>
          <w:cantSplit/>
          <w:trHeight w:hRule="exact" w:val="797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40F48BB9" w14:textId="77777777" w:rsidR="000C6B7D" w:rsidRDefault="000C6B7D" w:rsidP="00A3110F">
            <w:pPr>
              <w:jc w:val="both"/>
            </w:pPr>
          </w:p>
          <w:p w14:paraId="3FF03481" w14:textId="77777777" w:rsidR="00877E2D" w:rsidRDefault="00877E2D" w:rsidP="00A3110F">
            <w:pPr>
              <w:jc w:val="both"/>
            </w:pPr>
          </w:p>
          <w:p w14:paraId="11534FEB" w14:textId="77777777" w:rsidR="00877E2D" w:rsidRDefault="00877E2D" w:rsidP="00A3110F">
            <w:pPr>
              <w:jc w:val="both"/>
            </w:pPr>
          </w:p>
          <w:p w14:paraId="28493A43" w14:textId="77777777" w:rsidR="00877E2D" w:rsidRDefault="00877E2D" w:rsidP="00A3110F">
            <w:pPr>
              <w:jc w:val="both"/>
            </w:pPr>
          </w:p>
          <w:p w14:paraId="4A18133C" w14:textId="77777777" w:rsidR="00877E2D" w:rsidRDefault="00877E2D" w:rsidP="00A3110F">
            <w:pPr>
              <w:jc w:val="both"/>
            </w:pPr>
          </w:p>
          <w:p w14:paraId="510BB7F4" w14:textId="77777777" w:rsidR="00877E2D" w:rsidRDefault="00877E2D" w:rsidP="00A3110F">
            <w:pPr>
              <w:jc w:val="both"/>
            </w:pPr>
          </w:p>
          <w:p w14:paraId="2486A110" w14:textId="77777777" w:rsidR="00877E2D" w:rsidRDefault="00877E2D" w:rsidP="00A3110F">
            <w:pPr>
              <w:jc w:val="both"/>
            </w:pPr>
          </w:p>
          <w:p w14:paraId="6176488D" w14:textId="77777777" w:rsidR="00877E2D" w:rsidRDefault="00877E2D" w:rsidP="00A3110F">
            <w:pPr>
              <w:jc w:val="both"/>
            </w:pPr>
          </w:p>
          <w:p w14:paraId="1311AA17" w14:textId="77777777" w:rsidR="00877E2D" w:rsidRDefault="00877E2D" w:rsidP="00A3110F">
            <w:pPr>
              <w:jc w:val="both"/>
            </w:pPr>
          </w:p>
          <w:p w14:paraId="30D711CF" w14:textId="77777777" w:rsidR="00877E2D" w:rsidRDefault="00877E2D" w:rsidP="00A3110F">
            <w:pPr>
              <w:jc w:val="both"/>
            </w:pPr>
          </w:p>
          <w:p w14:paraId="49B30DA3" w14:textId="77777777" w:rsidR="00877E2D" w:rsidRDefault="00877E2D" w:rsidP="00A3110F">
            <w:pPr>
              <w:jc w:val="both"/>
            </w:pPr>
          </w:p>
          <w:p w14:paraId="406BF51B" w14:textId="77777777" w:rsidR="00877E2D" w:rsidRDefault="00877E2D" w:rsidP="00A3110F">
            <w:pPr>
              <w:jc w:val="both"/>
            </w:pPr>
          </w:p>
          <w:p w14:paraId="0389DB66" w14:textId="77777777" w:rsidR="00877E2D" w:rsidRDefault="00877E2D" w:rsidP="00A3110F">
            <w:pPr>
              <w:jc w:val="both"/>
            </w:pPr>
          </w:p>
          <w:p w14:paraId="0D4101DC" w14:textId="77777777" w:rsidR="00877E2D" w:rsidRDefault="00877E2D" w:rsidP="00A3110F">
            <w:pPr>
              <w:jc w:val="both"/>
            </w:pPr>
          </w:p>
          <w:p w14:paraId="6765FC84" w14:textId="77777777" w:rsidR="00877E2D" w:rsidRDefault="00877E2D" w:rsidP="00A3110F">
            <w:pPr>
              <w:jc w:val="both"/>
            </w:pPr>
          </w:p>
          <w:p w14:paraId="50D31F53" w14:textId="77777777" w:rsidR="00877E2D" w:rsidRDefault="00877E2D" w:rsidP="00A3110F">
            <w:pPr>
              <w:jc w:val="both"/>
            </w:pPr>
          </w:p>
          <w:p w14:paraId="2A2C2EF2" w14:textId="77777777" w:rsidR="00877E2D" w:rsidRDefault="00877E2D" w:rsidP="00A3110F">
            <w:pPr>
              <w:jc w:val="both"/>
            </w:pPr>
          </w:p>
          <w:p w14:paraId="503DC415" w14:textId="77777777" w:rsidR="00877E2D" w:rsidRDefault="00877E2D" w:rsidP="00A3110F">
            <w:pPr>
              <w:jc w:val="both"/>
            </w:pPr>
          </w:p>
          <w:p w14:paraId="25E4554D" w14:textId="77777777" w:rsidR="00877E2D" w:rsidRDefault="00877E2D" w:rsidP="00A3110F">
            <w:pPr>
              <w:jc w:val="both"/>
            </w:pPr>
          </w:p>
          <w:p w14:paraId="4EE73B10" w14:textId="77777777" w:rsidR="00877E2D" w:rsidRDefault="00877E2D" w:rsidP="00A3110F">
            <w:pPr>
              <w:jc w:val="both"/>
            </w:pPr>
          </w:p>
          <w:p w14:paraId="63064440" w14:textId="77777777" w:rsidR="00877E2D" w:rsidRDefault="00877E2D" w:rsidP="00A3110F">
            <w:pPr>
              <w:jc w:val="both"/>
            </w:pPr>
          </w:p>
          <w:p w14:paraId="669D8CAD" w14:textId="77777777" w:rsidR="00877E2D" w:rsidRDefault="00877E2D" w:rsidP="00A3110F">
            <w:pPr>
              <w:jc w:val="both"/>
            </w:pPr>
          </w:p>
          <w:p w14:paraId="1267C352" w14:textId="77777777" w:rsidR="00877E2D" w:rsidRDefault="00877E2D" w:rsidP="00A3110F">
            <w:pPr>
              <w:jc w:val="both"/>
            </w:pPr>
          </w:p>
          <w:p w14:paraId="32C0B68B" w14:textId="77777777" w:rsidR="00877E2D" w:rsidRDefault="00877E2D" w:rsidP="00A3110F">
            <w:pPr>
              <w:jc w:val="both"/>
            </w:pPr>
          </w:p>
          <w:p w14:paraId="5C7B5795" w14:textId="77777777" w:rsidR="00877E2D" w:rsidRDefault="00877E2D" w:rsidP="00A3110F">
            <w:pPr>
              <w:jc w:val="both"/>
            </w:pPr>
          </w:p>
          <w:p w14:paraId="4557BCA7" w14:textId="77777777" w:rsidR="00877E2D" w:rsidRDefault="00877E2D" w:rsidP="00A3110F">
            <w:pPr>
              <w:jc w:val="both"/>
            </w:pPr>
          </w:p>
          <w:p w14:paraId="3CE138B8" w14:textId="02DBCD18" w:rsidR="00877E2D" w:rsidRDefault="00877E2D" w:rsidP="00A3110F">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749CC2D" w14:textId="77777777" w:rsidR="000C6B7D" w:rsidRDefault="000C6B7D" w:rsidP="00A3110F">
            <w:pPr>
              <w:jc w:val="both"/>
            </w:pPr>
          </w:p>
        </w:tc>
      </w:tr>
    </w:tbl>
    <w:p w14:paraId="130609F0" w14:textId="23A5B493" w:rsidR="006146DC" w:rsidRDefault="006146DC"/>
    <w:tbl>
      <w:tblPr>
        <w:tblW w:w="0" w:type="auto"/>
        <w:jc w:val="center"/>
        <w:tblLayout w:type="fixed"/>
        <w:tblLook w:val="04A0" w:firstRow="1" w:lastRow="0" w:firstColumn="1" w:lastColumn="0" w:noHBand="0" w:noVBand="1"/>
      </w:tblPr>
      <w:tblGrid>
        <w:gridCol w:w="1962"/>
        <w:gridCol w:w="5330"/>
        <w:gridCol w:w="684"/>
        <w:gridCol w:w="684"/>
        <w:gridCol w:w="697"/>
      </w:tblGrid>
      <w:tr w:rsidR="007A43C1" w14:paraId="0115F2E8" w14:textId="77777777" w:rsidTr="009406B5">
        <w:trPr>
          <w:cantSplit/>
          <w:trHeight w:hRule="exact" w:val="526"/>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A5AD9C" w14:textId="39DFF250" w:rsidR="007A43C1" w:rsidRDefault="007A43C1" w:rsidP="009406B5">
            <w:pPr>
              <w:jc w:val="center"/>
            </w:pPr>
            <w:r>
              <w:rPr>
                <w:b/>
                <w:color w:val="000000"/>
              </w:rPr>
              <w:t>Criterio 3.3</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01FA09" w14:textId="77777777" w:rsidR="007A43C1" w:rsidRDefault="007A43C1" w:rsidP="009406B5">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3E2063C" w14:textId="77777777" w:rsidR="007A43C1" w:rsidRDefault="007A43C1" w:rsidP="009406B5">
            <w:pPr>
              <w:jc w:val="center"/>
            </w:pPr>
            <w:r>
              <w:rPr>
                <w:b/>
                <w:color w:val="000000"/>
              </w:rPr>
              <w:t>Nivel de cumplimiento</w:t>
            </w:r>
          </w:p>
        </w:tc>
      </w:tr>
      <w:tr w:rsidR="007A43C1" w14:paraId="43954D93" w14:textId="77777777" w:rsidTr="009406B5">
        <w:trPr>
          <w:cantSplit/>
          <w:trHeight w:hRule="exact" w:val="493"/>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2147038" w14:textId="77777777" w:rsidR="007A43C1" w:rsidRDefault="007A43C1" w:rsidP="009406B5"/>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521E831" w14:textId="77777777" w:rsidR="007A43C1" w:rsidRDefault="007A43C1" w:rsidP="009406B5"/>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0D5688F" w14:textId="77777777" w:rsidR="007A43C1" w:rsidRDefault="007A43C1" w:rsidP="009406B5">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618F7BD" w14:textId="77777777" w:rsidR="007A43C1" w:rsidRDefault="007A43C1" w:rsidP="009406B5">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6E4D391" w14:textId="77777777" w:rsidR="007A43C1" w:rsidRDefault="007A43C1" w:rsidP="009406B5">
            <w:pPr>
              <w:jc w:val="center"/>
            </w:pPr>
            <w:r>
              <w:rPr>
                <w:b/>
                <w:color w:val="000000"/>
              </w:rPr>
              <w:t>NC</w:t>
            </w:r>
          </w:p>
        </w:tc>
      </w:tr>
      <w:tr w:rsidR="007A43C1" w:rsidRPr="001A3119" w14:paraId="7FDDFD5B" w14:textId="77777777" w:rsidTr="009406B5">
        <w:trPr>
          <w:cantSplit/>
          <w:trHeight w:val="34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1CDC975" w14:textId="77777777" w:rsidR="007A43C1" w:rsidRPr="007A43C1" w:rsidRDefault="007A43C1" w:rsidP="009406B5">
            <w:pPr>
              <w:jc w:val="center"/>
              <w:rPr>
                <w:szCs w:val="20"/>
                <w:lang w:val="es-PY"/>
              </w:rPr>
            </w:pPr>
            <w:r w:rsidRPr="007A43C1">
              <w:rPr>
                <w:b/>
                <w:color w:val="000000"/>
                <w:szCs w:val="20"/>
                <w:lang w:val="es-PY"/>
              </w:rPr>
              <w:t>Pertinencia del cuerpo académico para la formación doctoral profesionalizante</w:t>
            </w:r>
            <w:r w:rsidRPr="007A43C1">
              <w:rPr>
                <w:b/>
                <w:color w:val="E31B23"/>
                <w:szCs w:val="20"/>
                <w:lang w:val="es-PY"/>
              </w:rPr>
              <w:br/>
              <w:t>(Sustantivo)</w:t>
            </w: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5EB66B2A" w14:textId="77777777" w:rsidR="007A43C1" w:rsidRPr="0073782B" w:rsidRDefault="007A43C1" w:rsidP="007A43C1">
            <w:pPr>
              <w:pStyle w:val="Prrafodelista"/>
              <w:numPr>
                <w:ilvl w:val="0"/>
                <w:numId w:val="23"/>
              </w:numPr>
              <w:ind w:left="370" w:hanging="283"/>
              <w:jc w:val="both"/>
              <w:rPr>
                <w:lang w:val="es-PY"/>
              </w:rPr>
            </w:pPr>
            <w:r w:rsidRPr="007C2565">
              <w:rPr>
                <w:color w:val="000000"/>
                <w:szCs w:val="20"/>
                <w:lang w:val="es-PY"/>
              </w:rPr>
              <w:t>El cuerpo académico posee formación doctoral y trayectoria pertinente al programa, conforme a la normativa aplicable.</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73A060C" w14:textId="77777777" w:rsidR="007A43C1" w:rsidRPr="005D12D8" w:rsidRDefault="007A43C1" w:rsidP="009406B5">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806C165" w14:textId="77777777" w:rsidR="007A43C1" w:rsidRPr="005D12D8" w:rsidRDefault="007A43C1" w:rsidP="009406B5">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635FAA9" w14:textId="77777777" w:rsidR="007A43C1" w:rsidRPr="005D12D8" w:rsidRDefault="007A43C1" w:rsidP="009406B5">
            <w:pPr>
              <w:jc w:val="center"/>
              <w:rPr>
                <w:lang w:val="es-PY"/>
              </w:rPr>
            </w:pPr>
          </w:p>
        </w:tc>
      </w:tr>
      <w:tr w:rsidR="007A43C1" w:rsidRPr="001A3119" w14:paraId="205F2EF0" w14:textId="77777777" w:rsidTr="009406B5">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24D95B5" w14:textId="77777777" w:rsidR="007A43C1" w:rsidRPr="005D12D8" w:rsidRDefault="007A43C1" w:rsidP="009406B5">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7574E7CA" w14:textId="77777777" w:rsidR="007A43C1" w:rsidRPr="0073782B" w:rsidRDefault="007A43C1" w:rsidP="007A43C1">
            <w:pPr>
              <w:pStyle w:val="Prrafodelista"/>
              <w:numPr>
                <w:ilvl w:val="0"/>
                <w:numId w:val="23"/>
              </w:numPr>
              <w:tabs>
                <w:tab w:val="left" w:pos="87"/>
              </w:tabs>
              <w:ind w:left="370" w:hanging="283"/>
              <w:jc w:val="both"/>
              <w:rPr>
                <w:lang w:val="es-PY"/>
              </w:rPr>
            </w:pPr>
            <w:r w:rsidRPr="007C2565">
              <w:rPr>
                <w:color w:val="000000"/>
                <w:szCs w:val="20"/>
                <w:lang w:val="es-PY"/>
              </w:rPr>
              <w:t>Los docentes evidencian producción científica o académica pertinente.</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0ED2294" w14:textId="77777777" w:rsidR="007A43C1" w:rsidRPr="005D12D8" w:rsidRDefault="007A43C1" w:rsidP="009406B5">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4544B6D" w14:textId="77777777" w:rsidR="007A43C1" w:rsidRPr="005D12D8" w:rsidRDefault="007A43C1" w:rsidP="009406B5">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DE6F42" w14:textId="77777777" w:rsidR="007A43C1" w:rsidRPr="005D12D8" w:rsidRDefault="007A43C1" w:rsidP="009406B5">
            <w:pPr>
              <w:jc w:val="center"/>
              <w:rPr>
                <w:lang w:val="es-PY"/>
              </w:rPr>
            </w:pPr>
          </w:p>
        </w:tc>
      </w:tr>
      <w:tr w:rsidR="007A43C1" w:rsidRPr="001A3119" w14:paraId="6A56891E" w14:textId="77777777" w:rsidTr="009406B5">
        <w:trPr>
          <w:cantSplit/>
          <w:trHeight w:val="29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E987FAE" w14:textId="77777777" w:rsidR="007A43C1" w:rsidRPr="005D12D8" w:rsidRDefault="007A43C1" w:rsidP="009406B5">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3B6735E4" w14:textId="77777777" w:rsidR="007A43C1" w:rsidRPr="0073782B" w:rsidRDefault="007A43C1" w:rsidP="007A43C1">
            <w:pPr>
              <w:pStyle w:val="Prrafodelista"/>
              <w:numPr>
                <w:ilvl w:val="0"/>
                <w:numId w:val="23"/>
              </w:numPr>
              <w:ind w:left="370" w:hanging="283"/>
              <w:jc w:val="both"/>
              <w:rPr>
                <w:lang w:val="es-PY"/>
              </w:rPr>
            </w:pPr>
            <w:r w:rsidRPr="007C2565">
              <w:rPr>
                <w:color w:val="000000"/>
                <w:szCs w:val="20"/>
                <w:lang w:val="es-PY"/>
              </w:rPr>
              <w:t>El cuerpo académico cuenta con experiencia profesional avanzada vinculada al campo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8B3317" w14:textId="77777777" w:rsidR="007A43C1" w:rsidRPr="005D12D8" w:rsidRDefault="007A43C1" w:rsidP="009406B5">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433A2DD" w14:textId="77777777" w:rsidR="007A43C1" w:rsidRPr="005D12D8" w:rsidRDefault="007A43C1" w:rsidP="009406B5">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BFBEA40" w14:textId="77777777" w:rsidR="007A43C1" w:rsidRPr="005D12D8" w:rsidRDefault="007A43C1" w:rsidP="009406B5">
            <w:pPr>
              <w:jc w:val="center"/>
              <w:rPr>
                <w:lang w:val="es-PY"/>
              </w:rPr>
            </w:pPr>
          </w:p>
        </w:tc>
      </w:tr>
      <w:tr w:rsidR="007A43C1" w:rsidRPr="001A3119" w14:paraId="448EA2E7" w14:textId="77777777" w:rsidTr="009406B5">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4D72502" w14:textId="77777777" w:rsidR="007A43C1" w:rsidRPr="005D12D8" w:rsidRDefault="007A43C1" w:rsidP="009406B5">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1CB380CA" w14:textId="77777777" w:rsidR="007A43C1" w:rsidRPr="0073782B" w:rsidRDefault="007A43C1" w:rsidP="007A43C1">
            <w:pPr>
              <w:pStyle w:val="Prrafodelista"/>
              <w:numPr>
                <w:ilvl w:val="0"/>
                <w:numId w:val="23"/>
              </w:numPr>
              <w:ind w:left="370" w:hanging="283"/>
              <w:jc w:val="both"/>
              <w:rPr>
                <w:lang w:val="es-PY"/>
              </w:rPr>
            </w:pPr>
            <w:r w:rsidRPr="007C2565">
              <w:rPr>
                <w:color w:val="000000"/>
                <w:szCs w:val="20"/>
                <w:lang w:val="es-PY"/>
              </w:rPr>
              <w:t>Los docentes evidencian participación en procesos de innovación, intervención, consultoría, desarrollo, transferencia o solución de problemas complejos.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D608EAA" w14:textId="77777777" w:rsidR="007A43C1" w:rsidRPr="005D12D8" w:rsidRDefault="007A43C1" w:rsidP="009406B5">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C4DDBF5" w14:textId="77777777" w:rsidR="007A43C1" w:rsidRPr="005D12D8" w:rsidRDefault="007A43C1" w:rsidP="009406B5">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FC3BCC" w14:textId="77777777" w:rsidR="007A43C1" w:rsidRPr="005D12D8" w:rsidRDefault="007A43C1" w:rsidP="009406B5">
            <w:pPr>
              <w:jc w:val="center"/>
              <w:rPr>
                <w:lang w:val="es-PY"/>
              </w:rPr>
            </w:pPr>
          </w:p>
        </w:tc>
      </w:tr>
      <w:tr w:rsidR="007A43C1" w:rsidRPr="001A3119" w14:paraId="262BC3BB" w14:textId="77777777" w:rsidTr="009406B5">
        <w:trPr>
          <w:cantSplit/>
          <w:trHeight w:val="28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F0C4EB0" w14:textId="77777777" w:rsidR="007A43C1" w:rsidRPr="005D12D8" w:rsidRDefault="007A43C1" w:rsidP="009406B5">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6338D75" w14:textId="77777777" w:rsidR="007A43C1" w:rsidRPr="0073782B" w:rsidRDefault="007A43C1" w:rsidP="007A43C1">
            <w:pPr>
              <w:pStyle w:val="Prrafodelista"/>
              <w:numPr>
                <w:ilvl w:val="0"/>
                <w:numId w:val="23"/>
              </w:numPr>
              <w:ind w:left="370" w:hanging="283"/>
              <w:jc w:val="both"/>
              <w:rPr>
                <w:lang w:val="es-PY"/>
              </w:rPr>
            </w:pPr>
            <w:r w:rsidRPr="007C2565">
              <w:rPr>
                <w:color w:val="000000"/>
                <w:szCs w:val="20"/>
                <w:lang w:val="es-PY"/>
              </w:rPr>
              <w:t>El desempeño docente en las actividades académicas se evalúa periódicamente para fortalecer la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2C67AFA" w14:textId="77777777" w:rsidR="007A43C1" w:rsidRPr="005D12D8" w:rsidRDefault="007A43C1" w:rsidP="009406B5">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688883" w14:textId="77777777" w:rsidR="007A43C1" w:rsidRPr="005D12D8" w:rsidRDefault="007A43C1" w:rsidP="009406B5">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C49CC34" w14:textId="77777777" w:rsidR="007A43C1" w:rsidRPr="005D12D8" w:rsidRDefault="007A43C1" w:rsidP="009406B5">
            <w:pPr>
              <w:jc w:val="center"/>
              <w:rPr>
                <w:lang w:val="es-PY"/>
              </w:rPr>
            </w:pPr>
          </w:p>
        </w:tc>
      </w:tr>
      <w:tr w:rsidR="007A43C1" w14:paraId="65A79F70" w14:textId="77777777" w:rsidTr="009406B5">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800926E" w14:textId="77777777" w:rsidR="007A43C1" w:rsidRPr="00E26089" w:rsidRDefault="007A43C1" w:rsidP="009406B5">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FE7A53" w14:textId="77777777" w:rsidR="007A43C1" w:rsidRDefault="007A43C1" w:rsidP="009406B5">
            <w:pPr>
              <w:jc w:val="center"/>
            </w:pPr>
            <w:r>
              <w:rPr>
                <w:b/>
                <w:color w:val="000000"/>
                <w:sz w:val="19"/>
              </w:rPr>
              <w:t>Medios de verificación</w:t>
            </w:r>
          </w:p>
        </w:tc>
      </w:tr>
      <w:tr w:rsidR="007A43C1" w14:paraId="61B0323C" w14:textId="77777777" w:rsidTr="009406B5">
        <w:trPr>
          <w:cantSplit/>
          <w:trHeight w:hRule="exact" w:val="797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6A9C6AFE" w14:textId="77777777" w:rsidR="007A43C1" w:rsidRDefault="007A43C1" w:rsidP="009406B5">
            <w:pPr>
              <w:jc w:val="both"/>
            </w:pPr>
          </w:p>
          <w:p w14:paraId="0DC19447" w14:textId="77777777" w:rsidR="007A43C1" w:rsidRDefault="007A43C1" w:rsidP="009406B5">
            <w:pPr>
              <w:jc w:val="both"/>
            </w:pPr>
          </w:p>
          <w:p w14:paraId="566220E3" w14:textId="77777777" w:rsidR="007A43C1" w:rsidRDefault="007A43C1" w:rsidP="009406B5">
            <w:pPr>
              <w:jc w:val="both"/>
            </w:pPr>
          </w:p>
          <w:p w14:paraId="0D948E0B" w14:textId="77777777" w:rsidR="007A43C1" w:rsidRDefault="007A43C1" w:rsidP="009406B5">
            <w:pPr>
              <w:jc w:val="both"/>
            </w:pPr>
          </w:p>
          <w:p w14:paraId="1719ECDA" w14:textId="77777777" w:rsidR="007A43C1" w:rsidRDefault="007A43C1" w:rsidP="009406B5">
            <w:pPr>
              <w:jc w:val="both"/>
            </w:pPr>
          </w:p>
          <w:p w14:paraId="58A02B27" w14:textId="77777777" w:rsidR="007A43C1" w:rsidRDefault="007A43C1" w:rsidP="009406B5">
            <w:pPr>
              <w:jc w:val="both"/>
            </w:pPr>
          </w:p>
          <w:p w14:paraId="13A46DB5" w14:textId="77777777" w:rsidR="007A43C1" w:rsidRDefault="007A43C1" w:rsidP="009406B5">
            <w:pPr>
              <w:jc w:val="both"/>
            </w:pPr>
          </w:p>
          <w:p w14:paraId="261179DE" w14:textId="77777777" w:rsidR="007A43C1" w:rsidRDefault="007A43C1" w:rsidP="009406B5">
            <w:pPr>
              <w:jc w:val="both"/>
            </w:pPr>
          </w:p>
          <w:p w14:paraId="077D0D92" w14:textId="77777777" w:rsidR="007A43C1" w:rsidRDefault="007A43C1" w:rsidP="009406B5">
            <w:pPr>
              <w:jc w:val="both"/>
            </w:pPr>
          </w:p>
          <w:p w14:paraId="637E5E4C" w14:textId="77777777" w:rsidR="007A43C1" w:rsidRDefault="007A43C1" w:rsidP="009406B5">
            <w:pPr>
              <w:jc w:val="both"/>
            </w:pPr>
          </w:p>
          <w:p w14:paraId="01F475A9" w14:textId="77777777" w:rsidR="007A43C1" w:rsidRDefault="007A43C1" w:rsidP="009406B5">
            <w:pPr>
              <w:jc w:val="both"/>
            </w:pPr>
          </w:p>
          <w:p w14:paraId="1A528507" w14:textId="77777777" w:rsidR="007A43C1" w:rsidRDefault="007A43C1" w:rsidP="009406B5">
            <w:pPr>
              <w:jc w:val="both"/>
            </w:pPr>
          </w:p>
          <w:p w14:paraId="6AC60C99" w14:textId="77777777" w:rsidR="007A43C1" w:rsidRDefault="007A43C1" w:rsidP="009406B5">
            <w:pPr>
              <w:jc w:val="both"/>
            </w:pPr>
          </w:p>
          <w:p w14:paraId="4ADE3D1F" w14:textId="77777777" w:rsidR="007A43C1" w:rsidRDefault="007A43C1" w:rsidP="009406B5">
            <w:pPr>
              <w:jc w:val="both"/>
            </w:pPr>
          </w:p>
          <w:p w14:paraId="4ADBABB2" w14:textId="77777777" w:rsidR="007A43C1" w:rsidRDefault="007A43C1" w:rsidP="009406B5">
            <w:pPr>
              <w:jc w:val="both"/>
            </w:pPr>
          </w:p>
          <w:p w14:paraId="6856B8E8" w14:textId="77777777" w:rsidR="007A43C1" w:rsidRDefault="007A43C1" w:rsidP="009406B5">
            <w:pPr>
              <w:jc w:val="both"/>
            </w:pPr>
          </w:p>
          <w:p w14:paraId="6200960A" w14:textId="77777777" w:rsidR="007A43C1" w:rsidRDefault="007A43C1" w:rsidP="009406B5">
            <w:pPr>
              <w:jc w:val="both"/>
            </w:pPr>
          </w:p>
          <w:p w14:paraId="4B88DDD7" w14:textId="77777777" w:rsidR="007A43C1" w:rsidRDefault="007A43C1" w:rsidP="009406B5">
            <w:pPr>
              <w:jc w:val="both"/>
            </w:pPr>
          </w:p>
          <w:p w14:paraId="5CB363A2" w14:textId="77777777" w:rsidR="007A43C1" w:rsidRDefault="007A43C1" w:rsidP="009406B5">
            <w:pPr>
              <w:jc w:val="both"/>
            </w:pPr>
          </w:p>
          <w:p w14:paraId="69023895" w14:textId="77777777" w:rsidR="007A43C1" w:rsidRDefault="007A43C1" w:rsidP="009406B5">
            <w:pPr>
              <w:jc w:val="both"/>
            </w:pPr>
          </w:p>
          <w:p w14:paraId="15419A34" w14:textId="77777777" w:rsidR="007A43C1" w:rsidRDefault="007A43C1" w:rsidP="009406B5">
            <w:pPr>
              <w:jc w:val="both"/>
            </w:pPr>
          </w:p>
          <w:p w14:paraId="10C569DA" w14:textId="77777777" w:rsidR="007A43C1" w:rsidRDefault="007A43C1" w:rsidP="009406B5">
            <w:pPr>
              <w:jc w:val="both"/>
            </w:pPr>
          </w:p>
          <w:p w14:paraId="007A8313" w14:textId="77777777" w:rsidR="007A43C1" w:rsidRDefault="007A43C1" w:rsidP="009406B5">
            <w:pPr>
              <w:jc w:val="both"/>
            </w:pPr>
          </w:p>
          <w:p w14:paraId="77033030" w14:textId="77777777" w:rsidR="007A43C1" w:rsidRDefault="007A43C1" w:rsidP="009406B5">
            <w:pPr>
              <w:jc w:val="both"/>
            </w:pPr>
          </w:p>
          <w:p w14:paraId="505C9BCC" w14:textId="77777777" w:rsidR="007A43C1" w:rsidRDefault="007A43C1" w:rsidP="009406B5">
            <w:pPr>
              <w:jc w:val="both"/>
            </w:pPr>
          </w:p>
          <w:p w14:paraId="0BD1B7F4" w14:textId="77777777" w:rsidR="007A43C1" w:rsidRDefault="007A43C1" w:rsidP="009406B5">
            <w:pPr>
              <w:jc w:val="both"/>
            </w:pPr>
          </w:p>
          <w:p w14:paraId="078AD320" w14:textId="77777777" w:rsidR="007A43C1" w:rsidRDefault="007A43C1" w:rsidP="009406B5">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73D2310A" w14:textId="77777777" w:rsidR="007A43C1" w:rsidRDefault="007A43C1" w:rsidP="009406B5">
            <w:pPr>
              <w:jc w:val="both"/>
            </w:pPr>
          </w:p>
        </w:tc>
      </w:tr>
    </w:tbl>
    <w:p w14:paraId="270D2B51" w14:textId="77777777" w:rsidR="007A43C1" w:rsidRDefault="007A43C1"/>
    <w:tbl>
      <w:tblPr>
        <w:tblW w:w="0" w:type="auto"/>
        <w:tblLayout w:type="fixed"/>
        <w:tblLook w:val="04A0" w:firstRow="1" w:lastRow="0" w:firstColumn="1" w:lastColumn="0" w:noHBand="0" w:noVBand="1"/>
      </w:tblPr>
      <w:tblGrid>
        <w:gridCol w:w="4678"/>
        <w:gridCol w:w="4678"/>
      </w:tblGrid>
      <w:tr w:rsidR="007A43C1" w:rsidRPr="001A3119" w14:paraId="455501A3" w14:textId="77777777" w:rsidTr="009406B5">
        <w:trPr>
          <w:cantSplit/>
          <w:trHeight w:hRule="exact" w:val="490"/>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55D83A" w14:textId="77777777" w:rsidR="007A43C1" w:rsidRPr="00E40931" w:rsidRDefault="007A43C1" w:rsidP="009406B5">
            <w:pPr>
              <w:jc w:val="center"/>
              <w:rPr>
                <w:b/>
                <w:color w:val="000000"/>
                <w:lang w:val="es-PY"/>
              </w:rPr>
            </w:pPr>
            <w:r w:rsidRPr="00735EB3">
              <w:rPr>
                <w:b/>
                <w:color w:val="000000"/>
                <w:szCs w:val="20"/>
                <w:lang w:val="es-PY"/>
              </w:rPr>
              <w:lastRenderedPageBreak/>
              <w:t>Fortalezas y debilidades del cumplimiento de criterios de la dimensión evaluada</w:t>
            </w:r>
          </w:p>
        </w:tc>
      </w:tr>
      <w:tr w:rsidR="007A43C1" w14:paraId="3515FEB4" w14:textId="77777777" w:rsidTr="009406B5">
        <w:trPr>
          <w:cantSplit/>
          <w:trHeight w:hRule="exact" w:val="399"/>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692C9883" w14:textId="77777777" w:rsidR="007A43C1" w:rsidRPr="00877E2D" w:rsidRDefault="007A43C1" w:rsidP="009406B5">
            <w:pPr>
              <w:jc w:val="center"/>
              <w:rPr>
                <w:b/>
                <w:color w:val="000000"/>
              </w:rPr>
            </w:pPr>
            <w:proofErr w:type="spellStart"/>
            <w:r w:rsidRPr="00877E2D">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EE3D2AC" w14:textId="77777777" w:rsidR="007A43C1" w:rsidRPr="00877E2D" w:rsidRDefault="007A43C1" w:rsidP="009406B5">
            <w:pPr>
              <w:jc w:val="center"/>
              <w:rPr>
                <w:b/>
                <w:color w:val="000000"/>
              </w:rPr>
            </w:pPr>
            <w:r w:rsidRPr="00877E2D">
              <w:rPr>
                <w:b/>
                <w:color w:val="000000"/>
              </w:rPr>
              <w:t>Debilidades</w:t>
            </w:r>
          </w:p>
        </w:tc>
      </w:tr>
      <w:tr w:rsidR="007A43C1" w14:paraId="0C78CD40" w14:textId="77777777" w:rsidTr="009406B5">
        <w:trPr>
          <w:cantSplit/>
          <w:trHeight w:hRule="exact" w:val="5442"/>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7D920B9" w14:textId="77777777" w:rsidR="007A43C1" w:rsidRDefault="007A43C1" w:rsidP="009406B5">
            <w:pPr>
              <w:jc w:val="both"/>
              <w:rPr>
                <w:b/>
                <w:color w:val="000000"/>
              </w:rPr>
            </w:pPr>
          </w:p>
          <w:p w14:paraId="4FC9312C" w14:textId="77777777" w:rsidR="007A43C1" w:rsidRDefault="007A43C1" w:rsidP="009406B5">
            <w:pPr>
              <w:jc w:val="both"/>
              <w:rPr>
                <w:b/>
                <w:color w:val="000000"/>
              </w:rPr>
            </w:pPr>
          </w:p>
          <w:p w14:paraId="74704843" w14:textId="77777777" w:rsidR="007A43C1" w:rsidRDefault="007A43C1" w:rsidP="009406B5">
            <w:pPr>
              <w:jc w:val="both"/>
              <w:rPr>
                <w:b/>
                <w:color w:val="000000"/>
              </w:rPr>
            </w:pPr>
          </w:p>
          <w:p w14:paraId="12912608" w14:textId="77777777" w:rsidR="007A43C1" w:rsidRDefault="007A43C1" w:rsidP="009406B5">
            <w:pPr>
              <w:jc w:val="both"/>
              <w:rPr>
                <w:b/>
                <w:color w:val="000000"/>
              </w:rPr>
            </w:pPr>
          </w:p>
          <w:p w14:paraId="656CC5C3" w14:textId="77777777" w:rsidR="007A43C1" w:rsidRDefault="007A43C1" w:rsidP="009406B5">
            <w:pPr>
              <w:jc w:val="both"/>
              <w:rPr>
                <w:b/>
                <w:color w:val="000000"/>
              </w:rPr>
            </w:pPr>
          </w:p>
          <w:p w14:paraId="18EBC746" w14:textId="77777777" w:rsidR="007A43C1" w:rsidRDefault="007A43C1" w:rsidP="009406B5">
            <w:pPr>
              <w:jc w:val="both"/>
              <w:rPr>
                <w:b/>
                <w:color w:val="000000"/>
              </w:rPr>
            </w:pPr>
          </w:p>
          <w:p w14:paraId="28487E74" w14:textId="77777777" w:rsidR="007A43C1" w:rsidRDefault="007A43C1" w:rsidP="009406B5">
            <w:pPr>
              <w:jc w:val="both"/>
              <w:rPr>
                <w:b/>
                <w:color w:val="000000"/>
              </w:rPr>
            </w:pPr>
          </w:p>
          <w:p w14:paraId="0028008F" w14:textId="77777777" w:rsidR="007A43C1" w:rsidRDefault="007A43C1" w:rsidP="009406B5">
            <w:pPr>
              <w:jc w:val="both"/>
              <w:rPr>
                <w:b/>
                <w:color w:val="000000"/>
              </w:rPr>
            </w:pPr>
          </w:p>
          <w:p w14:paraId="19AA2E51" w14:textId="77777777" w:rsidR="007A43C1" w:rsidRDefault="007A43C1" w:rsidP="009406B5">
            <w:pPr>
              <w:jc w:val="both"/>
              <w:rPr>
                <w:b/>
                <w:color w:val="000000"/>
              </w:rPr>
            </w:pPr>
          </w:p>
          <w:p w14:paraId="30BF8E07" w14:textId="77777777" w:rsidR="007A43C1" w:rsidRDefault="007A43C1" w:rsidP="009406B5">
            <w:pPr>
              <w:jc w:val="both"/>
              <w:rPr>
                <w:b/>
                <w:color w:val="000000"/>
              </w:rPr>
            </w:pPr>
          </w:p>
          <w:p w14:paraId="3FB87805" w14:textId="77777777" w:rsidR="007A43C1" w:rsidRDefault="007A43C1" w:rsidP="009406B5">
            <w:pPr>
              <w:jc w:val="both"/>
              <w:rPr>
                <w:b/>
                <w:color w:val="000000"/>
              </w:rPr>
            </w:pPr>
          </w:p>
          <w:p w14:paraId="22E11CD4" w14:textId="77777777" w:rsidR="007A43C1" w:rsidRDefault="007A43C1" w:rsidP="009406B5">
            <w:pPr>
              <w:jc w:val="both"/>
              <w:rPr>
                <w:b/>
                <w:color w:val="000000"/>
              </w:rPr>
            </w:pPr>
          </w:p>
          <w:p w14:paraId="311BAFA8" w14:textId="77777777" w:rsidR="007A43C1" w:rsidRDefault="007A43C1" w:rsidP="009406B5">
            <w:pPr>
              <w:jc w:val="both"/>
              <w:rPr>
                <w:b/>
                <w:color w:val="000000"/>
              </w:rPr>
            </w:pPr>
          </w:p>
          <w:p w14:paraId="0E2E942E" w14:textId="77777777" w:rsidR="007A43C1" w:rsidRDefault="007A43C1" w:rsidP="009406B5">
            <w:pPr>
              <w:jc w:val="both"/>
              <w:rPr>
                <w:b/>
                <w:color w:val="000000"/>
              </w:rPr>
            </w:pPr>
          </w:p>
          <w:p w14:paraId="2BF75B84" w14:textId="77777777" w:rsidR="007A43C1" w:rsidRDefault="007A43C1" w:rsidP="009406B5">
            <w:pPr>
              <w:jc w:val="both"/>
              <w:rPr>
                <w:b/>
                <w:color w:val="000000"/>
              </w:rPr>
            </w:pPr>
          </w:p>
          <w:p w14:paraId="4B7E9046" w14:textId="77777777" w:rsidR="007A43C1" w:rsidRDefault="007A43C1" w:rsidP="009406B5">
            <w:pPr>
              <w:jc w:val="both"/>
              <w:rPr>
                <w:b/>
                <w:color w:val="000000"/>
              </w:rPr>
            </w:pPr>
          </w:p>
          <w:p w14:paraId="5171A58B" w14:textId="77777777" w:rsidR="007A43C1" w:rsidRDefault="007A43C1" w:rsidP="009406B5">
            <w:pPr>
              <w:jc w:val="both"/>
              <w:rPr>
                <w:b/>
                <w:color w:val="000000"/>
              </w:rPr>
            </w:pPr>
          </w:p>
          <w:p w14:paraId="0FE8B6B7" w14:textId="77777777" w:rsidR="007A43C1" w:rsidRDefault="007A43C1" w:rsidP="009406B5">
            <w:pPr>
              <w:jc w:val="both"/>
              <w:rPr>
                <w:b/>
                <w:color w:val="000000"/>
              </w:rPr>
            </w:pPr>
          </w:p>
          <w:p w14:paraId="6DB64F90" w14:textId="77777777" w:rsidR="007A43C1" w:rsidRDefault="007A43C1" w:rsidP="009406B5">
            <w:pPr>
              <w:jc w:val="both"/>
              <w:rPr>
                <w:b/>
                <w:color w:val="000000"/>
              </w:rPr>
            </w:pPr>
          </w:p>
          <w:p w14:paraId="0617334A" w14:textId="77777777" w:rsidR="007A43C1" w:rsidRDefault="007A43C1" w:rsidP="009406B5">
            <w:pPr>
              <w:jc w:val="both"/>
              <w:rPr>
                <w:b/>
                <w:color w:val="000000"/>
              </w:rPr>
            </w:pPr>
          </w:p>
          <w:p w14:paraId="4317479E" w14:textId="77777777" w:rsidR="007A43C1" w:rsidRDefault="007A43C1" w:rsidP="009406B5">
            <w:pPr>
              <w:jc w:val="both"/>
              <w:rPr>
                <w:b/>
                <w:color w:val="000000"/>
              </w:rPr>
            </w:pPr>
          </w:p>
          <w:p w14:paraId="6F2358E7" w14:textId="77777777" w:rsidR="007A43C1" w:rsidRDefault="007A43C1" w:rsidP="009406B5">
            <w:pPr>
              <w:jc w:val="both"/>
              <w:rPr>
                <w:b/>
                <w:color w:val="000000"/>
              </w:rPr>
            </w:pPr>
          </w:p>
          <w:p w14:paraId="3A169453" w14:textId="77777777" w:rsidR="007A43C1" w:rsidRDefault="007A43C1" w:rsidP="009406B5">
            <w:pPr>
              <w:jc w:val="both"/>
              <w:rPr>
                <w:b/>
                <w:color w:val="000000"/>
              </w:rPr>
            </w:pPr>
          </w:p>
          <w:p w14:paraId="0F44F81E" w14:textId="77777777" w:rsidR="007A43C1" w:rsidRDefault="007A43C1" w:rsidP="009406B5">
            <w:pPr>
              <w:jc w:val="both"/>
              <w:rPr>
                <w:b/>
                <w:color w:val="000000"/>
              </w:rPr>
            </w:pPr>
          </w:p>
          <w:p w14:paraId="63EF40B5" w14:textId="77777777" w:rsidR="007A43C1" w:rsidRDefault="007A43C1" w:rsidP="009406B5">
            <w:pPr>
              <w:jc w:val="both"/>
              <w:rPr>
                <w:b/>
                <w:color w:val="000000"/>
              </w:rPr>
            </w:pPr>
          </w:p>
          <w:p w14:paraId="6C92473A" w14:textId="77777777" w:rsidR="007A43C1" w:rsidRDefault="007A43C1" w:rsidP="009406B5">
            <w:pPr>
              <w:jc w:val="both"/>
              <w:rPr>
                <w:b/>
                <w:color w:val="000000"/>
              </w:rPr>
            </w:pPr>
          </w:p>
          <w:p w14:paraId="42C3765A" w14:textId="77777777" w:rsidR="007A43C1" w:rsidRDefault="007A43C1" w:rsidP="009406B5">
            <w:pPr>
              <w:jc w:val="both"/>
              <w:rPr>
                <w:b/>
                <w:color w:val="000000"/>
              </w:rPr>
            </w:pPr>
          </w:p>
          <w:p w14:paraId="5FA04551" w14:textId="77777777" w:rsidR="007A43C1" w:rsidRDefault="007A43C1" w:rsidP="009406B5">
            <w:pPr>
              <w:jc w:val="both"/>
              <w:rPr>
                <w:b/>
                <w:color w:val="000000"/>
              </w:rPr>
            </w:pPr>
          </w:p>
          <w:p w14:paraId="22902079" w14:textId="77777777" w:rsidR="007A43C1" w:rsidRDefault="007A43C1" w:rsidP="009406B5">
            <w:pPr>
              <w:jc w:val="both"/>
              <w:rPr>
                <w:b/>
                <w:color w:val="000000"/>
              </w:rPr>
            </w:pPr>
          </w:p>
          <w:p w14:paraId="0E3A98F4" w14:textId="77777777" w:rsidR="007A43C1" w:rsidRDefault="007A43C1" w:rsidP="009406B5">
            <w:pPr>
              <w:jc w:val="both"/>
              <w:rPr>
                <w:b/>
                <w:color w:val="000000"/>
              </w:rPr>
            </w:pPr>
          </w:p>
          <w:p w14:paraId="790A77B1" w14:textId="77777777" w:rsidR="007A43C1" w:rsidRDefault="007A43C1" w:rsidP="009406B5">
            <w:pPr>
              <w:jc w:val="both"/>
              <w:rPr>
                <w:b/>
                <w:color w:val="000000"/>
              </w:rPr>
            </w:pPr>
          </w:p>
          <w:p w14:paraId="219EC434" w14:textId="77777777" w:rsidR="007A43C1" w:rsidRDefault="007A43C1" w:rsidP="009406B5">
            <w:pPr>
              <w:jc w:val="both"/>
              <w:rPr>
                <w:b/>
                <w:color w:val="000000"/>
              </w:rPr>
            </w:pPr>
          </w:p>
          <w:p w14:paraId="62D9BEF4" w14:textId="77777777" w:rsidR="007A43C1" w:rsidRDefault="007A43C1" w:rsidP="009406B5">
            <w:pPr>
              <w:jc w:val="both"/>
              <w:rPr>
                <w:b/>
                <w:color w:val="000000"/>
              </w:rPr>
            </w:pPr>
          </w:p>
          <w:p w14:paraId="567F7C18" w14:textId="77777777" w:rsidR="007A43C1" w:rsidRDefault="007A43C1" w:rsidP="009406B5">
            <w:pPr>
              <w:jc w:val="both"/>
              <w:rPr>
                <w:b/>
                <w:color w:val="000000"/>
              </w:rPr>
            </w:pPr>
          </w:p>
          <w:p w14:paraId="73C87C4F" w14:textId="77777777" w:rsidR="007A43C1" w:rsidRDefault="007A43C1" w:rsidP="009406B5">
            <w:pPr>
              <w:jc w:val="both"/>
              <w:rPr>
                <w:b/>
                <w:color w:val="000000"/>
              </w:rPr>
            </w:pPr>
          </w:p>
          <w:p w14:paraId="6D55C980" w14:textId="77777777" w:rsidR="007A43C1" w:rsidRDefault="007A43C1" w:rsidP="009406B5">
            <w:pPr>
              <w:jc w:val="both"/>
              <w:rPr>
                <w:b/>
                <w:color w:val="000000"/>
              </w:rPr>
            </w:pPr>
          </w:p>
          <w:p w14:paraId="0F20156F" w14:textId="77777777" w:rsidR="007A43C1" w:rsidRDefault="007A43C1" w:rsidP="009406B5">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5CE30662" w14:textId="77777777" w:rsidR="007A43C1" w:rsidRDefault="007A43C1" w:rsidP="009406B5">
            <w:pPr>
              <w:jc w:val="both"/>
              <w:rPr>
                <w:b/>
                <w:color w:val="000000"/>
              </w:rPr>
            </w:pPr>
          </w:p>
        </w:tc>
      </w:tr>
      <w:tr w:rsidR="007A43C1" w14:paraId="2C645FC8" w14:textId="77777777" w:rsidTr="009406B5">
        <w:trPr>
          <w:cantSplit/>
          <w:trHeight w:hRule="exact" w:val="371"/>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166B618" w14:textId="77777777" w:rsidR="007A43C1" w:rsidRDefault="007A43C1" w:rsidP="009406B5">
            <w:pPr>
              <w:jc w:val="center"/>
            </w:pPr>
            <w:r>
              <w:rPr>
                <w:b/>
                <w:color w:val="000000"/>
              </w:rPr>
              <w:t>Oportunidades de mejora</w:t>
            </w:r>
          </w:p>
        </w:tc>
      </w:tr>
      <w:tr w:rsidR="007A43C1" w14:paraId="3A90AA27" w14:textId="77777777" w:rsidTr="009406B5">
        <w:trPr>
          <w:cantSplit/>
          <w:trHeight w:val="5897"/>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1BB43D0" w14:textId="77777777" w:rsidR="007A43C1" w:rsidRDefault="007A43C1" w:rsidP="009406B5">
            <w:pPr>
              <w:jc w:val="both"/>
              <w:rPr>
                <w:b/>
                <w:color w:val="000000"/>
              </w:rPr>
            </w:pPr>
          </w:p>
          <w:p w14:paraId="28255955" w14:textId="77777777" w:rsidR="007A43C1" w:rsidRDefault="007A43C1" w:rsidP="009406B5">
            <w:pPr>
              <w:jc w:val="both"/>
              <w:rPr>
                <w:b/>
                <w:color w:val="000000"/>
              </w:rPr>
            </w:pPr>
          </w:p>
          <w:p w14:paraId="3BE0D265" w14:textId="77777777" w:rsidR="007A43C1" w:rsidRDefault="007A43C1" w:rsidP="009406B5">
            <w:pPr>
              <w:jc w:val="both"/>
              <w:rPr>
                <w:b/>
                <w:color w:val="000000"/>
              </w:rPr>
            </w:pPr>
          </w:p>
          <w:p w14:paraId="3AF42F3A" w14:textId="77777777" w:rsidR="007A43C1" w:rsidRDefault="007A43C1" w:rsidP="009406B5">
            <w:pPr>
              <w:jc w:val="both"/>
              <w:rPr>
                <w:b/>
                <w:color w:val="000000"/>
              </w:rPr>
            </w:pPr>
          </w:p>
          <w:p w14:paraId="44C4A94C" w14:textId="77777777" w:rsidR="007A43C1" w:rsidRDefault="007A43C1" w:rsidP="009406B5">
            <w:pPr>
              <w:jc w:val="both"/>
              <w:rPr>
                <w:b/>
                <w:color w:val="000000"/>
              </w:rPr>
            </w:pPr>
          </w:p>
          <w:p w14:paraId="479FB1A9" w14:textId="77777777" w:rsidR="007A43C1" w:rsidRDefault="007A43C1" w:rsidP="009406B5">
            <w:pPr>
              <w:jc w:val="both"/>
              <w:rPr>
                <w:b/>
                <w:color w:val="000000"/>
              </w:rPr>
            </w:pPr>
          </w:p>
          <w:p w14:paraId="546F6D32" w14:textId="77777777" w:rsidR="007A43C1" w:rsidRDefault="007A43C1" w:rsidP="009406B5">
            <w:pPr>
              <w:jc w:val="both"/>
              <w:rPr>
                <w:b/>
                <w:color w:val="000000"/>
              </w:rPr>
            </w:pPr>
          </w:p>
          <w:p w14:paraId="51BCF7F8" w14:textId="77777777" w:rsidR="007A43C1" w:rsidRDefault="007A43C1" w:rsidP="009406B5">
            <w:pPr>
              <w:jc w:val="both"/>
              <w:rPr>
                <w:b/>
                <w:color w:val="000000"/>
              </w:rPr>
            </w:pPr>
          </w:p>
          <w:p w14:paraId="5981D902" w14:textId="77777777" w:rsidR="007A43C1" w:rsidRDefault="007A43C1" w:rsidP="009406B5">
            <w:pPr>
              <w:jc w:val="both"/>
              <w:rPr>
                <w:b/>
                <w:color w:val="000000"/>
              </w:rPr>
            </w:pPr>
          </w:p>
          <w:p w14:paraId="656EFB7D" w14:textId="77777777" w:rsidR="007A43C1" w:rsidRDefault="007A43C1" w:rsidP="009406B5">
            <w:pPr>
              <w:jc w:val="both"/>
              <w:rPr>
                <w:b/>
                <w:color w:val="000000"/>
              </w:rPr>
            </w:pPr>
          </w:p>
          <w:p w14:paraId="6DB2DB79" w14:textId="77777777" w:rsidR="007A43C1" w:rsidRDefault="007A43C1" w:rsidP="009406B5">
            <w:pPr>
              <w:jc w:val="both"/>
              <w:rPr>
                <w:b/>
                <w:color w:val="000000"/>
              </w:rPr>
            </w:pPr>
          </w:p>
          <w:p w14:paraId="019AB4D6" w14:textId="77777777" w:rsidR="007A43C1" w:rsidRDefault="007A43C1" w:rsidP="009406B5">
            <w:pPr>
              <w:jc w:val="both"/>
              <w:rPr>
                <w:b/>
                <w:color w:val="000000"/>
              </w:rPr>
            </w:pPr>
          </w:p>
          <w:p w14:paraId="27181D3B" w14:textId="77777777" w:rsidR="007A43C1" w:rsidRDefault="007A43C1" w:rsidP="009406B5">
            <w:pPr>
              <w:jc w:val="both"/>
              <w:rPr>
                <w:b/>
                <w:color w:val="000000"/>
              </w:rPr>
            </w:pPr>
          </w:p>
          <w:p w14:paraId="63262FB5" w14:textId="77777777" w:rsidR="007A43C1" w:rsidRDefault="007A43C1" w:rsidP="009406B5">
            <w:pPr>
              <w:jc w:val="both"/>
              <w:rPr>
                <w:b/>
                <w:color w:val="000000"/>
              </w:rPr>
            </w:pPr>
          </w:p>
          <w:p w14:paraId="4B011ED6" w14:textId="77777777" w:rsidR="007A43C1" w:rsidRDefault="007A43C1" w:rsidP="009406B5">
            <w:pPr>
              <w:jc w:val="both"/>
              <w:rPr>
                <w:b/>
                <w:color w:val="000000"/>
              </w:rPr>
            </w:pPr>
          </w:p>
          <w:p w14:paraId="0508E571" w14:textId="77777777" w:rsidR="007A43C1" w:rsidRDefault="007A43C1" w:rsidP="009406B5">
            <w:pPr>
              <w:jc w:val="both"/>
              <w:rPr>
                <w:b/>
                <w:color w:val="000000"/>
              </w:rPr>
            </w:pPr>
          </w:p>
          <w:p w14:paraId="4156D088" w14:textId="77777777" w:rsidR="007A43C1" w:rsidRDefault="007A43C1" w:rsidP="009406B5">
            <w:pPr>
              <w:jc w:val="both"/>
              <w:rPr>
                <w:b/>
                <w:color w:val="000000"/>
              </w:rPr>
            </w:pPr>
          </w:p>
          <w:p w14:paraId="3A8AB8E3" w14:textId="77777777" w:rsidR="007A43C1" w:rsidRDefault="007A43C1" w:rsidP="009406B5">
            <w:pPr>
              <w:jc w:val="both"/>
              <w:rPr>
                <w:b/>
                <w:color w:val="000000"/>
              </w:rPr>
            </w:pPr>
          </w:p>
          <w:p w14:paraId="76E3C13E" w14:textId="77777777" w:rsidR="007A43C1" w:rsidRDefault="007A43C1" w:rsidP="009406B5">
            <w:pPr>
              <w:jc w:val="both"/>
              <w:rPr>
                <w:b/>
                <w:color w:val="000000"/>
              </w:rPr>
            </w:pPr>
          </w:p>
          <w:p w14:paraId="1A794D21" w14:textId="77777777" w:rsidR="007A43C1" w:rsidRDefault="007A43C1" w:rsidP="009406B5">
            <w:pPr>
              <w:jc w:val="both"/>
              <w:rPr>
                <w:b/>
                <w:color w:val="000000"/>
              </w:rPr>
            </w:pPr>
          </w:p>
        </w:tc>
      </w:tr>
    </w:tbl>
    <w:p w14:paraId="468F8341" w14:textId="77777777" w:rsidR="006146DC" w:rsidRDefault="006146DC"/>
    <w:p w14:paraId="1FD983EB" w14:textId="77777777" w:rsidR="007D5884" w:rsidRDefault="007D5884"/>
    <w:p w14:paraId="1020F1D9" w14:textId="77777777" w:rsidR="007D5884" w:rsidRDefault="007D5884"/>
    <w:tbl>
      <w:tblPr>
        <w:tblW w:w="0" w:type="auto"/>
        <w:jc w:val="center"/>
        <w:tblLayout w:type="fixed"/>
        <w:tblLook w:val="04A0" w:firstRow="1" w:lastRow="0" w:firstColumn="1" w:lastColumn="0" w:noHBand="0" w:noVBand="1"/>
      </w:tblPr>
      <w:tblGrid>
        <w:gridCol w:w="1962"/>
        <w:gridCol w:w="5330"/>
        <w:gridCol w:w="684"/>
        <w:gridCol w:w="684"/>
        <w:gridCol w:w="697"/>
      </w:tblGrid>
      <w:tr w:rsidR="000C6B7D" w:rsidRPr="001A3119" w14:paraId="057774CB" w14:textId="77777777" w:rsidTr="009E248B">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500C5DCD" w14:textId="5373889E" w:rsidR="000C6B7D" w:rsidRPr="00E26089" w:rsidRDefault="00FB7E82">
            <w:pPr>
              <w:rPr>
                <w:lang w:val="es-PY"/>
              </w:rPr>
            </w:pPr>
            <w:bookmarkStart w:id="0" w:name="_Hlk239285684"/>
            <w:r>
              <w:rPr>
                <w:b/>
                <w:color w:val="FFFFFF"/>
                <w:lang w:val="es-PY"/>
              </w:rPr>
              <w:t>D</w:t>
            </w:r>
            <w:r w:rsidR="00E26089" w:rsidRPr="00E26089">
              <w:rPr>
                <w:b/>
                <w:color w:val="FFFFFF"/>
                <w:lang w:val="es-PY"/>
              </w:rPr>
              <w:t xml:space="preserve">IMENSIÓN 4. </w:t>
            </w:r>
            <w:r w:rsidR="00A3110F">
              <w:rPr>
                <w:b/>
                <w:color w:val="FFFFFF"/>
                <w:lang w:val="es-PY"/>
              </w:rPr>
              <w:t>RESULTADOS E IMPACTO DE LA FORMACIÓN DOCTORAL</w:t>
            </w:r>
          </w:p>
        </w:tc>
      </w:tr>
      <w:tr w:rsidR="000C6B7D" w14:paraId="7C211477" w14:textId="77777777" w:rsidTr="00E20812">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2C831C3" w14:textId="2B32B629" w:rsidR="000C6B7D" w:rsidRDefault="00EA7EEA">
            <w:pPr>
              <w:jc w:val="center"/>
            </w:pPr>
            <w:proofErr w:type="spellStart"/>
            <w:r>
              <w:rPr>
                <w:b/>
                <w:color w:val="000000"/>
              </w:rPr>
              <w:t>Criterio</w:t>
            </w:r>
            <w:proofErr w:type="spellEnd"/>
            <w:r>
              <w:rPr>
                <w:b/>
                <w:color w:val="00000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29F183"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523091B" w14:textId="77777777" w:rsidR="000C6B7D" w:rsidRDefault="00E26089">
            <w:pPr>
              <w:jc w:val="center"/>
            </w:pPr>
            <w:r>
              <w:rPr>
                <w:b/>
                <w:color w:val="000000"/>
              </w:rPr>
              <w:t>Nivel de cumplimiento</w:t>
            </w:r>
          </w:p>
        </w:tc>
      </w:tr>
      <w:tr w:rsidR="000C6B7D" w14:paraId="6B389379" w14:textId="77777777" w:rsidTr="00576C06">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1B1A4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6CB27B9"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BFC491"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E4B8C8"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919CC9" w14:textId="77777777" w:rsidR="000C6B7D" w:rsidRDefault="00E26089">
            <w:pPr>
              <w:jc w:val="center"/>
            </w:pPr>
            <w:r>
              <w:rPr>
                <w:b/>
                <w:color w:val="000000"/>
              </w:rPr>
              <w:t>NC</w:t>
            </w:r>
          </w:p>
        </w:tc>
      </w:tr>
      <w:tr w:rsidR="004C24F7" w:rsidRPr="001A3119" w14:paraId="2659BCEA" w14:textId="77777777" w:rsidTr="004C24F7">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47E7B98" w14:textId="2394AD8B" w:rsidR="004C24F7" w:rsidRPr="00637CEC" w:rsidRDefault="004C24F7" w:rsidP="004C24F7">
            <w:pPr>
              <w:jc w:val="center"/>
              <w:rPr>
                <w:lang w:val="es-PY"/>
              </w:rPr>
            </w:pPr>
            <w:r w:rsidRPr="00CA67AF">
              <w:rPr>
                <w:b/>
                <w:color w:val="000000"/>
                <w:lang w:val="es-PY"/>
              </w:rPr>
              <w:t>Pert</w:t>
            </w:r>
            <w:r>
              <w:rPr>
                <w:b/>
                <w:color w:val="000000"/>
                <w:lang w:val="es-PY"/>
              </w:rPr>
              <w:t>inencia de las tesis doctorales</w:t>
            </w:r>
            <w:r w:rsidRPr="00CA67AF">
              <w:rPr>
                <w:b/>
                <w:color w:val="FF0000"/>
                <w:lang w:val="es-PY"/>
              </w:rPr>
              <w:br/>
            </w:r>
            <w:r w:rsidRPr="00534673">
              <w:rPr>
                <w:b/>
                <w:color w:val="FF0000"/>
                <w:lang w:val="es-PY"/>
              </w:rPr>
              <w:t>(Sustantivo)</w:t>
            </w: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33587320" w14:textId="2070C78E" w:rsidR="004C24F7" w:rsidRPr="00F337DF" w:rsidRDefault="004C24F7" w:rsidP="004C24F7">
            <w:pPr>
              <w:jc w:val="both"/>
              <w:rPr>
                <w:lang w:val="es-PY"/>
              </w:rPr>
            </w:pPr>
            <w:r>
              <w:rPr>
                <w:color w:val="000000"/>
                <w:szCs w:val="20"/>
                <w:lang w:val="es-PY"/>
              </w:rPr>
              <w:t xml:space="preserve">a. </w:t>
            </w:r>
            <w:r w:rsidRPr="003E08CB">
              <w:rPr>
                <w:color w:val="000000"/>
                <w:szCs w:val="20"/>
                <w:lang w:val="es-PY"/>
              </w:rPr>
              <w:t>Las tesis evidencian aportes originales al conocimiento científico en coherencia con el nivel formativo, las líneas de investigación definidas y la orientación profesional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34564AB"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833F059"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B988CAD" w14:textId="77777777" w:rsidR="004C24F7" w:rsidRPr="005D12D8" w:rsidRDefault="004C24F7" w:rsidP="004C24F7">
            <w:pPr>
              <w:jc w:val="center"/>
              <w:rPr>
                <w:lang w:val="es-PY"/>
              </w:rPr>
            </w:pPr>
          </w:p>
        </w:tc>
      </w:tr>
      <w:tr w:rsidR="004C24F7" w:rsidRPr="001A3119" w14:paraId="12F7E467" w14:textId="77777777" w:rsidTr="004C24F7">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BB11E6B"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34E8DEAA" w14:textId="5FF65E36" w:rsidR="004C24F7" w:rsidRPr="00F337DF" w:rsidRDefault="004C24F7" w:rsidP="004C24F7">
            <w:pPr>
              <w:jc w:val="both"/>
              <w:rPr>
                <w:lang w:val="es-PY"/>
              </w:rPr>
            </w:pPr>
            <w:r>
              <w:rPr>
                <w:szCs w:val="20"/>
                <w:lang w:val="es-PY"/>
              </w:rPr>
              <w:t xml:space="preserve">b. </w:t>
            </w:r>
            <w:r w:rsidRPr="003E08CB">
              <w:rPr>
                <w:szCs w:val="20"/>
                <w:lang w:val="es-PY"/>
              </w:rPr>
              <w:t>La evaluación de las Tesis se realiza con criterios rigurosos previamente establecidos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4B2F9E5"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129B3BD"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E12290" w14:textId="77777777" w:rsidR="004C24F7" w:rsidRPr="005D12D8" w:rsidRDefault="004C24F7" w:rsidP="004C24F7">
            <w:pPr>
              <w:jc w:val="center"/>
              <w:rPr>
                <w:lang w:val="es-PY"/>
              </w:rPr>
            </w:pPr>
          </w:p>
        </w:tc>
      </w:tr>
      <w:tr w:rsidR="004C24F7" w:rsidRPr="001A3119" w14:paraId="2A773E49" w14:textId="77777777" w:rsidTr="004C24F7">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020115"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26F06F47" w14:textId="403BA585" w:rsidR="004C24F7" w:rsidRPr="00E26089" w:rsidRDefault="004C24F7" w:rsidP="004C24F7">
            <w:pPr>
              <w:jc w:val="both"/>
              <w:rPr>
                <w:lang w:val="es-PY"/>
              </w:rPr>
            </w:pPr>
            <w:r>
              <w:rPr>
                <w:szCs w:val="20"/>
                <w:lang w:val="es-PY"/>
              </w:rPr>
              <w:t xml:space="preserve">c. </w:t>
            </w:r>
            <w:r w:rsidRPr="003E08CB">
              <w:rPr>
                <w:szCs w:val="20"/>
                <w:lang w:val="es-PY"/>
              </w:rPr>
              <w:t xml:space="preserve">Los integrantes del jurado que evalúa las tesis cuentan con formación </w:t>
            </w:r>
            <w:r w:rsidRPr="003E08CB">
              <w:rPr>
                <w:color w:val="000000"/>
                <w:szCs w:val="20"/>
                <w:lang w:val="es-PY"/>
              </w:rPr>
              <w:t>acorde al área de conocimiento del programa</w:t>
            </w:r>
            <w:r w:rsidRPr="003E08CB">
              <w:rPr>
                <w:szCs w:val="20"/>
                <w:lang w:val="es-PY"/>
              </w:rPr>
              <w:t xml:space="preserve"> o experiencia en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E9B8CD"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16391A6"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3D76CD6" w14:textId="77777777" w:rsidR="004C24F7" w:rsidRPr="005D12D8" w:rsidRDefault="004C24F7" w:rsidP="004C24F7">
            <w:pPr>
              <w:jc w:val="center"/>
              <w:rPr>
                <w:lang w:val="es-PY"/>
              </w:rPr>
            </w:pPr>
          </w:p>
        </w:tc>
      </w:tr>
      <w:tr w:rsidR="004C24F7" w:rsidRPr="001A3119" w14:paraId="2C63EA69" w14:textId="77777777" w:rsidTr="004C24F7">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B9D49C4"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1C23B67A" w14:textId="1DAA420A" w:rsidR="004C24F7" w:rsidRPr="00F337DF" w:rsidRDefault="004C24F7" w:rsidP="004C24F7">
            <w:pPr>
              <w:jc w:val="both"/>
              <w:rPr>
                <w:lang w:val="es-PY"/>
              </w:rPr>
            </w:pPr>
            <w:r>
              <w:rPr>
                <w:szCs w:val="20"/>
                <w:lang w:val="es-PY"/>
              </w:rPr>
              <w:t xml:space="preserve">d. </w:t>
            </w:r>
            <w:r w:rsidRPr="003E08CB">
              <w:rPr>
                <w:szCs w:val="20"/>
                <w:lang w:val="es-PY"/>
              </w:rPr>
              <w:t>Se difunden los resultados de las tesis en revistas científicas u otros espacios de divulgación académica reconocidos.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1C2ABB"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0A01B8E"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94DE556" w14:textId="77777777" w:rsidR="004C24F7" w:rsidRPr="005D12D8" w:rsidRDefault="004C24F7" w:rsidP="004C24F7">
            <w:pPr>
              <w:jc w:val="center"/>
              <w:rPr>
                <w:lang w:val="es-PY"/>
              </w:rPr>
            </w:pPr>
          </w:p>
        </w:tc>
      </w:tr>
      <w:tr w:rsidR="004C24F7" w:rsidRPr="001A3119" w14:paraId="10F690BB" w14:textId="77777777" w:rsidTr="004C24F7">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02493A4" w14:textId="77777777" w:rsidR="004C24F7" w:rsidRPr="005D12D8" w:rsidRDefault="004C24F7" w:rsidP="004C24F7">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6640B7B8" w14:textId="7C13BE91" w:rsidR="004C24F7" w:rsidRPr="00F337DF" w:rsidRDefault="004C24F7" w:rsidP="004C24F7">
            <w:pPr>
              <w:jc w:val="both"/>
              <w:rPr>
                <w:lang w:val="es-PY"/>
              </w:rPr>
            </w:pPr>
            <w:r>
              <w:rPr>
                <w:color w:val="000000"/>
                <w:szCs w:val="20"/>
                <w:lang w:val="es-PY"/>
              </w:rPr>
              <w:t xml:space="preserve">e. </w:t>
            </w:r>
            <w:r w:rsidRPr="003E08CB">
              <w:rPr>
                <w:color w:val="000000"/>
                <w:szCs w:val="20"/>
                <w:lang w:val="es-PY"/>
              </w:rPr>
              <w:t>Los resultados poseen potencial de aplicación, transferencia, mejora o transformación de la práctica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BD4F013"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0AE7C4"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469FC08" w14:textId="77777777" w:rsidR="004C24F7" w:rsidRPr="005D12D8" w:rsidRDefault="004C24F7" w:rsidP="004C24F7">
            <w:pPr>
              <w:jc w:val="center"/>
              <w:rPr>
                <w:lang w:val="es-PY"/>
              </w:rPr>
            </w:pPr>
          </w:p>
        </w:tc>
      </w:tr>
      <w:tr w:rsidR="000C6B7D" w14:paraId="4D91D25F" w14:textId="77777777" w:rsidTr="009E248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B41D726"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E7AAD7" w14:textId="77777777" w:rsidR="000C6B7D" w:rsidRDefault="00E26089">
            <w:pPr>
              <w:jc w:val="center"/>
            </w:pPr>
            <w:r>
              <w:rPr>
                <w:b/>
                <w:color w:val="000000"/>
                <w:sz w:val="19"/>
              </w:rPr>
              <w:t>Medios de verificación</w:t>
            </w:r>
          </w:p>
        </w:tc>
      </w:tr>
      <w:tr w:rsidR="009E248B" w14:paraId="5DCE8279" w14:textId="77777777" w:rsidTr="004C24F7">
        <w:trPr>
          <w:cantSplit/>
          <w:trHeight w:hRule="exact" w:val="678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3AEA3D4" w14:textId="43E6720C" w:rsidR="009E248B" w:rsidRDefault="009E248B" w:rsidP="00A3110F">
            <w:pPr>
              <w:rPr>
                <w:b/>
                <w:color w:val="000000"/>
                <w:sz w:val="19"/>
                <w:lang w:val="es-PY"/>
              </w:rPr>
            </w:pPr>
          </w:p>
          <w:p w14:paraId="7AB213F1" w14:textId="3F2FCFFF" w:rsidR="009E248B" w:rsidRDefault="009E248B" w:rsidP="00A3110F">
            <w:pPr>
              <w:rPr>
                <w:b/>
                <w:color w:val="000000"/>
                <w:sz w:val="19"/>
                <w:lang w:val="es-PY"/>
              </w:rPr>
            </w:pPr>
          </w:p>
          <w:p w14:paraId="284B3E28" w14:textId="699C5A2C" w:rsidR="009E248B" w:rsidRDefault="009E248B" w:rsidP="00A3110F">
            <w:pPr>
              <w:rPr>
                <w:b/>
                <w:color w:val="000000"/>
                <w:sz w:val="19"/>
                <w:lang w:val="es-PY"/>
              </w:rPr>
            </w:pPr>
          </w:p>
          <w:p w14:paraId="2E3C3B6D" w14:textId="57C09E96" w:rsidR="009E248B" w:rsidRDefault="009E248B" w:rsidP="00A3110F">
            <w:pPr>
              <w:rPr>
                <w:b/>
                <w:color w:val="000000"/>
                <w:sz w:val="19"/>
                <w:lang w:val="es-PY"/>
              </w:rPr>
            </w:pPr>
          </w:p>
          <w:p w14:paraId="1390C01B" w14:textId="33267698" w:rsidR="009E248B" w:rsidRDefault="009E248B" w:rsidP="00A3110F">
            <w:pPr>
              <w:rPr>
                <w:b/>
                <w:color w:val="000000"/>
                <w:sz w:val="19"/>
                <w:lang w:val="es-PY"/>
              </w:rPr>
            </w:pPr>
          </w:p>
          <w:p w14:paraId="65A07431" w14:textId="77777777" w:rsidR="009E248B" w:rsidRDefault="009E248B" w:rsidP="00A3110F">
            <w:pPr>
              <w:rPr>
                <w:b/>
                <w:color w:val="000000"/>
                <w:sz w:val="19"/>
                <w:lang w:val="es-PY"/>
              </w:rPr>
            </w:pPr>
          </w:p>
          <w:p w14:paraId="40669A73" w14:textId="3B400EBC" w:rsidR="009E248B" w:rsidRDefault="009E248B" w:rsidP="00A3110F">
            <w:pPr>
              <w:rPr>
                <w:b/>
                <w:color w:val="000000"/>
                <w:sz w:val="19"/>
                <w:lang w:val="es-PY"/>
              </w:rPr>
            </w:pPr>
          </w:p>
          <w:p w14:paraId="23821DC9" w14:textId="51BD798A" w:rsidR="009E248B" w:rsidRDefault="009E248B" w:rsidP="00A3110F">
            <w:pPr>
              <w:rPr>
                <w:b/>
                <w:color w:val="000000"/>
                <w:sz w:val="19"/>
                <w:lang w:val="es-PY"/>
              </w:rPr>
            </w:pPr>
          </w:p>
          <w:p w14:paraId="6CEC94F2" w14:textId="4B1B04BF" w:rsidR="009E248B" w:rsidRDefault="009E248B" w:rsidP="00A3110F">
            <w:pPr>
              <w:rPr>
                <w:b/>
                <w:color w:val="000000"/>
                <w:sz w:val="19"/>
                <w:lang w:val="es-PY"/>
              </w:rPr>
            </w:pPr>
          </w:p>
          <w:p w14:paraId="6691DE8A" w14:textId="77777777" w:rsidR="009E248B" w:rsidRDefault="009E248B" w:rsidP="00A3110F">
            <w:pPr>
              <w:rPr>
                <w:b/>
                <w:color w:val="000000"/>
                <w:sz w:val="19"/>
                <w:lang w:val="es-PY"/>
              </w:rPr>
            </w:pPr>
          </w:p>
          <w:p w14:paraId="6B2945C3" w14:textId="77777777" w:rsidR="009E248B" w:rsidRDefault="009E248B" w:rsidP="00A3110F">
            <w:pPr>
              <w:rPr>
                <w:b/>
                <w:color w:val="000000"/>
                <w:sz w:val="19"/>
                <w:lang w:val="es-PY"/>
              </w:rPr>
            </w:pPr>
          </w:p>
          <w:p w14:paraId="53BD7F1F" w14:textId="77777777" w:rsidR="009E248B" w:rsidRDefault="009E248B" w:rsidP="00A3110F">
            <w:pPr>
              <w:rPr>
                <w:b/>
                <w:color w:val="000000"/>
                <w:sz w:val="19"/>
                <w:lang w:val="es-PY"/>
              </w:rPr>
            </w:pPr>
          </w:p>
          <w:p w14:paraId="6F6A4148" w14:textId="77777777" w:rsidR="009E248B" w:rsidRDefault="009E248B" w:rsidP="00A3110F">
            <w:pPr>
              <w:rPr>
                <w:b/>
                <w:color w:val="000000"/>
                <w:sz w:val="19"/>
                <w:lang w:val="es-PY"/>
              </w:rPr>
            </w:pPr>
          </w:p>
          <w:p w14:paraId="62C98CC3" w14:textId="77777777" w:rsidR="009E248B" w:rsidRDefault="009E248B" w:rsidP="00A3110F">
            <w:pPr>
              <w:rPr>
                <w:b/>
                <w:color w:val="000000"/>
                <w:sz w:val="19"/>
                <w:lang w:val="es-PY"/>
              </w:rPr>
            </w:pPr>
          </w:p>
          <w:p w14:paraId="095473C6" w14:textId="77777777" w:rsidR="009E248B" w:rsidRDefault="009E248B" w:rsidP="00A3110F">
            <w:pPr>
              <w:rPr>
                <w:b/>
                <w:color w:val="000000"/>
                <w:sz w:val="19"/>
                <w:lang w:val="es-PY"/>
              </w:rPr>
            </w:pPr>
          </w:p>
          <w:p w14:paraId="3D461027" w14:textId="77777777" w:rsidR="009E248B" w:rsidRDefault="009E248B" w:rsidP="00A3110F">
            <w:pPr>
              <w:rPr>
                <w:b/>
                <w:color w:val="000000"/>
                <w:sz w:val="19"/>
                <w:lang w:val="es-PY"/>
              </w:rPr>
            </w:pPr>
          </w:p>
          <w:p w14:paraId="44F6D2EA" w14:textId="77777777" w:rsidR="009E248B" w:rsidRDefault="009E248B" w:rsidP="00A3110F">
            <w:pPr>
              <w:rPr>
                <w:b/>
                <w:color w:val="000000"/>
                <w:sz w:val="19"/>
                <w:lang w:val="es-PY"/>
              </w:rPr>
            </w:pPr>
          </w:p>
          <w:p w14:paraId="1EF9E448" w14:textId="4D23980F" w:rsidR="00A3110F" w:rsidRPr="00E26089" w:rsidRDefault="00A3110F" w:rsidP="00A3110F">
            <w:pP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3B765EF" w14:textId="77777777" w:rsidR="009E248B" w:rsidRDefault="009E248B" w:rsidP="00A3110F">
            <w:pPr>
              <w:rPr>
                <w:b/>
                <w:color w:val="000000"/>
                <w:sz w:val="19"/>
              </w:rPr>
            </w:pPr>
          </w:p>
        </w:tc>
      </w:tr>
      <w:bookmarkEnd w:id="0"/>
    </w:tbl>
    <w:p w14:paraId="5DE6983A" w14:textId="77777777" w:rsidR="004C24F7" w:rsidRDefault="004C24F7"/>
    <w:tbl>
      <w:tblPr>
        <w:tblW w:w="0" w:type="auto"/>
        <w:jc w:val="center"/>
        <w:tblLayout w:type="fixed"/>
        <w:tblLook w:val="04A0" w:firstRow="1" w:lastRow="0" w:firstColumn="1" w:lastColumn="0" w:noHBand="0" w:noVBand="1"/>
      </w:tblPr>
      <w:tblGrid>
        <w:gridCol w:w="1962"/>
        <w:gridCol w:w="5330"/>
        <w:gridCol w:w="684"/>
        <w:gridCol w:w="684"/>
        <w:gridCol w:w="697"/>
      </w:tblGrid>
      <w:tr w:rsidR="004C24F7" w14:paraId="42AF739A" w14:textId="77777777" w:rsidTr="009A347B">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52D931" w14:textId="30E5E9F3" w:rsidR="004C24F7" w:rsidRDefault="004C24F7" w:rsidP="009A347B">
            <w:pPr>
              <w:jc w:val="center"/>
            </w:pPr>
            <w:r>
              <w:rPr>
                <w:b/>
                <w:color w:val="000000"/>
              </w:rPr>
              <w:lastRenderedPageBreak/>
              <w:t>Criterio 4.3</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62FBB3" w14:textId="77777777" w:rsidR="004C24F7" w:rsidRDefault="004C24F7" w:rsidP="009A347B">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B5EE622" w14:textId="77777777" w:rsidR="004C24F7" w:rsidRDefault="004C24F7" w:rsidP="009A347B">
            <w:pPr>
              <w:jc w:val="center"/>
            </w:pPr>
            <w:r>
              <w:rPr>
                <w:b/>
                <w:color w:val="000000"/>
              </w:rPr>
              <w:t>Nivel de cumplimiento</w:t>
            </w:r>
          </w:p>
        </w:tc>
      </w:tr>
      <w:tr w:rsidR="004C24F7" w14:paraId="26F54315" w14:textId="77777777" w:rsidTr="009A347B">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F2BF33" w14:textId="77777777" w:rsidR="004C24F7" w:rsidRDefault="004C24F7" w:rsidP="009A347B"/>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E9DE2B6" w14:textId="77777777" w:rsidR="004C24F7" w:rsidRDefault="004C24F7" w:rsidP="009A347B"/>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0F627F" w14:textId="77777777" w:rsidR="004C24F7" w:rsidRDefault="004C24F7" w:rsidP="009A347B">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B4257B7" w14:textId="77777777" w:rsidR="004C24F7" w:rsidRDefault="004C24F7" w:rsidP="009A347B">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B2BB617" w14:textId="77777777" w:rsidR="004C24F7" w:rsidRDefault="004C24F7" w:rsidP="009A347B">
            <w:pPr>
              <w:jc w:val="center"/>
            </w:pPr>
            <w:r>
              <w:rPr>
                <w:b/>
                <w:color w:val="000000"/>
              </w:rPr>
              <w:t>NC</w:t>
            </w:r>
          </w:p>
        </w:tc>
      </w:tr>
      <w:tr w:rsidR="004C24F7" w:rsidRPr="001A3119" w14:paraId="484CEA27" w14:textId="77777777" w:rsidTr="004C24F7">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A1B5558" w14:textId="41181E7A" w:rsidR="004C24F7" w:rsidRPr="007A43C1" w:rsidRDefault="004C24F7" w:rsidP="004C24F7">
            <w:pPr>
              <w:jc w:val="center"/>
              <w:rPr>
                <w:szCs w:val="20"/>
                <w:lang w:val="es-PY"/>
              </w:rPr>
            </w:pPr>
            <w:r w:rsidRPr="007A43C1">
              <w:rPr>
                <w:b/>
                <w:color w:val="000000"/>
                <w:szCs w:val="20"/>
                <w:lang w:val="es-PY"/>
              </w:rPr>
              <w:t>Impacto de la aplicación e innovación en la práctica profesional.</w:t>
            </w:r>
            <w:r w:rsidRPr="007A43C1">
              <w:rPr>
                <w:b/>
                <w:color w:val="E31B23"/>
                <w:szCs w:val="20"/>
                <w:lang w:val="es-PY"/>
              </w:rPr>
              <w:br/>
              <w:t>(Sustantivo)</w:t>
            </w: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75A5ED34" w14:textId="45441AC8" w:rsidR="004C24F7" w:rsidRPr="007A43C1" w:rsidRDefault="004C24F7" w:rsidP="004C24F7">
            <w:pPr>
              <w:jc w:val="both"/>
              <w:rPr>
                <w:szCs w:val="20"/>
                <w:lang w:val="es-PY"/>
              </w:rPr>
            </w:pPr>
            <w:r w:rsidRPr="007A43C1">
              <w:rPr>
                <w:color w:val="000000"/>
                <w:szCs w:val="20"/>
                <w:lang w:val="es-PY"/>
              </w:rPr>
              <w:t>a. El programa promueve la generación de conocimiento aplicado, orientado a la solución de problemas relevantes del campo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89D4BB"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7B2F90E"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094FF2" w14:textId="77777777" w:rsidR="004C24F7" w:rsidRPr="005D12D8" w:rsidRDefault="004C24F7" w:rsidP="004C24F7">
            <w:pPr>
              <w:jc w:val="center"/>
              <w:rPr>
                <w:lang w:val="es-PY"/>
              </w:rPr>
            </w:pPr>
          </w:p>
        </w:tc>
      </w:tr>
      <w:tr w:rsidR="004C24F7" w:rsidRPr="001A3119" w14:paraId="61AFAF74" w14:textId="77777777" w:rsidTr="004C24F7">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9BFC1F2" w14:textId="77777777" w:rsidR="004C24F7" w:rsidRPr="007A43C1" w:rsidRDefault="004C24F7" w:rsidP="004C24F7">
            <w:pPr>
              <w:rPr>
                <w:szCs w:val="20"/>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5C802A58" w14:textId="663C5A05" w:rsidR="004C24F7" w:rsidRPr="007A43C1" w:rsidRDefault="004C24F7" w:rsidP="004C24F7">
            <w:pPr>
              <w:jc w:val="both"/>
              <w:rPr>
                <w:szCs w:val="20"/>
                <w:lang w:val="es-PY"/>
              </w:rPr>
            </w:pPr>
            <w:r w:rsidRPr="007A43C1">
              <w:rPr>
                <w:color w:val="000000"/>
                <w:szCs w:val="20"/>
                <w:lang w:val="es-PY"/>
              </w:rPr>
              <w:t>b. Las tesis doctorales incluyen diagnósticos, propuestas o soluciones innovadoras vinculadas a contextos profesionales específicos.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BE54C1C"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6A5955A"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5F8CF6" w14:textId="77777777" w:rsidR="004C24F7" w:rsidRPr="005D12D8" w:rsidRDefault="004C24F7" w:rsidP="004C24F7">
            <w:pPr>
              <w:jc w:val="center"/>
              <w:rPr>
                <w:lang w:val="es-PY"/>
              </w:rPr>
            </w:pPr>
          </w:p>
        </w:tc>
      </w:tr>
      <w:tr w:rsidR="004C24F7" w:rsidRPr="001A3119" w14:paraId="43F1DC8B" w14:textId="77777777" w:rsidTr="004C24F7">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BEAD92C" w14:textId="77777777" w:rsidR="004C24F7" w:rsidRPr="007A43C1" w:rsidRDefault="004C24F7" w:rsidP="004C24F7">
            <w:pPr>
              <w:rPr>
                <w:szCs w:val="20"/>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6B9A3344" w14:textId="70CEB91A" w:rsidR="004C24F7" w:rsidRPr="007A43C1" w:rsidRDefault="004C24F7" w:rsidP="004C24F7">
            <w:pPr>
              <w:jc w:val="both"/>
              <w:rPr>
                <w:szCs w:val="20"/>
                <w:lang w:val="es-PY"/>
              </w:rPr>
            </w:pPr>
            <w:r w:rsidRPr="007A43C1">
              <w:rPr>
                <w:color w:val="000000"/>
                <w:szCs w:val="20"/>
                <w:lang w:val="es-PY"/>
              </w:rPr>
              <w:t>c. Se evidencia la participación de actores del entorno profesional en el desarrollo, tutoría o evaluación de las investigaciones doctorales.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5ADA015"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0E2FA27"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EA390AB" w14:textId="77777777" w:rsidR="004C24F7" w:rsidRPr="005D12D8" w:rsidRDefault="004C24F7" w:rsidP="004C24F7">
            <w:pPr>
              <w:jc w:val="center"/>
              <w:rPr>
                <w:lang w:val="es-PY"/>
              </w:rPr>
            </w:pPr>
          </w:p>
        </w:tc>
      </w:tr>
      <w:tr w:rsidR="004C24F7" w:rsidRPr="001A3119" w14:paraId="752793C9" w14:textId="77777777" w:rsidTr="004C24F7">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0A693F8" w14:textId="77777777" w:rsidR="004C24F7" w:rsidRPr="007A43C1" w:rsidRDefault="004C24F7" w:rsidP="004C24F7">
            <w:pPr>
              <w:rPr>
                <w:szCs w:val="20"/>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18751E9" w14:textId="27CC9F44" w:rsidR="004C24F7" w:rsidRPr="007A43C1" w:rsidRDefault="004C24F7" w:rsidP="004C24F7">
            <w:pPr>
              <w:jc w:val="both"/>
              <w:rPr>
                <w:szCs w:val="20"/>
                <w:lang w:val="es-PY"/>
              </w:rPr>
            </w:pPr>
            <w:r w:rsidRPr="007A43C1">
              <w:rPr>
                <w:szCs w:val="20"/>
                <w:lang w:val="es-PY"/>
              </w:rPr>
              <w:t>d. Los resultados de las tesis doctorales se aplican en contextos profesionales y generan mejoras o innovaciones verificables.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F5E0FB1"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68CCE0C"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2C97202" w14:textId="77777777" w:rsidR="004C24F7" w:rsidRPr="005D12D8" w:rsidRDefault="004C24F7" w:rsidP="004C24F7">
            <w:pPr>
              <w:jc w:val="center"/>
              <w:rPr>
                <w:lang w:val="es-PY"/>
              </w:rPr>
            </w:pPr>
          </w:p>
        </w:tc>
      </w:tr>
      <w:tr w:rsidR="004C24F7" w:rsidRPr="001A3119" w14:paraId="1C98146B" w14:textId="77777777" w:rsidTr="004C24F7">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A5D76CA" w14:textId="77777777" w:rsidR="004C24F7" w:rsidRPr="007A43C1" w:rsidRDefault="004C24F7" w:rsidP="004C24F7">
            <w:pPr>
              <w:rPr>
                <w:szCs w:val="20"/>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3EA2E518" w14:textId="4E0B560F" w:rsidR="004C24F7" w:rsidRPr="007A43C1" w:rsidRDefault="004C24F7" w:rsidP="004C24F7">
            <w:pPr>
              <w:jc w:val="both"/>
              <w:rPr>
                <w:szCs w:val="20"/>
                <w:lang w:val="es-PY"/>
              </w:rPr>
            </w:pPr>
            <w:r w:rsidRPr="007A43C1">
              <w:rPr>
                <w:color w:val="000000"/>
                <w:szCs w:val="20"/>
                <w:lang w:val="es-PY"/>
              </w:rPr>
              <w:t>e. El programa cuenta con mecanismos sistemáticos de articulación con el entorno profesional que facilitan la transferencia y validación del conocimiento en la práctica.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A3BAF07" w14:textId="77777777" w:rsidR="004C24F7" w:rsidRPr="005D12D8" w:rsidRDefault="004C24F7" w:rsidP="004C24F7">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EB642D6" w14:textId="77777777" w:rsidR="004C24F7" w:rsidRPr="005D12D8" w:rsidRDefault="004C24F7" w:rsidP="004C24F7">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2ED46D" w14:textId="77777777" w:rsidR="004C24F7" w:rsidRPr="005D12D8" w:rsidRDefault="004C24F7" w:rsidP="004C24F7">
            <w:pPr>
              <w:jc w:val="center"/>
              <w:rPr>
                <w:lang w:val="es-PY"/>
              </w:rPr>
            </w:pPr>
          </w:p>
        </w:tc>
      </w:tr>
      <w:tr w:rsidR="004C24F7" w14:paraId="1D3C08D8" w14:textId="77777777" w:rsidTr="009A347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15416E7" w14:textId="77777777" w:rsidR="004C24F7" w:rsidRPr="00E26089" w:rsidRDefault="004C24F7" w:rsidP="004C24F7">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1FF6113" w14:textId="77777777" w:rsidR="004C24F7" w:rsidRDefault="004C24F7" w:rsidP="004C24F7">
            <w:pPr>
              <w:jc w:val="center"/>
            </w:pPr>
            <w:r>
              <w:rPr>
                <w:b/>
                <w:color w:val="000000"/>
                <w:sz w:val="19"/>
              </w:rPr>
              <w:t>Medios de verificación</w:t>
            </w:r>
          </w:p>
        </w:tc>
      </w:tr>
      <w:tr w:rsidR="007A43C1" w14:paraId="4FA82F9C" w14:textId="77777777" w:rsidTr="007A43C1">
        <w:trPr>
          <w:cantSplit/>
          <w:trHeight w:val="7291"/>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0B93457" w14:textId="77777777" w:rsidR="007A43C1" w:rsidRDefault="007A43C1" w:rsidP="007A43C1">
            <w:pPr>
              <w:rPr>
                <w:b/>
                <w:color w:val="000000"/>
                <w:sz w:val="19"/>
                <w:lang w:val="es-PY"/>
              </w:rPr>
            </w:pPr>
          </w:p>
          <w:p w14:paraId="7EEF23AC" w14:textId="77777777" w:rsidR="007A43C1" w:rsidRDefault="007A43C1" w:rsidP="007A43C1">
            <w:pPr>
              <w:rPr>
                <w:b/>
                <w:color w:val="000000"/>
                <w:sz w:val="19"/>
                <w:lang w:val="es-PY"/>
              </w:rPr>
            </w:pPr>
          </w:p>
          <w:p w14:paraId="09DC417C" w14:textId="77777777" w:rsidR="007A43C1" w:rsidRDefault="007A43C1" w:rsidP="007A43C1">
            <w:pPr>
              <w:rPr>
                <w:b/>
                <w:color w:val="000000"/>
                <w:sz w:val="19"/>
                <w:lang w:val="es-PY"/>
              </w:rPr>
            </w:pPr>
          </w:p>
          <w:p w14:paraId="75619D18" w14:textId="77777777" w:rsidR="007A43C1" w:rsidRDefault="007A43C1" w:rsidP="007A43C1">
            <w:pPr>
              <w:rPr>
                <w:b/>
                <w:color w:val="000000"/>
                <w:sz w:val="19"/>
                <w:lang w:val="es-PY"/>
              </w:rPr>
            </w:pPr>
          </w:p>
          <w:p w14:paraId="45600061" w14:textId="77777777" w:rsidR="007A43C1" w:rsidRDefault="007A43C1" w:rsidP="007A43C1">
            <w:pPr>
              <w:rPr>
                <w:b/>
                <w:color w:val="000000"/>
                <w:sz w:val="19"/>
                <w:lang w:val="es-PY"/>
              </w:rPr>
            </w:pPr>
          </w:p>
          <w:p w14:paraId="5D11E811" w14:textId="77777777" w:rsidR="007A43C1" w:rsidRDefault="007A43C1" w:rsidP="007A43C1">
            <w:pPr>
              <w:rPr>
                <w:b/>
                <w:color w:val="000000"/>
                <w:sz w:val="19"/>
                <w:lang w:val="es-PY"/>
              </w:rPr>
            </w:pPr>
          </w:p>
          <w:p w14:paraId="1CAD7ACA" w14:textId="77777777" w:rsidR="007A43C1" w:rsidRDefault="007A43C1" w:rsidP="007A43C1">
            <w:pPr>
              <w:rPr>
                <w:b/>
                <w:color w:val="000000"/>
                <w:sz w:val="19"/>
                <w:lang w:val="es-PY"/>
              </w:rPr>
            </w:pPr>
          </w:p>
          <w:p w14:paraId="7C0B1B9C" w14:textId="77777777" w:rsidR="007A43C1" w:rsidRDefault="007A43C1" w:rsidP="007A43C1">
            <w:pPr>
              <w:rPr>
                <w:b/>
                <w:color w:val="000000"/>
                <w:sz w:val="19"/>
                <w:lang w:val="es-PY"/>
              </w:rPr>
            </w:pPr>
          </w:p>
          <w:p w14:paraId="1B12CD20" w14:textId="77777777" w:rsidR="007A43C1" w:rsidRDefault="007A43C1" w:rsidP="007A43C1">
            <w:pPr>
              <w:rPr>
                <w:b/>
                <w:color w:val="000000"/>
                <w:sz w:val="19"/>
                <w:lang w:val="es-PY"/>
              </w:rPr>
            </w:pPr>
          </w:p>
          <w:p w14:paraId="22B1C8F8" w14:textId="77777777" w:rsidR="007A43C1" w:rsidRDefault="007A43C1" w:rsidP="007A43C1">
            <w:pPr>
              <w:rPr>
                <w:b/>
                <w:color w:val="000000"/>
                <w:sz w:val="19"/>
                <w:lang w:val="es-PY"/>
              </w:rPr>
            </w:pPr>
          </w:p>
          <w:p w14:paraId="1B03CFED" w14:textId="77777777" w:rsidR="007A43C1" w:rsidRDefault="007A43C1" w:rsidP="007A43C1">
            <w:pPr>
              <w:rPr>
                <w:b/>
                <w:color w:val="000000"/>
                <w:sz w:val="19"/>
                <w:lang w:val="es-PY"/>
              </w:rPr>
            </w:pPr>
          </w:p>
          <w:p w14:paraId="1DCED67A" w14:textId="77777777" w:rsidR="007A43C1" w:rsidRDefault="007A43C1" w:rsidP="007A43C1">
            <w:pPr>
              <w:rPr>
                <w:b/>
                <w:color w:val="000000"/>
                <w:sz w:val="19"/>
                <w:lang w:val="es-PY"/>
              </w:rPr>
            </w:pPr>
          </w:p>
          <w:p w14:paraId="5776B1B9" w14:textId="77777777" w:rsidR="007A43C1" w:rsidRDefault="007A43C1" w:rsidP="007A43C1">
            <w:pPr>
              <w:rPr>
                <w:b/>
                <w:color w:val="000000"/>
                <w:sz w:val="19"/>
                <w:lang w:val="es-PY"/>
              </w:rPr>
            </w:pPr>
          </w:p>
          <w:p w14:paraId="5DA0D9D2" w14:textId="77777777" w:rsidR="007A43C1" w:rsidRDefault="007A43C1" w:rsidP="007A43C1">
            <w:pPr>
              <w:rPr>
                <w:b/>
                <w:color w:val="000000"/>
                <w:sz w:val="19"/>
                <w:lang w:val="es-PY"/>
              </w:rPr>
            </w:pPr>
          </w:p>
          <w:p w14:paraId="3858745A" w14:textId="77777777" w:rsidR="007A43C1" w:rsidRDefault="007A43C1" w:rsidP="007A43C1">
            <w:pPr>
              <w:rPr>
                <w:b/>
                <w:color w:val="000000"/>
                <w:sz w:val="19"/>
                <w:lang w:val="es-PY"/>
              </w:rPr>
            </w:pPr>
          </w:p>
          <w:p w14:paraId="71EFBE10" w14:textId="77777777" w:rsidR="007A43C1" w:rsidRDefault="007A43C1" w:rsidP="007A43C1">
            <w:pPr>
              <w:rPr>
                <w:b/>
                <w:color w:val="000000"/>
                <w:sz w:val="19"/>
                <w:lang w:val="es-PY"/>
              </w:rPr>
            </w:pPr>
          </w:p>
          <w:p w14:paraId="6C2C8B26" w14:textId="77777777" w:rsidR="007A43C1" w:rsidRDefault="007A43C1" w:rsidP="007A43C1">
            <w:pPr>
              <w:rPr>
                <w:b/>
                <w:color w:val="000000"/>
                <w:sz w:val="19"/>
                <w:lang w:val="es-PY"/>
              </w:rPr>
            </w:pPr>
          </w:p>
          <w:p w14:paraId="3E0CC933" w14:textId="77777777" w:rsidR="007A43C1" w:rsidRDefault="007A43C1" w:rsidP="007A43C1">
            <w:pPr>
              <w:rPr>
                <w:b/>
                <w:color w:val="000000"/>
                <w:sz w:val="19"/>
                <w:lang w:val="es-PY"/>
              </w:rPr>
            </w:pPr>
          </w:p>
          <w:p w14:paraId="1C9E1417" w14:textId="77777777" w:rsidR="007A43C1" w:rsidRDefault="007A43C1" w:rsidP="007A43C1">
            <w:pPr>
              <w:rPr>
                <w:b/>
                <w:color w:val="000000"/>
                <w:sz w:val="19"/>
                <w:lang w:val="es-PY"/>
              </w:rPr>
            </w:pPr>
          </w:p>
          <w:p w14:paraId="6ED43D43" w14:textId="77777777" w:rsidR="007A43C1" w:rsidRDefault="007A43C1" w:rsidP="007A43C1">
            <w:pPr>
              <w:rPr>
                <w:b/>
                <w:color w:val="000000"/>
                <w:sz w:val="19"/>
                <w:lang w:val="es-PY"/>
              </w:rPr>
            </w:pPr>
          </w:p>
          <w:p w14:paraId="16C02C36" w14:textId="77777777" w:rsidR="007A43C1" w:rsidRDefault="007A43C1" w:rsidP="007A43C1">
            <w:pPr>
              <w:rPr>
                <w:b/>
                <w:color w:val="000000"/>
                <w:sz w:val="19"/>
                <w:lang w:val="es-PY"/>
              </w:rPr>
            </w:pPr>
          </w:p>
          <w:p w14:paraId="1AE7C0D5" w14:textId="77777777" w:rsidR="007A43C1" w:rsidRDefault="007A43C1" w:rsidP="007A43C1">
            <w:pPr>
              <w:rPr>
                <w:b/>
                <w:color w:val="000000"/>
                <w:sz w:val="19"/>
                <w:lang w:val="es-PY"/>
              </w:rPr>
            </w:pPr>
          </w:p>
          <w:p w14:paraId="1205AF50" w14:textId="77777777" w:rsidR="007A43C1" w:rsidRDefault="007A43C1" w:rsidP="007A43C1">
            <w:pPr>
              <w:rPr>
                <w:b/>
                <w:color w:val="000000"/>
                <w:sz w:val="19"/>
                <w:lang w:val="es-PY"/>
              </w:rPr>
            </w:pPr>
          </w:p>
          <w:p w14:paraId="0719745A" w14:textId="77777777" w:rsidR="007A43C1" w:rsidRDefault="007A43C1" w:rsidP="007A43C1">
            <w:pPr>
              <w:rPr>
                <w:b/>
                <w:color w:val="000000"/>
                <w:sz w:val="19"/>
                <w:lang w:val="es-PY"/>
              </w:rPr>
            </w:pPr>
          </w:p>
          <w:p w14:paraId="400C3105" w14:textId="77777777" w:rsidR="007A43C1" w:rsidRDefault="007A43C1" w:rsidP="007A43C1">
            <w:pPr>
              <w:rPr>
                <w:b/>
                <w:color w:val="000000"/>
                <w:sz w:val="19"/>
                <w:lang w:val="es-PY"/>
              </w:rPr>
            </w:pPr>
          </w:p>
          <w:p w14:paraId="4B4A1B30" w14:textId="77777777" w:rsidR="007A43C1" w:rsidRDefault="007A43C1" w:rsidP="007A43C1">
            <w:pPr>
              <w:rPr>
                <w:b/>
                <w:color w:val="000000"/>
                <w:sz w:val="19"/>
                <w:lang w:val="es-PY"/>
              </w:rPr>
            </w:pPr>
          </w:p>
          <w:p w14:paraId="633C662B" w14:textId="77777777" w:rsidR="007A43C1" w:rsidRDefault="007A43C1" w:rsidP="007A43C1">
            <w:pPr>
              <w:rPr>
                <w:b/>
                <w:color w:val="000000"/>
                <w:sz w:val="19"/>
                <w:lang w:val="es-PY"/>
              </w:rPr>
            </w:pPr>
          </w:p>
          <w:p w14:paraId="6F3E1903" w14:textId="77777777" w:rsidR="007A43C1" w:rsidRDefault="007A43C1" w:rsidP="007A43C1">
            <w:pPr>
              <w:rPr>
                <w:b/>
                <w:color w:val="000000"/>
                <w:sz w:val="19"/>
                <w:lang w:val="es-PY"/>
              </w:rPr>
            </w:pPr>
          </w:p>
          <w:p w14:paraId="439FC9E0" w14:textId="77777777" w:rsidR="007A43C1" w:rsidRDefault="007A43C1" w:rsidP="007A43C1">
            <w:pPr>
              <w:rPr>
                <w:b/>
                <w:color w:val="000000"/>
                <w:sz w:val="19"/>
                <w:lang w:val="es-PY"/>
              </w:rPr>
            </w:pPr>
          </w:p>
          <w:p w14:paraId="64D6295A" w14:textId="77777777" w:rsidR="007A43C1" w:rsidRDefault="007A43C1" w:rsidP="007A43C1">
            <w:pPr>
              <w:rPr>
                <w:b/>
                <w:color w:val="000000"/>
                <w:sz w:val="19"/>
                <w:lang w:val="es-PY"/>
              </w:rPr>
            </w:pPr>
          </w:p>
          <w:p w14:paraId="3C23E578" w14:textId="77777777" w:rsidR="007A43C1" w:rsidRDefault="007A43C1" w:rsidP="007A43C1">
            <w:pPr>
              <w:rPr>
                <w:b/>
                <w:color w:val="000000"/>
                <w:sz w:val="19"/>
                <w:lang w:val="es-PY"/>
              </w:rPr>
            </w:pPr>
          </w:p>
          <w:p w14:paraId="3E5D1BE4" w14:textId="06FD3D43" w:rsidR="007A43C1" w:rsidRPr="00E26089" w:rsidRDefault="007A43C1" w:rsidP="007A43C1">
            <w:pP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503D8FD" w14:textId="77777777" w:rsidR="007A43C1" w:rsidRDefault="007A43C1" w:rsidP="007A43C1">
            <w:pPr>
              <w:rPr>
                <w:b/>
                <w:color w:val="000000"/>
                <w:sz w:val="19"/>
              </w:rPr>
            </w:pPr>
          </w:p>
        </w:tc>
      </w:tr>
    </w:tbl>
    <w:p w14:paraId="07287AC6" w14:textId="77777777" w:rsidR="004C24F7" w:rsidRDefault="004C24F7">
      <w:pPr>
        <w:spacing w:after="200" w:line="276" w:lineRule="auto"/>
      </w:pPr>
      <w:r>
        <w:br w:type="page"/>
      </w:r>
    </w:p>
    <w:tbl>
      <w:tblPr>
        <w:tblW w:w="0" w:type="auto"/>
        <w:jc w:val="center"/>
        <w:tblLayout w:type="fixed"/>
        <w:tblLook w:val="04A0" w:firstRow="1" w:lastRow="0" w:firstColumn="1" w:lastColumn="0" w:noHBand="0" w:noVBand="1"/>
      </w:tblPr>
      <w:tblGrid>
        <w:gridCol w:w="4678"/>
        <w:gridCol w:w="4678"/>
      </w:tblGrid>
      <w:tr w:rsidR="004C24F7" w:rsidRPr="001A3119" w14:paraId="3F7F6A38" w14:textId="77777777" w:rsidTr="009A347B">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A919EA0" w14:textId="77777777" w:rsidR="004C24F7" w:rsidRPr="00735EB3" w:rsidRDefault="004C24F7" w:rsidP="009A347B">
            <w:pPr>
              <w:jc w:val="center"/>
              <w:rPr>
                <w:b/>
                <w:color w:val="000000"/>
                <w:szCs w:val="20"/>
                <w:lang w:val="es-PY"/>
              </w:rPr>
            </w:pPr>
            <w:r w:rsidRPr="00735EB3">
              <w:rPr>
                <w:b/>
                <w:color w:val="000000"/>
                <w:szCs w:val="20"/>
                <w:lang w:val="es-PY"/>
              </w:rPr>
              <w:lastRenderedPageBreak/>
              <w:t>Fortalezas y debilidades del cumplimiento de criterios de la dimensión evaluada</w:t>
            </w:r>
          </w:p>
        </w:tc>
      </w:tr>
      <w:tr w:rsidR="004C24F7" w14:paraId="0DC781E6" w14:textId="77777777" w:rsidTr="009A347B">
        <w:trPr>
          <w:cantSplit/>
          <w:trHeight w:hRule="exact" w:val="399"/>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61AB732" w14:textId="77777777" w:rsidR="004C24F7" w:rsidRDefault="004C24F7" w:rsidP="009A347B">
            <w:pPr>
              <w:jc w:val="center"/>
              <w:rPr>
                <w:b/>
                <w:color w:val="000000"/>
              </w:rPr>
            </w:pPr>
            <w:proofErr w:type="spellStart"/>
            <w:r>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9F2AC45" w14:textId="77777777" w:rsidR="004C24F7" w:rsidRDefault="004C24F7" w:rsidP="009A347B">
            <w:pPr>
              <w:jc w:val="center"/>
              <w:rPr>
                <w:b/>
                <w:color w:val="000000"/>
              </w:rPr>
            </w:pPr>
            <w:r>
              <w:rPr>
                <w:b/>
                <w:color w:val="000000"/>
              </w:rPr>
              <w:t>Debilidades</w:t>
            </w:r>
          </w:p>
        </w:tc>
      </w:tr>
      <w:tr w:rsidR="004C24F7" w14:paraId="6AB3D6AB" w14:textId="77777777" w:rsidTr="009A347B">
        <w:trPr>
          <w:cantSplit/>
          <w:trHeight w:hRule="exact" w:val="633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9CF1C30" w14:textId="77777777" w:rsidR="004C24F7" w:rsidRDefault="004C24F7" w:rsidP="009A347B">
            <w:pPr>
              <w:jc w:val="both"/>
              <w:rPr>
                <w:b/>
                <w:color w:val="000000"/>
              </w:rPr>
            </w:pPr>
          </w:p>
          <w:p w14:paraId="597929CA" w14:textId="77777777" w:rsidR="004C24F7" w:rsidRDefault="004C24F7" w:rsidP="009A347B">
            <w:pPr>
              <w:jc w:val="both"/>
              <w:rPr>
                <w:b/>
                <w:color w:val="000000"/>
              </w:rPr>
            </w:pPr>
          </w:p>
          <w:p w14:paraId="184507BF" w14:textId="77777777" w:rsidR="004C24F7" w:rsidRDefault="004C24F7" w:rsidP="009A347B">
            <w:pPr>
              <w:jc w:val="both"/>
              <w:rPr>
                <w:b/>
                <w:color w:val="000000"/>
              </w:rPr>
            </w:pPr>
          </w:p>
          <w:p w14:paraId="2B46EA4D" w14:textId="77777777" w:rsidR="004C24F7" w:rsidRDefault="004C24F7" w:rsidP="009A347B">
            <w:pPr>
              <w:jc w:val="both"/>
              <w:rPr>
                <w:b/>
                <w:color w:val="000000"/>
              </w:rPr>
            </w:pPr>
          </w:p>
          <w:p w14:paraId="5A97637D" w14:textId="77777777" w:rsidR="004C24F7" w:rsidRDefault="004C24F7" w:rsidP="009A347B">
            <w:pPr>
              <w:jc w:val="both"/>
              <w:rPr>
                <w:b/>
                <w:color w:val="000000"/>
              </w:rPr>
            </w:pPr>
          </w:p>
          <w:p w14:paraId="7CD0923D" w14:textId="77777777" w:rsidR="004C24F7" w:rsidRDefault="004C24F7" w:rsidP="009A347B">
            <w:pPr>
              <w:jc w:val="both"/>
              <w:rPr>
                <w:b/>
                <w:color w:val="000000"/>
              </w:rPr>
            </w:pPr>
          </w:p>
          <w:p w14:paraId="68873A93" w14:textId="77777777" w:rsidR="004C24F7" w:rsidRDefault="004C24F7" w:rsidP="009A347B">
            <w:pPr>
              <w:jc w:val="both"/>
              <w:rPr>
                <w:b/>
                <w:color w:val="000000"/>
              </w:rPr>
            </w:pPr>
          </w:p>
          <w:p w14:paraId="26DF0287" w14:textId="77777777" w:rsidR="004C24F7" w:rsidRDefault="004C24F7" w:rsidP="009A347B">
            <w:pPr>
              <w:jc w:val="both"/>
              <w:rPr>
                <w:b/>
                <w:color w:val="000000"/>
              </w:rPr>
            </w:pPr>
          </w:p>
          <w:p w14:paraId="5470C8D0" w14:textId="77777777" w:rsidR="004C24F7" w:rsidRDefault="004C24F7" w:rsidP="009A347B">
            <w:pPr>
              <w:jc w:val="both"/>
              <w:rPr>
                <w:b/>
                <w:color w:val="000000"/>
              </w:rPr>
            </w:pPr>
          </w:p>
          <w:p w14:paraId="05D4B041" w14:textId="77777777" w:rsidR="004C24F7" w:rsidRDefault="004C24F7" w:rsidP="009A347B">
            <w:pPr>
              <w:jc w:val="both"/>
              <w:rPr>
                <w:b/>
                <w:color w:val="000000"/>
              </w:rPr>
            </w:pPr>
          </w:p>
          <w:p w14:paraId="4B7A552D" w14:textId="77777777" w:rsidR="004C24F7" w:rsidRDefault="004C24F7" w:rsidP="009A347B">
            <w:pPr>
              <w:jc w:val="both"/>
              <w:rPr>
                <w:b/>
                <w:color w:val="000000"/>
              </w:rPr>
            </w:pPr>
          </w:p>
          <w:p w14:paraId="2F227597" w14:textId="77777777" w:rsidR="004C24F7" w:rsidRDefault="004C24F7" w:rsidP="009A347B">
            <w:pPr>
              <w:jc w:val="both"/>
              <w:rPr>
                <w:b/>
                <w:color w:val="000000"/>
              </w:rPr>
            </w:pPr>
          </w:p>
          <w:p w14:paraId="5805FE51" w14:textId="77777777" w:rsidR="004C24F7" w:rsidRDefault="004C24F7" w:rsidP="009A347B">
            <w:pPr>
              <w:jc w:val="both"/>
              <w:rPr>
                <w:b/>
                <w:color w:val="000000"/>
              </w:rPr>
            </w:pPr>
          </w:p>
          <w:p w14:paraId="78FA48CE" w14:textId="77777777" w:rsidR="004C24F7" w:rsidRDefault="004C24F7" w:rsidP="009A347B">
            <w:pPr>
              <w:jc w:val="both"/>
              <w:rPr>
                <w:b/>
                <w:color w:val="000000"/>
              </w:rPr>
            </w:pPr>
          </w:p>
          <w:p w14:paraId="34C80FCE" w14:textId="77777777" w:rsidR="004C24F7" w:rsidRDefault="004C24F7" w:rsidP="009A347B">
            <w:pPr>
              <w:jc w:val="both"/>
              <w:rPr>
                <w:b/>
                <w:color w:val="000000"/>
              </w:rPr>
            </w:pPr>
          </w:p>
          <w:p w14:paraId="7A132D2C" w14:textId="77777777" w:rsidR="004C24F7" w:rsidRDefault="004C24F7" w:rsidP="009A347B">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4CB8DAEF" w14:textId="77777777" w:rsidR="004C24F7" w:rsidRDefault="004C24F7" w:rsidP="009A347B">
            <w:pPr>
              <w:jc w:val="both"/>
              <w:rPr>
                <w:b/>
                <w:color w:val="000000"/>
              </w:rPr>
            </w:pPr>
          </w:p>
        </w:tc>
      </w:tr>
      <w:tr w:rsidR="004C24F7" w14:paraId="65CB3918" w14:textId="77777777" w:rsidTr="009A347B">
        <w:trPr>
          <w:cantSplit/>
          <w:trHeight w:hRule="exact" w:val="375"/>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03F41C7" w14:textId="77777777" w:rsidR="004C24F7" w:rsidRDefault="004C24F7" w:rsidP="009A347B">
            <w:pPr>
              <w:jc w:val="center"/>
            </w:pPr>
            <w:r>
              <w:rPr>
                <w:b/>
                <w:color w:val="000000"/>
              </w:rPr>
              <w:t>Oportunidades de mejora</w:t>
            </w:r>
          </w:p>
        </w:tc>
      </w:tr>
      <w:tr w:rsidR="004C24F7" w14:paraId="62F08DF7" w14:textId="77777777" w:rsidTr="009A347B">
        <w:trPr>
          <w:cantSplit/>
          <w:trHeight w:hRule="exact" w:val="5320"/>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05A4AB3" w14:textId="77777777" w:rsidR="004C24F7" w:rsidRDefault="004C24F7" w:rsidP="009A347B">
            <w:pPr>
              <w:jc w:val="both"/>
              <w:rPr>
                <w:b/>
                <w:color w:val="000000"/>
              </w:rPr>
            </w:pPr>
          </w:p>
        </w:tc>
      </w:tr>
    </w:tbl>
    <w:p w14:paraId="57105A40" w14:textId="77777777" w:rsidR="007A43C1" w:rsidRDefault="007A43C1"/>
    <w:tbl>
      <w:tblPr>
        <w:tblW w:w="0" w:type="auto"/>
        <w:jc w:val="center"/>
        <w:tblLayout w:type="fixed"/>
        <w:tblLook w:val="04A0" w:firstRow="1" w:lastRow="0" w:firstColumn="1" w:lastColumn="0" w:noHBand="0" w:noVBand="1"/>
      </w:tblPr>
      <w:tblGrid>
        <w:gridCol w:w="1962"/>
        <w:gridCol w:w="5330"/>
        <w:gridCol w:w="684"/>
        <w:gridCol w:w="684"/>
        <w:gridCol w:w="697"/>
      </w:tblGrid>
      <w:tr w:rsidR="007A43C1" w:rsidRPr="001A3119" w14:paraId="5AE60318" w14:textId="77777777" w:rsidTr="009406B5">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7905499D" w14:textId="137F1C29" w:rsidR="007A43C1" w:rsidRPr="00E26089" w:rsidRDefault="007A43C1" w:rsidP="009406B5">
            <w:pPr>
              <w:rPr>
                <w:lang w:val="es-PY"/>
              </w:rPr>
            </w:pPr>
            <w:r>
              <w:rPr>
                <w:b/>
                <w:color w:val="FFFFFF"/>
                <w:lang w:val="es-PY"/>
              </w:rPr>
              <w:lastRenderedPageBreak/>
              <w:t>D</w:t>
            </w:r>
            <w:r w:rsidRPr="00E26089">
              <w:rPr>
                <w:b/>
                <w:color w:val="FFFFFF"/>
                <w:lang w:val="es-PY"/>
              </w:rPr>
              <w:t xml:space="preserve">IMENSIÓN </w:t>
            </w:r>
            <w:r>
              <w:rPr>
                <w:b/>
                <w:color w:val="FFFFFF"/>
                <w:lang w:val="es-PY"/>
              </w:rPr>
              <w:t>5</w:t>
            </w:r>
            <w:r w:rsidRPr="00E26089">
              <w:rPr>
                <w:b/>
                <w:color w:val="FFFFFF"/>
                <w:lang w:val="es-PY"/>
              </w:rPr>
              <w:t xml:space="preserve">. </w:t>
            </w:r>
            <w:r>
              <w:rPr>
                <w:b/>
                <w:color w:val="FFFFFF"/>
                <w:lang w:val="es-PY"/>
              </w:rPr>
              <w:t>ENTORNO TECNOLÓGICO Y SOPORTE VIRTUAL</w:t>
            </w:r>
          </w:p>
        </w:tc>
      </w:tr>
      <w:tr w:rsidR="007A43C1" w14:paraId="1DD684B0" w14:textId="77777777" w:rsidTr="009406B5">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511A1AF" w14:textId="46BBEAD9" w:rsidR="007A43C1" w:rsidRDefault="007A43C1" w:rsidP="009406B5">
            <w:pPr>
              <w:jc w:val="center"/>
            </w:pPr>
            <w:proofErr w:type="spellStart"/>
            <w:r>
              <w:rPr>
                <w:b/>
                <w:color w:val="000000"/>
              </w:rPr>
              <w:t>Criterio</w:t>
            </w:r>
            <w:proofErr w:type="spellEnd"/>
            <w:r>
              <w:rPr>
                <w:b/>
                <w:color w:val="000000"/>
              </w:rPr>
              <w:t xml:space="preserve"> 5.1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0749AFA" w14:textId="77777777" w:rsidR="007A43C1" w:rsidRDefault="007A43C1" w:rsidP="009406B5">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46A51F2" w14:textId="77777777" w:rsidR="007A43C1" w:rsidRDefault="007A43C1" w:rsidP="009406B5">
            <w:pPr>
              <w:jc w:val="center"/>
            </w:pPr>
            <w:r>
              <w:rPr>
                <w:b/>
                <w:color w:val="000000"/>
              </w:rPr>
              <w:t>Nivel de cumplimiento</w:t>
            </w:r>
          </w:p>
        </w:tc>
      </w:tr>
      <w:tr w:rsidR="007A43C1" w14:paraId="57379895" w14:textId="77777777" w:rsidTr="009406B5">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9AD0A43" w14:textId="77777777" w:rsidR="007A43C1" w:rsidRDefault="007A43C1" w:rsidP="009406B5"/>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6F7A45" w14:textId="77777777" w:rsidR="007A43C1" w:rsidRDefault="007A43C1" w:rsidP="009406B5"/>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B258F2" w14:textId="77777777" w:rsidR="007A43C1" w:rsidRDefault="007A43C1" w:rsidP="009406B5">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60B1861" w14:textId="77777777" w:rsidR="007A43C1" w:rsidRDefault="007A43C1" w:rsidP="009406B5">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2B2FA42" w14:textId="77777777" w:rsidR="007A43C1" w:rsidRDefault="007A43C1" w:rsidP="009406B5">
            <w:pPr>
              <w:jc w:val="center"/>
            </w:pPr>
            <w:r>
              <w:rPr>
                <w:b/>
                <w:color w:val="000000"/>
              </w:rPr>
              <w:t>NC</w:t>
            </w:r>
          </w:p>
        </w:tc>
      </w:tr>
      <w:tr w:rsidR="007A43C1" w:rsidRPr="001A3119" w14:paraId="592AB5BA" w14:textId="77777777" w:rsidTr="007A43C1">
        <w:trPr>
          <w:cantSplit/>
          <w:trHeight w:val="599"/>
          <w:jc w:val="center"/>
        </w:trPr>
        <w:tc>
          <w:tcPr>
            <w:tcW w:w="1962" w:type="dxa"/>
            <w:vMerge w:val="restart"/>
            <w:tcBorders>
              <w:top w:val="single" w:sz="6" w:space="0" w:color="000000"/>
              <w:left w:val="single" w:sz="6" w:space="0" w:color="000000"/>
              <w:right w:val="single" w:sz="6" w:space="0" w:color="000000"/>
            </w:tcBorders>
            <w:shd w:val="clear" w:color="auto" w:fill="FFFF99"/>
            <w:tcMar>
              <w:top w:w="55" w:type="dxa"/>
              <w:left w:w="70" w:type="dxa"/>
              <w:bottom w:w="55" w:type="dxa"/>
              <w:right w:w="70" w:type="dxa"/>
            </w:tcMar>
            <w:vAlign w:val="center"/>
          </w:tcPr>
          <w:p w14:paraId="0AE56778" w14:textId="2449BB89" w:rsidR="007A43C1" w:rsidRPr="00637CEC" w:rsidRDefault="007A43C1" w:rsidP="007A43C1">
            <w:pPr>
              <w:jc w:val="center"/>
              <w:rPr>
                <w:lang w:val="es-PY"/>
              </w:rPr>
            </w:pPr>
            <w:r w:rsidRPr="00225511">
              <w:rPr>
                <w:b/>
                <w:color w:val="000000"/>
                <w:szCs w:val="20"/>
                <w:lang w:val="es-PY"/>
              </w:rPr>
              <w:t>Pertinencia del entorno virtual de aprendizaje para el desarrollo académico del programa.</w:t>
            </w:r>
            <w:r w:rsidRPr="00225511">
              <w:rPr>
                <w:b/>
                <w:color w:val="E31B23"/>
                <w:szCs w:val="20"/>
                <w:lang w:val="es-PY"/>
              </w:rPr>
              <w:br/>
              <w:t>(Sustantivo</w:t>
            </w: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1DBF2A2E" w14:textId="1FE3EF93" w:rsidR="007A43C1" w:rsidRPr="00F337DF" w:rsidRDefault="007A43C1" w:rsidP="007A43C1">
            <w:pPr>
              <w:jc w:val="both"/>
              <w:rPr>
                <w:lang w:val="es-PY"/>
              </w:rPr>
            </w:pPr>
            <w:r w:rsidRPr="00E21441">
              <w:rPr>
                <w:color w:val="000000"/>
                <w:szCs w:val="20"/>
                <w:lang w:val="es-PY"/>
              </w:rPr>
              <w:t>a. La plataforma virtual es accesible, segura, estable y funcional para participantes y docentes, de acuerdo con las características, los requerimientos y la modalidad del programa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9C1FA68" w14:textId="77777777" w:rsidR="007A43C1" w:rsidRPr="005D12D8" w:rsidRDefault="007A43C1" w:rsidP="007A43C1">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1B03D80" w14:textId="77777777" w:rsidR="007A43C1" w:rsidRPr="005D12D8" w:rsidRDefault="007A43C1" w:rsidP="007A43C1">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134298C" w14:textId="77777777" w:rsidR="007A43C1" w:rsidRPr="005D12D8" w:rsidRDefault="007A43C1" w:rsidP="007A43C1">
            <w:pPr>
              <w:jc w:val="center"/>
              <w:rPr>
                <w:lang w:val="es-PY"/>
              </w:rPr>
            </w:pPr>
          </w:p>
        </w:tc>
      </w:tr>
      <w:tr w:rsidR="007A43C1" w:rsidRPr="001A3119" w14:paraId="3A93D28A" w14:textId="77777777" w:rsidTr="007A43C1">
        <w:trPr>
          <w:cantSplit/>
          <w:trHeight w:val="453"/>
          <w:jc w:val="center"/>
        </w:trPr>
        <w:tc>
          <w:tcPr>
            <w:tcW w:w="1962" w:type="dxa"/>
            <w:vMerge/>
            <w:tcBorders>
              <w:left w:val="single" w:sz="6" w:space="0" w:color="000000"/>
              <w:right w:val="single" w:sz="6" w:space="0" w:color="000000"/>
            </w:tcBorders>
            <w:shd w:val="clear" w:color="auto" w:fill="FFFF99"/>
            <w:tcMar>
              <w:top w:w="55" w:type="dxa"/>
              <w:left w:w="70" w:type="dxa"/>
              <w:bottom w:w="55" w:type="dxa"/>
              <w:right w:w="70" w:type="dxa"/>
            </w:tcMar>
            <w:vAlign w:val="center"/>
          </w:tcPr>
          <w:p w14:paraId="568A808D" w14:textId="77777777" w:rsidR="007A43C1" w:rsidRPr="005D12D8" w:rsidRDefault="007A43C1" w:rsidP="007A43C1">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1A729537" w14:textId="4258B0D2" w:rsidR="007A43C1" w:rsidRPr="00F337DF" w:rsidRDefault="007A43C1" w:rsidP="007A43C1">
            <w:pPr>
              <w:jc w:val="both"/>
              <w:rPr>
                <w:lang w:val="es-PY"/>
              </w:rPr>
            </w:pPr>
            <w:r w:rsidRPr="00E21441">
              <w:rPr>
                <w:color w:val="000000"/>
                <w:szCs w:val="20"/>
                <w:lang w:val="es-PY"/>
              </w:rPr>
              <w:t>b. El entorno virtual dispone de recursos y herramientas pedagógicas pertinentes que favorecen la interacción, el aprendizaje autónomo y colaborativo, y el desarrollo de capacidades investigativas propias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D3195A" w14:textId="77777777" w:rsidR="007A43C1" w:rsidRPr="005D12D8" w:rsidRDefault="007A43C1" w:rsidP="007A43C1">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5805848" w14:textId="77777777" w:rsidR="007A43C1" w:rsidRPr="005D12D8" w:rsidRDefault="007A43C1" w:rsidP="007A43C1">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C779AD" w14:textId="77777777" w:rsidR="007A43C1" w:rsidRPr="005D12D8" w:rsidRDefault="007A43C1" w:rsidP="007A43C1">
            <w:pPr>
              <w:jc w:val="center"/>
              <w:rPr>
                <w:lang w:val="es-PY"/>
              </w:rPr>
            </w:pPr>
          </w:p>
        </w:tc>
      </w:tr>
      <w:tr w:rsidR="007A43C1" w:rsidRPr="001A3119" w14:paraId="52E84B8B" w14:textId="77777777" w:rsidTr="007A43C1">
        <w:trPr>
          <w:cantSplit/>
          <w:trHeight w:val="433"/>
          <w:jc w:val="center"/>
        </w:trPr>
        <w:tc>
          <w:tcPr>
            <w:tcW w:w="1962" w:type="dxa"/>
            <w:vMerge/>
            <w:tcBorders>
              <w:left w:val="single" w:sz="6" w:space="0" w:color="000000"/>
              <w:right w:val="single" w:sz="6" w:space="0" w:color="000000"/>
            </w:tcBorders>
            <w:shd w:val="clear" w:color="auto" w:fill="FFFF99"/>
            <w:tcMar>
              <w:top w:w="55" w:type="dxa"/>
              <w:left w:w="70" w:type="dxa"/>
              <w:bottom w:w="55" w:type="dxa"/>
              <w:right w:w="70" w:type="dxa"/>
            </w:tcMar>
            <w:vAlign w:val="center"/>
          </w:tcPr>
          <w:p w14:paraId="5400D92A" w14:textId="77777777" w:rsidR="007A43C1" w:rsidRPr="005D12D8" w:rsidRDefault="007A43C1" w:rsidP="007A43C1">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3F9802B7" w14:textId="72176491" w:rsidR="007A43C1" w:rsidRPr="00E26089" w:rsidRDefault="007A43C1" w:rsidP="007A43C1">
            <w:pPr>
              <w:jc w:val="both"/>
              <w:rPr>
                <w:lang w:val="es-PY"/>
              </w:rPr>
            </w:pPr>
            <w:r w:rsidRPr="00E21441">
              <w:rPr>
                <w:color w:val="000000"/>
                <w:szCs w:val="20"/>
                <w:lang w:val="es-PY"/>
              </w:rPr>
              <w:t>c. La infraestructura tecnológica y los recursos del entorno virtual se mantienen actualizados y ofrecen condiciones de acceso desde diferentes dispositivos y niveles de conectividad, favoreciendo la continuidad de las actividades académicas y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5ACF3E2" w14:textId="77777777" w:rsidR="007A43C1" w:rsidRPr="005D12D8" w:rsidRDefault="007A43C1" w:rsidP="007A43C1">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714F0EF" w14:textId="77777777" w:rsidR="007A43C1" w:rsidRPr="005D12D8" w:rsidRDefault="007A43C1" w:rsidP="007A43C1">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96BAD69" w14:textId="77777777" w:rsidR="007A43C1" w:rsidRPr="005D12D8" w:rsidRDefault="007A43C1" w:rsidP="007A43C1">
            <w:pPr>
              <w:jc w:val="center"/>
              <w:rPr>
                <w:lang w:val="es-PY"/>
              </w:rPr>
            </w:pPr>
          </w:p>
        </w:tc>
      </w:tr>
      <w:tr w:rsidR="007A43C1" w:rsidRPr="001A3119" w14:paraId="31BA0E18" w14:textId="77777777" w:rsidTr="007A43C1">
        <w:trPr>
          <w:cantSplit/>
          <w:trHeight w:val="441"/>
          <w:jc w:val="center"/>
        </w:trPr>
        <w:tc>
          <w:tcPr>
            <w:tcW w:w="1962" w:type="dxa"/>
            <w:vMerge/>
            <w:tcBorders>
              <w:left w:val="single" w:sz="6" w:space="0" w:color="000000"/>
              <w:right w:val="single" w:sz="6" w:space="0" w:color="000000"/>
            </w:tcBorders>
            <w:shd w:val="clear" w:color="auto" w:fill="FFFF99"/>
            <w:tcMar>
              <w:top w:w="55" w:type="dxa"/>
              <w:left w:w="70" w:type="dxa"/>
              <w:bottom w:w="55" w:type="dxa"/>
              <w:right w:w="70" w:type="dxa"/>
            </w:tcMar>
            <w:vAlign w:val="center"/>
          </w:tcPr>
          <w:p w14:paraId="34A6E864" w14:textId="77777777" w:rsidR="007A43C1" w:rsidRPr="005D12D8" w:rsidRDefault="007A43C1" w:rsidP="007A43C1">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022E1674" w14:textId="147415A9" w:rsidR="007A43C1" w:rsidRPr="00F337DF" w:rsidRDefault="007A43C1" w:rsidP="007A43C1">
            <w:pPr>
              <w:jc w:val="both"/>
              <w:rPr>
                <w:lang w:val="es-PY"/>
              </w:rPr>
            </w:pPr>
            <w:r w:rsidRPr="00E21441">
              <w:rPr>
                <w:color w:val="000000"/>
                <w:szCs w:val="20"/>
                <w:lang w:val="es-PY"/>
              </w:rPr>
              <w:t>d. Se dispone de un sistema institucionalizado de soporte técnico que atiende y documenta oportunamente las consultas, los reclamos y los incidentes de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D20169D" w14:textId="77777777" w:rsidR="007A43C1" w:rsidRPr="005D12D8" w:rsidRDefault="007A43C1" w:rsidP="007A43C1">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1060E7" w14:textId="77777777" w:rsidR="007A43C1" w:rsidRPr="005D12D8" w:rsidRDefault="007A43C1" w:rsidP="007A43C1">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6623C8E" w14:textId="77777777" w:rsidR="007A43C1" w:rsidRPr="005D12D8" w:rsidRDefault="007A43C1" w:rsidP="007A43C1">
            <w:pPr>
              <w:jc w:val="center"/>
              <w:rPr>
                <w:lang w:val="es-PY"/>
              </w:rPr>
            </w:pPr>
          </w:p>
        </w:tc>
      </w:tr>
      <w:tr w:rsidR="007A43C1" w:rsidRPr="001A3119" w14:paraId="35424E37" w14:textId="77777777" w:rsidTr="007A43C1">
        <w:trPr>
          <w:cantSplit/>
          <w:trHeight w:val="591"/>
          <w:jc w:val="center"/>
        </w:trPr>
        <w:tc>
          <w:tcPr>
            <w:tcW w:w="1962" w:type="dxa"/>
            <w:vMerge/>
            <w:tcBorders>
              <w:left w:val="single" w:sz="6" w:space="0" w:color="000000"/>
              <w:right w:val="single" w:sz="6" w:space="0" w:color="000000"/>
            </w:tcBorders>
            <w:shd w:val="clear" w:color="auto" w:fill="FFFF99"/>
            <w:tcMar>
              <w:top w:w="55" w:type="dxa"/>
              <w:left w:w="70" w:type="dxa"/>
              <w:bottom w:w="55" w:type="dxa"/>
              <w:right w:w="70" w:type="dxa"/>
            </w:tcMar>
            <w:vAlign w:val="center"/>
          </w:tcPr>
          <w:p w14:paraId="49BB87F5" w14:textId="77777777" w:rsidR="007A43C1" w:rsidRPr="005D12D8" w:rsidRDefault="007A43C1" w:rsidP="007A43C1">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3A5BA8A8" w14:textId="0A90874D" w:rsidR="007A43C1" w:rsidRPr="00F337DF" w:rsidRDefault="007A43C1" w:rsidP="007A43C1">
            <w:pPr>
              <w:jc w:val="both"/>
              <w:rPr>
                <w:lang w:val="es-PY"/>
              </w:rPr>
            </w:pPr>
            <w:r w:rsidRPr="00E21441">
              <w:rPr>
                <w:color w:val="000000"/>
                <w:szCs w:val="20"/>
                <w:lang w:val="es-PY"/>
              </w:rPr>
              <w:t>e. Se ofrecen capacitaciones, guías, tutoriales y recursos de autoasistencia para orientar a los usuarios en el manejo de la plataforma y de las herramientas requeridas para las actividades académicas y de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9620906" w14:textId="77777777" w:rsidR="007A43C1" w:rsidRPr="005D12D8" w:rsidRDefault="007A43C1" w:rsidP="007A43C1">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1011CC5" w14:textId="77777777" w:rsidR="007A43C1" w:rsidRPr="005D12D8" w:rsidRDefault="007A43C1" w:rsidP="007A43C1">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2B9997E" w14:textId="77777777" w:rsidR="007A43C1" w:rsidRPr="005D12D8" w:rsidRDefault="007A43C1" w:rsidP="007A43C1">
            <w:pPr>
              <w:jc w:val="center"/>
              <w:rPr>
                <w:lang w:val="es-PY"/>
              </w:rPr>
            </w:pPr>
          </w:p>
        </w:tc>
      </w:tr>
      <w:tr w:rsidR="007A43C1" w:rsidRPr="001A3119" w14:paraId="3CC76AE7" w14:textId="77777777" w:rsidTr="007A43C1">
        <w:trPr>
          <w:cantSplit/>
          <w:trHeight w:val="591"/>
          <w:jc w:val="center"/>
        </w:trPr>
        <w:tc>
          <w:tcPr>
            <w:tcW w:w="1962" w:type="dxa"/>
            <w:vMerge/>
            <w:tcBorders>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67C2AB1" w14:textId="77777777" w:rsidR="007A43C1" w:rsidRPr="005D12D8" w:rsidRDefault="007A43C1" w:rsidP="007A43C1">
            <w:pPr>
              <w:rPr>
                <w:lang w:val="es-PY"/>
              </w:rPr>
            </w:pPr>
          </w:p>
        </w:tc>
        <w:tc>
          <w:tcPr>
            <w:tcW w:w="5330" w:type="dxa"/>
            <w:tcBorders>
              <w:top w:val="single" w:sz="5" w:space="0" w:color="444444"/>
              <w:left w:val="single" w:sz="5" w:space="0" w:color="444444"/>
              <w:bottom w:val="single" w:sz="5" w:space="0" w:color="444444"/>
              <w:right w:val="single" w:sz="5" w:space="0" w:color="444444"/>
            </w:tcBorders>
            <w:shd w:val="clear" w:color="auto" w:fill="FFFF99"/>
            <w:tcMar>
              <w:top w:w="55" w:type="dxa"/>
              <w:left w:w="70" w:type="dxa"/>
              <w:bottom w:w="55" w:type="dxa"/>
              <w:right w:w="70" w:type="dxa"/>
            </w:tcMar>
            <w:vAlign w:val="center"/>
          </w:tcPr>
          <w:p w14:paraId="247E9E3F" w14:textId="65A33BA2" w:rsidR="007A43C1" w:rsidRDefault="007A43C1" w:rsidP="007A43C1">
            <w:pPr>
              <w:jc w:val="both"/>
              <w:rPr>
                <w:color w:val="000000"/>
                <w:szCs w:val="20"/>
                <w:lang w:val="es-PY"/>
              </w:rPr>
            </w:pPr>
            <w:r w:rsidRPr="00E21441">
              <w:rPr>
                <w:color w:val="000000"/>
                <w:szCs w:val="20"/>
                <w:lang w:val="es-PY"/>
              </w:rPr>
              <w:t>f. Se evalúa periódicamente la satisfacción de participantes y docentes con el entorno virtual, el soporte técnico y la orientación recibida, y los resultados se utilizan para introducir mejoras en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889977A" w14:textId="77777777" w:rsidR="007A43C1" w:rsidRPr="005D12D8" w:rsidRDefault="007A43C1" w:rsidP="007A43C1">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184ECD3" w14:textId="77777777" w:rsidR="007A43C1" w:rsidRPr="005D12D8" w:rsidRDefault="007A43C1" w:rsidP="007A43C1">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37E3BC3" w14:textId="77777777" w:rsidR="007A43C1" w:rsidRPr="005D12D8" w:rsidRDefault="007A43C1" w:rsidP="007A43C1">
            <w:pPr>
              <w:jc w:val="center"/>
              <w:rPr>
                <w:lang w:val="es-PY"/>
              </w:rPr>
            </w:pPr>
          </w:p>
        </w:tc>
      </w:tr>
      <w:tr w:rsidR="007A43C1" w14:paraId="1350702E" w14:textId="77777777" w:rsidTr="009406B5">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BBF6CD8" w14:textId="77777777" w:rsidR="007A43C1" w:rsidRPr="00E26089" w:rsidRDefault="007A43C1" w:rsidP="009406B5">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9BF84A5" w14:textId="77777777" w:rsidR="007A43C1" w:rsidRDefault="007A43C1" w:rsidP="009406B5">
            <w:pPr>
              <w:jc w:val="center"/>
            </w:pPr>
            <w:r>
              <w:rPr>
                <w:b/>
                <w:color w:val="000000"/>
                <w:sz w:val="19"/>
              </w:rPr>
              <w:t>Medios de verificación</w:t>
            </w:r>
          </w:p>
        </w:tc>
      </w:tr>
      <w:tr w:rsidR="007A43C1" w14:paraId="325869FC" w14:textId="77777777" w:rsidTr="007A43C1">
        <w:trPr>
          <w:cantSplit/>
          <w:trHeight w:val="5015"/>
          <w:jc w:val="center"/>
        </w:trPr>
        <w:tc>
          <w:tcPr>
            <w:tcW w:w="72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1CDB7E2" w14:textId="77777777" w:rsidR="007A43C1" w:rsidRDefault="007A43C1" w:rsidP="007A43C1">
            <w:pPr>
              <w:jc w:val="both"/>
              <w:rPr>
                <w:b/>
                <w:color w:val="000000"/>
                <w:sz w:val="19"/>
                <w:lang w:val="es-PY"/>
              </w:rPr>
            </w:pPr>
          </w:p>
          <w:p w14:paraId="5ADF7CA8" w14:textId="77777777" w:rsidR="007A43C1" w:rsidRDefault="007A43C1" w:rsidP="007A43C1">
            <w:pPr>
              <w:jc w:val="both"/>
              <w:rPr>
                <w:b/>
                <w:color w:val="000000"/>
                <w:sz w:val="19"/>
                <w:lang w:val="es-PY"/>
              </w:rPr>
            </w:pPr>
          </w:p>
          <w:p w14:paraId="7B53AABF" w14:textId="77777777" w:rsidR="007A43C1" w:rsidRDefault="007A43C1" w:rsidP="007A43C1">
            <w:pPr>
              <w:jc w:val="both"/>
              <w:rPr>
                <w:b/>
                <w:color w:val="000000"/>
                <w:sz w:val="19"/>
                <w:lang w:val="es-PY"/>
              </w:rPr>
            </w:pPr>
          </w:p>
          <w:p w14:paraId="14D27DD5" w14:textId="77777777" w:rsidR="007A43C1" w:rsidRDefault="007A43C1" w:rsidP="007A43C1">
            <w:pPr>
              <w:jc w:val="both"/>
              <w:rPr>
                <w:b/>
                <w:color w:val="000000"/>
                <w:sz w:val="19"/>
                <w:lang w:val="es-PY"/>
              </w:rPr>
            </w:pPr>
          </w:p>
          <w:p w14:paraId="1C500F23" w14:textId="77777777" w:rsidR="007A43C1" w:rsidRDefault="007A43C1" w:rsidP="007A43C1">
            <w:pPr>
              <w:jc w:val="both"/>
              <w:rPr>
                <w:b/>
                <w:color w:val="000000"/>
                <w:sz w:val="19"/>
                <w:lang w:val="es-PY"/>
              </w:rPr>
            </w:pPr>
          </w:p>
          <w:p w14:paraId="25B54976" w14:textId="77777777" w:rsidR="007A43C1" w:rsidRDefault="007A43C1" w:rsidP="007A43C1">
            <w:pPr>
              <w:jc w:val="both"/>
              <w:rPr>
                <w:b/>
                <w:color w:val="000000"/>
                <w:sz w:val="19"/>
                <w:lang w:val="es-PY"/>
              </w:rPr>
            </w:pPr>
          </w:p>
          <w:p w14:paraId="62803A67" w14:textId="77777777" w:rsidR="007A43C1" w:rsidRDefault="007A43C1" w:rsidP="007A43C1">
            <w:pPr>
              <w:jc w:val="both"/>
              <w:rPr>
                <w:b/>
                <w:color w:val="000000"/>
                <w:sz w:val="19"/>
                <w:lang w:val="es-PY"/>
              </w:rPr>
            </w:pPr>
          </w:p>
          <w:p w14:paraId="7389ACE8" w14:textId="77777777" w:rsidR="007A43C1" w:rsidRDefault="007A43C1" w:rsidP="007A43C1">
            <w:pPr>
              <w:jc w:val="both"/>
              <w:rPr>
                <w:b/>
                <w:color w:val="000000"/>
                <w:sz w:val="19"/>
                <w:lang w:val="es-PY"/>
              </w:rPr>
            </w:pPr>
          </w:p>
          <w:p w14:paraId="3FDF7B3A" w14:textId="77777777" w:rsidR="007A43C1" w:rsidRDefault="007A43C1" w:rsidP="007A43C1">
            <w:pPr>
              <w:jc w:val="both"/>
              <w:rPr>
                <w:b/>
                <w:color w:val="000000"/>
                <w:sz w:val="19"/>
                <w:lang w:val="es-PY"/>
              </w:rPr>
            </w:pPr>
          </w:p>
          <w:p w14:paraId="0E9747E1" w14:textId="77777777" w:rsidR="007A43C1" w:rsidRDefault="007A43C1" w:rsidP="007A43C1">
            <w:pPr>
              <w:jc w:val="both"/>
              <w:rPr>
                <w:b/>
                <w:color w:val="000000"/>
                <w:sz w:val="19"/>
                <w:lang w:val="es-PY"/>
              </w:rPr>
            </w:pPr>
          </w:p>
          <w:p w14:paraId="7CE023D2" w14:textId="77777777" w:rsidR="007A43C1" w:rsidRDefault="007A43C1" w:rsidP="007A43C1">
            <w:pPr>
              <w:jc w:val="both"/>
              <w:rPr>
                <w:b/>
                <w:color w:val="000000"/>
                <w:sz w:val="19"/>
                <w:lang w:val="es-PY"/>
              </w:rPr>
            </w:pPr>
          </w:p>
          <w:p w14:paraId="35E71229" w14:textId="77777777" w:rsidR="007A43C1" w:rsidRDefault="007A43C1" w:rsidP="007A43C1">
            <w:pPr>
              <w:jc w:val="both"/>
              <w:rPr>
                <w:b/>
                <w:color w:val="000000"/>
                <w:sz w:val="19"/>
                <w:lang w:val="es-PY"/>
              </w:rPr>
            </w:pPr>
          </w:p>
          <w:p w14:paraId="1A8BD0B5" w14:textId="77777777" w:rsidR="007A43C1" w:rsidRDefault="007A43C1" w:rsidP="007A43C1">
            <w:pPr>
              <w:jc w:val="both"/>
              <w:rPr>
                <w:b/>
                <w:color w:val="000000"/>
                <w:sz w:val="19"/>
                <w:lang w:val="es-PY"/>
              </w:rPr>
            </w:pPr>
          </w:p>
          <w:p w14:paraId="21ABA651" w14:textId="77777777" w:rsidR="007A43C1" w:rsidRDefault="007A43C1" w:rsidP="007A43C1">
            <w:pPr>
              <w:jc w:val="both"/>
              <w:rPr>
                <w:b/>
                <w:color w:val="000000"/>
                <w:sz w:val="19"/>
                <w:lang w:val="es-PY"/>
              </w:rPr>
            </w:pPr>
          </w:p>
          <w:p w14:paraId="27214586" w14:textId="77777777" w:rsidR="007A43C1" w:rsidRDefault="007A43C1" w:rsidP="007A43C1">
            <w:pPr>
              <w:jc w:val="both"/>
              <w:rPr>
                <w:b/>
                <w:color w:val="000000"/>
                <w:sz w:val="19"/>
                <w:lang w:val="es-PY"/>
              </w:rPr>
            </w:pPr>
          </w:p>
          <w:p w14:paraId="1A25A967" w14:textId="77777777" w:rsidR="007A43C1" w:rsidRDefault="007A43C1" w:rsidP="007A43C1">
            <w:pPr>
              <w:jc w:val="both"/>
              <w:rPr>
                <w:b/>
                <w:color w:val="000000"/>
                <w:sz w:val="19"/>
                <w:lang w:val="es-PY"/>
              </w:rPr>
            </w:pPr>
          </w:p>
          <w:p w14:paraId="0D2C14FB" w14:textId="77777777" w:rsidR="007A43C1" w:rsidRDefault="007A43C1" w:rsidP="007A43C1">
            <w:pPr>
              <w:jc w:val="both"/>
              <w:rPr>
                <w:b/>
                <w:color w:val="000000"/>
                <w:sz w:val="19"/>
                <w:lang w:val="es-PY"/>
              </w:rPr>
            </w:pPr>
          </w:p>
          <w:p w14:paraId="42148FEC" w14:textId="77777777" w:rsidR="007A43C1" w:rsidRDefault="007A43C1" w:rsidP="007A43C1">
            <w:pPr>
              <w:jc w:val="both"/>
              <w:rPr>
                <w:b/>
                <w:color w:val="000000"/>
                <w:sz w:val="19"/>
                <w:lang w:val="es-PY"/>
              </w:rPr>
            </w:pPr>
          </w:p>
          <w:p w14:paraId="62B67006" w14:textId="77777777" w:rsidR="007A43C1" w:rsidRDefault="007A43C1" w:rsidP="007A43C1">
            <w:pPr>
              <w:jc w:val="both"/>
              <w:rPr>
                <w:b/>
                <w:color w:val="000000"/>
                <w:sz w:val="19"/>
                <w:lang w:val="es-PY"/>
              </w:rPr>
            </w:pPr>
          </w:p>
          <w:p w14:paraId="3DB927A0" w14:textId="77777777" w:rsidR="007A43C1" w:rsidRDefault="007A43C1" w:rsidP="007A43C1">
            <w:pPr>
              <w:jc w:val="both"/>
              <w:rPr>
                <w:b/>
                <w:color w:val="000000"/>
                <w:sz w:val="19"/>
                <w:lang w:val="es-PY"/>
              </w:rPr>
            </w:pPr>
          </w:p>
          <w:p w14:paraId="6464ED61" w14:textId="0BF47F02" w:rsidR="007A43C1" w:rsidRPr="00E26089" w:rsidRDefault="007A43C1" w:rsidP="007A43C1">
            <w:pPr>
              <w:jc w:val="both"/>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EF3999A" w14:textId="77777777" w:rsidR="007A43C1" w:rsidRDefault="007A43C1" w:rsidP="007A43C1">
            <w:pPr>
              <w:jc w:val="both"/>
              <w:rPr>
                <w:b/>
                <w:color w:val="000000"/>
                <w:sz w:val="19"/>
              </w:rPr>
            </w:pPr>
          </w:p>
        </w:tc>
      </w:tr>
    </w:tbl>
    <w:p w14:paraId="64ED36EA" w14:textId="77777777" w:rsidR="007A43C1" w:rsidRDefault="007A43C1" w:rsidP="007A43C1">
      <w:pPr>
        <w:spacing w:after="200" w:line="276" w:lineRule="auto"/>
      </w:pPr>
    </w:p>
    <w:tbl>
      <w:tblPr>
        <w:tblW w:w="0" w:type="auto"/>
        <w:jc w:val="center"/>
        <w:tblLayout w:type="fixed"/>
        <w:tblLook w:val="04A0" w:firstRow="1" w:lastRow="0" w:firstColumn="1" w:lastColumn="0" w:noHBand="0" w:noVBand="1"/>
      </w:tblPr>
      <w:tblGrid>
        <w:gridCol w:w="4678"/>
        <w:gridCol w:w="4678"/>
      </w:tblGrid>
      <w:tr w:rsidR="007A43C1" w:rsidRPr="001A3119" w14:paraId="6AA983DB" w14:textId="77777777" w:rsidTr="009406B5">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4109178" w14:textId="77777777" w:rsidR="007A43C1" w:rsidRPr="00735EB3" w:rsidRDefault="007A43C1" w:rsidP="009406B5">
            <w:pPr>
              <w:jc w:val="center"/>
              <w:rPr>
                <w:b/>
                <w:color w:val="000000"/>
                <w:szCs w:val="20"/>
                <w:lang w:val="es-PY"/>
              </w:rPr>
            </w:pPr>
            <w:r w:rsidRPr="00735EB3">
              <w:rPr>
                <w:b/>
                <w:color w:val="000000"/>
                <w:szCs w:val="20"/>
                <w:lang w:val="es-PY"/>
              </w:rPr>
              <w:t>Fortalezas y debilidades del cumplimiento de criterios de la dimensión evaluada</w:t>
            </w:r>
          </w:p>
        </w:tc>
      </w:tr>
      <w:tr w:rsidR="007A43C1" w14:paraId="4D8A739F" w14:textId="77777777" w:rsidTr="009406B5">
        <w:trPr>
          <w:cantSplit/>
          <w:trHeight w:hRule="exact" w:val="399"/>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04344B8B" w14:textId="77777777" w:rsidR="007A43C1" w:rsidRDefault="007A43C1" w:rsidP="009406B5">
            <w:pPr>
              <w:jc w:val="center"/>
              <w:rPr>
                <w:b/>
                <w:color w:val="000000"/>
              </w:rPr>
            </w:pPr>
            <w:proofErr w:type="spellStart"/>
            <w:r>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542C4F2" w14:textId="77777777" w:rsidR="007A43C1" w:rsidRDefault="007A43C1" w:rsidP="009406B5">
            <w:pPr>
              <w:jc w:val="center"/>
              <w:rPr>
                <w:b/>
                <w:color w:val="000000"/>
              </w:rPr>
            </w:pPr>
            <w:r>
              <w:rPr>
                <w:b/>
                <w:color w:val="000000"/>
              </w:rPr>
              <w:t>Debilidades</w:t>
            </w:r>
          </w:p>
        </w:tc>
      </w:tr>
      <w:tr w:rsidR="007A43C1" w14:paraId="7F8573DB" w14:textId="77777777" w:rsidTr="009406B5">
        <w:trPr>
          <w:cantSplit/>
          <w:trHeight w:hRule="exact" w:val="633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3827054" w14:textId="77777777" w:rsidR="007A43C1" w:rsidRDefault="007A43C1" w:rsidP="009406B5">
            <w:pPr>
              <w:jc w:val="both"/>
              <w:rPr>
                <w:b/>
                <w:color w:val="000000"/>
              </w:rPr>
            </w:pPr>
          </w:p>
          <w:p w14:paraId="4E1C30FD" w14:textId="77777777" w:rsidR="007A43C1" w:rsidRDefault="007A43C1" w:rsidP="009406B5">
            <w:pPr>
              <w:jc w:val="both"/>
              <w:rPr>
                <w:b/>
                <w:color w:val="000000"/>
              </w:rPr>
            </w:pPr>
          </w:p>
          <w:p w14:paraId="2A903806" w14:textId="77777777" w:rsidR="007A43C1" w:rsidRDefault="007A43C1" w:rsidP="009406B5">
            <w:pPr>
              <w:jc w:val="both"/>
              <w:rPr>
                <w:b/>
                <w:color w:val="000000"/>
              </w:rPr>
            </w:pPr>
          </w:p>
          <w:p w14:paraId="79C1F70C" w14:textId="77777777" w:rsidR="007A43C1" w:rsidRDefault="007A43C1" w:rsidP="009406B5">
            <w:pPr>
              <w:jc w:val="both"/>
              <w:rPr>
                <w:b/>
                <w:color w:val="000000"/>
              </w:rPr>
            </w:pPr>
          </w:p>
          <w:p w14:paraId="212F8265" w14:textId="77777777" w:rsidR="007A43C1" w:rsidRDefault="007A43C1" w:rsidP="009406B5">
            <w:pPr>
              <w:jc w:val="both"/>
              <w:rPr>
                <w:b/>
                <w:color w:val="000000"/>
              </w:rPr>
            </w:pPr>
          </w:p>
          <w:p w14:paraId="36AA1A0F" w14:textId="77777777" w:rsidR="007A43C1" w:rsidRDefault="007A43C1" w:rsidP="009406B5">
            <w:pPr>
              <w:jc w:val="both"/>
              <w:rPr>
                <w:b/>
                <w:color w:val="000000"/>
              </w:rPr>
            </w:pPr>
          </w:p>
          <w:p w14:paraId="36B68239" w14:textId="77777777" w:rsidR="007A43C1" w:rsidRDefault="007A43C1" w:rsidP="009406B5">
            <w:pPr>
              <w:jc w:val="both"/>
              <w:rPr>
                <w:b/>
                <w:color w:val="000000"/>
              </w:rPr>
            </w:pPr>
          </w:p>
          <w:p w14:paraId="12AE9735" w14:textId="77777777" w:rsidR="007A43C1" w:rsidRDefault="007A43C1" w:rsidP="009406B5">
            <w:pPr>
              <w:jc w:val="both"/>
              <w:rPr>
                <w:b/>
                <w:color w:val="000000"/>
              </w:rPr>
            </w:pPr>
          </w:p>
          <w:p w14:paraId="4EEB7F34" w14:textId="77777777" w:rsidR="007A43C1" w:rsidRDefault="007A43C1" w:rsidP="009406B5">
            <w:pPr>
              <w:jc w:val="both"/>
              <w:rPr>
                <w:b/>
                <w:color w:val="000000"/>
              </w:rPr>
            </w:pPr>
          </w:p>
          <w:p w14:paraId="3B7BDB83" w14:textId="77777777" w:rsidR="007A43C1" w:rsidRDefault="007A43C1" w:rsidP="009406B5">
            <w:pPr>
              <w:jc w:val="both"/>
              <w:rPr>
                <w:b/>
                <w:color w:val="000000"/>
              </w:rPr>
            </w:pPr>
          </w:p>
          <w:p w14:paraId="19A10077" w14:textId="77777777" w:rsidR="007A43C1" w:rsidRDefault="007A43C1" w:rsidP="009406B5">
            <w:pPr>
              <w:jc w:val="both"/>
              <w:rPr>
                <w:b/>
                <w:color w:val="000000"/>
              </w:rPr>
            </w:pPr>
          </w:p>
          <w:p w14:paraId="509BA0D5" w14:textId="77777777" w:rsidR="007A43C1" w:rsidRDefault="007A43C1" w:rsidP="009406B5">
            <w:pPr>
              <w:jc w:val="both"/>
              <w:rPr>
                <w:b/>
                <w:color w:val="000000"/>
              </w:rPr>
            </w:pPr>
          </w:p>
          <w:p w14:paraId="7D75EFC8" w14:textId="77777777" w:rsidR="007A43C1" w:rsidRDefault="007A43C1" w:rsidP="009406B5">
            <w:pPr>
              <w:jc w:val="both"/>
              <w:rPr>
                <w:b/>
                <w:color w:val="000000"/>
              </w:rPr>
            </w:pPr>
          </w:p>
          <w:p w14:paraId="307CB4C8" w14:textId="77777777" w:rsidR="007A43C1" w:rsidRDefault="007A43C1" w:rsidP="009406B5">
            <w:pPr>
              <w:jc w:val="both"/>
              <w:rPr>
                <w:b/>
                <w:color w:val="000000"/>
              </w:rPr>
            </w:pPr>
          </w:p>
          <w:p w14:paraId="3B303080" w14:textId="77777777" w:rsidR="007A43C1" w:rsidRDefault="007A43C1" w:rsidP="009406B5">
            <w:pPr>
              <w:jc w:val="both"/>
              <w:rPr>
                <w:b/>
                <w:color w:val="000000"/>
              </w:rPr>
            </w:pPr>
          </w:p>
          <w:p w14:paraId="42C18228" w14:textId="77777777" w:rsidR="007A43C1" w:rsidRDefault="007A43C1" w:rsidP="009406B5">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14AB0257" w14:textId="77777777" w:rsidR="007A43C1" w:rsidRDefault="007A43C1" w:rsidP="009406B5">
            <w:pPr>
              <w:jc w:val="both"/>
              <w:rPr>
                <w:b/>
                <w:color w:val="000000"/>
              </w:rPr>
            </w:pPr>
          </w:p>
        </w:tc>
      </w:tr>
      <w:tr w:rsidR="007A43C1" w14:paraId="3A60C424" w14:textId="77777777" w:rsidTr="009406B5">
        <w:trPr>
          <w:cantSplit/>
          <w:trHeight w:hRule="exact" w:val="375"/>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DBA97DD" w14:textId="77777777" w:rsidR="007A43C1" w:rsidRDefault="007A43C1" w:rsidP="009406B5">
            <w:pPr>
              <w:jc w:val="center"/>
            </w:pPr>
            <w:r>
              <w:rPr>
                <w:b/>
                <w:color w:val="000000"/>
              </w:rPr>
              <w:t>Oportunidades de mejora</w:t>
            </w:r>
          </w:p>
        </w:tc>
      </w:tr>
      <w:tr w:rsidR="007A43C1" w14:paraId="7421B6E7" w14:textId="77777777" w:rsidTr="007A43C1">
        <w:trPr>
          <w:cantSplit/>
          <w:trHeight w:val="2646"/>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9C181DF" w14:textId="77777777" w:rsidR="007A43C1" w:rsidRDefault="007A43C1" w:rsidP="007A43C1">
            <w:pPr>
              <w:rPr>
                <w:b/>
                <w:color w:val="000000"/>
              </w:rPr>
            </w:pPr>
          </w:p>
          <w:p w14:paraId="00C8F122" w14:textId="77777777" w:rsidR="007A43C1" w:rsidRDefault="007A43C1" w:rsidP="007A43C1">
            <w:pPr>
              <w:rPr>
                <w:b/>
                <w:color w:val="000000"/>
              </w:rPr>
            </w:pPr>
          </w:p>
          <w:p w14:paraId="5C54E4BB" w14:textId="77777777" w:rsidR="007A43C1" w:rsidRDefault="007A43C1" w:rsidP="007A43C1">
            <w:pPr>
              <w:rPr>
                <w:b/>
                <w:color w:val="000000"/>
              </w:rPr>
            </w:pPr>
          </w:p>
          <w:p w14:paraId="512F8391" w14:textId="77777777" w:rsidR="007A43C1" w:rsidRDefault="007A43C1" w:rsidP="007A43C1">
            <w:pPr>
              <w:rPr>
                <w:b/>
                <w:color w:val="000000"/>
              </w:rPr>
            </w:pPr>
          </w:p>
          <w:p w14:paraId="286AF017" w14:textId="77777777" w:rsidR="007A43C1" w:rsidRDefault="007A43C1" w:rsidP="007A43C1">
            <w:pPr>
              <w:rPr>
                <w:b/>
                <w:color w:val="000000"/>
              </w:rPr>
            </w:pPr>
          </w:p>
          <w:p w14:paraId="19D8E290" w14:textId="77777777" w:rsidR="007A43C1" w:rsidRDefault="007A43C1" w:rsidP="007A43C1">
            <w:pPr>
              <w:rPr>
                <w:b/>
                <w:color w:val="000000"/>
              </w:rPr>
            </w:pPr>
          </w:p>
          <w:p w14:paraId="18996E09" w14:textId="77777777" w:rsidR="007A43C1" w:rsidRDefault="007A43C1" w:rsidP="007A43C1">
            <w:pPr>
              <w:rPr>
                <w:b/>
                <w:color w:val="000000"/>
              </w:rPr>
            </w:pPr>
          </w:p>
          <w:p w14:paraId="300F1029" w14:textId="77777777" w:rsidR="007A43C1" w:rsidRDefault="007A43C1" w:rsidP="007A43C1">
            <w:pPr>
              <w:rPr>
                <w:b/>
                <w:color w:val="000000"/>
              </w:rPr>
            </w:pPr>
          </w:p>
          <w:p w14:paraId="0B5BAB82" w14:textId="77777777" w:rsidR="007A43C1" w:rsidRDefault="007A43C1" w:rsidP="007A43C1">
            <w:pPr>
              <w:rPr>
                <w:b/>
                <w:color w:val="000000"/>
              </w:rPr>
            </w:pPr>
          </w:p>
          <w:p w14:paraId="6CFE205E" w14:textId="77777777" w:rsidR="007A43C1" w:rsidRDefault="007A43C1" w:rsidP="007A43C1">
            <w:pPr>
              <w:rPr>
                <w:b/>
                <w:color w:val="000000"/>
              </w:rPr>
            </w:pPr>
          </w:p>
          <w:p w14:paraId="0690D828" w14:textId="77777777" w:rsidR="007A43C1" w:rsidRDefault="007A43C1" w:rsidP="007A43C1">
            <w:pPr>
              <w:rPr>
                <w:b/>
                <w:color w:val="000000"/>
              </w:rPr>
            </w:pPr>
          </w:p>
          <w:p w14:paraId="79388095" w14:textId="77777777" w:rsidR="007A43C1" w:rsidRDefault="007A43C1" w:rsidP="007A43C1">
            <w:pPr>
              <w:rPr>
                <w:b/>
                <w:color w:val="000000"/>
              </w:rPr>
            </w:pPr>
          </w:p>
          <w:p w14:paraId="16BFAF99" w14:textId="77777777" w:rsidR="007A43C1" w:rsidRDefault="007A43C1" w:rsidP="007A43C1">
            <w:pPr>
              <w:rPr>
                <w:b/>
                <w:color w:val="000000"/>
              </w:rPr>
            </w:pPr>
          </w:p>
          <w:p w14:paraId="33F005BB" w14:textId="77777777" w:rsidR="007A43C1" w:rsidRDefault="007A43C1" w:rsidP="007A43C1">
            <w:pPr>
              <w:rPr>
                <w:b/>
                <w:color w:val="000000"/>
              </w:rPr>
            </w:pPr>
          </w:p>
          <w:p w14:paraId="41704006" w14:textId="77777777" w:rsidR="007A43C1" w:rsidRDefault="007A43C1" w:rsidP="007A43C1">
            <w:pPr>
              <w:rPr>
                <w:b/>
                <w:color w:val="000000"/>
              </w:rPr>
            </w:pPr>
          </w:p>
          <w:p w14:paraId="784244C1" w14:textId="77777777" w:rsidR="007A43C1" w:rsidRDefault="007A43C1" w:rsidP="007A43C1">
            <w:pPr>
              <w:rPr>
                <w:b/>
                <w:color w:val="000000"/>
              </w:rPr>
            </w:pPr>
          </w:p>
          <w:p w14:paraId="468E757C" w14:textId="77777777" w:rsidR="007A43C1" w:rsidRDefault="007A43C1" w:rsidP="007A43C1">
            <w:pPr>
              <w:rPr>
                <w:b/>
                <w:color w:val="000000"/>
              </w:rPr>
            </w:pPr>
          </w:p>
          <w:p w14:paraId="73AB4C47" w14:textId="77777777" w:rsidR="007A43C1" w:rsidRDefault="007A43C1" w:rsidP="007A43C1">
            <w:pPr>
              <w:rPr>
                <w:b/>
                <w:color w:val="000000"/>
              </w:rPr>
            </w:pPr>
          </w:p>
          <w:p w14:paraId="71484ECC" w14:textId="77777777" w:rsidR="007A43C1" w:rsidRDefault="007A43C1" w:rsidP="007A43C1">
            <w:pPr>
              <w:rPr>
                <w:b/>
                <w:color w:val="000000"/>
              </w:rPr>
            </w:pPr>
          </w:p>
          <w:p w14:paraId="76503E41" w14:textId="77777777" w:rsidR="007A43C1" w:rsidRDefault="007A43C1" w:rsidP="007A43C1">
            <w:pPr>
              <w:rPr>
                <w:b/>
                <w:color w:val="000000"/>
              </w:rPr>
            </w:pPr>
          </w:p>
          <w:p w14:paraId="01AA0F83" w14:textId="7E03E40A" w:rsidR="007A43C1" w:rsidRDefault="007A43C1" w:rsidP="007A43C1">
            <w:pPr>
              <w:rPr>
                <w:b/>
                <w:color w:val="000000"/>
              </w:rPr>
            </w:pPr>
          </w:p>
        </w:tc>
      </w:tr>
    </w:tbl>
    <w:p w14:paraId="60057A30" w14:textId="5400528B" w:rsidR="000C6B7D" w:rsidRDefault="00E26089" w:rsidP="007A43C1">
      <w:pPr>
        <w:spacing w:after="200" w:line="276" w:lineRule="auto"/>
      </w:pPr>
      <w:r>
        <w:br w:type="page"/>
      </w:r>
    </w:p>
    <w:tbl>
      <w:tblPr>
        <w:tblW w:w="0" w:type="auto"/>
        <w:jc w:val="center"/>
        <w:tblLayout w:type="fixed"/>
        <w:tblLook w:val="04A0" w:firstRow="1" w:lastRow="0" w:firstColumn="1" w:lastColumn="0" w:noHBand="0" w:noVBand="1"/>
      </w:tblPr>
      <w:tblGrid>
        <w:gridCol w:w="9364"/>
      </w:tblGrid>
      <w:tr w:rsidR="000C6B7D" w:rsidRPr="001A3119" w14:paraId="6B2F911E" w14:textId="77777777" w:rsidTr="00FE3515">
        <w:trPr>
          <w:cantSplit/>
          <w:trHeight w:hRule="exact" w:val="432"/>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55" w:type="dxa"/>
              <w:left w:w="70" w:type="dxa"/>
              <w:bottom w:w="55" w:type="dxa"/>
              <w:right w:w="70" w:type="dxa"/>
            </w:tcMar>
            <w:vAlign w:val="center"/>
          </w:tcPr>
          <w:p w14:paraId="61CF5CFF" w14:textId="13B0F70D" w:rsidR="000C6B7D" w:rsidRPr="00E26089" w:rsidRDefault="00FB7E82">
            <w:pPr>
              <w:rPr>
                <w:lang w:val="es-PY"/>
              </w:rPr>
            </w:pPr>
            <w:r>
              <w:rPr>
                <w:b/>
                <w:color w:val="FFFFFF"/>
                <w:shd w:val="clear" w:color="auto" w:fill="A6A6A6" w:themeFill="background1" w:themeFillShade="A6"/>
                <w:lang w:val="es-PY"/>
              </w:rPr>
              <w:lastRenderedPageBreak/>
              <w:t>6</w:t>
            </w:r>
            <w:r w:rsidR="00E26089" w:rsidRPr="00FE3515">
              <w:rPr>
                <w:b/>
                <w:color w:val="FFFFFF"/>
                <w:shd w:val="clear" w:color="auto" w:fill="A6A6A6" w:themeFill="background1" w:themeFillShade="A6"/>
                <w:lang w:val="es-PY"/>
              </w:rPr>
              <w:t>. CONCLUSIONES GENERALES Y VALORACIÓN GLOBAL</w:t>
            </w:r>
          </w:p>
        </w:tc>
      </w:tr>
      <w:tr w:rsidR="009A28C0" w:rsidRPr="001A3119" w14:paraId="4764FDA2" w14:textId="77777777" w:rsidTr="00A3110F">
        <w:trPr>
          <w:cantSplit/>
          <w:trHeight w:hRule="exact" w:val="11936"/>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8E8B8BC" w14:textId="77777777" w:rsidR="009A28C0" w:rsidRPr="00F337DF" w:rsidRDefault="009A28C0" w:rsidP="00A3110F">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Este apartado presenta la valoración global del estado de calidad de la oferta académica o institución, construida a partir de los resultados y hallazgos obtenidos durante el proceso de evaluación.</w:t>
            </w:r>
          </w:p>
          <w:p w14:paraId="6303C9C1" w14:textId="77777777" w:rsidR="009A28C0" w:rsidRPr="00F337DF" w:rsidRDefault="009A28C0" w:rsidP="00A3110F">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La conclusión debe integrar los resultados de las dimensiones y criterios evaluados, destacando los principales logros y fortalezas, así como los aspectos que requieren mejora o fortalecimiento, de acuerdo con su relevancia para la calidad.</w:t>
            </w:r>
          </w:p>
          <w:p w14:paraId="235FD991" w14:textId="77777777" w:rsidR="009A28C0" w:rsidRPr="00F337DF" w:rsidRDefault="009A28C0" w:rsidP="00A3110F">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2F2A4B18" w14:textId="490C2AEB" w:rsidR="009A28C0" w:rsidRPr="00F337DF" w:rsidRDefault="009A28C0" w:rsidP="00A3110F">
            <w:pPr>
              <w:pStyle w:val="NormalWeb"/>
              <w:spacing w:before="0" w:beforeAutospacing="0" w:after="0" w:afterAutospacing="0" w:line="276" w:lineRule="auto"/>
              <w:jc w:val="both"/>
              <w:rPr>
                <w:rFonts w:ascii="Garamond" w:hAnsi="Garamond"/>
                <w:color w:val="A6A6A6"/>
                <w:sz w:val="20"/>
                <w:szCs w:val="20"/>
              </w:rPr>
            </w:pPr>
            <w:r w:rsidRPr="00F337DF">
              <w:rPr>
                <w:rFonts w:ascii="Garamond" w:hAnsi="Garamond"/>
                <w:color w:val="A6A6A6"/>
                <w:sz w:val="20"/>
                <w:szCs w:val="20"/>
              </w:rPr>
              <w:t>El juicio integrador debe sintetizar el nivel de desarrollo y calidad alcanzado, identificando los principales aspectos que sustentan la valoración obtenida y aquellos que requieren atención para orientar los procesos de mejora continua.</w:t>
            </w:r>
          </w:p>
          <w:p w14:paraId="72D75DEC" w14:textId="4B3B1DCC" w:rsidR="009A28C0" w:rsidRDefault="009A28C0" w:rsidP="00A3110F">
            <w:pPr>
              <w:pStyle w:val="NormalWeb"/>
              <w:spacing w:before="0" w:beforeAutospacing="0" w:after="0" w:afterAutospacing="0" w:line="276" w:lineRule="auto"/>
              <w:jc w:val="both"/>
            </w:pPr>
          </w:p>
          <w:p w14:paraId="35F2E6B7" w14:textId="4289B885" w:rsidR="009A28C0" w:rsidRDefault="009A28C0" w:rsidP="00A3110F">
            <w:pPr>
              <w:pStyle w:val="NormalWeb"/>
              <w:spacing w:before="0" w:beforeAutospacing="0" w:after="0" w:afterAutospacing="0" w:line="276" w:lineRule="auto"/>
              <w:jc w:val="both"/>
            </w:pPr>
          </w:p>
          <w:p w14:paraId="3878AF71" w14:textId="08EF55D3" w:rsidR="009A28C0" w:rsidRDefault="009A28C0" w:rsidP="00A3110F">
            <w:pPr>
              <w:pStyle w:val="NormalWeb"/>
              <w:spacing w:before="0" w:beforeAutospacing="0" w:after="0" w:afterAutospacing="0"/>
              <w:jc w:val="both"/>
            </w:pPr>
          </w:p>
          <w:p w14:paraId="60BC35F9" w14:textId="2F6F85BF" w:rsidR="009A28C0" w:rsidRDefault="009A28C0" w:rsidP="00A3110F">
            <w:pPr>
              <w:pStyle w:val="NormalWeb"/>
              <w:spacing w:before="0" w:beforeAutospacing="0" w:after="0" w:afterAutospacing="0"/>
              <w:jc w:val="both"/>
            </w:pPr>
          </w:p>
          <w:p w14:paraId="646AC6A1" w14:textId="77777777" w:rsidR="009A28C0" w:rsidRDefault="009A28C0" w:rsidP="00A3110F">
            <w:pPr>
              <w:pStyle w:val="NormalWeb"/>
              <w:spacing w:before="0" w:beforeAutospacing="0" w:after="0" w:afterAutospacing="0"/>
              <w:jc w:val="both"/>
            </w:pPr>
          </w:p>
          <w:p w14:paraId="492570D8" w14:textId="77777777" w:rsidR="009A28C0" w:rsidRDefault="009A28C0" w:rsidP="00A3110F">
            <w:pPr>
              <w:jc w:val="both"/>
              <w:rPr>
                <w:b/>
                <w:lang w:val="es-PY"/>
              </w:rPr>
            </w:pPr>
          </w:p>
          <w:p w14:paraId="54803E23" w14:textId="77777777" w:rsidR="009A28C0" w:rsidRDefault="009A28C0" w:rsidP="00A3110F">
            <w:pPr>
              <w:jc w:val="both"/>
              <w:rPr>
                <w:b/>
                <w:lang w:val="es-PY"/>
              </w:rPr>
            </w:pPr>
          </w:p>
          <w:p w14:paraId="67D2A9BB" w14:textId="77777777" w:rsidR="009A28C0" w:rsidRDefault="009A28C0" w:rsidP="00A3110F">
            <w:pPr>
              <w:jc w:val="both"/>
              <w:rPr>
                <w:b/>
                <w:lang w:val="es-PY"/>
              </w:rPr>
            </w:pPr>
          </w:p>
          <w:p w14:paraId="303FE3F3" w14:textId="77777777" w:rsidR="009A28C0" w:rsidRDefault="009A28C0" w:rsidP="00A3110F">
            <w:pPr>
              <w:jc w:val="both"/>
              <w:rPr>
                <w:b/>
                <w:lang w:val="es-PY"/>
              </w:rPr>
            </w:pPr>
          </w:p>
          <w:p w14:paraId="3633DB0B" w14:textId="77777777" w:rsidR="009A28C0" w:rsidRDefault="009A28C0" w:rsidP="00A3110F">
            <w:pPr>
              <w:jc w:val="both"/>
              <w:rPr>
                <w:b/>
                <w:lang w:val="es-PY"/>
              </w:rPr>
            </w:pPr>
          </w:p>
          <w:p w14:paraId="54014A48" w14:textId="77777777" w:rsidR="009A28C0" w:rsidRDefault="009A28C0" w:rsidP="00A3110F">
            <w:pPr>
              <w:jc w:val="both"/>
              <w:rPr>
                <w:b/>
                <w:lang w:val="es-PY"/>
              </w:rPr>
            </w:pPr>
          </w:p>
          <w:p w14:paraId="160D3D61" w14:textId="77777777" w:rsidR="009A28C0" w:rsidRDefault="009A28C0" w:rsidP="00A3110F">
            <w:pPr>
              <w:jc w:val="both"/>
              <w:rPr>
                <w:b/>
                <w:lang w:val="es-PY"/>
              </w:rPr>
            </w:pPr>
          </w:p>
          <w:p w14:paraId="1726BD62" w14:textId="77777777" w:rsidR="009A28C0" w:rsidRDefault="009A28C0" w:rsidP="00A3110F">
            <w:pPr>
              <w:jc w:val="both"/>
              <w:rPr>
                <w:b/>
                <w:lang w:val="es-PY"/>
              </w:rPr>
            </w:pPr>
          </w:p>
          <w:p w14:paraId="4D88B9DF" w14:textId="77777777" w:rsidR="009A28C0" w:rsidRDefault="009A28C0" w:rsidP="00A3110F">
            <w:pPr>
              <w:jc w:val="both"/>
              <w:rPr>
                <w:b/>
                <w:lang w:val="es-PY"/>
              </w:rPr>
            </w:pPr>
          </w:p>
          <w:p w14:paraId="2F75C3B7" w14:textId="77777777" w:rsidR="009A28C0" w:rsidRDefault="009A28C0" w:rsidP="00A3110F">
            <w:pPr>
              <w:jc w:val="both"/>
              <w:rPr>
                <w:b/>
                <w:lang w:val="es-PY"/>
              </w:rPr>
            </w:pPr>
          </w:p>
          <w:p w14:paraId="2377B0E1" w14:textId="77777777" w:rsidR="009A28C0" w:rsidRDefault="009A28C0" w:rsidP="00A3110F">
            <w:pPr>
              <w:jc w:val="both"/>
              <w:rPr>
                <w:b/>
                <w:lang w:val="es-PY"/>
              </w:rPr>
            </w:pPr>
          </w:p>
          <w:p w14:paraId="6677CABC" w14:textId="77777777" w:rsidR="009A28C0" w:rsidRDefault="009A28C0" w:rsidP="00A3110F">
            <w:pPr>
              <w:jc w:val="both"/>
              <w:rPr>
                <w:b/>
                <w:lang w:val="es-PY"/>
              </w:rPr>
            </w:pPr>
          </w:p>
          <w:p w14:paraId="2C9C3AE7" w14:textId="77777777" w:rsidR="009A28C0" w:rsidRDefault="009A28C0" w:rsidP="00A3110F">
            <w:pPr>
              <w:jc w:val="both"/>
              <w:rPr>
                <w:b/>
                <w:lang w:val="es-PY"/>
              </w:rPr>
            </w:pPr>
          </w:p>
          <w:p w14:paraId="27A80A84" w14:textId="77777777" w:rsidR="009A28C0" w:rsidRDefault="009A28C0" w:rsidP="00A3110F">
            <w:pPr>
              <w:jc w:val="both"/>
              <w:rPr>
                <w:b/>
                <w:lang w:val="es-PY"/>
              </w:rPr>
            </w:pPr>
          </w:p>
          <w:p w14:paraId="6DA45348" w14:textId="77777777" w:rsidR="009A28C0" w:rsidRDefault="009A28C0" w:rsidP="00A3110F">
            <w:pPr>
              <w:jc w:val="both"/>
              <w:rPr>
                <w:b/>
                <w:lang w:val="es-PY"/>
              </w:rPr>
            </w:pPr>
          </w:p>
          <w:p w14:paraId="4B5292D9" w14:textId="77777777" w:rsidR="00FE3515" w:rsidRDefault="00FE3515" w:rsidP="00A3110F">
            <w:pPr>
              <w:jc w:val="both"/>
              <w:rPr>
                <w:b/>
                <w:lang w:val="es-PY"/>
              </w:rPr>
            </w:pPr>
          </w:p>
          <w:p w14:paraId="3C03D960" w14:textId="77777777" w:rsidR="00FE3515" w:rsidRDefault="00FE3515" w:rsidP="00A3110F">
            <w:pPr>
              <w:jc w:val="both"/>
              <w:rPr>
                <w:b/>
                <w:lang w:val="es-PY"/>
              </w:rPr>
            </w:pPr>
          </w:p>
          <w:p w14:paraId="5BD08F6B" w14:textId="77777777" w:rsidR="00FE3515" w:rsidRDefault="00FE3515" w:rsidP="00A3110F">
            <w:pPr>
              <w:jc w:val="both"/>
              <w:rPr>
                <w:b/>
                <w:lang w:val="es-PY"/>
              </w:rPr>
            </w:pPr>
          </w:p>
          <w:p w14:paraId="0299155C" w14:textId="77777777" w:rsidR="00FE3515" w:rsidRDefault="00FE3515" w:rsidP="00A3110F">
            <w:pPr>
              <w:jc w:val="both"/>
              <w:rPr>
                <w:b/>
                <w:lang w:val="es-PY"/>
              </w:rPr>
            </w:pPr>
          </w:p>
          <w:p w14:paraId="26B24420" w14:textId="77777777" w:rsidR="00FE3515" w:rsidRDefault="00FE3515" w:rsidP="00A3110F">
            <w:pPr>
              <w:jc w:val="both"/>
              <w:rPr>
                <w:b/>
                <w:lang w:val="es-PY"/>
              </w:rPr>
            </w:pPr>
          </w:p>
          <w:p w14:paraId="47709014" w14:textId="77777777" w:rsidR="00F337DF" w:rsidRDefault="00F337DF" w:rsidP="00A3110F">
            <w:pPr>
              <w:jc w:val="both"/>
              <w:rPr>
                <w:b/>
                <w:lang w:val="es-PY"/>
              </w:rPr>
            </w:pPr>
          </w:p>
          <w:p w14:paraId="6A44134A" w14:textId="77777777" w:rsidR="00F337DF" w:rsidRDefault="00F337DF" w:rsidP="00A3110F">
            <w:pPr>
              <w:jc w:val="both"/>
              <w:rPr>
                <w:b/>
                <w:lang w:val="es-PY"/>
              </w:rPr>
            </w:pPr>
          </w:p>
          <w:p w14:paraId="646F66C4" w14:textId="77777777" w:rsidR="00F337DF" w:rsidRDefault="00F337DF" w:rsidP="00A3110F">
            <w:pPr>
              <w:jc w:val="both"/>
              <w:rPr>
                <w:b/>
                <w:lang w:val="es-PY"/>
              </w:rPr>
            </w:pPr>
          </w:p>
          <w:p w14:paraId="74E1DD29" w14:textId="77777777" w:rsidR="00F337DF" w:rsidRDefault="00F337DF" w:rsidP="00A3110F">
            <w:pPr>
              <w:jc w:val="both"/>
              <w:rPr>
                <w:b/>
                <w:lang w:val="es-PY"/>
              </w:rPr>
            </w:pPr>
          </w:p>
          <w:p w14:paraId="301111B2" w14:textId="77777777" w:rsidR="00F337DF" w:rsidRDefault="00F337DF" w:rsidP="00A3110F">
            <w:pPr>
              <w:jc w:val="both"/>
              <w:rPr>
                <w:b/>
                <w:lang w:val="es-PY"/>
              </w:rPr>
            </w:pPr>
          </w:p>
          <w:p w14:paraId="5FBF4272" w14:textId="17EE67CE" w:rsidR="00F337DF" w:rsidRPr="009A28C0" w:rsidRDefault="00F337DF" w:rsidP="00A3110F">
            <w:pPr>
              <w:jc w:val="both"/>
              <w:rPr>
                <w:b/>
                <w:lang w:val="es-PY"/>
              </w:rPr>
            </w:pPr>
          </w:p>
        </w:tc>
      </w:tr>
      <w:tr w:rsidR="009A28C0" w:rsidRPr="00E26089" w14:paraId="7AD1BF79" w14:textId="77777777" w:rsidTr="00FE3515">
        <w:trPr>
          <w:cantSplit/>
          <w:trHeight w:hRule="exact" w:val="385"/>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DF1267" w14:textId="07E88977" w:rsidR="009A28C0" w:rsidRPr="009A28C0" w:rsidRDefault="009A28C0" w:rsidP="009A28C0">
            <w:pPr>
              <w:rPr>
                <w:b/>
                <w:lang w:val="es-PY"/>
              </w:rPr>
            </w:pPr>
            <w:r w:rsidRPr="009A28C0">
              <w:rPr>
                <w:b/>
                <w:lang w:val="es-PY"/>
              </w:rPr>
              <w:t>Fecha del Informe:</w:t>
            </w:r>
          </w:p>
        </w:tc>
      </w:tr>
    </w:tbl>
    <w:p w14:paraId="5BAB7ECA" w14:textId="77777777" w:rsidR="00E26089" w:rsidRPr="00E26089" w:rsidRDefault="00E26089">
      <w:pPr>
        <w:rPr>
          <w:lang w:val="es-PY"/>
        </w:rPr>
      </w:pPr>
    </w:p>
    <w:sectPr w:rsidR="00E26089" w:rsidRPr="00E26089" w:rsidSect="00034616">
      <w:headerReference w:type="default" r:id="rId11"/>
      <w:pgSz w:w="12240" w:h="15840"/>
      <w:pgMar w:top="1140" w:right="1043" w:bottom="1140"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96EC0" w14:textId="77777777" w:rsidR="008019D4" w:rsidRDefault="008019D4" w:rsidP="005D12D8">
      <w:r>
        <w:separator/>
      </w:r>
    </w:p>
  </w:endnote>
  <w:endnote w:type="continuationSeparator" w:id="0">
    <w:p w14:paraId="3E3845A6" w14:textId="77777777" w:rsidR="008019D4" w:rsidRDefault="008019D4" w:rsidP="005D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6D7F3" w14:textId="77777777" w:rsidR="008019D4" w:rsidRDefault="008019D4" w:rsidP="005D12D8">
      <w:r>
        <w:separator/>
      </w:r>
    </w:p>
  </w:footnote>
  <w:footnote w:type="continuationSeparator" w:id="0">
    <w:p w14:paraId="02CD6065" w14:textId="77777777" w:rsidR="008019D4" w:rsidRDefault="008019D4" w:rsidP="005D1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8768" w14:textId="77777777" w:rsidR="00C509F1" w:rsidRDefault="00C509F1" w:rsidP="005D12D8">
    <w:pPr>
      <w:spacing w:after="60"/>
      <w:rPr>
        <w:b/>
        <w:color w:val="D9D9D9" w:themeColor="background1" w:themeShade="D9"/>
        <w:sz w:val="28"/>
        <w:lang w:val="es-PY"/>
      </w:rPr>
    </w:pPr>
  </w:p>
  <w:p w14:paraId="2A260A9F" w14:textId="48777767" w:rsidR="00C509F1" w:rsidRPr="00EC15B4" w:rsidRDefault="00C509F1" w:rsidP="005D12D8">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5FC408F" w14:textId="77777777" w:rsidR="00C509F1" w:rsidRDefault="00C509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755A6B"/>
    <w:multiLevelType w:val="multilevel"/>
    <w:tmpl w:val="9FAE3CD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AE7615"/>
    <w:multiLevelType w:val="multilevel"/>
    <w:tmpl w:val="B80E77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1AA4FB3"/>
    <w:multiLevelType w:val="hybridMultilevel"/>
    <w:tmpl w:val="817A858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9C10C1D"/>
    <w:multiLevelType w:val="multilevel"/>
    <w:tmpl w:val="B5227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81A44"/>
    <w:multiLevelType w:val="hybridMultilevel"/>
    <w:tmpl w:val="F6189D42"/>
    <w:lvl w:ilvl="0" w:tplc="68CA7E94">
      <w:start w:val="1"/>
      <w:numFmt w:val="decimal"/>
      <w:lvlText w:val="%1."/>
      <w:lvlJc w:val="left"/>
      <w:pPr>
        <w:ind w:left="502" w:hanging="360"/>
      </w:pPr>
      <w:rPr>
        <w:b/>
        <w:color w:val="FFFFFF" w:themeColor="background1"/>
      </w:rPr>
    </w:lvl>
    <w:lvl w:ilvl="1" w:tplc="3C0A0019" w:tentative="1">
      <w:start w:val="1"/>
      <w:numFmt w:val="lowerLetter"/>
      <w:lvlText w:val="%2."/>
      <w:lvlJc w:val="left"/>
      <w:pPr>
        <w:ind w:left="1222" w:hanging="360"/>
      </w:pPr>
    </w:lvl>
    <w:lvl w:ilvl="2" w:tplc="3C0A001B" w:tentative="1">
      <w:start w:val="1"/>
      <w:numFmt w:val="lowerRoman"/>
      <w:lvlText w:val="%3."/>
      <w:lvlJc w:val="right"/>
      <w:pPr>
        <w:ind w:left="1942" w:hanging="180"/>
      </w:pPr>
    </w:lvl>
    <w:lvl w:ilvl="3" w:tplc="3C0A000F" w:tentative="1">
      <w:start w:val="1"/>
      <w:numFmt w:val="decimal"/>
      <w:lvlText w:val="%4."/>
      <w:lvlJc w:val="left"/>
      <w:pPr>
        <w:ind w:left="2662" w:hanging="360"/>
      </w:pPr>
    </w:lvl>
    <w:lvl w:ilvl="4" w:tplc="3C0A0019" w:tentative="1">
      <w:start w:val="1"/>
      <w:numFmt w:val="lowerLetter"/>
      <w:lvlText w:val="%5."/>
      <w:lvlJc w:val="left"/>
      <w:pPr>
        <w:ind w:left="3382" w:hanging="360"/>
      </w:pPr>
    </w:lvl>
    <w:lvl w:ilvl="5" w:tplc="3C0A001B" w:tentative="1">
      <w:start w:val="1"/>
      <w:numFmt w:val="lowerRoman"/>
      <w:lvlText w:val="%6."/>
      <w:lvlJc w:val="right"/>
      <w:pPr>
        <w:ind w:left="4102" w:hanging="180"/>
      </w:pPr>
    </w:lvl>
    <w:lvl w:ilvl="6" w:tplc="3C0A000F" w:tentative="1">
      <w:start w:val="1"/>
      <w:numFmt w:val="decimal"/>
      <w:lvlText w:val="%7."/>
      <w:lvlJc w:val="left"/>
      <w:pPr>
        <w:ind w:left="4822" w:hanging="360"/>
      </w:pPr>
    </w:lvl>
    <w:lvl w:ilvl="7" w:tplc="3C0A0019" w:tentative="1">
      <w:start w:val="1"/>
      <w:numFmt w:val="lowerLetter"/>
      <w:lvlText w:val="%8."/>
      <w:lvlJc w:val="left"/>
      <w:pPr>
        <w:ind w:left="5542" w:hanging="360"/>
      </w:pPr>
    </w:lvl>
    <w:lvl w:ilvl="8" w:tplc="3C0A001B" w:tentative="1">
      <w:start w:val="1"/>
      <w:numFmt w:val="lowerRoman"/>
      <w:lvlText w:val="%9."/>
      <w:lvlJc w:val="right"/>
      <w:pPr>
        <w:ind w:left="6262" w:hanging="180"/>
      </w:pPr>
    </w:lvl>
  </w:abstractNum>
  <w:abstractNum w:abstractNumId="14" w15:restartNumberingAfterBreak="0">
    <w:nsid w:val="357216C3"/>
    <w:multiLevelType w:val="hybridMultilevel"/>
    <w:tmpl w:val="FCF01D52"/>
    <w:lvl w:ilvl="0" w:tplc="29CE1EA8">
      <w:start w:val="1"/>
      <w:numFmt w:val="lowerLetter"/>
      <w:lvlText w:val="%1."/>
      <w:lvlJc w:val="left"/>
      <w:pPr>
        <w:ind w:left="1353" w:hanging="360"/>
      </w:pPr>
      <w:rPr>
        <w:b w:val="0"/>
      </w:r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5" w15:restartNumberingAfterBreak="0">
    <w:nsid w:val="36AD3AE0"/>
    <w:multiLevelType w:val="hybridMultilevel"/>
    <w:tmpl w:val="E2964F4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3F8347FF"/>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7" w15:restartNumberingAfterBreak="0">
    <w:nsid w:val="40ED073C"/>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8" w15:restartNumberingAfterBreak="0">
    <w:nsid w:val="4EBD7140"/>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9" w15:restartNumberingAfterBreak="0">
    <w:nsid w:val="55AF4FED"/>
    <w:multiLevelType w:val="multilevel"/>
    <w:tmpl w:val="231A2178"/>
    <w:lvl w:ilvl="0">
      <w:start w:val="1"/>
      <w:numFmt w:val="decimal"/>
      <w:lvlText w:val="%1."/>
      <w:lvlJc w:val="left"/>
      <w:pPr>
        <w:ind w:left="360" w:hanging="360"/>
      </w:pPr>
      <w:rPr>
        <w:color w:val="FFFFFF"/>
      </w:rPr>
    </w:lvl>
    <w:lvl w:ilvl="1">
      <w:start w:val="1"/>
      <w:numFmt w:val="decimal"/>
      <w:lvlText w:val="%1.%2."/>
      <w:lvlJc w:val="left"/>
      <w:pPr>
        <w:ind w:left="1080" w:hanging="720"/>
      </w:pPr>
      <w:rPr>
        <w:color w:val="FFFFFF" w:themeColor="background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0" w15:restartNumberingAfterBreak="0">
    <w:nsid w:val="56BC3126"/>
    <w:multiLevelType w:val="hybridMultilevel"/>
    <w:tmpl w:val="E2964F4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57756610"/>
    <w:multiLevelType w:val="hybridMultilevel"/>
    <w:tmpl w:val="A042708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51906458">
    <w:abstractNumId w:val="8"/>
  </w:num>
  <w:num w:numId="2" w16cid:durableId="1944729049">
    <w:abstractNumId w:val="6"/>
  </w:num>
  <w:num w:numId="3" w16cid:durableId="1137643686">
    <w:abstractNumId w:val="5"/>
  </w:num>
  <w:num w:numId="4" w16cid:durableId="1189177666">
    <w:abstractNumId w:val="4"/>
  </w:num>
  <w:num w:numId="5" w16cid:durableId="573667674">
    <w:abstractNumId w:val="7"/>
  </w:num>
  <w:num w:numId="6" w16cid:durableId="2101754211">
    <w:abstractNumId w:val="3"/>
  </w:num>
  <w:num w:numId="7" w16cid:durableId="1566187624">
    <w:abstractNumId w:val="2"/>
  </w:num>
  <w:num w:numId="8" w16cid:durableId="24184556">
    <w:abstractNumId w:val="1"/>
  </w:num>
  <w:num w:numId="9" w16cid:durableId="1223563119">
    <w:abstractNumId w:val="0"/>
  </w:num>
  <w:num w:numId="10" w16cid:durableId="114015108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960021">
    <w:abstractNumId w:val="22"/>
  </w:num>
  <w:num w:numId="12" w16cid:durableId="894044637">
    <w:abstractNumId w:val="19"/>
  </w:num>
  <w:num w:numId="13" w16cid:durableId="1993827674">
    <w:abstractNumId w:val="12"/>
    <w:lvlOverride w:ilvl="0">
      <w:lvl w:ilvl="0">
        <w:numFmt w:val="decimal"/>
        <w:lvlText w:val="%1."/>
        <w:lvlJc w:val="left"/>
      </w:lvl>
    </w:lvlOverride>
  </w:num>
  <w:num w:numId="14" w16cid:durableId="183175825">
    <w:abstractNumId w:val="9"/>
    <w:lvlOverride w:ilvl="0">
      <w:lvl w:ilvl="0">
        <w:numFmt w:val="decimal"/>
        <w:lvlText w:val="%1."/>
        <w:lvlJc w:val="left"/>
      </w:lvl>
    </w:lvlOverride>
  </w:num>
  <w:num w:numId="15" w16cid:durableId="940262206">
    <w:abstractNumId w:val="13"/>
  </w:num>
  <w:num w:numId="16" w16cid:durableId="927812442">
    <w:abstractNumId w:val="11"/>
  </w:num>
  <w:num w:numId="17" w16cid:durableId="57826108">
    <w:abstractNumId w:val="15"/>
  </w:num>
  <w:num w:numId="18" w16cid:durableId="2014334316">
    <w:abstractNumId w:val="21"/>
  </w:num>
  <w:num w:numId="19" w16cid:durableId="1285111101">
    <w:abstractNumId w:val="17"/>
  </w:num>
  <w:num w:numId="20" w16cid:durableId="813791237">
    <w:abstractNumId w:val="14"/>
  </w:num>
  <w:num w:numId="21" w16cid:durableId="465780006">
    <w:abstractNumId w:val="20"/>
  </w:num>
  <w:num w:numId="22" w16cid:durableId="1443185842">
    <w:abstractNumId w:val="18"/>
  </w:num>
  <w:num w:numId="23" w16cid:durableId="14565646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177F"/>
    <w:rsid w:val="00015037"/>
    <w:rsid w:val="00030289"/>
    <w:rsid w:val="00034616"/>
    <w:rsid w:val="000501A7"/>
    <w:rsid w:val="0006063C"/>
    <w:rsid w:val="00072FF5"/>
    <w:rsid w:val="000C3048"/>
    <w:rsid w:val="000C6B7D"/>
    <w:rsid w:val="000D164F"/>
    <w:rsid w:val="000D4804"/>
    <w:rsid w:val="000E71D4"/>
    <w:rsid w:val="000F1DDD"/>
    <w:rsid w:val="0011617B"/>
    <w:rsid w:val="00135FC3"/>
    <w:rsid w:val="0015074B"/>
    <w:rsid w:val="00166AA9"/>
    <w:rsid w:val="0018189F"/>
    <w:rsid w:val="00184518"/>
    <w:rsid w:val="001A3119"/>
    <w:rsid w:val="001A5A26"/>
    <w:rsid w:val="001E05D5"/>
    <w:rsid w:val="001E714C"/>
    <w:rsid w:val="001F225D"/>
    <w:rsid w:val="001F5DEE"/>
    <w:rsid w:val="002105E1"/>
    <w:rsid w:val="002164F1"/>
    <w:rsid w:val="00217721"/>
    <w:rsid w:val="00251D82"/>
    <w:rsid w:val="00262FC9"/>
    <w:rsid w:val="00271445"/>
    <w:rsid w:val="00274473"/>
    <w:rsid w:val="002820E3"/>
    <w:rsid w:val="0029639D"/>
    <w:rsid w:val="002A5680"/>
    <w:rsid w:val="002A77A9"/>
    <w:rsid w:val="002F3317"/>
    <w:rsid w:val="00326F90"/>
    <w:rsid w:val="003435C1"/>
    <w:rsid w:val="003731C6"/>
    <w:rsid w:val="00375206"/>
    <w:rsid w:val="003779D2"/>
    <w:rsid w:val="00380C83"/>
    <w:rsid w:val="003F3CC2"/>
    <w:rsid w:val="004135F3"/>
    <w:rsid w:val="00413BD2"/>
    <w:rsid w:val="00430791"/>
    <w:rsid w:val="00434A3A"/>
    <w:rsid w:val="0044515B"/>
    <w:rsid w:val="00451444"/>
    <w:rsid w:val="00485141"/>
    <w:rsid w:val="00491CF4"/>
    <w:rsid w:val="004A78A4"/>
    <w:rsid w:val="004C24F7"/>
    <w:rsid w:val="004F3D6B"/>
    <w:rsid w:val="00527AB3"/>
    <w:rsid w:val="00541F53"/>
    <w:rsid w:val="00547A47"/>
    <w:rsid w:val="0055474B"/>
    <w:rsid w:val="005557BF"/>
    <w:rsid w:val="00576C06"/>
    <w:rsid w:val="005A2200"/>
    <w:rsid w:val="005A72C0"/>
    <w:rsid w:val="005D12D8"/>
    <w:rsid w:val="005F7CED"/>
    <w:rsid w:val="006146DC"/>
    <w:rsid w:val="00617774"/>
    <w:rsid w:val="006331E0"/>
    <w:rsid w:val="00637CEC"/>
    <w:rsid w:val="00650BD2"/>
    <w:rsid w:val="006D6FF2"/>
    <w:rsid w:val="00730907"/>
    <w:rsid w:val="00735EB3"/>
    <w:rsid w:val="0073782B"/>
    <w:rsid w:val="00750F4A"/>
    <w:rsid w:val="0077056B"/>
    <w:rsid w:val="007825EF"/>
    <w:rsid w:val="007A43C1"/>
    <w:rsid w:val="007C14C4"/>
    <w:rsid w:val="007D5884"/>
    <w:rsid w:val="007F04AA"/>
    <w:rsid w:val="008019D4"/>
    <w:rsid w:val="008404AA"/>
    <w:rsid w:val="0085175E"/>
    <w:rsid w:val="008603AE"/>
    <w:rsid w:val="00877E2D"/>
    <w:rsid w:val="0089381D"/>
    <w:rsid w:val="00894B54"/>
    <w:rsid w:val="008B14D2"/>
    <w:rsid w:val="0091656A"/>
    <w:rsid w:val="00920BB3"/>
    <w:rsid w:val="0092337E"/>
    <w:rsid w:val="00940D99"/>
    <w:rsid w:val="009434E3"/>
    <w:rsid w:val="009533B4"/>
    <w:rsid w:val="009808F8"/>
    <w:rsid w:val="00990F2B"/>
    <w:rsid w:val="00994221"/>
    <w:rsid w:val="009A28C0"/>
    <w:rsid w:val="009E248B"/>
    <w:rsid w:val="00A152E4"/>
    <w:rsid w:val="00A3110F"/>
    <w:rsid w:val="00A35521"/>
    <w:rsid w:val="00A402C9"/>
    <w:rsid w:val="00A54E84"/>
    <w:rsid w:val="00A67A27"/>
    <w:rsid w:val="00A7376B"/>
    <w:rsid w:val="00A95CD6"/>
    <w:rsid w:val="00AA1D8D"/>
    <w:rsid w:val="00AE2053"/>
    <w:rsid w:val="00AF4AE5"/>
    <w:rsid w:val="00B075FD"/>
    <w:rsid w:val="00B150CA"/>
    <w:rsid w:val="00B3724C"/>
    <w:rsid w:val="00B47730"/>
    <w:rsid w:val="00BB0409"/>
    <w:rsid w:val="00BE53F9"/>
    <w:rsid w:val="00BF1737"/>
    <w:rsid w:val="00BF4058"/>
    <w:rsid w:val="00C07594"/>
    <w:rsid w:val="00C13E5D"/>
    <w:rsid w:val="00C26D51"/>
    <w:rsid w:val="00C3005E"/>
    <w:rsid w:val="00C509F1"/>
    <w:rsid w:val="00C50B24"/>
    <w:rsid w:val="00C65166"/>
    <w:rsid w:val="00C679A9"/>
    <w:rsid w:val="00C760B5"/>
    <w:rsid w:val="00C95DA9"/>
    <w:rsid w:val="00CB0664"/>
    <w:rsid w:val="00CE32A2"/>
    <w:rsid w:val="00D037C6"/>
    <w:rsid w:val="00D12FE3"/>
    <w:rsid w:val="00D21897"/>
    <w:rsid w:val="00D25E1F"/>
    <w:rsid w:val="00D3392F"/>
    <w:rsid w:val="00D44D8D"/>
    <w:rsid w:val="00D51657"/>
    <w:rsid w:val="00D932A4"/>
    <w:rsid w:val="00DD0752"/>
    <w:rsid w:val="00E20812"/>
    <w:rsid w:val="00E26089"/>
    <w:rsid w:val="00E40931"/>
    <w:rsid w:val="00E55766"/>
    <w:rsid w:val="00E56B02"/>
    <w:rsid w:val="00E600E0"/>
    <w:rsid w:val="00E66A21"/>
    <w:rsid w:val="00E73CB1"/>
    <w:rsid w:val="00E84C85"/>
    <w:rsid w:val="00EA3469"/>
    <w:rsid w:val="00EA7EEA"/>
    <w:rsid w:val="00EC216B"/>
    <w:rsid w:val="00ED1926"/>
    <w:rsid w:val="00EE602A"/>
    <w:rsid w:val="00EF1B84"/>
    <w:rsid w:val="00EF569F"/>
    <w:rsid w:val="00F337DF"/>
    <w:rsid w:val="00F7397A"/>
    <w:rsid w:val="00F86281"/>
    <w:rsid w:val="00FA213C"/>
    <w:rsid w:val="00FA41D4"/>
    <w:rsid w:val="00FA5AD9"/>
    <w:rsid w:val="00FB35B6"/>
    <w:rsid w:val="00FB7E82"/>
    <w:rsid w:val="00FC693F"/>
    <w:rsid w:val="00FD0BB0"/>
    <w:rsid w:val="00FD521D"/>
    <w:rsid w:val="00FE3515"/>
    <w:rsid w:val="00FE501F"/>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0984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next w:val="Tablaconcuadrcula"/>
    <w:uiPriority w:val="39"/>
    <w:rsid w:val="0092337E"/>
    <w:pPr>
      <w:spacing w:after="0" w:line="240" w:lineRule="auto"/>
    </w:pPr>
    <w:rPr>
      <w:rFonts w:ascii="Twentieth Century" w:eastAsia="Twentieth Century"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A27"/>
    <w:pPr>
      <w:spacing w:before="100" w:beforeAutospacing="1" w:after="100" w:afterAutospacing="1"/>
    </w:pPr>
    <w:rPr>
      <w:rFonts w:ascii="Times New Roman" w:eastAsia="Times New Roman" w:hAnsi="Times New Roman" w:cs="Times New Roman"/>
      <w:sz w:val="24"/>
      <w:szCs w:val="24"/>
      <w:lang w:val="es-PY" w:eastAsia="es-PY"/>
    </w:rPr>
  </w:style>
  <w:style w:type="paragraph" w:customStyle="1" w:styleId="TableParagraph">
    <w:name w:val="Table Paragraph"/>
    <w:basedOn w:val="Normal"/>
    <w:uiPriority w:val="1"/>
    <w:qFormat/>
    <w:rsid w:val="002105E1"/>
    <w:pPr>
      <w:widowControl w:val="0"/>
      <w:autoSpaceDE w:val="0"/>
      <w:autoSpaceDN w:val="0"/>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71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66D239-8C68-4619-BD01-DE8A03246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60320-A647-4227-B7DC-62FB3A12141D}">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e4f75650-8e21-49ba-b91c-b81547c800be"/>
    <ds:schemaRef ds:uri="http://schemas.microsoft.com/office/infopath/2007/PartnerControls"/>
    <ds:schemaRef ds:uri="http://www.w3.org/XML/1998/namespace"/>
    <ds:schemaRef ds:uri="04ced7c2-fe6c-4dc0-a90a-a1af3751564d"/>
    <ds:schemaRef ds:uri="http://purl.org/dc/dcmitype/"/>
    <ds:schemaRef ds:uri="http://purl.org/dc/terms/"/>
  </ds:schemaRefs>
</ds:datastoreItem>
</file>

<file path=customXml/itemProps3.xml><?xml version="1.0" encoding="utf-8"?>
<ds:datastoreItem xmlns:ds="http://schemas.openxmlformats.org/officeDocument/2006/customXml" ds:itemID="{285C0D56-56AC-4428-BDCE-77F0E36B70EE}">
  <ds:schemaRefs>
    <ds:schemaRef ds:uri="http://schemas.openxmlformats.org/officeDocument/2006/bibliography"/>
  </ds:schemaRefs>
</ds:datastoreItem>
</file>

<file path=customXml/itemProps4.xml><?xml version="1.0" encoding="utf-8"?>
<ds:datastoreItem xmlns:ds="http://schemas.openxmlformats.org/officeDocument/2006/customXml" ds:itemID="{071DB08F-D253-45B7-82DF-8348B3E6E9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2716</Words>
  <Characters>14942</Characters>
  <Application>Microsoft Office Word</Application>
  <DocSecurity>0</DocSecurity>
  <Lines>124</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17623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2026-09-07T12:16:00Z</dcterms:created>
  <dcterms:modified xsi:type="dcterms:W3CDTF">2026-09-07T12:16:00Z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