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694C1" w14:textId="77777777" w:rsidR="00E26089" w:rsidRDefault="00E26089" w:rsidP="00E26089">
      <w:pPr>
        <w:tabs>
          <w:tab w:val="left" w:pos="300"/>
        </w:tabs>
        <w:rPr>
          <w:b/>
          <w:color w:val="000000"/>
          <w:sz w:val="28"/>
          <w:szCs w:val="28"/>
          <w:lang w:val="es-PY"/>
        </w:rPr>
      </w:pPr>
    </w:p>
    <w:p w14:paraId="40D5780B" w14:textId="0EEB6082" w:rsidR="000C6B7D" w:rsidRDefault="00E26089">
      <w:pPr>
        <w:jc w:val="center"/>
        <w:rPr>
          <w:b/>
          <w:color w:val="000000"/>
          <w:sz w:val="28"/>
          <w:szCs w:val="28"/>
          <w:lang w:val="es-PY"/>
        </w:rPr>
      </w:pPr>
      <w:r w:rsidRPr="00E26089">
        <w:rPr>
          <w:b/>
          <w:color w:val="000000"/>
          <w:sz w:val="28"/>
          <w:szCs w:val="28"/>
          <w:lang w:val="es-PY"/>
        </w:rPr>
        <w:t>MODELO NACIONAL DE EVALUACIÓN Y ACREDITACIÓN DE LA</w:t>
      </w:r>
      <w:r w:rsidRPr="00E26089">
        <w:rPr>
          <w:b/>
          <w:color w:val="000000"/>
          <w:sz w:val="28"/>
          <w:szCs w:val="28"/>
          <w:lang w:val="es-PY"/>
        </w:rPr>
        <w:br/>
        <w:t>EDUCACIÓN SUPERIOR</w:t>
      </w:r>
    </w:p>
    <w:p w14:paraId="76E211FF" w14:textId="77777777" w:rsidR="00375206" w:rsidRDefault="00375206">
      <w:pPr>
        <w:jc w:val="center"/>
        <w:rPr>
          <w:b/>
          <w:color w:val="000000"/>
          <w:sz w:val="28"/>
          <w:szCs w:val="28"/>
          <w:lang w:val="es-PY"/>
        </w:rPr>
      </w:pPr>
    </w:p>
    <w:p w14:paraId="219F6A02" w14:textId="77777777" w:rsidR="00375206" w:rsidRPr="00375206" w:rsidRDefault="00375206" w:rsidP="00375206">
      <w:pPr>
        <w:spacing w:line="278" w:lineRule="auto"/>
        <w:jc w:val="center"/>
        <w:rPr>
          <w:b/>
          <w:bCs/>
          <w:sz w:val="28"/>
          <w:szCs w:val="28"/>
          <w:lang w:val="es-PY"/>
        </w:rPr>
      </w:pPr>
      <w:r w:rsidRPr="00375206">
        <w:rPr>
          <w:b/>
          <w:bCs/>
          <w:sz w:val="28"/>
          <w:szCs w:val="28"/>
          <w:lang w:val="es-PY"/>
        </w:rPr>
        <w:t xml:space="preserve">SISTEMA DE EVALUACIÓN DE LA CALIDAD DE LA EDUCACIÓN SUPERIOR POR FASES </w:t>
      </w:r>
    </w:p>
    <w:p w14:paraId="7BB2A185" w14:textId="77777777" w:rsidR="00375206" w:rsidRPr="00375206" w:rsidRDefault="00375206" w:rsidP="00375206">
      <w:pPr>
        <w:spacing w:line="278" w:lineRule="auto"/>
        <w:jc w:val="center"/>
        <w:rPr>
          <w:b/>
          <w:bCs/>
          <w:sz w:val="28"/>
          <w:szCs w:val="28"/>
          <w:lang w:val="es-PY"/>
        </w:rPr>
      </w:pPr>
      <w:r w:rsidRPr="00375206">
        <w:rPr>
          <w:b/>
          <w:bCs/>
          <w:sz w:val="28"/>
          <w:szCs w:val="28"/>
          <w:lang w:val="es-PY"/>
        </w:rPr>
        <w:t>Resolución ANEAES N° 309/2025</w:t>
      </w:r>
    </w:p>
    <w:p w14:paraId="1924FB95" w14:textId="77777777" w:rsidR="00375206" w:rsidRPr="00E26089" w:rsidRDefault="00375206">
      <w:pPr>
        <w:jc w:val="center"/>
        <w:rPr>
          <w:sz w:val="28"/>
          <w:szCs w:val="28"/>
          <w:lang w:val="es-PY"/>
        </w:rPr>
      </w:pPr>
    </w:p>
    <w:p w14:paraId="3F70DF19" w14:textId="77777777" w:rsidR="00541F53" w:rsidRDefault="00E26089">
      <w:pPr>
        <w:jc w:val="center"/>
        <w:rPr>
          <w:b/>
          <w:color w:val="000000"/>
          <w:sz w:val="22"/>
          <w:lang w:val="es-PY"/>
        </w:rPr>
      </w:pPr>
      <w:r w:rsidRPr="00E26089">
        <w:rPr>
          <w:b/>
          <w:color w:val="000000"/>
          <w:sz w:val="22"/>
          <w:lang w:val="es-PY"/>
        </w:rPr>
        <w:t xml:space="preserve">INFORME DE AUTOEVALUACIÓN - </w:t>
      </w:r>
      <w:r w:rsidR="00541F53">
        <w:rPr>
          <w:b/>
          <w:color w:val="000000"/>
          <w:sz w:val="22"/>
          <w:lang w:val="es-PY"/>
        </w:rPr>
        <w:t>EVALUACIÓN FORMATIVA</w:t>
      </w:r>
      <w:r w:rsidR="00541F53" w:rsidRPr="00E26089">
        <w:rPr>
          <w:b/>
          <w:color w:val="000000"/>
          <w:sz w:val="22"/>
          <w:lang w:val="es-PY"/>
        </w:rPr>
        <w:t xml:space="preserve"> </w:t>
      </w:r>
    </w:p>
    <w:p w14:paraId="21A62596" w14:textId="12859466" w:rsidR="000C6B7D" w:rsidRDefault="00EF569F">
      <w:pPr>
        <w:jc w:val="center"/>
        <w:rPr>
          <w:b/>
          <w:color w:val="000000"/>
          <w:sz w:val="22"/>
          <w:lang w:val="es-PY"/>
        </w:rPr>
      </w:pPr>
      <w:r>
        <w:rPr>
          <w:b/>
          <w:color w:val="000000"/>
          <w:sz w:val="22"/>
          <w:lang w:val="es-PY"/>
        </w:rPr>
        <w:t>DOCTORADO</w:t>
      </w:r>
      <w:r w:rsidR="00E26089" w:rsidRPr="00E26089">
        <w:rPr>
          <w:b/>
          <w:color w:val="000000"/>
          <w:sz w:val="22"/>
          <w:lang w:val="es-PY"/>
        </w:rPr>
        <w:t xml:space="preserve"> </w:t>
      </w:r>
      <w:r w:rsidR="001E714C">
        <w:rPr>
          <w:b/>
          <w:color w:val="000000"/>
          <w:sz w:val="22"/>
          <w:lang w:val="es-PY"/>
        </w:rPr>
        <w:t>PROFESIONALIZANTE</w:t>
      </w:r>
      <w:r w:rsidR="00541F53">
        <w:rPr>
          <w:b/>
          <w:color w:val="000000"/>
          <w:sz w:val="22"/>
          <w:lang w:val="es-PY"/>
        </w:rPr>
        <w:t xml:space="preserve"> - </w:t>
      </w:r>
      <w:r w:rsidR="00E26089" w:rsidRPr="00E26089">
        <w:rPr>
          <w:b/>
          <w:color w:val="000000"/>
          <w:sz w:val="22"/>
          <w:lang w:val="es-PY"/>
        </w:rPr>
        <w:t xml:space="preserve">MODALIDAD </w:t>
      </w:r>
      <w:r>
        <w:rPr>
          <w:b/>
          <w:color w:val="000000"/>
          <w:sz w:val="22"/>
          <w:lang w:val="es-PY"/>
        </w:rPr>
        <w:t>PRESENCIAL</w:t>
      </w:r>
    </w:p>
    <w:p w14:paraId="2EC70969" w14:textId="77777777" w:rsidR="008404AA" w:rsidRPr="00E26089" w:rsidRDefault="008404AA">
      <w:pPr>
        <w:jc w:val="center"/>
        <w:rPr>
          <w:sz w:val="22"/>
          <w:lang w:val="es-PY"/>
        </w:rPr>
      </w:pPr>
    </w:p>
    <w:tbl>
      <w:tblPr>
        <w:tblW w:w="9490" w:type="dxa"/>
        <w:jc w:val="center"/>
        <w:tblLayout w:type="fixed"/>
        <w:tblLook w:val="04A0" w:firstRow="1" w:lastRow="0" w:firstColumn="1" w:lastColumn="0" w:noHBand="0" w:noVBand="1"/>
      </w:tblPr>
      <w:tblGrid>
        <w:gridCol w:w="3033"/>
        <w:gridCol w:w="6457"/>
      </w:tblGrid>
      <w:tr w:rsidR="000C6B7D" w14:paraId="618209B6" w14:textId="77777777" w:rsidTr="00877E2D">
        <w:trPr>
          <w:cantSplit/>
          <w:trHeight w:hRule="exact" w:val="403"/>
          <w:jc w:val="center"/>
        </w:trPr>
        <w:tc>
          <w:tcPr>
            <w:tcW w:w="9490" w:type="dxa"/>
            <w:gridSpan w:val="2"/>
            <w:tcBorders>
              <w:top w:val="single" w:sz="6" w:space="0" w:color="386F53"/>
              <w:left w:val="single" w:sz="6" w:space="0" w:color="386F53"/>
              <w:bottom w:val="single" w:sz="6" w:space="0" w:color="386F53"/>
              <w:right w:val="single" w:sz="6" w:space="0" w:color="386F53"/>
            </w:tcBorders>
            <w:shd w:val="clear" w:color="auto" w:fill="404040" w:themeFill="text1" w:themeFillTint="BF"/>
            <w:tcMar>
              <w:top w:w="55" w:type="dxa"/>
              <w:left w:w="70" w:type="dxa"/>
              <w:bottom w:w="55" w:type="dxa"/>
              <w:right w:w="70" w:type="dxa"/>
            </w:tcMar>
            <w:vAlign w:val="center"/>
          </w:tcPr>
          <w:p w14:paraId="7DFCACE7" w14:textId="666A43D0" w:rsidR="000C6B7D" w:rsidRDefault="00E26089" w:rsidP="005D12D8">
            <w:pPr>
              <w:pStyle w:val="Prrafodelista"/>
              <w:numPr>
                <w:ilvl w:val="0"/>
                <w:numId w:val="15"/>
              </w:numPr>
              <w:ind w:left="342" w:hanging="284"/>
            </w:pPr>
            <w:r w:rsidRPr="005D12D8">
              <w:rPr>
                <w:b/>
                <w:color w:val="FFFFFF"/>
              </w:rPr>
              <w:t>DATOS DE IDENTIFICACIÓN</w:t>
            </w:r>
          </w:p>
        </w:tc>
      </w:tr>
      <w:tr w:rsidR="000C6B7D" w14:paraId="34285C29"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54BB6541" w14:textId="77777777" w:rsidR="000C6B7D" w:rsidRDefault="00E26089">
            <w:r>
              <w:rPr>
                <w:b/>
                <w:color w:val="FFFFFF"/>
              </w:rPr>
              <w:t>DATOS DE LA INSTITUCIÓN</w:t>
            </w:r>
          </w:p>
        </w:tc>
      </w:tr>
      <w:tr w:rsidR="000C6B7D" w14:paraId="5E93AB31"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B6459CE" w14:textId="77777777" w:rsidR="000C6B7D" w:rsidRDefault="00E26089">
            <w:r>
              <w:rPr>
                <w:b/>
                <w:color w:val="000000"/>
              </w:rPr>
              <w:t>Institución:</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D5DD33" w14:textId="77777777" w:rsidR="000C6B7D" w:rsidRDefault="000C6B7D"/>
        </w:tc>
      </w:tr>
      <w:tr w:rsidR="000C6B7D" w14:paraId="0535C433"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1B6372" w14:textId="77777777" w:rsidR="000C6B7D" w:rsidRDefault="00E26089">
            <w:r>
              <w:rPr>
                <w:b/>
                <w:color w:val="000000"/>
              </w:rPr>
              <w:t>Máxima autoridad: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C2F4CA" w14:textId="77777777" w:rsidR="000C6B7D" w:rsidRDefault="000C6B7D"/>
        </w:tc>
      </w:tr>
      <w:tr w:rsidR="000C6B7D" w14:paraId="2F99A68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AB491B2" w14:textId="77777777" w:rsidR="000C6B7D" w:rsidRDefault="00E26089">
            <w:r>
              <w:rPr>
                <w:b/>
                <w:color w:val="000000"/>
              </w:rPr>
              <w:t>Dirección:</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C464A34" w14:textId="77777777" w:rsidR="000C6B7D" w:rsidRDefault="000C6B7D"/>
        </w:tc>
      </w:tr>
      <w:tr w:rsidR="000C6B7D" w14:paraId="6A3B351D"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4954ED9" w14:textId="77777777" w:rsidR="000C6B7D" w:rsidRDefault="00E26089">
            <w:r>
              <w:rPr>
                <w:b/>
                <w:color w:val="000000"/>
              </w:rPr>
              <w:t>Departamento: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EFEA635" w14:textId="77777777" w:rsidR="000C6B7D" w:rsidRDefault="000C6B7D"/>
        </w:tc>
      </w:tr>
      <w:tr w:rsidR="000C6B7D" w14:paraId="3534A4FB"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C718F05" w14:textId="77777777" w:rsidR="000C6B7D" w:rsidRDefault="00E26089">
            <w:r>
              <w:rPr>
                <w:b/>
                <w:color w:val="000000"/>
              </w:rPr>
              <w:t>Ciudad: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88ABD4" w14:textId="77777777" w:rsidR="000C6B7D" w:rsidRDefault="000C6B7D"/>
        </w:tc>
      </w:tr>
      <w:tr w:rsidR="000C6B7D" w14:paraId="0D11059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FA9F72B" w14:textId="77777777" w:rsidR="000C6B7D" w:rsidRDefault="00E26089">
            <w:r>
              <w:rPr>
                <w:b/>
                <w:color w:val="000000"/>
              </w:rPr>
              <w:t>Teléfono: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67BF91F" w14:textId="77777777" w:rsidR="000C6B7D" w:rsidRDefault="000C6B7D"/>
        </w:tc>
      </w:tr>
      <w:tr w:rsidR="000C6B7D" w14:paraId="40194F5A"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10F1CFC" w14:textId="77777777" w:rsidR="000C6B7D" w:rsidRDefault="00E26089">
            <w:r>
              <w:rPr>
                <w:b/>
                <w:color w:val="000000"/>
              </w:rPr>
              <w:t>Correo electrónico: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BD7C7D1" w14:textId="77777777" w:rsidR="000C6B7D" w:rsidRDefault="000C6B7D"/>
        </w:tc>
      </w:tr>
      <w:tr w:rsidR="000C6B7D" w14:paraId="520FEE46"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260612E7" w14:textId="77777777" w:rsidR="000C6B7D" w:rsidRDefault="00E26089">
            <w:r>
              <w:rPr>
                <w:b/>
                <w:color w:val="FFFFFF"/>
              </w:rPr>
              <w:t>DATOS ESPECÍFICOS DEL PROGRAMA</w:t>
            </w:r>
          </w:p>
        </w:tc>
      </w:tr>
      <w:tr w:rsidR="000C6B7D" w14:paraId="23415FA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834E2C6" w14:textId="77777777" w:rsidR="000C6B7D" w:rsidRDefault="00E26089">
            <w:r>
              <w:rPr>
                <w:b/>
                <w:color w:val="000000"/>
              </w:rPr>
              <w:t>Nombre del programa: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FEC9C9F" w14:textId="77777777" w:rsidR="000C6B7D" w:rsidRDefault="000C6B7D"/>
        </w:tc>
      </w:tr>
      <w:tr w:rsidR="000C6B7D" w14:paraId="3187AC09"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E001025" w14:textId="77777777" w:rsidR="000C6B7D" w:rsidRDefault="00E26089">
            <w:r>
              <w:rPr>
                <w:b/>
                <w:color w:val="000000"/>
              </w:rPr>
              <w:t>Facultad: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37819F0" w14:textId="77777777" w:rsidR="000C6B7D" w:rsidRDefault="000C6B7D"/>
        </w:tc>
      </w:tr>
      <w:tr w:rsidR="000C6B7D" w:rsidRPr="00267D20" w14:paraId="6C94B4CB" w14:textId="77777777" w:rsidTr="0055474B">
        <w:trPr>
          <w:cantSplit/>
          <w:trHeight w:hRule="exact" w:val="605"/>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CDF9050" w14:textId="77777777" w:rsidR="000C6B7D" w:rsidRPr="00E26089" w:rsidRDefault="00E26089">
            <w:pPr>
              <w:rPr>
                <w:lang w:val="es-PY"/>
              </w:rPr>
            </w:pPr>
            <w:r w:rsidRPr="00E26089">
              <w:rPr>
                <w:b/>
                <w:color w:val="000000"/>
                <w:lang w:val="es-PY"/>
              </w:rPr>
              <w:t>Sede o filial donde se desarrolla: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B02BFF" w14:textId="77777777" w:rsidR="000C6B7D" w:rsidRPr="00E26089" w:rsidRDefault="000C6B7D">
            <w:pPr>
              <w:rPr>
                <w:lang w:val="es-PY"/>
              </w:rPr>
            </w:pPr>
          </w:p>
        </w:tc>
      </w:tr>
      <w:tr w:rsidR="000C6B7D" w14:paraId="61E7174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FE8C3D0" w14:textId="77777777" w:rsidR="000C6B7D" w:rsidRDefault="00E26089">
            <w:proofErr w:type="spellStart"/>
            <w:r>
              <w:rPr>
                <w:b/>
                <w:color w:val="000000"/>
              </w:rPr>
              <w:t>Dirección</w:t>
            </w:r>
            <w:proofErr w:type="spellEnd"/>
            <w:r>
              <w:rPr>
                <w:b/>
                <w:color w:val="000000"/>
              </w:rPr>
              <w:t>:</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FACC3FA" w14:textId="77777777" w:rsidR="000C6B7D" w:rsidRDefault="000C6B7D"/>
        </w:tc>
      </w:tr>
      <w:tr w:rsidR="000C6B7D" w:rsidRPr="00267D20" w14:paraId="6A74DF82"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7973CC63" w14:textId="77777777" w:rsidR="000C6B7D" w:rsidRPr="00E26089" w:rsidRDefault="00E26089">
            <w:pPr>
              <w:rPr>
                <w:lang w:val="es-PY"/>
              </w:rPr>
            </w:pPr>
            <w:r w:rsidRPr="00E26089">
              <w:rPr>
                <w:b/>
                <w:color w:val="FFFFFF"/>
                <w:lang w:val="es-PY"/>
              </w:rPr>
              <w:t>DATOS DE LOS RESPONSABLES DEL PROGRAMA</w:t>
            </w:r>
          </w:p>
        </w:tc>
      </w:tr>
      <w:tr w:rsidR="000C6B7D" w14:paraId="0C6B5FB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0AF6DA6" w14:textId="77777777" w:rsidR="000C6B7D" w:rsidRDefault="00E26089">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50E309B" w14:textId="77777777" w:rsidR="000C6B7D" w:rsidRDefault="000C6B7D"/>
        </w:tc>
      </w:tr>
      <w:tr w:rsidR="000C6B7D" w14:paraId="03F63DCD"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447655" w14:textId="77777777" w:rsidR="000C6B7D" w:rsidRDefault="00E26089">
            <w:r>
              <w:rPr>
                <w:b/>
                <w:color w:val="000000"/>
              </w:rPr>
              <w:t>Máxima titulación académica: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37C55D8" w14:textId="77777777" w:rsidR="000C6B7D" w:rsidRDefault="000C6B7D"/>
        </w:tc>
      </w:tr>
      <w:tr w:rsidR="000C6B7D" w14:paraId="6097D8A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8AD9E8B" w14:textId="77777777" w:rsidR="000C6B7D" w:rsidRDefault="00E26089">
            <w:r>
              <w:rPr>
                <w:b/>
                <w:color w:val="000000"/>
              </w:rPr>
              <w:t>Resolución de nombramiento: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7A7EF65" w14:textId="77777777" w:rsidR="000C6B7D" w:rsidRDefault="000C6B7D"/>
        </w:tc>
      </w:tr>
      <w:tr w:rsidR="000C6B7D" w:rsidRPr="00267D20" w14:paraId="5D7AD87F"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2E6B17BF" w14:textId="77777777" w:rsidR="000C6B7D" w:rsidRPr="00E26089" w:rsidRDefault="00E26089">
            <w:pPr>
              <w:rPr>
                <w:lang w:val="es-PY"/>
              </w:rPr>
            </w:pPr>
            <w:r w:rsidRPr="00E26089">
              <w:rPr>
                <w:b/>
                <w:color w:val="FFFFFF"/>
                <w:lang w:val="es-PY"/>
              </w:rPr>
              <w:t>DATOS DEL TÉCNICO DE ENLACE</w:t>
            </w:r>
          </w:p>
        </w:tc>
      </w:tr>
      <w:tr w:rsidR="000C6B7D" w14:paraId="7F2C8C4A"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CD05F5F" w14:textId="77777777" w:rsidR="000C6B7D" w:rsidRDefault="00E26089">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0E7942E" w14:textId="77777777" w:rsidR="000C6B7D" w:rsidRDefault="000C6B7D"/>
        </w:tc>
      </w:tr>
      <w:tr w:rsidR="000C6B7D" w14:paraId="694AF48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B0EDC28" w14:textId="77777777" w:rsidR="000C6B7D" w:rsidRDefault="00E26089">
            <w:r>
              <w:rPr>
                <w:b/>
                <w:color w:val="000000"/>
              </w:rPr>
              <w:t>Correo electrónico: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420CC50" w14:textId="77777777" w:rsidR="000C6B7D" w:rsidRDefault="000C6B7D"/>
        </w:tc>
      </w:tr>
      <w:tr w:rsidR="000C6B7D" w14:paraId="435C56A6"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B9496BE" w14:textId="69C86E6E" w:rsidR="00A3110F" w:rsidRDefault="00E26089">
            <w:r>
              <w:rPr>
                <w:b/>
                <w:color w:val="000000"/>
              </w:rPr>
              <w:t>Teléfono de contacto:</w:t>
            </w:r>
          </w:p>
          <w:p w14:paraId="49414FEC" w14:textId="69A3E208" w:rsidR="00A3110F" w:rsidRDefault="00A3110F" w:rsidP="00A3110F"/>
          <w:p w14:paraId="4F2329D1" w14:textId="1C09C278" w:rsidR="00A3110F" w:rsidRDefault="00A3110F" w:rsidP="00A3110F"/>
          <w:p w14:paraId="3D764278" w14:textId="77777777" w:rsidR="000C6B7D" w:rsidRPr="00A3110F" w:rsidRDefault="000C6B7D" w:rsidP="00A3110F"/>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67E8D8" w14:textId="77777777" w:rsidR="000C6B7D" w:rsidRDefault="000C6B7D"/>
        </w:tc>
      </w:tr>
    </w:tbl>
    <w:p w14:paraId="6A45E2B5" w14:textId="225F0328" w:rsidR="0092337E" w:rsidRPr="0092337E" w:rsidRDefault="005D12D8" w:rsidP="00877E2D">
      <w:pPr>
        <w:widowControl w:val="0"/>
        <w:shd w:val="clear" w:color="auto" w:fill="808080" w:themeFill="background1" w:themeFillShade="80"/>
        <w:tabs>
          <w:tab w:val="left" w:pos="1001"/>
        </w:tabs>
        <w:autoSpaceDE w:val="0"/>
        <w:autoSpaceDN w:val="0"/>
        <w:spacing w:before="180" w:after="40" w:line="259" w:lineRule="auto"/>
        <w:ind w:right="-2"/>
        <w:contextualSpacing/>
        <w:rPr>
          <w:b/>
          <w:color w:val="FFFFFF"/>
          <w:sz w:val="22"/>
          <w:lang w:val="es-ES"/>
        </w:rPr>
      </w:pPr>
      <w:r>
        <w:rPr>
          <w:b/>
          <w:color w:val="FFFFFF"/>
          <w:sz w:val="22"/>
          <w:lang w:val="es-ES"/>
        </w:rPr>
        <w:lastRenderedPageBreak/>
        <w:t xml:space="preserve">2. </w:t>
      </w:r>
      <w:r w:rsidR="0092337E" w:rsidRPr="0092337E">
        <w:rPr>
          <w:b/>
          <w:color w:val="FFFFFF"/>
          <w:sz w:val="22"/>
          <w:lang w:val="es-ES"/>
        </w:rPr>
        <w:t>PRESENTACIÓN</w:t>
      </w:r>
      <w:r w:rsidR="0092337E" w:rsidRPr="0092337E">
        <w:rPr>
          <w:b/>
          <w:color w:val="FFFFFF"/>
          <w:spacing w:val="-4"/>
          <w:sz w:val="22"/>
          <w:lang w:val="es-ES"/>
        </w:rPr>
        <w:t xml:space="preserve"> </w:t>
      </w:r>
      <w:r w:rsidR="0092337E" w:rsidRPr="0092337E">
        <w:rPr>
          <w:b/>
          <w:color w:val="FFFFFF"/>
          <w:sz w:val="22"/>
          <w:lang w:val="es-ES"/>
        </w:rPr>
        <w:t>DE LA</w:t>
      </w:r>
      <w:r w:rsidR="0092337E" w:rsidRPr="0092337E">
        <w:rPr>
          <w:b/>
          <w:color w:val="FFFFFF"/>
          <w:spacing w:val="-4"/>
          <w:sz w:val="22"/>
          <w:lang w:val="es-ES"/>
        </w:rPr>
        <w:t xml:space="preserve"> </w:t>
      </w:r>
      <w:r w:rsidR="0092337E" w:rsidRPr="0092337E">
        <w:rPr>
          <w:b/>
          <w:color w:val="FFFFFF"/>
          <w:spacing w:val="-2"/>
          <w:sz w:val="22"/>
          <w:lang w:val="es-ES"/>
        </w:rPr>
        <w:t>INSTIT</w:t>
      </w:r>
      <w:r w:rsidR="0092337E" w:rsidRPr="00877E2D">
        <w:rPr>
          <w:b/>
          <w:color w:val="FFFFFF"/>
          <w:spacing w:val="-2"/>
          <w:sz w:val="22"/>
          <w:shd w:val="clear" w:color="auto" w:fill="808080" w:themeFill="background1" w:themeFillShade="80"/>
          <w:lang w:val="es-ES"/>
        </w:rPr>
        <w:t>UCIÓN</w:t>
      </w:r>
    </w:p>
    <w:p w14:paraId="16172F9E" w14:textId="77777777" w:rsidR="0092337E" w:rsidRPr="0092337E" w:rsidRDefault="0092337E" w:rsidP="00D44D8D">
      <w:pPr>
        <w:widowControl w:val="0"/>
        <w:autoSpaceDE w:val="0"/>
        <w:autoSpaceDN w:val="0"/>
        <w:spacing w:after="40"/>
        <w:jc w:val="both"/>
        <w:rPr>
          <w:sz w:val="15"/>
          <w:lang w:val="es-ES"/>
        </w:rPr>
      </w:pPr>
    </w:p>
    <w:tbl>
      <w:tblPr>
        <w:tblStyle w:val="Tablaconcuadrcula4"/>
        <w:tblW w:w="9493" w:type="dxa"/>
        <w:jc w:val="center"/>
        <w:tblLook w:val="04A0" w:firstRow="1" w:lastRow="0" w:firstColumn="1" w:lastColumn="0" w:noHBand="0" w:noVBand="1"/>
      </w:tblPr>
      <w:tblGrid>
        <w:gridCol w:w="9493"/>
      </w:tblGrid>
      <w:tr w:rsidR="0092337E" w:rsidRPr="00267D20" w14:paraId="52FFE2C0" w14:textId="77777777" w:rsidTr="00D44D8D">
        <w:trPr>
          <w:trHeight w:val="48"/>
          <w:jc w:val="center"/>
        </w:trPr>
        <w:tc>
          <w:tcPr>
            <w:tcW w:w="9493"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hideMark/>
          </w:tcPr>
          <w:p w14:paraId="68B0DA53" w14:textId="77777777" w:rsidR="0092337E" w:rsidRPr="005D12D8" w:rsidRDefault="0092337E" w:rsidP="00D44D8D">
            <w:pPr>
              <w:spacing w:line="276" w:lineRule="auto"/>
              <w:jc w:val="both"/>
              <w:rPr>
                <w:color w:val="A6A6A6"/>
                <w:szCs w:val="20"/>
              </w:rPr>
            </w:pPr>
            <w:r w:rsidRPr="005D12D8">
              <w:rPr>
                <w:color w:val="A6A6A6"/>
                <w:szCs w:val="20"/>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63B48967" w14:textId="77777777" w:rsidR="0092337E" w:rsidRPr="005D12D8" w:rsidRDefault="0092337E" w:rsidP="00D44D8D">
            <w:pPr>
              <w:spacing w:line="276" w:lineRule="auto"/>
              <w:jc w:val="both"/>
              <w:rPr>
                <w:color w:val="A6A6A6"/>
                <w:szCs w:val="20"/>
              </w:rPr>
            </w:pPr>
            <w:r w:rsidRPr="005D12D8">
              <w:rPr>
                <w:color w:val="A6A6A6"/>
                <w:szCs w:val="20"/>
              </w:rPr>
              <w:t>La descripción debe incluir, al menos, los siguientes aspectos:</w:t>
            </w:r>
          </w:p>
          <w:p w14:paraId="200819CC"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Identificación institucional:</w:t>
            </w:r>
          </w:p>
          <w:p w14:paraId="71D277BB"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Nombre completo de la institución de educación superior.</w:t>
            </w:r>
          </w:p>
          <w:p w14:paraId="32482BDC"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Naturaleza jurídica (pública, privada, comunitaria).</w:t>
            </w:r>
          </w:p>
          <w:p w14:paraId="15C75231"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Año de creación y antecedentes relevantes de su desarrollo histórico.</w:t>
            </w:r>
          </w:p>
          <w:p w14:paraId="1AA8EF47" w14:textId="77777777" w:rsidR="0092337E" w:rsidRPr="005D12D8" w:rsidRDefault="0092337E" w:rsidP="00D44D8D">
            <w:pPr>
              <w:spacing w:line="276" w:lineRule="auto"/>
              <w:jc w:val="both"/>
              <w:rPr>
                <w:color w:val="A6A6A6"/>
                <w:szCs w:val="20"/>
              </w:rPr>
            </w:pPr>
          </w:p>
          <w:p w14:paraId="5DF04996"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Misión, visión y valores institucionales:</w:t>
            </w:r>
          </w:p>
          <w:p w14:paraId="6643F4AE"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Declaración oficial vigente.</w:t>
            </w:r>
          </w:p>
          <w:p w14:paraId="580E9458"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Relación con las funciones sustantivas: docencia, investigación y extensión.</w:t>
            </w:r>
          </w:p>
          <w:p w14:paraId="425DEBB4"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Vinculación de la misión institucional con la formación de posgrado.</w:t>
            </w:r>
          </w:p>
          <w:p w14:paraId="28283C46" w14:textId="77777777" w:rsidR="0092337E" w:rsidRPr="005D12D8" w:rsidRDefault="0092337E" w:rsidP="00D44D8D">
            <w:pPr>
              <w:spacing w:line="276" w:lineRule="auto"/>
              <w:jc w:val="both"/>
              <w:rPr>
                <w:color w:val="A6A6A6"/>
                <w:szCs w:val="20"/>
              </w:rPr>
            </w:pPr>
          </w:p>
          <w:p w14:paraId="2A9D01C7"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Estructura organizacional:</w:t>
            </w:r>
          </w:p>
          <w:p w14:paraId="6459F98C"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Descripción de la estructura general de gobierno y gestión institucional.</w:t>
            </w:r>
          </w:p>
          <w:p w14:paraId="6AC749EC"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Identificación de las dependencias de la que depende el programa (por ejemplo, Vicerrectorado Académico, Dirección de Posgrado o equivalente).</w:t>
            </w:r>
          </w:p>
          <w:p w14:paraId="7A6BC94F"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Principales instancias de apoyo a la calidad, investigación y vinculación académica.</w:t>
            </w:r>
          </w:p>
          <w:p w14:paraId="1416CF2B" w14:textId="77777777" w:rsidR="0092337E" w:rsidRPr="005D12D8" w:rsidRDefault="0092337E" w:rsidP="00D44D8D">
            <w:pPr>
              <w:spacing w:line="276" w:lineRule="auto"/>
              <w:jc w:val="both"/>
              <w:rPr>
                <w:color w:val="A6A6A6"/>
                <w:szCs w:val="20"/>
              </w:rPr>
            </w:pPr>
          </w:p>
          <w:p w14:paraId="4A1654A6"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Políticas institucionales vinculadas al posgrado:</w:t>
            </w:r>
          </w:p>
          <w:p w14:paraId="55BA4EB4"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Políticas y estrategias para el desarrollo de programas.</w:t>
            </w:r>
          </w:p>
          <w:p w14:paraId="676A2688"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Normativas internas que regulan la creación, evaluación y mejora de los programas.</w:t>
            </w:r>
          </w:p>
          <w:p w14:paraId="6E5512C2"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Mecanismos institucionales de aseguramiento de la calidad y mejora continua.</w:t>
            </w:r>
          </w:p>
          <w:p w14:paraId="50BD9722" w14:textId="77777777" w:rsidR="0092337E" w:rsidRPr="005D12D8" w:rsidRDefault="0092337E" w:rsidP="00D44D8D">
            <w:pPr>
              <w:spacing w:line="276" w:lineRule="auto"/>
              <w:jc w:val="both"/>
              <w:rPr>
                <w:color w:val="A6A6A6"/>
                <w:szCs w:val="20"/>
              </w:rPr>
            </w:pPr>
          </w:p>
          <w:p w14:paraId="145BDA88"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Infraestructura y recursos institucionales:</w:t>
            </w:r>
          </w:p>
          <w:p w14:paraId="22DB4B74"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Principales recursos físicos, tecnológicos y académicos disponibles para el posgrado (bibliotecas, laboratorios, bases de datos, aulas, plataformas virtuales, etc.).</w:t>
            </w:r>
          </w:p>
          <w:p w14:paraId="51EA75E2"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Acciones institucionales para la equidad de acceso, sostenibilidad y apoyo a la investigación.</w:t>
            </w:r>
          </w:p>
          <w:p w14:paraId="2AB949A7" w14:textId="77777777" w:rsidR="0092337E" w:rsidRPr="005D12D8" w:rsidRDefault="0092337E" w:rsidP="00D44D8D">
            <w:pPr>
              <w:spacing w:line="276" w:lineRule="auto"/>
              <w:jc w:val="both"/>
              <w:rPr>
                <w:color w:val="A6A6A6"/>
                <w:szCs w:val="20"/>
              </w:rPr>
            </w:pPr>
          </w:p>
          <w:p w14:paraId="214B4A63"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Trayectoria y posicionamiento académico:</w:t>
            </w:r>
          </w:p>
          <w:p w14:paraId="60716CB6"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Experiencia institucional en la gestión de programas de posgrado.</w:t>
            </w:r>
          </w:p>
          <w:p w14:paraId="7A647D85"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Logros, reconocimientos o resultados relevantes en materia de investigación o formación avanzada.</w:t>
            </w:r>
          </w:p>
          <w:p w14:paraId="7C305DBC"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Participación en redes académicas, consorcios o convenios interinstitucionales.</w:t>
            </w:r>
          </w:p>
          <w:p w14:paraId="6688F067" w14:textId="77777777" w:rsidR="0092337E" w:rsidRPr="005D12D8" w:rsidRDefault="0092337E" w:rsidP="00D44D8D">
            <w:pPr>
              <w:spacing w:line="276" w:lineRule="auto"/>
              <w:jc w:val="both"/>
              <w:rPr>
                <w:color w:val="A6A6A6"/>
                <w:szCs w:val="20"/>
              </w:rPr>
            </w:pPr>
          </w:p>
          <w:p w14:paraId="2E7B8A0B" w14:textId="77777777" w:rsidR="0092337E" w:rsidRPr="005D12D8" w:rsidRDefault="0092337E" w:rsidP="00D44D8D">
            <w:pPr>
              <w:spacing w:line="276" w:lineRule="auto"/>
              <w:jc w:val="both"/>
              <w:rPr>
                <w:color w:val="A6A6A6"/>
                <w:szCs w:val="20"/>
              </w:rPr>
            </w:pPr>
            <w:r w:rsidRPr="005D12D8">
              <w:rPr>
                <w:color w:val="A6A6A6"/>
                <w:szCs w:val="20"/>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p>
          <w:p w14:paraId="2533CC99" w14:textId="77777777" w:rsidR="0092337E" w:rsidRPr="0092337E" w:rsidRDefault="0092337E" w:rsidP="00D44D8D">
            <w:pPr>
              <w:spacing w:line="276" w:lineRule="auto"/>
              <w:jc w:val="both"/>
              <w:rPr>
                <w:color w:val="A6A6A6"/>
                <w:sz w:val="22"/>
                <w:lang w:val="es-ES"/>
              </w:rPr>
            </w:pPr>
          </w:p>
          <w:p w14:paraId="4F3CC9A5" w14:textId="77777777" w:rsidR="0092337E" w:rsidRPr="0092337E" w:rsidRDefault="0092337E" w:rsidP="00D44D8D">
            <w:pPr>
              <w:spacing w:line="276" w:lineRule="auto"/>
              <w:jc w:val="both"/>
              <w:rPr>
                <w:color w:val="A6A6A6"/>
                <w:sz w:val="22"/>
                <w:lang w:val="es-ES"/>
              </w:rPr>
            </w:pPr>
          </w:p>
          <w:p w14:paraId="094EB0D3" w14:textId="77777777" w:rsidR="0092337E" w:rsidRPr="0092337E" w:rsidRDefault="0092337E" w:rsidP="00D44D8D">
            <w:pPr>
              <w:spacing w:line="276" w:lineRule="auto"/>
              <w:jc w:val="both"/>
              <w:rPr>
                <w:color w:val="A6A6A6"/>
                <w:sz w:val="22"/>
                <w:lang w:val="es-ES"/>
              </w:rPr>
            </w:pPr>
          </w:p>
          <w:p w14:paraId="629C218B" w14:textId="1ABFC4E3" w:rsidR="006331E0" w:rsidRDefault="006331E0" w:rsidP="00D44D8D">
            <w:pPr>
              <w:spacing w:line="276" w:lineRule="auto"/>
              <w:jc w:val="both"/>
              <w:rPr>
                <w:color w:val="A6A6A6"/>
                <w:sz w:val="22"/>
                <w:lang w:val="es-ES"/>
              </w:rPr>
            </w:pPr>
          </w:p>
          <w:p w14:paraId="49F107D0" w14:textId="10722E69" w:rsidR="006331E0" w:rsidRDefault="006331E0" w:rsidP="00D44D8D">
            <w:pPr>
              <w:spacing w:line="276" w:lineRule="auto"/>
              <w:jc w:val="both"/>
              <w:rPr>
                <w:color w:val="A6A6A6"/>
                <w:sz w:val="22"/>
                <w:lang w:val="es-ES"/>
              </w:rPr>
            </w:pPr>
          </w:p>
          <w:p w14:paraId="076B31EA" w14:textId="3666813A" w:rsidR="005D12D8" w:rsidRDefault="005D12D8" w:rsidP="00D44D8D">
            <w:pPr>
              <w:spacing w:line="276" w:lineRule="auto"/>
              <w:jc w:val="both"/>
              <w:rPr>
                <w:color w:val="A6A6A6"/>
                <w:sz w:val="22"/>
                <w:lang w:val="es-ES"/>
              </w:rPr>
            </w:pPr>
          </w:p>
          <w:p w14:paraId="15784FC9" w14:textId="77777777" w:rsidR="005D12D8" w:rsidRPr="0092337E" w:rsidRDefault="005D12D8" w:rsidP="00D44D8D">
            <w:pPr>
              <w:spacing w:line="276" w:lineRule="auto"/>
              <w:jc w:val="both"/>
              <w:rPr>
                <w:color w:val="A6A6A6"/>
                <w:sz w:val="22"/>
                <w:lang w:val="es-ES"/>
              </w:rPr>
            </w:pPr>
          </w:p>
          <w:p w14:paraId="50101976" w14:textId="77777777" w:rsidR="0092337E" w:rsidRDefault="0092337E" w:rsidP="00D44D8D">
            <w:pPr>
              <w:spacing w:line="276" w:lineRule="auto"/>
              <w:jc w:val="both"/>
              <w:rPr>
                <w:color w:val="A6A6A6"/>
                <w:sz w:val="22"/>
                <w:lang w:val="es-ES"/>
              </w:rPr>
            </w:pPr>
          </w:p>
          <w:p w14:paraId="51916C98" w14:textId="77777777" w:rsidR="001A5A26" w:rsidRPr="0092337E" w:rsidRDefault="001A5A26" w:rsidP="00D44D8D">
            <w:pPr>
              <w:spacing w:line="276" w:lineRule="auto"/>
              <w:jc w:val="both"/>
              <w:rPr>
                <w:color w:val="A6A6A6"/>
                <w:sz w:val="22"/>
                <w:lang w:val="es-ES"/>
              </w:rPr>
            </w:pPr>
          </w:p>
        </w:tc>
      </w:tr>
    </w:tbl>
    <w:p w14:paraId="3DAAD04B" w14:textId="77777777" w:rsidR="0092337E" w:rsidRPr="0092337E" w:rsidRDefault="0092337E" w:rsidP="00877E2D">
      <w:pPr>
        <w:widowControl w:val="0"/>
        <w:shd w:val="clear" w:color="auto" w:fill="808080" w:themeFill="background1" w:themeFillShade="80"/>
        <w:tabs>
          <w:tab w:val="left" w:pos="1001"/>
        </w:tabs>
        <w:autoSpaceDE w:val="0"/>
        <w:autoSpaceDN w:val="0"/>
        <w:spacing w:before="180" w:after="40"/>
        <w:ind w:right="-2"/>
        <w:rPr>
          <w:rFonts w:ascii="Times New Roman" w:eastAsia="Times New Roman" w:hAnsi="Times New Roman" w:cs="Times New Roman"/>
          <w:sz w:val="24"/>
          <w:szCs w:val="24"/>
          <w:lang w:val="es-PY" w:eastAsia="es-PY"/>
        </w:rPr>
      </w:pPr>
      <w:r w:rsidRPr="0092337E">
        <w:rPr>
          <w:b/>
          <w:color w:val="FFFFFF"/>
          <w:sz w:val="22"/>
          <w:lang w:val="es-ES"/>
        </w:rPr>
        <w:lastRenderedPageBreak/>
        <w:t xml:space="preserve">2.1. </w:t>
      </w:r>
      <w:r w:rsidRPr="00877E2D">
        <w:rPr>
          <w:b/>
          <w:color w:val="FFFFFF"/>
          <w:sz w:val="22"/>
          <w:shd w:val="clear" w:color="auto" w:fill="808080" w:themeFill="background1" w:themeFillShade="80"/>
          <w:lang w:val="es-ES"/>
        </w:rPr>
        <w:t>PRESENTACIÓN DEL PROGRAMA</w:t>
      </w:r>
    </w:p>
    <w:p w14:paraId="5D05A057" w14:textId="77777777" w:rsidR="0092337E" w:rsidRPr="0092337E" w:rsidRDefault="0092337E" w:rsidP="0092337E">
      <w:pPr>
        <w:rPr>
          <w:rFonts w:ascii="Times New Roman" w:eastAsia="Times New Roman" w:hAnsi="Times New Roman" w:cs="Times New Roman"/>
          <w:b/>
          <w:bCs/>
          <w:sz w:val="24"/>
          <w:szCs w:val="24"/>
          <w:lang w:val="es-PY" w:eastAsia="es-PY"/>
        </w:rPr>
      </w:pPr>
    </w:p>
    <w:tbl>
      <w:tblPr>
        <w:tblW w:w="0" w:type="auto"/>
        <w:tblCellMar>
          <w:top w:w="15" w:type="dxa"/>
          <w:left w:w="15" w:type="dxa"/>
          <w:bottom w:w="15" w:type="dxa"/>
          <w:right w:w="15" w:type="dxa"/>
        </w:tblCellMar>
        <w:tblLook w:val="04A0" w:firstRow="1" w:lastRow="0" w:firstColumn="1" w:lastColumn="0" w:noHBand="0" w:noVBand="1"/>
      </w:tblPr>
      <w:tblGrid>
        <w:gridCol w:w="9486"/>
      </w:tblGrid>
      <w:tr w:rsidR="0092337E" w:rsidRPr="00267D20" w14:paraId="6A44AB7E" w14:textId="77777777" w:rsidTr="00D44D8D">
        <w:trPr>
          <w:trHeight w:val="124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5144E" w14:textId="77777777" w:rsidR="0092337E" w:rsidRPr="005D12D8" w:rsidRDefault="0092337E" w:rsidP="00D44D8D">
            <w:pPr>
              <w:spacing w:line="276" w:lineRule="auto"/>
              <w:jc w:val="both"/>
              <w:rPr>
                <w:color w:val="A6A6A6"/>
                <w:szCs w:val="20"/>
                <w:lang w:val="es-PY"/>
              </w:rPr>
            </w:pPr>
            <w:r w:rsidRPr="005D12D8">
              <w:rPr>
                <w:color w:val="A6A6A6"/>
                <w:szCs w:val="20"/>
                <w:lang w:val="es-PY"/>
              </w:rPr>
              <w:t>En este apartado, se deberá presentar una descripción general e integradora del programa, que permita contextualizar su creación, desarrollo y características académicas fundamentales. Deberán incluirse aspectos tales como: el perfil y los requisitos de ingreso, el perfil de egreso y/o las competencias que orientan la formación, los requisitos para la titulación, la duración total del programa expresada en años y horas, la distribución de horas dedicadas a docencia, investigación y extensión, así como la estructura modular o plan de estudios.</w:t>
            </w:r>
          </w:p>
          <w:p w14:paraId="5E48C0FC" w14:textId="77777777" w:rsidR="0092337E" w:rsidRPr="005D12D8" w:rsidRDefault="0092337E" w:rsidP="00D44D8D">
            <w:pPr>
              <w:spacing w:line="276" w:lineRule="auto"/>
              <w:jc w:val="both"/>
              <w:rPr>
                <w:color w:val="A6A6A6"/>
                <w:szCs w:val="20"/>
                <w:lang w:val="es-PY"/>
              </w:rPr>
            </w:pPr>
          </w:p>
          <w:p w14:paraId="554C46CB" w14:textId="3DBEB2D9" w:rsidR="0092337E" w:rsidRPr="005D12D8" w:rsidRDefault="0092337E" w:rsidP="00D44D8D">
            <w:pPr>
              <w:spacing w:line="276" w:lineRule="auto"/>
              <w:jc w:val="both"/>
              <w:rPr>
                <w:color w:val="A6A6A6"/>
                <w:szCs w:val="20"/>
                <w:lang w:val="es-PY"/>
              </w:rPr>
            </w:pPr>
            <w:r w:rsidRPr="005D12D8">
              <w:rPr>
                <w:color w:val="A6A6A6"/>
                <w:szCs w:val="20"/>
                <w:lang w:val="es-PY"/>
              </w:rPr>
              <w:t xml:space="preserve">Asimismo, se deberá consignar el título de grado requerido para el ingreso, el número actual de </w:t>
            </w:r>
            <w:r w:rsidR="0044515B">
              <w:rPr>
                <w:color w:val="A6A6A6"/>
                <w:szCs w:val="20"/>
                <w:lang w:val="es-PY"/>
              </w:rPr>
              <w:t>participantes</w:t>
            </w:r>
            <w:r w:rsidRPr="005D12D8">
              <w:rPr>
                <w:color w:val="A6A6A6"/>
                <w:szCs w:val="20"/>
                <w:lang w:val="es-PY"/>
              </w:rPr>
              <w:t xml:space="preserve"> matriculados, la composición y características del plantel docente, la resolución de aprobación del proyecto académico (número y año), las actualizaciones del proyecto educativo (número y año, en caso de corresponder), y la cantidad de procesos de evaluación con fines de acreditación en los que el programa haya participado.</w:t>
            </w:r>
            <w:r w:rsidR="005D12D8">
              <w:rPr>
                <w:color w:val="A6A6A6"/>
                <w:szCs w:val="20"/>
                <w:lang w:val="es-PY"/>
              </w:rPr>
              <w:t xml:space="preserve"> </w:t>
            </w:r>
            <w:r w:rsidRPr="005D12D8">
              <w:rPr>
                <w:color w:val="A6A6A6"/>
                <w:szCs w:val="20"/>
                <w:lang w:val="es-PY"/>
              </w:rPr>
              <w:t>El texto deberá redactarse en forma sintética y cohesionada, reflejando la identidad, los propósitos y la relevancia del programa dentro de la oferta institucional de posgrado.</w:t>
            </w:r>
            <w:r w:rsidRPr="005D12D8">
              <w:rPr>
                <w:color w:val="A6A6A6"/>
                <w:szCs w:val="20"/>
                <w:lang w:val="es-PY"/>
              </w:rPr>
              <w:br/>
            </w:r>
            <w:r w:rsidRPr="005D12D8">
              <w:rPr>
                <w:color w:val="A6A6A6"/>
                <w:szCs w:val="20"/>
                <w:lang w:val="es-PY"/>
              </w:rPr>
              <w:br/>
            </w:r>
            <w:r w:rsidRPr="0092337E">
              <w:rPr>
                <w:color w:val="A6A6A6"/>
                <w:sz w:val="22"/>
                <w:lang w:val="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p>
        </w:tc>
      </w:tr>
    </w:tbl>
    <w:p w14:paraId="6773EC98" w14:textId="77777777" w:rsidR="0092337E" w:rsidRPr="0092337E" w:rsidRDefault="0092337E" w:rsidP="0092337E">
      <w:pPr>
        <w:rPr>
          <w:rFonts w:ascii="Times New Roman" w:eastAsia="Times New Roman" w:hAnsi="Times New Roman" w:cs="Times New Roman"/>
          <w:sz w:val="24"/>
          <w:szCs w:val="24"/>
          <w:lang w:val="es-PY" w:eastAsia="es-PY"/>
        </w:rPr>
      </w:pPr>
    </w:p>
    <w:p w14:paraId="79F36EC4" w14:textId="77777777" w:rsidR="001A5A26" w:rsidRDefault="001A5A26" w:rsidP="001A5A26">
      <w:pPr>
        <w:rPr>
          <w:rFonts w:eastAsia="Times New Roman" w:cs="Times New Roman"/>
          <w:b/>
          <w:bCs/>
          <w:sz w:val="22"/>
          <w:lang w:val="es-PY" w:eastAsia="es-PY"/>
        </w:rPr>
      </w:pPr>
      <w:r w:rsidRPr="001A5A26">
        <w:rPr>
          <w:rFonts w:eastAsia="Times New Roman" w:cs="Times New Roman"/>
          <w:b/>
          <w:bCs/>
          <w:sz w:val="22"/>
          <w:lang w:val="es-PY" w:eastAsia="es-PY"/>
        </w:rPr>
        <w:lastRenderedPageBreak/>
        <w:t>TABLA 1. OFERTA ACADÉMICA EVALUADA</w:t>
      </w:r>
    </w:p>
    <w:p w14:paraId="01CF0579" w14:textId="77777777" w:rsidR="001A5A26" w:rsidRPr="001A5A26" w:rsidRDefault="001A5A26" w:rsidP="001A5A26">
      <w:pPr>
        <w:rPr>
          <w:rFonts w:eastAsia="Times New Roman" w:cs="Times New Roman"/>
          <w:b/>
          <w:bCs/>
          <w:sz w:val="22"/>
          <w:lang w:val="es-PY" w:eastAsia="es-PY"/>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680"/>
        <w:gridCol w:w="1857"/>
        <w:gridCol w:w="1204"/>
        <w:gridCol w:w="1316"/>
        <w:gridCol w:w="1207"/>
        <w:gridCol w:w="1222"/>
      </w:tblGrid>
      <w:tr w:rsidR="001A5A26" w:rsidRPr="00267D20" w14:paraId="4846C0EA" w14:textId="77777777" w:rsidTr="00380C83">
        <w:trPr>
          <w:trHeight w:val="782"/>
          <w:tblHeader/>
          <w:jc w:val="center"/>
        </w:trPr>
        <w:tc>
          <w:tcPr>
            <w:tcW w:w="1417" w:type="pct"/>
            <w:shd w:val="clear" w:color="auto" w:fill="808080" w:themeFill="background1" w:themeFillShade="80"/>
            <w:vAlign w:val="center"/>
          </w:tcPr>
          <w:p w14:paraId="0AED4ED1"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Oferta académica</w:t>
            </w:r>
          </w:p>
        </w:tc>
        <w:tc>
          <w:tcPr>
            <w:tcW w:w="983" w:type="pct"/>
            <w:shd w:val="clear" w:color="auto" w:fill="808080" w:themeFill="background1" w:themeFillShade="80"/>
            <w:vAlign w:val="center"/>
          </w:tcPr>
          <w:p w14:paraId="4CF553E9" w14:textId="77777777" w:rsidR="001A5A26" w:rsidRPr="0089381D" w:rsidRDefault="001A5A26" w:rsidP="001A5A26">
            <w:pPr>
              <w:jc w:val="center"/>
              <w:rPr>
                <w:rFonts w:eastAsia="Times New Roman" w:cs="Times New Roman"/>
                <w:b/>
                <w:bCs/>
                <w:color w:val="FFFFFF" w:themeColor="background1"/>
                <w:szCs w:val="20"/>
                <w:lang w:val="es-PY" w:eastAsia="es-PY"/>
              </w:rPr>
            </w:pPr>
          </w:p>
          <w:p w14:paraId="7AA0DD05"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Res. de Habilitación</w:t>
            </w:r>
          </w:p>
          <w:p w14:paraId="084BFEAF" w14:textId="77777777" w:rsidR="001A5A26" w:rsidRPr="0089381D" w:rsidRDefault="001A5A26" w:rsidP="001A5A26">
            <w:pPr>
              <w:jc w:val="center"/>
              <w:rPr>
                <w:rFonts w:eastAsia="Times New Roman" w:cs="Times New Roman"/>
                <w:b/>
                <w:bCs/>
                <w:color w:val="FFFFFF" w:themeColor="background1"/>
                <w:szCs w:val="20"/>
                <w:lang w:val="es-PY" w:eastAsia="es-PY"/>
              </w:rPr>
            </w:pPr>
          </w:p>
        </w:tc>
        <w:tc>
          <w:tcPr>
            <w:tcW w:w="639" w:type="pct"/>
            <w:shd w:val="clear" w:color="auto" w:fill="808080" w:themeFill="background1" w:themeFillShade="80"/>
            <w:vAlign w:val="center"/>
          </w:tcPr>
          <w:p w14:paraId="66762868"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Año de inicio</w:t>
            </w:r>
          </w:p>
        </w:tc>
        <w:tc>
          <w:tcPr>
            <w:tcW w:w="672" w:type="pct"/>
            <w:shd w:val="clear" w:color="auto" w:fill="808080" w:themeFill="background1" w:themeFillShade="80"/>
            <w:vAlign w:val="center"/>
          </w:tcPr>
          <w:p w14:paraId="5DF91DC2" w14:textId="4AEF4040"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 xml:space="preserve">Cantidad de </w:t>
            </w:r>
            <w:r w:rsidR="003731C6">
              <w:rPr>
                <w:rFonts w:eastAsia="Times New Roman" w:cs="Times New Roman"/>
                <w:b/>
                <w:bCs/>
                <w:color w:val="FFFFFF" w:themeColor="background1"/>
                <w:szCs w:val="20"/>
                <w:lang w:val="es-PY" w:eastAsia="es-PY"/>
              </w:rPr>
              <w:t>participante</w:t>
            </w:r>
            <w:r w:rsidRPr="0089381D">
              <w:rPr>
                <w:rFonts w:eastAsia="Times New Roman" w:cs="Times New Roman"/>
                <w:b/>
                <w:bCs/>
                <w:color w:val="FFFFFF" w:themeColor="background1"/>
                <w:szCs w:val="20"/>
                <w:lang w:val="es-PY" w:eastAsia="es-PY"/>
              </w:rPr>
              <w:t>s</w:t>
            </w:r>
          </w:p>
        </w:tc>
        <w:tc>
          <w:tcPr>
            <w:tcW w:w="640" w:type="pct"/>
            <w:shd w:val="clear" w:color="auto" w:fill="808080" w:themeFill="background1" w:themeFillShade="80"/>
            <w:vAlign w:val="center"/>
          </w:tcPr>
          <w:p w14:paraId="38F77E9C"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Cantidad de docentes</w:t>
            </w:r>
          </w:p>
        </w:tc>
        <w:tc>
          <w:tcPr>
            <w:tcW w:w="648" w:type="pct"/>
            <w:shd w:val="clear" w:color="auto" w:fill="808080" w:themeFill="background1" w:themeFillShade="80"/>
            <w:vAlign w:val="center"/>
          </w:tcPr>
          <w:p w14:paraId="09C0E611"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Año de egreso de la primera promoción de egresados</w:t>
            </w:r>
          </w:p>
        </w:tc>
      </w:tr>
      <w:tr w:rsidR="001A5A26" w:rsidRPr="00267D20" w14:paraId="5B4CC02D" w14:textId="77777777" w:rsidTr="00D44D8D">
        <w:trPr>
          <w:trHeight w:val="1144"/>
          <w:jc w:val="center"/>
        </w:trPr>
        <w:tc>
          <w:tcPr>
            <w:tcW w:w="1417" w:type="pct"/>
          </w:tcPr>
          <w:p w14:paraId="5D63A753"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c>
          <w:tcPr>
            <w:tcW w:w="983" w:type="pct"/>
          </w:tcPr>
          <w:p w14:paraId="5316FE95"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c>
          <w:tcPr>
            <w:tcW w:w="639" w:type="pct"/>
          </w:tcPr>
          <w:p w14:paraId="34317565"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c>
          <w:tcPr>
            <w:tcW w:w="672" w:type="pct"/>
          </w:tcPr>
          <w:p w14:paraId="6871604E"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c>
          <w:tcPr>
            <w:tcW w:w="640" w:type="pct"/>
          </w:tcPr>
          <w:p w14:paraId="60888E83"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c>
          <w:tcPr>
            <w:tcW w:w="648" w:type="pct"/>
          </w:tcPr>
          <w:p w14:paraId="71D0334B"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r>
    </w:tbl>
    <w:p w14:paraId="2BECA855" w14:textId="77777777" w:rsidR="001A5A26" w:rsidRPr="0092337E" w:rsidRDefault="001A5A26" w:rsidP="0092337E">
      <w:pPr>
        <w:rPr>
          <w:rFonts w:ascii="Times New Roman" w:eastAsia="Times New Roman" w:hAnsi="Times New Roman" w:cs="Times New Roman"/>
          <w:sz w:val="24"/>
          <w:szCs w:val="24"/>
          <w:lang w:val="es-PY" w:eastAsia="es-PY"/>
        </w:rPr>
      </w:pPr>
    </w:p>
    <w:p w14:paraId="265760E8" w14:textId="154A8969" w:rsidR="0092337E" w:rsidRPr="0092337E" w:rsidRDefault="0055474B" w:rsidP="00877E2D">
      <w:pPr>
        <w:widowControl w:val="0"/>
        <w:shd w:val="clear" w:color="auto" w:fill="808080" w:themeFill="background1" w:themeFillShade="80"/>
        <w:tabs>
          <w:tab w:val="left" w:pos="1001"/>
        </w:tabs>
        <w:autoSpaceDE w:val="0"/>
        <w:autoSpaceDN w:val="0"/>
        <w:spacing w:before="180" w:after="40" w:line="259" w:lineRule="auto"/>
        <w:ind w:right="-2"/>
        <w:contextualSpacing/>
        <w:rPr>
          <w:b/>
          <w:color w:val="FFFFFF"/>
          <w:sz w:val="22"/>
          <w:lang w:val="es-ES"/>
        </w:rPr>
      </w:pPr>
      <w:r w:rsidRPr="00877E2D">
        <w:rPr>
          <w:b/>
          <w:color w:val="FFFFFF"/>
          <w:sz w:val="22"/>
          <w:shd w:val="clear" w:color="auto" w:fill="808080" w:themeFill="background1" w:themeFillShade="80"/>
          <w:lang w:val="es-ES"/>
        </w:rPr>
        <w:t xml:space="preserve">3. </w:t>
      </w:r>
      <w:r w:rsidR="0092337E" w:rsidRPr="00877E2D">
        <w:rPr>
          <w:b/>
          <w:color w:val="FFFFFF"/>
          <w:sz w:val="22"/>
          <w:shd w:val="clear" w:color="auto" w:fill="808080" w:themeFill="background1" w:themeFillShade="80"/>
          <w:lang w:val="es-ES"/>
        </w:rPr>
        <w:t>CONFORMACIÓN DEL COMITÉ DE AUTOEVALUACIÓN</w:t>
      </w:r>
    </w:p>
    <w:p w14:paraId="08ACAF3C" w14:textId="77777777" w:rsidR="0055474B" w:rsidRDefault="0055474B" w:rsidP="0092337E">
      <w:pPr>
        <w:rPr>
          <w:rFonts w:ascii="Times New Roman" w:eastAsia="Times New Roman" w:hAnsi="Times New Roman" w:cs="Times New Roman"/>
          <w:sz w:val="24"/>
          <w:szCs w:val="24"/>
          <w:lang w:val="es-PY" w:eastAsia="es-PY"/>
        </w:rPr>
      </w:pPr>
    </w:p>
    <w:tbl>
      <w:tblPr>
        <w:tblStyle w:val="Tablaconcuadrcula"/>
        <w:tblW w:w="0" w:type="auto"/>
        <w:tblLook w:val="04A0" w:firstRow="1" w:lastRow="0" w:firstColumn="1" w:lastColumn="0" w:noHBand="0" w:noVBand="1"/>
      </w:tblPr>
      <w:tblGrid>
        <w:gridCol w:w="9486"/>
      </w:tblGrid>
      <w:tr w:rsidR="0055474B" w:rsidRPr="00267D20" w14:paraId="3CB8976C" w14:textId="77777777" w:rsidTr="0055474B">
        <w:tc>
          <w:tcPr>
            <w:tcW w:w="9486" w:type="dxa"/>
          </w:tcPr>
          <w:p w14:paraId="1095F0BD" w14:textId="634148B7" w:rsidR="0055474B" w:rsidRDefault="0055474B" w:rsidP="00D44D8D">
            <w:pPr>
              <w:spacing w:line="276" w:lineRule="auto"/>
              <w:jc w:val="both"/>
              <w:rPr>
                <w:rFonts w:eastAsia="Times New Roman" w:cs="Times New Roman"/>
                <w:color w:val="A6A6A6"/>
                <w:szCs w:val="20"/>
                <w:lang w:val="es-PY" w:eastAsia="es-PY"/>
              </w:rPr>
            </w:pPr>
            <w:r w:rsidRPr="005D12D8">
              <w:rPr>
                <w:rFonts w:eastAsia="Times New Roman" w:cs="Times New Roman"/>
                <w:color w:val="A6A6A6"/>
                <w:szCs w:val="20"/>
                <w:lang w:val="es-PY" w:eastAsia="es-PY"/>
              </w:rPr>
              <w:t>Se presenta el comité responsable de la autoevaluación, describiendo el perfil académico y profesional de sus integrantes, así como sus funciones dentro del proceso, mencionando el documento de formalización</w:t>
            </w:r>
          </w:p>
          <w:p w14:paraId="5A8F8E50" w14:textId="50537A3D" w:rsidR="0055474B" w:rsidRDefault="0055474B" w:rsidP="00D44D8D">
            <w:pPr>
              <w:spacing w:line="276" w:lineRule="auto"/>
              <w:jc w:val="both"/>
              <w:rPr>
                <w:rFonts w:ascii="Times New Roman" w:eastAsia="Times New Roman" w:hAnsi="Times New Roman" w:cs="Times New Roman"/>
                <w:szCs w:val="20"/>
                <w:lang w:val="es-PY" w:eastAsia="es-PY"/>
              </w:rPr>
            </w:pPr>
          </w:p>
          <w:p w14:paraId="2D855492" w14:textId="6F0A39C8" w:rsidR="0055474B" w:rsidRPr="0055474B" w:rsidRDefault="0055474B" w:rsidP="00D44D8D">
            <w:pPr>
              <w:spacing w:line="276" w:lineRule="auto"/>
              <w:jc w:val="both"/>
              <w:rPr>
                <w:rFonts w:eastAsia="Times New Roman" w:cs="Times New Roman"/>
                <w:szCs w:val="20"/>
                <w:lang w:val="es-PY" w:eastAsia="es-PY"/>
              </w:rPr>
            </w:pPr>
          </w:p>
          <w:p w14:paraId="76579834" w14:textId="1976E81F" w:rsidR="0055474B" w:rsidRPr="0055474B" w:rsidRDefault="0055474B" w:rsidP="0055474B">
            <w:pPr>
              <w:jc w:val="both"/>
              <w:rPr>
                <w:rFonts w:eastAsia="Times New Roman" w:cs="Times New Roman"/>
                <w:szCs w:val="20"/>
                <w:lang w:val="es-PY" w:eastAsia="es-PY"/>
              </w:rPr>
            </w:pPr>
          </w:p>
          <w:p w14:paraId="01B3B007" w14:textId="6574A9F3" w:rsidR="0055474B" w:rsidRPr="0055474B" w:rsidRDefault="0055474B" w:rsidP="0055474B">
            <w:pPr>
              <w:jc w:val="both"/>
              <w:rPr>
                <w:rFonts w:eastAsia="Times New Roman" w:cs="Times New Roman"/>
                <w:szCs w:val="20"/>
                <w:lang w:val="es-PY" w:eastAsia="es-PY"/>
              </w:rPr>
            </w:pPr>
          </w:p>
          <w:p w14:paraId="47A8ABF7" w14:textId="2CDA07A9" w:rsidR="0055474B" w:rsidRPr="0055474B" w:rsidRDefault="0055474B" w:rsidP="0055474B">
            <w:pPr>
              <w:jc w:val="both"/>
              <w:rPr>
                <w:rFonts w:eastAsia="Times New Roman" w:cs="Times New Roman"/>
                <w:szCs w:val="20"/>
                <w:lang w:val="es-PY" w:eastAsia="es-PY"/>
              </w:rPr>
            </w:pPr>
          </w:p>
          <w:p w14:paraId="4364AB92" w14:textId="0816DD54" w:rsidR="0055474B" w:rsidRPr="0055474B" w:rsidRDefault="0055474B" w:rsidP="0055474B">
            <w:pPr>
              <w:jc w:val="both"/>
              <w:rPr>
                <w:rFonts w:eastAsia="Times New Roman" w:cs="Times New Roman"/>
                <w:szCs w:val="20"/>
                <w:lang w:val="es-PY" w:eastAsia="es-PY"/>
              </w:rPr>
            </w:pPr>
          </w:p>
          <w:p w14:paraId="70359875" w14:textId="5326C281" w:rsidR="0055474B" w:rsidRPr="0055474B" w:rsidRDefault="0055474B" w:rsidP="0055474B">
            <w:pPr>
              <w:jc w:val="both"/>
              <w:rPr>
                <w:rFonts w:eastAsia="Times New Roman" w:cs="Times New Roman"/>
                <w:szCs w:val="20"/>
                <w:lang w:val="es-PY" w:eastAsia="es-PY"/>
              </w:rPr>
            </w:pPr>
          </w:p>
          <w:p w14:paraId="1100AE66" w14:textId="622F493B" w:rsidR="0055474B" w:rsidRPr="0055474B" w:rsidRDefault="0055474B" w:rsidP="0055474B">
            <w:pPr>
              <w:jc w:val="both"/>
              <w:rPr>
                <w:rFonts w:eastAsia="Times New Roman" w:cs="Times New Roman"/>
                <w:szCs w:val="20"/>
                <w:lang w:val="es-PY" w:eastAsia="es-PY"/>
              </w:rPr>
            </w:pPr>
          </w:p>
          <w:p w14:paraId="2F023CB1" w14:textId="03DF2D58" w:rsidR="0055474B" w:rsidRPr="0055474B" w:rsidRDefault="0055474B" w:rsidP="0055474B">
            <w:pPr>
              <w:jc w:val="both"/>
              <w:rPr>
                <w:rFonts w:eastAsia="Times New Roman" w:cs="Times New Roman"/>
                <w:szCs w:val="20"/>
                <w:lang w:val="es-PY" w:eastAsia="es-PY"/>
              </w:rPr>
            </w:pPr>
          </w:p>
          <w:p w14:paraId="23DB30AF" w14:textId="2AE76764" w:rsidR="0055474B" w:rsidRPr="0055474B" w:rsidRDefault="0055474B" w:rsidP="0055474B">
            <w:pPr>
              <w:jc w:val="both"/>
              <w:rPr>
                <w:rFonts w:eastAsia="Times New Roman" w:cs="Times New Roman"/>
                <w:szCs w:val="20"/>
                <w:lang w:val="es-PY" w:eastAsia="es-PY"/>
              </w:rPr>
            </w:pPr>
          </w:p>
          <w:p w14:paraId="0A763B8D" w14:textId="74D749FD" w:rsidR="0055474B" w:rsidRPr="0055474B" w:rsidRDefault="0055474B" w:rsidP="0055474B">
            <w:pPr>
              <w:jc w:val="both"/>
              <w:rPr>
                <w:rFonts w:eastAsia="Times New Roman" w:cs="Times New Roman"/>
                <w:szCs w:val="20"/>
                <w:lang w:val="es-PY" w:eastAsia="es-PY"/>
              </w:rPr>
            </w:pPr>
          </w:p>
          <w:p w14:paraId="023E70D7" w14:textId="307B9A62" w:rsidR="0055474B" w:rsidRPr="0055474B" w:rsidRDefault="0055474B" w:rsidP="0055474B">
            <w:pPr>
              <w:jc w:val="both"/>
              <w:rPr>
                <w:rFonts w:eastAsia="Times New Roman" w:cs="Times New Roman"/>
                <w:szCs w:val="20"/>
                <w:lang w:val="es-PY" w:eastAsia="es-PY"/>
              </w:rPr>
            </w:pPr>
          </w:p>
          <w:p w14:paraId="10DE76E0" w14:textId="41832E9D" w:rsidR="0055474B" w:rsidRPr="0055474B" w:rsidRDefault="0055474B" w:rsidP="0055474B">
            <w:pPr>
              <w:jc w:val="both"/>
              <w:rPr>
                <w:rFonts w:eastAsia="Times New Roman" w:cs="Times New Roman"/>
                <w:szCs w:val="20"/>
                <w:lang w:val="es-PY" w:eastAsia="es-PY"/>
              </w:rPr>
            </w:pPr>
          </w:p>
          <w:p w14:paraId="60A02290" w14:textId="7A5ACCDE" w:rsidR="0055474B" w:rsidRPr="0055474B" w:rsidRDefault="0055474B" w:rsidP="0055474B">
            <w:pPr>
              <w:jc w:val="both"/>
              <w:rPr>
                <w:rFonts w:eastAsia="Times New Roman" w:cs="Times New Roman"/>
                <w:szCs w:val="20"/>
                <w:lang w:val="es-PY" w:eastAsia="es-PY"/>
              </w:rPr>
            </w:pPr>
          </w:p>
          <w:p w14:paraId="145CAC6C" w14:textId="77777777" w:rsidR="0055474B" w:rsidRPr="0055474B" w:rsidRDefault="0055474B" w:rsidP="0055474B">
            <w:pPr>
              <w:jc w:val="both"/>
              <w:rPr>
                <w:rFonts w:eastAsia="Times New Roman" w:cs="Times New Roman"/>
                <w:szCs w:val="20"/>
                <w:lang w:val="es-PY" w:eastAsia="es-PY"/>
              </w:rPr>
            </w:pPr>
          </w:p>
          <w:p w14:paraId="1A86B41E" w14:textId="77777777" w:rsidR="0055474B" w:rsidRDefault="0055474B" w:rsidP="0092337E">
            <w:pPr>
              <w:rPr>
                <w:rFonts w:ascii="Times New Roman" w:eastAsia="Times New Roman" w:hAnsi="Times New Roman" w:cs="Times New Roman"/>
                <w:sz w:val="24"/>
                <w:szCs w:val="24"/>
                <w:lang w:val="es-PY" w:eastAsia="es-PY"/>
              </w:rPr>
            </w:pPr>
          </w:p>
        </w:tc>
      </w:tr>
    </w:tbl>
    <w:p w14:paraId="7AC8221C" w14:textId="327877D4" w:rsidR="0092337E" w:rsidRPr="0092337E" w:rsidRDefault="0092337E" w:rsidP="0092337E">
      <w:pPr>
        <w:rPr>
          <w:rFonts w:ascii="Times New Roman" w:eastAsia="Times New Roman" w:hAnsi="Times New Roman" w:cs="Times New Roman"/>
          <w:sz w:val="24"/>
          <w:szCs w:val="24"/>
          <w:lang w:val="es-PY" w:eastAsia="es-PY"/>
        </w:rPr>
      </w:pPr>
    </w:p>
    <w:p w14:paraId="6AD1790A" w14:textId="7553192D" w:rsidR="0092337E" w:rsidRPr="0092337E" w:rsidRDefault="0055474B" w:rsidP="00920BB3">
      <w:pPr>
        <w:widowControl w:val="0"/>
        <w:shd w:val="clear" w:color="auto" w:fill="808080" w:themeFill="background1" w:themeFillShade="80"/>
        <w:tabs>
          <w:tab w:val="left" w:pos="1001"/>
        </w:tabs>
        <w:autoSpaceDE w:val="0"/>
        <w:autoSpaceDN w:val="0"/>
        <w:spacing w:before="180" w:after="40" w:line="259" w:lineRule="auto"/>
        <w:ind w:right="-2"/>
        <w:contextualSpacing/>
        <w:rPr>
          <w:rFonts w:eastAsia="Times New Roman" w:cs="Times New Roman"/>
          <w:b/>
          <w:bCs/>
          <w:color w:val="000000"/>
          <w:sz w:val="22"/>
          <w:lang w:val="es-PY" w:eastAsia="es-PY"/>
        </w:rPr>
      </w:pPr>
      <w:r w:rsidRPr="00920BB3">
        <w:rPr>
          <w:b/>
          <w:color w:val="FFFFFF"/>
          <w:sz w:val="22"/>
          <w:shd w:val="clear" w:color="auto" w:fill="808080" w:themeFill="background1" w:themeFillShade="80"/>
          <w:lang w:val="es-ES"/>
        </w:rPr>
        <w:t xml:space="preserve">4. </w:t>
      </w:r>
      <w:r w:rsidR="0092337E" w:rsidRPr="00920BB3">
        <w:rPr>
          <w:b/>
          <w:color w:val="FFFFFF"/>
          <w:sz w:val="22"/>
          <w:shd w:val="clear" w:color="auto" w:fill="808080" w:themeFill="background1" w:themeFillShade="80"/>
          <w:lang w:val="es-ES"/>
        </w:rPr>
        <w:t>METODOLOGÍA</w:t>
      </w:r>
      <w:r w:rsidR="0092337E" w:rsidRPr="00920BB3">
        <w:rPr>
          <w:rFonts w:eastAsia="Times New Roman" w:cs="Times New Roman"/>
          <w:b/>
          <w:bCs/>
          <w:color w:val="FFFFFF"/>
          <w:sz w:val="22"/>
          <w:shd w:val="clear" w:color="auto" w:fill="808080" w:themeFill="background1" w:themeFillShade="80"/>
          <w:lang w:val="es-PY" w:eastAsia="es-PY"/>
        </w:rPr>
        <w:t xml:space="preserve"> UTILIZADA</w:t>
      </w:r>
    </w:p>
    <w:p w14:paraId="2C675CBD" w14:textId="0958E5E7" w:rsidR="0055474B" w:rsidRPr="0092337E" w:rsidRDefault="0055474B" w:rsidP="0092337E">
      <w:pPr>
        <w:rPr>
          <w:rFonts w:ascii="Times New Roman" w:eastAsia="Times New Roman" w:hAnsi="Times New Roman" w:cs="Times New Roman"/>
          <w:sz w:val="24"/>
          <w:szCs w:val="24"/>
          <w:lang w:val="es-PY" w:eastAsia="es-PY"/>
        </w:rPr>
      </w:pPr>
    </w:p>
    <w:tbl>
      <w:tblPr>
        <w:tblStyle w:val="Tablaconcuadrcula"/>
        <w:tblW w:w="0" w:type="auto"/>
        <w:tblLook w:val="04A0" w:firstRow="1" w:lastRow="0" w:firstColumn="1" w:lastColumn="0" w:noHBand="0" w:noVBand="1"/>
      </w:tblPr>
      <w:tblGrid>
        <w:gridCol w:w="9486"/>
      </w:tblGrid>
      <w:tr w:rsidR="0055474B" w:rsidRPr="00267D20" w14:paraId="46215F7C" w14:textId="77777777" w:rsidTr="0055474B">
        <w:tc>
          <w:tcPr>
            <w:tcW w:w="9486" w:type="dxa"/>
          </w:tcPr>
          <w:p w14:paraId="5299E099" w14:textId="77777777" w:rsidR="0055474B" w:rsidRPr="0055474B" w:rsidRDefault="0055474B" w:rsidP="00D44D8D">
            <w:pPr>
              <w:spacing w:line="276" w:lineRule="auto"/>
              <w:jc w:val="both"/>
              <w:rPr>
                <w:rFonts w:ascii="Times New Roman" w:eastAsia="Times New Roman" w:hAnsi="Times New Roman" w:cs="Times New Roman"/>
                <w:szCs w:val="20"/>
                <w:lang w:val="es-PY" w:eastAsia="es-PY"/>
              </w:rPr>
            </w:pPr>
            <w:r w:rsidRPr="0055474B">
              <w:rPr>
                <w:rFonts w:eastAsia="Times New Roman" w:cs="Times New Roman"/>
                <w:color w:val="A6A6A6"/>
                <w:szCs w:val="20"/>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5C9D82FB" w14:textId="77777777" w:rsidR="0055474B" w:rsidRPr="0055474B" w:rsidRDefault="0055474B" w:rsidP="0092337E">
            <w:pPr>
              <w:rPr>
                <w:rFonts w:eastAsia="Times New Roman" w:cs="Times New Roman"/>
                <w:szCs w:val="20"/>
                <w:lang w:val="es-PY" w:eastAsia="es-PY"/>
              </w:rPr>
            </w:pPr>
          </w:p>
          <w:p w14:paraId="7C04DE91" w14:textId="77777777" w:rsidR="0055474B" w:rsidRPr="0055474B" w:rsidRDefault="0055474B" w:rsidP="0092337E">
            <w:pPr>
              <w:rPr>
                <w:rFonts w:eastAsia="Times New Roman" w:cs="Times New Roman"/>
                <w:szCs w:val="20"/>
                <w:lang w:val="es-PY" w:eastAsia="es-PY"/>
              </w:rPr>
            </w:pPr>
          </w:p>
          <w:p w14:paraId="393A1CD0" w14:textId="77777777" w:rsidR="0055474B" w:rsidRPr="0055474B" w:rsidRDefault="0055474B" w:rsidP="0092337E">
            <w:pPr>
              <w:rPr>
                <w:rFonts w:eastAsia="Times New Roman" w:cs="Times New Roman"/>
                <w:szCs w:val="20"/>
                <w:lang w:val="es-PY" w:eastAsia="es-PY"/>
              </w:rPr>
            </w:pPr>
          </w:p>
          <w:p w14:paraId="3A1605C2" w14:textId="77777777" w:rsidR="0055474B" w:rsidRPr="0055474B" w:rsidRDefault="0055474B" w:rsidP="0092337E">
            <w:pPr>
              <w:rPr>
                <w:rFonts w:eastAsia="Times New Roman" w:cs="Times New Roman"/>
                <w:szCs w:val="20"/>
                <w:lang w:val="es-PY" w:eastAsia="es-PY"/>
              </w:rPr>
            </w:pPr>
          </w:p>
          <w:p w14:paraId="484E5581" w14:textId="77777777" w:rsidR="0055474B" w:rsidRPr="0055474B" w:rsidRDefault="0055474B" w:rsidP="0092337E">
            <w:pPr>
              <w:rPr>
                <w:rFonts w:eastAsia="Times New Roman" w:cs="Times New Roman"/>
                <w:szCs w:val="20"/>
                <w:lang w:val="es-PY" w:eastAsia="es-PY"/>
              </w:rPr>
            </w:pPr>
          </w:p>
          <w:p w14:paraId="446C615A" w14:textId="77777777" w:rsidR="0055474B" w:rsidRPr="0055474B" w:rsidRDefault="0055474B" w:rsidP="0092337E">
            <w:pPr>
              <w:rPr>
                <w:rFonts w:eastAsia="Times New Roman" w:cs="Times New Roman"/>
                <w:szCs w:val="20"/>
                <w:lang w:val="es-PY" w:eastAsia="es-PY"/>
              </w:rPr>
            </w:pPr>
          </w:p>
          <w:p w14:paraId="78FAC583" w14:textId="77777777" w:rsidR="0055474B" w:rsidRPr="0055474B" w:rsidRDefault="0055474B" w:rsidP="0092337E">
            <w:pPr>
              <w:rPr>
                <w:rFonts w:eastAsia="Times New Roman" w:cs="Times New Roman"/>
                <w:szCs w:val="20"/>
                <w:lang w:val="es-PY" w:eastAsia="es-PY"/>
              </w:rPr>
            </w:pPr>
          </w:p>
          <w:p w14:paraId="69FF1EF5" w14:textId="77777777" w:rsidR="0055474B" w:rsidRPr="0055474B" w:rsidRDefault="0055474B" w:rsidP="0092337E">
            <w:pPr>
              <w:rPr>
                <w:rFonts w:eastAsia="Times New Roman" w:cs="Times New Roman"/>
                <w:szCs w:val="20"/>
                <w:lang w:val="es-PY" w:eastAsia="es-PY"/>
              </w:rPr>
            </w:pPr>
          </w:p>
          <w:p w14:paraId="4C78E8D6" w14:textId="77777777" w:rsidR="0055474B" w:rsidRPr="0055474B" w:rsidRDefault="0055474B" w:rsidP="0092337E">
            <w:pPr>
              <w:rPr>
                <w:rFonts w:eastAsia="Times New Roman" w:cs="Times New Roman"/>
                <w:szCs w:val="20"/>
                <w:lang w:val="es-PY" w:eastAsia="es-PY"/>
              </w:rPr>
            </w:pPr>
          </w:p>
          <w:p w14:paraId="072A5213" w14:textId="77777777" w:rsidR="0055474B" w:rsidRPr="0055474B" w:rsidRDefault="0055474B" w:rsidP="0092337E">
            <w:pPr>
              <w:rPr>
                <w:rFonts w:eastAsia="Times New Roman" w:cs="Times New Roman"/>
                <w:szCs w:val="20"/>
                <w:lang w:val="es-PY" w:eastAsia="es-PY"/>
              </w:rPr>
            </w:pPr>
          </w:p>
          <w:p w14:paraId="48E95475" w14:textId="3A59E166" w:rsidR="0055474B" w:rsidRDefault="0055474B" w:rsidP="0092337E">
            <w:pPr>
              <w:rPr>
                <w:rFonts w:eastAsia="Times New Roman" w:cs="Times New Roman"/>
                <w:szCs w:val="20"/>
                <w:lang w:val="es-PY" w:eastAsia="es-PY"/>
              </w:rPr>
            </w:pPr>
          </w:p>
          <w:p w14:paraId="2528D82E" w14:textId="2AFA132F" w:rsidR="0055474B" w:rsidRDefault="0055474B" w:rsidP="0092337E">
            <w:pPr>
              <w:rPr>
                <w:rFonts w:eastAsia="Times New Roman" w:cs="Times New Roman"/>
                <w:szCs w:val="20"/>
                <w:lang w:val="es-PY" w:eastAsia="es-PY"/>
              </w:rPr>
            </w:pPr>
          </w:p>
          <w:p w14:paraId="56BECDEF" w14:textId="70EF3E2F" w:rsidR="0055474B" w:rsidRDefault="0055474B" w:rsidP="0092337E">
            <w:pPr>
              <w:rPr>
                <w:rFonts w:eastAsia="Times New Roman" w:cs="Times New Roman"/>
                <w:szCs w:val="20"/>
                <w:lang w:val="es-PY" w:eastAsia="es-PY"/>
              </w:rPr>
            </w:pPr>
          </w:p>
          <w:p w14:paraId="253194A6" w14:textId="7A207CA4" w:rsidR="0055474B" w:rsidRDefault="0055474B" w:rsidP="0092337E">
            <w:pPr>
              <w:rPr>
                <w:rFonts w:eastAsia="Times New Roman" w:cs="Times New Roman"/>
                <w:szCs w:val="20"/>
                <w:lang w:val="es-PY" w:eastAsia="es-PY"/>
              </w:rPr>
            </w:pPr>
          </w:p>
          <w:p w14:paraId="4B5AA5B3" w14:textId="77777777" w:rsidR="0055474B" w:rsidRPr="0055474B" w:rsidRDefault="0055474B" w:rsidP="0092337E">
            <w:pPr>
              <w:rPr>
                <w:rFonts w:eastAsia="Times New Roman" w:cs="Times New Roman"/>
                <w:szCs w:val="20"/>
                <w:lang w:val="es-PY" w:eastAsia="es-PY"/>
              </w:rPr>
            </w:pPr>
          </w:p>
          <w:p w14:paraId="65AD584D" w14:textId="7D9B466A" w:rsidR="0055474B" w:rsidRDefault="0055474B" w:rsidP="0092337E">
            <w:pPr>
              <w:rPr>
                <w:rFonts w:ascii="Times New Roman" w:eastAsia="Times New Roman" w:hAnsi="Times New Roman" w:cs="Times New Roman"/>
                <w:sz w:val="24"/>
                <w:szCs w:val="24"/>
                <w:lang w:val="es-PY" w:eastAsia="es-PY"/>
              </w:rPr>
            </w:pPr>
          </w:p>
        </w:tc>
      </w:tr>
    </w:tbl>
    <w:p w14:paraId="245C416E" w14:textId="327778F0" w:rsidR="0092337E" w:rsidRPr="0092337E" w:rsidRDefault="0092337E" w:rsidP="0092337E">
      <w:pPr>
        <w:rPr>
          <w:rFonts w:ascii="Times New Roman" w:eastAsia="Times New Roman" w:hAnsi="Times New Roman" w:cs="Times New Roman"/>
          <w:sz w:val="24"/>
          <w:szCs w:val="24"/>
          <w:lang w:val="es-PY" w:eastAsia="es-PY"/>
        </w:rPr>
      </w:pPr>
    </w:p>
    <w:p w14:paraId="0246EFCF" w14:textId="069BC3AA" w:rsidR="0092337E" w:rsidRDefault="0055474B" w:rsidP="00920BB3">
      <w:pPr>
        <w:widowControl w:val="0"/>
        <w:shd w:val="clear" w:color="auto" w:fill="808080" w:themeFill="background1" w:themeFillShade="80"/>
        <w:autoSpaceDE w:val="0"/>
        <w:autoSpaceDN w:val="0"/>
        <w:spacing w:before="180" w:after="40" w:line="259" w:lineRule="auto"/>
        <w:ind w:left="360" w:right="-143" w:hanging="360"/>
        <w:contextualSpacing/>
        <w:rPr>
          <w:b/>
          <w:color w:val="FFFFFF"/>
          <w:szCs w:val="20"/>
          <w:lang w:val="es-ES"/>
        </w:rPr>
      </w:pPr>
      <w:r w:rsidRPr="00920BB3">
        <w:rPr>
          <w:b/>
          <w:color w:val="FFFFFF"/>
          <w:szCs w:val="20"/>
          <w:shd w:val="clear" w:color="auto" w:fill="808080" w:themeFill="background1" w:themeFillShade="80"/>
          <w:lang w:val="es-ES"/>
        </w:rPr>
        <w:t xml:space="preserve">5. </w:t>
      </w:r>
      <w:r w:rsidR="0092337E" w:rsidRPr="00920BB3">
        <w:rPr>
          <w:b/>
          <w:color w:val="FFFFFF"/>
          <w:szCs w:val="20"/>
          <w:shd w:val="clear" w:color="auto" w:fill="808080" w:themeFill="background1" w:themeFillShade="80"/>
          <w:lang w:val="es-ES"/>
        </w:rPr>
        <w:t>PRINCIPALES DESAFÍOS ENFRENTADOS EN EL PROCESO DE AUTOEVALUACIÓN</w:t>
      </w:r>
    </w:p>
    <w:tbl>
      <w:tblPr>
        <w:tblStyle w:val="Tablaconcuadrcula4"/>
        <w:tblW w:w="9634" w:type="dxa"/>
        <w:tblLook w:val="04A0" w:firstRow="1" w:lastRow="0" w:firstColumn="1" w:lastColumn="0" w:noHBand="0" w:noVBand="1"/>
      </w:tblPr>
      <w:tblGrid>
        <w:gridCol w:w="9634"/>
      </w:tblGrid>
      <w:tr w:rsidR="0055474B" w:rsidRPr="00267D20" w14:paraId="3BD62029" w14:textId="77777777" w:rsidTr="00A3110F">
        <w:trPr>
          <w:trHeight w:val="7288"/>
        </w:trPr>
        <w:tc>
          <w:tcPr>
            <w:tcW w:w="9634" w:type="dxa"/>
          </w:tcPr>
          <w:p w14:paraId="073C5F05" w14:textId="77777777" w:rsidR="0011617B" w:rsidRDefault="0011617B" w:rsidP="00D44D8D">
            <w:pPr>
              <w:spacing w:line="276" w:lineRule="auto"/>
              <w:jc w:val="both"/>
              <w:rPr>
                <w:rFonts w:eastAsia="Times New Roman" w:cs="Times New Roman"/>
                <w:color w:val="A6A6A6"/>
                <w:szCs w:val="20"/>
                <w:lang w:eastAsia="es-PY"/>
              </w:rPr>
            </w:pPr>
            <w:r w:rsidRPr="005D12D8">
              <w:rPr>
                <w:rFonts w:eastAsia="Times New Roman" w:cs="Times New Roman"/>
                <w:color w:val="A6A6A6"/>
                <w:szCs w:val="20"/>
                <w:lang w:eastAsia="es-PY"/>
              </w:rPr>
              <w:t>Se identifican las dificultades encontradas durante el proceso de autoevaluación, junto con las estrategias implementadas para superarlas.</w:t>
            </w:r>
          </w:p>
          <w:p w14:paraId="327624E5" w14:textId="77777777" w:rsidR="0055474B" w:rsidRPr="0011617B" w:rsidRDefault="0055474B" w:rsidP="0055474B">
            <w:pPr>
              <w:widowControl w:val="0"/>
              <w:autoSpaceDE w:val="0"/>
              <w:autoSpaceDN w:val="0"/>
              <w:spacing w:before="180" w:after="40" w:line="259" w:lineRule="auto"/>
              <w:ind w:right="-2"/>
              <w:contextualSpacing/>
              <w:rPr>
                <w:b/>
                <w:color w:val="FFFFFF"/>
                <w:szCs w:val="20"/>
              </w:rPr>
            </w:pPr>
          </w:p>
          <w:p w14:paraId="2B17938D"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68E9F18E"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70A1F3A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3DBDAD18"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78260DAD"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5F5E77F4"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3D532923"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406AFE1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470CC3C7"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0335C896"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1FBA9197"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1222EF9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6981C117"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01376034"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424DC1A"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B2B3B8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00A8146"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3201F6B"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9DD6DD5"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BEFF03E"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460A5525"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373D1756"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544A80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4E64548"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2AACC151"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330A7DB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DCD5054"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23B041B9" w14:textId="34849823" w:rsidR="0011617B" w:rsidRDefault="0011617B" w:rsidP="0055474B">
            <w:pPr>
              <w:widowControl w:val="0"/>
              <w:autoSpaceDE w:val="0"/>
              <w:autoSpaceDN w:val="0"/>
              <w:spacing w:before="180" w:after="40" w:line="259" w:lineRule="auto"/>
              <w:ind w:right="-2"/>
              <w:contextualSpacing/>
              <w:rPr>
                <w:b/>
                <w:color w:val="FFFFFF"/>
                <w:szCs w:val="20"/>
                <w:lang w:val="es-ES"/>
              </w:rPr>
            </w:pPr>
          </w:p>
        </w:tc>
      </w:tr>
    </w:tbl>
    <w:p w14:paraId="4635D32A" w14:textId="47076CF5" w:rsidR="0011617B" w:rsidRDefault="0055474B" w:rsidP="00920BB3">
      <w:pPr>
        <w:widowControl w:val="0"/>
        <w:shd w:val="clear" w:color="auto" w:fill="808080" w:themeFill="background1" w:themeFillShade="80"/>
        <w:autoSpaceDE w:val="0"/>
        <w:autoSpaceDN w:val="0"/>
        <w:spacing w:before="180" w:after="40" w:line="259" w:lineRule="auto"/>
        <w:ind w:left="360" w:right="-143" w:hanging="360"/>
        <w:contextualSpacing/>
        <w:rPr>
          <w:rFonts w:eastAsia="Times New Roman" w:cs="Times New Roman"/>
          <w:b/>
          <w:bCs/>
          <w:color w:val="FFFFFF"/>
          <w:sz w:val="22"/>
          <w:lang w:val="es-PY" w:eastAsia="es-PY"/>
        </w:rPr>
      </w:pPr>
      <w:r>
        <w:rPr>
          <w:rFonts w:eastAsia="Times New Roman" w:cs="Times New Roman"/>
          <w:b/>
          <w:bCs/>
          <w:color w:val="FFFFFF"/>
          <w:sz w:val="22"/>
          <w:lang w:val="es-PY" w:eastAsia="es-PY"/>
        </w:rPr>
        <w:t>6.</w:t>
      </w:r>
      <w:r w:rsidR="0011617B">
        <w:rPr>
          <w:rFonts w:eastAsia="Times New Roman" w:cs="Times New Roman"/>
          <w:b/>
          <w:bCs/>
          <w:color w:val="FFFFFF"/>
          <w:sz w:val="22"/>
          <w:lang w:val="es-PY" w:eastAsia="es-PY"/>
        </w:rPr>
        <w:t xml:space="preserve"> </w:t>
      </w:r>
      <w:r w:rsidR="0011617B" w:rsidRPr="0092337E">
        <w:rPr>
          <w:rFonts w:eastAsia="Times New Roman" w:cs="Times New Roman"/>
          <w:b/>
          <w:bCs/>
          <w:color w:val="FFFFFF"/>
          <w:sz w:val="22"/>
          <w:lang w:val="es-PY" w:eastAsia="es-PY"/>
        </w:rPr>
        <w:t xml:space="preserve">PARTICIPACIÓN DE LOS ACTORES </w:t>
      </w:r>
      <w:r w:rsidR="0011617B" w:rsidRPr="0092337E">
        <w:rPr>
          <w:b/>
          <w:color w:val="FFFFFF"/>
          <w:sz w:val="22"/>
          <w:lang w:val="es-ES"/>
        </w:rPr>
        <w:t>INSTITUCIONALES</w:t>
      </w:r>
    </w:p>
    <w:tbl>
      <w:tblPr>
        <w:tblStyle w:val="Tablaconcuadrcula"/>
        <w:tblW w:w="9639" w:type="dxa"/>
        <w:tblInd w:w="-5" w:type="dxa"/>
        <w:tblLook w:val="04A0" w:firstRow="1" w:lastRow="0" w:firstColumn="1" w:lastColumn="0" w:noHBand="0" w:noVBand="1"/>
      </w:tblPr>
      <w:tblGrid>
        <w:gridCol w:w="9639"/>
      </w:tblGrid>
      <w:tr w:rsidR="0011617B" w:rsidRPr="00267D20" w14:paraId="4D8BD8C8" w14:textId="77777777" w:rsidTr="0011617B">
        <w:tc>
          <w:tcPr>
            <w:tcW w:w="9639" w:type="dxa"/>
          </w:tcPr>
          <w:p w14:paraId="2EDDAD76" w14:textId="4930E61F" w:rsidR="0011617B" w:rsidRPr="005D12D8" w:rsidRDefault="0011617B" w:rsidP="00D44D8D">
            <w:pPr>
              <w:spacing w:line="276" w:lineRule="auto"/>
              <w:jc w:val="both"/>
              <w:rPr>
                <w:rFonts w:eastAsia="Times New Roman" w:cs="Times New Roman"/>
                <w:color w:val="A6A6A6"/>
                <w:szCs w:val="20"/>
                <w:lang w:val="es-PY" w:eastAsia="es-PY"/>
              </w:rPr>
            </w:pPr>
            <w:r w:rsidRPr="005D12D8">
              <w:rPr>
                <w:rFonts w:eastAsia="Times New Roman" w:cs="Times New Roman"/>
                <w:color w:val="A6A6A6"/>
                <w:szCs w:val="20"/>
                <w:lang w:val="es-PY" w:eastAsia="es-PY"/>
              </w:rPr>
              <w:t xml:space="preserve">Se describe el enfoque adoptado para garantizar la participación de los distintos sectores involucrados en la vida académica e institucional: docentes, </w:t>
            </w:r>
            <w:r w:rsidR="0044515B">
              <w:rPr>
                <w:rFonts w:eastAsia="Times New Roman" w:cs="Times New Roman"/>
                <w:color w:val="A6A6A6"/>
                <w:szCs w:val="20"/>
                <w:lang w:val="es-PY" w:eastAsia="es-PY"/>
              </w:rPr>
              <w:t>participantes</w:t>
            </w:r>
            <w:r w:rsidRPr="005D12D8">
              <w:rPr>
                <w:rFonts w:eastAsia="Times New Roman" w:cs="Times New Roman"/>
                <w:color w:val="A6A6A6"/>
                <w:szCs w:val="20"/>
                <w:lang w:val="es-PY" w:eastAsia="es-PY"/>
              </w:rPr>
              <w:t>, egresados, personal administrativo, directivo o actores externos.</w:t>
            </w:r>
          </w:p>
          <w:p w14:paraId="67157079" w14:textId="77777777" w:rsidR="0011617B" w:rsidRDefault="0011617B" w:rsidP="00D44D8D">
            <w:pPr>
              <w:widowControl w:val="0"/>
              <w:autoSpaceDE w:val="0"/>
              <w:autoSpaceDN w:val="0"/>
              <w:spacing w:before="180" w:after="40" w:line="276" w:lineRule="auto"/>
              <w:ind w:right="-143"/>
              <w:contextualSpacing/>
              <w:rPr>
                <w:rFonts w:eastAsia="Times New Roman" w:cs="Times New Roman"/>
                <w:b/>
                <w:bCs/>
                <w:color w:val="FFFFFF"/>
                <w:sz w:val="22"/>
                <w:lang w:val="es-PY" w:eastAsia="es-PY"/>
              </w:rPr>
            </w:pPr>
          </w:p>
          <w:p w14:paraId="6680713F" w14:textId="77777777" w:rsidR="0011617B" w:rsidRDefault="0011617B" w:rsidP="00D44D8D">
            <w:pPr>
              <w:widowControl w:val="0"/>
              <w:autoSpaceDE w:val="0"/>
              <w:autoSpaceDN w:val="0"/>
              <w:spacing w:before="180" w:after="40" w:line="276" w:lineRule="auto"/>
              <w:ind w:right="-143"/>
              <w:contextualSpacing/>
              <w:rPr>
                <w:rFonts w:eastAsia="Times New Roman" w:cs="Times New Roman"/>
                <w:b/>
                <w:bCs/>
                <w:color w:val="FFFFFF"/>
                <w:sz w:val="22"/>
                <w:lang w:val="es-PY" w:eastAsia="es-PY"/>
              </w:rPr>
            </w:pPr>
          </w:p>
          <w:p w14:paraId="635FF43E" w14:textId="77777777" w:rsidR="0011617B" w:rsidRDefault="0011617B" w:rsidP="00D44D8D">
            <w:pPr>
              <w:widowControl w:val="0"/>
              <w:autoSpaceDE w:val="0"/>
              <w:autoSpaceDN w:val="0"/>
              <w:spacing w:before="180" w:after="40" w:line="276" w:lineRule="auto"/>
              <w:ind w:right="-143"/>
              <w:contextualSpacing/>
              <w:rPr>
                <w:rFonts w:eastAsia="Times New Roman" w:cs="Times New Roman"/>
                <w:b/>
                <w:bCs/>
                <w:color w:val="FFFFFF"/>
                <w:sz w:val="22"/>
                <w:lang w:val="es-PY" w:eastAsia="es-PY"/>
              </w:rPr>
            </w:pPr>
          </w:p>
          <w:p w14:paraId="27B2EA08" w14:textId="77777777" w:rsidR="0011617B" w:rsidRDefault="0011617B" w:rsidP="00D44D8D">
            <w:pPr>
              <w:widowControl w:val="0"/>
              <w:autoSpaceDE w:val="0"/>
              <w:autoSpaceDN w:val="0"/>
              <w:spacing w:before="180" w:after="40" w:line="276" w:lineRule="auto"/>
              <w:ind w:right="-143"/>
              <w:contextualSpacing/>
              <w:rPr>
                <w:rFonts w:eastAsia="Times New Roman" w:cs="Times New Roman"/>
                <w:b/>
                <w:bCs/>
                <w:color w:val="FFFFFF"/>
                <w:sz w:val="22"/>
                <w:lang w:val="es-PY" w:eastAsia="es-PY"/>
              </w:rPr>
            </w:pPr>
          </w:p>
          <w:p w14:paraId="5CA0CE8F"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32C29192"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4CF9B741"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23EE2689"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4AB49C5D"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51515C8F"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2B9E432C"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67E176A4"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1770F23B"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7EBF8A54"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3431B633"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123670A3" w14:textId="7227824A" w:rsidR="0089381D" w:rsidRDefault="0089381D"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tc>
      </w:tr>
    </w:tbl>
    <w:tbl>
      <w:tblPr>
        <w:tblW w:w="9499" w:type="dxa"/>
        <w:jc w:val="center"/>
        <w:tblLook w:val="04A0" w:firstRow="1" w:lastRow="0" w:firstColumn="1" w:lastColumn="0" w:noHBand="0" w:noVBand="1"/>
      </w:tblPr>
      <w:tblGrid>
        <w:gridCol w:w="9499"/>
      </w:tblGrid>
      <w:tr w:rsidR="0092337E" w:rsidRPr="00380C83" w14:paraId="520983CC" w14:textId="77777777" w:rsidTr="0089381D">
        <w:trPr>
          <w:cantSplit/>
          <w:trHeight w:hRule="exact" w:val="362"/>
          <w:tblHeader/>
          <w:jc w:val="center"/>
        </w:trPr>
        <w:tc>
          <w:tcPr>
            <w:tcW w:w="9499" w:type="dxa"/>
            <w:tcBorders>
              <w:bottom w:val="single" w:sz="4" w:space="0" w:color="auto"/>
            </w:tcBorders>
            <w:shd w:val="clear" w:color="auto" w:fill="262626" w:themeFill="text1" w:themeFillTint="D9"/>
            <w:tcMar>
              <w:top w:w="55" w:type="dxa"/>
              <w:left w:w="70" w:type="dxa"/>
              <w:bottom w:w="55" w:type="dxa"/>
              <w:right w:w="70" w:type="dxa"/>
            </w:tcMar>
            <w:vAlign w:val="center"/>
          </w:tcPr>
          <w:p w14:paraId="0AC37202" w14:textId="746568D7" w:rsidR="0092337E" w:rsidRPr="0011617B" w:rsidRDefault="0055474B" w:rsidP="00920BB3">
            <w:pPr>
              <w:shd w:val="clear" w:color="auto" w:fill="262626" w:themeFill="text1" w:themeFillTint="D9"/>
              <w:tabs>
                <w:tab w:val="left" w:pos="9284"/>
              </w:tabs>
              <w:spacing w:after="160" w:line="256" w:lineRule="auto"/>
              <w:ind w:right="-623"/>
              <w:rPr>
                <w:b/>
                <w:bCs/>
                <w:sz w:val="22"/>
                <w:lang w:val="es-PY" w:eastAsia="es-PY"/>
              </w:rPr>
            </w:pPr>
            <w:r w:rsidRPr="00430791">
              <w:rPr>
                <w:b/>
                <w:bCs/>
                <w:color w:val="FFFFFF"/>
                <w:sz w:val="22"/>
                <w:shd w:val="clear" w:color="auto" w:fill="003300"/>
                <w:lang w:val="es-PY" w:eastAsia="es-PY"/>
              </w:rPr>
              <w:lastRenderedPageBreak/>
              <w:t>7</w:t>
            </w:r>
            <w:r w:rsidRPr="00920BB3">
              <w:rPr>
                <w:b/>
                <w:bCs/>
                <w:color w:val="FFFFFF"/>
                <w:sz w:val="22"/>
                <w:shd w:val="clear" w:color="auto" w:fill="262626" w:themeFill="text1" w:themeFillTint="D9"/>
                <w:lang w:val="es-PY" w:eastAsia="es-PY"/>
              </w:rPr>
              <w:t xml:space="preserve">. </w:t>
            </w:r>
            <w:r w:rsidR="0092337E" w:rsidRPr="00920BB3">
              <w:rPr>
                <w:b/>
                <w:bCs/>
                <w:color w:val="FFFFFF"/>
                <w:sz w:val="22"/>
                <w:shd w:val="clear" w:color="auto" w:fill="262626" w:themeFill="text1" w:themeFillTint="D9"/>
                <w:lang w:val="es-PY" w:eastAsia="es-PY"/>
              </w:rPr>
              <w:t>RESULTADOS DEL PROCESO DE AUTOEVALUACIÓN</w:t>
            </w:r>
            <w:r w:rsidR="005D12D8" w:rsidRPr="0011617B">
              <w:rPr>
                <w:b/>
                <w:bCs/>
                <w:color w:val="FFFFFF"/>
                <w:sz w:val="22"/>
                <w:shd w:val="clear" w:color="auto" w:fill="009999"/>
                <w:lang w:val="es-PY" w:eastAsia="es-PY"/>
              </w:rPr>
              <w:t xml:space="preserve">    </w:t>
            </w:r>
          </w:p>
          <w:p w14:paraId="5ADFAD55" w14:textId="77777777" w:rsidR="0092337E" w:rsidRPr="00E26089" w:rsidRDefault="0092337E">
            <w:pPr>
              <w:rPr>
                <w:b/>
                <w:color w:val="FFFFFF"/>
                <w:lang w:val="es-PY"/>
              </w:rPr>
            </w:pPr>
          </w:p>
        </w:tc>
      </w:tr>
    </w:tbl>
    <w:p w14:paraId="1F59692F" w14:textId="69EEF3E9" w:rsidR="000C6B7D" w:rsidRPr="00380C83" w:rsidRDefault="000C6B7D">
      <w:pPr>
        <w:rPr>
          <w:lang w:val="es-PY"/>
        </w:rPr>
      </w:pPr>
    </w:p>
    <w:tbl>
      <w:tblPr>
        <w:tblW w:w="5000" w:type="pct"/>
        <w:jc w:val="center"/>
        <w:tblLook w:val="04A0" w:firstRow="1" w:lastRow="0" w:firstColumn="1" w:lastColumn="0" w:noHBand="0" w:noVBand="1"/>
      </w:tblPr>
      <w:tblGrid>
        <w:gridCol w:w="1987"/>
        <w:gridCol w:w="5402"/>
        <w:gridCol w:w="694"/>
        <w:gridCol w:w="694"/>
        <w:gridCol w:w="703"/>
      </w:tblGrid>
      <w:tr w:rsidR="000C6B7D" w:rsidRPr="00267D20" w14:paraId="569C257F" w14:textId="77777777" w:rsidTr="00E55766">
        <w:trPr>
          <w:cantSplit/>
          <w:trHeight w:hRule="exact" w:val="446"/>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4424E619" w14:textId="63EC0184" w:rsidR="000C6B7D" w:rsidRPr="00E26089" w:rsidRDefault="00E26089">
            <w:pPr>
              <w:rPr>
                <w:lang w:val="es-PY"/>
              </w:rPr>
            </w:pPr>
            <w:r w:rsidRPr="00E26089">
              <w:rPr>
                <w:b/>
                <w:color w:val="FFFFFF"/>
                <w:lang w:val="es-PY"/>
              </w:rPr>
              <w:t xml:space="preserve">DIMENSIÓN 2. PROYECTO ACADÉMICO Y </w:t>
            </w:r>
            <w:r w:rsidR="00D037C6">
              <w:rPr>
                <w:b/>
                <w:color w:val="FFFFFF"/>
                <w:lang w:val="es-PY"/>
              </w:rPr>
              <w:t>PROCESO FORMATIVO</w:t>
            </w:r>
          </w:p>
        </w:tc>
      </w:tr>
      <w:tr w:rsidR="000C6B7D" w14:paraId="1F090D5C" w14:textId="77777777" w:rsidTr="00E55766">
        <w:trPr>
          <w:cantSplit/>
          <w:trHeight w:hRule="exact" w:val="691"/>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F575FDD" w14:textId="494FB3C1" w:rsidR="000C6B7D" w:rsidRPr="00735EB3" w:rsidRDefault="002820E3">
            <w:pPr>
              <w:jc w:val="center"/>
              <w:rPr>
                <w:szCs w:val="20"/>
              </w:rPr>
            </w:pPr>
            <w:proofErr w:type="spellStart"/>
            <w:r w:rsidRPr="00735EB3">
              <w:rPr>
                <w:b/>
                <w:color w:val="000000"/>
                <w:szCs w:val="20"/>
              </w:rPr>
              <w:t>Criterio</w:t>
            </w:r>
            <w:proofErr w:type="spellEnd"/>
            <w:r w:rsidRPr="00735EB3">
              <w:rPr>
                <w:b/>
                <w:color w:val="000000"/>
                <w:szCs w:val="20"/>
              </w:rPr>
              <w:t xml:space="preserve"> 2.1</w:t>
            </w:r>
          </w:p>
        </w:tc>
        <w:tc>
          <w:tcPr>
            <w:tcW w:w="2849" w:type="pct"/>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6057C40" w14:textId="77777777" w:rsidR="000C6B7D" w:rsidRPr="00735EB3" w:rsidRDefault="00E26089">
            <w:pPr>
              <w:jc w:val="center"/>
              <w:rPr>
                <w:szCs w:val="20"/>
              </w:rPr>
            </w:pPr>
            <w:r w:rsidRPr="00735EB3">
              <w:rPr>
                <w:b/>
                <w:color w:val="000000"/>
                <w:szCs w:val="20"/>
              </w:rPr>
              <w:t>Indicadores</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B7C6A5B" w14:textId="77777777" w:rsidR="000C6B7D" w:rsidRPr="00735EB3" w:rsidRDefault="00E26089">
            <w:pPr>
              <w:jc w:val="center"/>
              <w:rPr>
                <w:szCs w:val="20"/>
              </w:rPr>
            </w:pPr>
            <w:r w:rsidRPr="00735EB3">
              <w:rPr>
                <w:b/>
                <w:color w:val="000000"/>
                <w:szCs w:val="20"/>
              </w:rPr>
              <w:t>Nivel de cumplimiento</w:t>
            </w:r>
          </w:p>
        </w:tc>
      </w:tr>
      <w:tr w:rsidR="000C6B7D" w14:paraId="02F1AA99" w14:textId="77777777" w:rsidTr="00267D20">
        <w:trPr>
          <w:cantSplit/>
          <w:trHeight w:hRule="exact" w:val="303"/>
          <w:tblHeader/>
          <w:jc w:val="center"/>
        </w:trPr>
        <w:tc>
          <w:tcPr>
            <w:tcW w:w="1048" w:type="pct"/>
            <w:vMerge/>
            <w:tcBorders>
              <w:top w:val="single" w:sz="6" w:space="0" w:color="000000"/>
              <w:left w:val="single" w:sz="6" w:space="0" w:color="000000"/>
              <w:bottom w:val="single" w:sz="6" w:space="0" w:color="auto"/>
              <w:right w:val="single" w:sz="6" w:space="0" w:color="000000"/>
            </w:tcBorders>
            <w:shd w:val="clear" w:color="auto" w:fill="D9D9D9" w:themeFill="background1" w:themeFillShade="D9"/>
            <w:tcMar>
              <w:top w:w="55" w:type="dxa"/>
              <w:left w:w="70" w:type="dxa"/>
              <w:bottom w:w="55" w:type="dxa"/>
              <w:right w:w="70" w:type="dxa"/>
            </w:tcMar>
            <w:vAlign w:val="center"/>
          </w:tcPr>
          <w:p w14:paraId="39525644" w14:textId="77777777" w:rsidR="000C6B7D" w:rsidRPr="00735EB3" w:rsidRDefault="000C6B7D">
            <w:pPr>
              <w:rPr>
                <w:szCs w:val="20"/>
              </w:rPr>
            </w:pPr>
          </w:p>
        </w:tc>
        <w:tc>
          <w:tcPr>
            <w:tcW w:w="2849" w:type="pct"/>
            <w:vMerge/>
            <w:tcBorders>
              <w:top w:val="single" w:sz="6" w:space="0" w:color="000000"/>
              <w:left w:val="single" w:sz="6" w:space="0" w:color="000000"/>
              <w:bottom w:val="single" w:sz="6" w:space="0" w:color="auto"/>
              <w:right w:val="single" w:sz="6" w:space="0" w:color="000000"/>
            </w:tcBorders>
            <w:shd w:val="clear" w:color="auto" w:fill="D9D9D9" w:themeFill="background1" w:themeFillShade="D9"/>
            <w:tcMar>
              <w:top w:w="55" w:type="dxa"/>
              <w:left w:w="70" w:type="dxa"/>
              <w:bottom w:w="55" w:type="dxa"/>
              <w:right w:w="70" w:type="dxa"/>
            </w:tcMar>
            <w:vAlign w:val="center"/>
          </w:tcPr>
          <w:p w14:paraId="26C4525C" w14:textId="77777777" w:rsidR="000C6B7D" w:rsidRPr="00735EB3" w:rsidRDefault="000C6B7D">
            <w:pPr>
              <w:rPr>
                <w:szCs w:val="20"/>
              </w:rPr>
            </w:pPr>
          </w:p>
        </w:tc>
        <w:tc>
          <w:tcPr>
            <w:tcW w:w="366" w:type="pct"/>
            <w:tcBorders>
              <w:top w:val="single" w:sz="6" w:space="0" w:color="000000"/>
              <w:left w:val="single" w:sz="6" w:space="0" w:color="000000"/>
              <w:bottom w:val="single" w:sz="6" w:space="0" w:color="auto"/>
              <w:right w:val="single" w:sz="6" w:space="0" w:color="000000"/>
            </w:tcBorders>
            <w:shd w:val="clear" w:color="auto" w:fill="D9D9D9" w:themeFill="background1" w:themeFillShade="D9"/>
            <w:tcMar>
              <w:top w:w="55" w:type="dxa"/>
              <w:left w:w="70" w:type="dxa"/>
              <w:bottom w:w="55" w:type="dxa"/>
              <w:right w:w="70" w:type="dxa"/>
            </w:tcMar>
            <w:vAlign w:val="center"/>
          </w:tcPr>
          <w:p w14:paraId="54985D3A" w14:textId="77777777" w:rsidR="000C6B7D" w:rsidRPr="00735EB3" w:rsidRDefault="00E26089">
            <w:pPr>
              <w:jc w:val="center"/>
              <w:rPr>
                <w:szCs w:val="20"/>
              </w:rPr>
            </w:pPr>
            <w:r w:rsidRPr="00735EB3">
              <w:rPr>
                <w:b/>
                <w:color w:val="000000"/>
                <w:szCs w:val="20"/>
              </w:rPr>
              <w:t>CT</w:t>
            </w:r>
          </w:p>
        </w:tc>
        <w:tc>
          <w:tcPr>
            <w:tcW w:w="366" w:type="pct"/>
            <w:tcBorders>
              <w:top w:val="single" w:sz="6" w:space="0" w:color="000000"/>
              <w:left w:val="single" w:sz="6" w:space="0" w:color="000000"/>
              <w:bottom w:val="single" w:sz="6" w:space="0" w:color="auto"/>
              <w:right w:val="single" w:sz="6" w:space="0" w:color="000000"/>
            </w:tcBorders>
            <w:shd w:val="clear" w:color="auto" w:fill="D9D9D9" w:themeFill="background1" w:themeFillShade="D9"/>
            <w:tcMar>
              <w:top w:w="55" w:type="dxa"/>
              <w:left w:w="70" w:type="dxa"/>
              <w:bottom w:w="55" w:type="dxa"/>
              <w:right w:w="70" w:type="dxa"/>
            </w:tcMar>
            <w:vAlign w:val="center"/>
          </w:tcPr>
          <w:p w14:paraId="743D50AF" w14:textId="77777777" w:rsidR="000C6B7D" w:rsidRPr="00735EB3" w:rsidRDefault="00E26089">
            <w:pPr>
              <w:jc w:val="center"/>
              <w:rPr>
                <w:szCs w:val="20"/>
              </w:rPr>
            </w:pPr>
            <w:r w:rsidRPr="00735EB3">
              <w:rPr>
                <w:b/>
                <w:color w:val="000000"/>
                <w:szCs w:val="20"/>
              </w:rPr>
              <w:t>CP</w:t>
            </w:r>
          </w:p>
        </w:tc>
        <w:tc>
          <w:tcPr>
            <w:tcW w:w="371" w:type="pct"/>
            <w:tcBorders>
              <w:top w:val="single" w:sz="6" w:space="0" w:color="000000"/>
              <w:left w:val="single" w:sz="6" w:space="0" w:color="000000"/>
              <w:bottom w:val="single" w:sz="6" w:space="0" w:color="auto"/>
              <w:right w:val="single" w:sz="6" w:space="0" w:color="000000"/>
            </w:tcBorders>
            <w:shd w:val="clear" w:color="auto" w:fill="D9D9D9" w:themeFill="background1" w:themeFillShade="D9"/>
            <w:tcMar>
              <w:top w:w="55" w:type="dxa"/>
              <w:left w:w="70" w:type="dxa"/>
              <w:bottom w:w="55" w:type="dxa"/>
              <w:right w:w="70" w:type="dxa"/>
            </w:tcMar>
            <w:vAlign w:val="center"/>
          </w:tcPr>
          <w:p w14:paraId="6F4D48E0" w14:textId="77777777" w:rsidR="000C6B7D" w:rsidRPr="00735EB3" w:rsidRDefault="00E26089">
            <w:pPr>
              <w:jc w:val="center"/>
              <w:rPr>
                <w:szCs w:val="20"/>
              </w:rPr>
            </w:pPr>
            <w:r w:rsidRPr="00735EB3">
              <w:rPr>
                <w:b/>
                <w:color w:val="000000"/>
                <w:szCs w:val="20"/>
              </w:rPr>
              <w:t>NC</w:t>
            </w:r>
          </w:p>
        </w:tc>
      </w:tr>
      <w:tr w:rsidR="001E714C" w:rsidRPr="00267D20" w14:paraId="510DA82C" w14:textId="77777777" w:rsidTr="00267D20">
        <w:trPr>
          <w:cantSplit/>
          <w:trHeight w:val="457"/>
          <w:jc w:val="center"/>
        </w:trPr>
        <w:tc>
          <w:tcPr>
            <w:tcW w:w="1048" w:type="pct"/>
            <w:vMerge w:val="restar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0C2A4E62" w14:textId="53B2C948" w:rsidR="001E714C" w:rsidRPr="005D12D8" w:rsidRDefault="001E714C" w:rsidP="001E714C">
            <w:pPr>
              <w:jc w:val="center"/>
              <w:rPr>
                <w:lang w:val="es-PY"/>
              </w:rPr>
            </w:pPr>
            <w:r w:rsidRPr="004B35A4">
              <w:rPr>
                <w:b/>
                <w:color w:val="000000"/>
                <w:szCs w:val="20"/>
                <w:lang w:val="es-PY"/>
              </w:rPr>
              <w:t>Pertinencia del diseño curricular con la orientación profesionalizante</w:t>
            </w:r>
            <w:r w:rsidRPr="00BF74F5">
              <w:rPr>
                <w:b/>
                <w:color w:val="E31B23"/>
                <w:szCs w:val="20"/>
                <w:lang w:val="es-PY"/>
              </w:rPr>
              <w:br/>
              <w:t>(Sustantivo)</w:t>
            </w:r>
          </w:p>
        </w:tc>
        <w:tc>
          <w:tcPr>
            <w:tcW w:w="2849" w:type="pc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4E0DABD1" w14:textId="2050265B" w:rsidR="001E714C" w:rsidRPr="0073782B" w:rsidRDefault="001E714C" w:rsidP="001E714C">
            <w:pPr>
              <w:pStyle w:val="Prrafodelista"/>
              <w:numPr>
                <w:ilvl w:val="0"/>
                <w:numId w:val="16"/>
              </w:numPr>
              <w:ind w:left="346" w:hanging="283"/>
              <w:jc w:val="both"/>
              <w:rPr>
                <w:lang w:val="es-PY"/>
              </w:rPr>
            </w:pPr>
            <w:r w:rsidRPr="00BF74F5">
              <w:rPr>
                <w:color w:val="000000"/>
                <w:szCs w:val="20"/>
                <w:lang w:val="es-PY"/>
              </w:rPr>
              <w:t xml:space="preserve">a. </w:t>
            </w:r>
            <w:r w:rsidRPr="00D10C6E">
              <w:rPr>
                <w:color w:val="000000"/>
                <w:szCs w:val="20"/>
                <w:lang w:val="es-PY"/>
              </w:rPr>
              <w:t>El perfil de egreso define capacidades de nivel doctoral para abordar problemas complejos del campo profesional mediante investigación, innovación y aplicación del conocimiento.</w:t>
            </w:r>
          </w:p>
        </w:tc>
        <w:tc>
          <w:tcPr>
            <w:tcW w:w="366" w:type="pc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7D8553D1" w14:textId="77777777" w:rsidR="001E714C" w:rsidRPr="005D12D8" w:rsidRDefault="001E714C" w:rsidP="001E714C">
            <w:pPr>
              <w:jc w:val="center"/>
              <w:rPr>
                <w:lang w:val="es-PY"/>
              </w:rPr>
            </w:pPr>
          </w:p>
        </w:tc>
        <w:tc>
          <w:tcPr>
            <w:tcW w:w="366" w:type="pc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7EED8736" w14:textId="77777777" w:rsidR="001E714C" w:rsidRPr="005D12D8" w:rsidRDefault="001E714C" w:rsidP="001E714C">
            <w:pPr>
              <w:jc w:val="center"/>
              <w:rPr>
                <w:lang w:val="es-PY"/>
              </w:rPr>
            </w:pPr>
          </w:p>
        </w:tc>
        <w:tc>
          <w:tcPr>
            <w:tcW w:w="371" w:type="pc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7969206B" w14:textId="77777777" w:rsidR="001E714C" w:rsidRPr="005D12D8" w:rsidRDefault="001E714C" w:rsidP="001E714C">
            <w:pPr>
              <w:jc w:val="center"/>
              <w:rPr>
                <w:lang w:val="es-PY"/>
              </w:rPr>
            </w:pPr>
          </w:p>
        </w:tc>
      </w:tr>
      <w:tr w:rsidR="001E714C" w:rsidRPr="00267D20" w14:paraId="2DD43C3B" w14:textId="77777777" w:rsidTr="00267D20">
        <w:trPr>
          <w:cantSplit/>
          <w:trHeight w:val="469"/>
          <w:jc w:val="center"/>
        </w:trPr>
        <w:tc>
          <w:tcPr>
            <w:tcW w:w="1048" w:type="pct"/>
            <w:vMerge/>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13F99134" w14:textId="77777777" w:rsidR="001E714C" w:rsidRPr="005D12D8" w:rsidRDefault="001E714C" w:rsidP="001E714C">
            <w:pPr>
              <w:rPr>
                <w:lang w:val="es-PY"/>
              </w:rPr>
            </w:pPr>
          </w:p>
        </w:tc>
        <w:tc>
          <w:tcPr>
            <w:tcW w:w="2849" w:type="pc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68443CF9" w14:textId="41896C68" w:rsidR="001E714C" w:rsidRPr="0073782B" w:rsidRDefault="001E714C" w:rsidP="001E714C">
            <w:pPr>
              <w:pStyle w:val="Prrafodelista"/>
              <w:numPr>
                <w:ilvl w:val="0"/>
                <w:numId w:val="16"/>
              </w:numPr>
              <w:ind w:left="346" w:hanging="283"/>
              <w:jc w:val="both"/>
              <w:rPr>
                <w:lang w:val="es-PY"/>
              </w:rPr>
            </w:pPr>
            <w:r w:rsidRPr="00BF74F5">
              <w:rPr>
                <w:color w:val="000000"/>
                <w:szCs w:val="20"/>
                <w:lang w:val="es-PY"/>
              </w:rPr>
              <w:t xml:space="preserve">b. </w:t>
            </w:r>
            <w:r w:rsidRPr="00D10C6E">
              <w:rPr>
                <w:color w:val="000000"/>
                <w:szCs w:val="20"/>
                <w:lang w:val="es-PY"/>
              </w:rPr>
              <w:t>El plan de estudios articula formación avanzada disciplinar, investigación aplicada y práctica profesional.</w:t>
            </w:r>
          </w:p>
        </w:tc>
        <w:tc>
          <w:tcPr>
            <w:tcW w:w="366" w:type="pc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1CE4086E" w14:textId="77777777" w:rsidR="001E714C" w:rsidRPr="005D12D8" w:rsidRDefault="001E714C" w:rsidP="001E714C">
            <w:pPr>
              <w:jc w:val="center"/>
              <w:rPr>
                <w:lang w:val="es-PY"/>
              </w:rPr>
            </w:pPr>
          </w:p>
        </w:tc>
        <w:tc>
          <w:tcPr>
            <w:tcW w:w="366" w:type="pc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732433FB" w14:textId="77777777" w:rsidR="001E714C" w:rsidRPr="005D12D8" w:rsidRDefault="001E714C" w:rsidP="001E714C">
            <w:pPr>
              <w:jc w:val="center"/>
              <w:rPr>
                <w:lang w:val="es-PY"/>
              </w:rPr>
            </w:pPr>
          </w:p>
        </w:tc>
        <w:tc>
          <w:tcPr>
            <w:tcW w:w="371" w:type="pc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4EEB2416" w14:textId="77777777" w:rsidR="001E714C" w:rsidRPr="005D12D8" w:rsidRDefault="001E714C" w:rsidP="001E714C">
            <w:pPr>
              <w:jc w:val="center"/>
              <w:rPr>
                <w:lang w:val="es-PY"/>
              </w:rPr>
            </w:pPr>
          </w:p>
        </w:tc>
      </w:tr>
      <w:tr w:rsidR="001E714C" w:rsidRPr="00267D20" w14:paraId="3ECAC2FD" w14:textId="77777777" w:rsidTr="00267D20">
        <w:trPr>
          <w:cantSplit/>
          <w:trHeight w:val="435"/>
          <w:jc w:val="center"/>
        </w:trPr>
        <w:tc>
          <w:tcPr>
            <w:tcW w:w="1048" w:type="pct"/>
            <w:vMerge/>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42176DEA" w14:textId="77777777" w:rsidR="001E714C" w:rsidRPr="005D12D8" w:rsidRDefault="001E714C" w:rsidP="001E714C">
            <w:pPr>
              <w:rPr>
                <w:lang w:val="es-PY"/>
              </w:rPr>
            </w:pPr>
          </w:p>
        </w:tc>
        <w:tc>
          <w:tcPr>
            <w:tcW w:w="2849" w:type="pc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17E0729E" w14:textId="2B527BE6" w:rsidR="001E714C" w:rsidRPr="0073782B" w:rsidRDefault="001E714C" w:rsidP="001E714C">
            <w:pPr>
              <w:pStyle w:val="Prrafodelista"/>
              <w:numPr>
                <w:ilvl w:val="0"/>
                <w:numId w:val="16"/>
              </w:numPr>
              <w:ind w:left="346" w:hanging="283"/>
              <w:jc w:val="both"/>
              <w:rPr>
                <w:lang w:val="es-PY"/>
              </w:rPr>
            </w:pPr>
            <w:r w:rsidRPr="00BF74F5">
              <w:rPr>
                <w:color w:val="000000"/>
                <w:szCs w:val="20"/>
                <w:lang w:val="es-PY"/>
              </w:rPr>
              <w:t xml:space="preserve">c. </w:t>
            </w:r>
            <w:r w:rsidRPr="00D10C6E">
              <w:rPr>
                <w:color w:val="000000"/>
                <w:szCs w:val="20"/>
                <w:lang w:val="es-PY"/>
              </w:rPr>
              <w:t>Los contenidos y experiencias formativas responden a necesidades, desafíos y transformaciones del campo profesional.</w:t>
            </w:r>
          </w:p>
        </w:tc>
        <w:tc>
          <w:tcPr>
            <w:tcW w:w="366" w:type="pc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1899CB40" w14:textId="77777777" w:rsidR="001E714C" w:rsidRPr="005D12D8" w:rsidRDefault="001E714C" w:rsidP="001E714C">
            <w:pPr>
              <w:jc w:val="center"/>
              <w:rPr>
                <w:lang w:val="es-PY"/>
              </w:rPr>
            </w:pPr>
          </w:p>
        </w:tc>
        <w:tc>
          <w:tcPr>
            <w:tcW w:w="366" w:type="pc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5F172466" w14:textId="77777777" w:rsidR="001E714C" w:rsidRPr="005D12D8" w:rsidRDefault="001E714C" w:rsidP="001E714C">
            <w:pPr>
              <w:jc w:val="center"/>
              <w:rPr>
                <w:lang w:val="es-PY"/>
              </w:rPr>
            </w:pPr>
          </w:p>
        </w:tc>
        <w:tc>
          <w:tcPr>
            <w:tcW w:w="371" w:type="pc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15DC4834" w14:textId="77777777" w:rsidR="001E714C" w:rsidRPr="005D12D8" w:rsidRDefault="001E714C" w:rsidP="001E714C">
            <w:pPr>
              <w:jc w:val="center"/>
              <w:rPr>
                <w:lang w:val="es-PY"/>
              </w:rPr>
            </w:pPr>
          </w:p>
        </w:tc>
      </w:tr>
      <w:tr w:rsidR="001E714C" w:rsidRPr="00267D20" w14:paraId="7496626D" w14:textId="77777777" w:rsidTr="00267D20">
        <w:trPr>
          <w:cantSplit/>
          <w:trHeight w:val="429"/>
          <w:jc w:val="center"/>
        </w:trPr>
        <w:tc>
          <w:tcPr>
            <w:tcW w:w="1048" w:type="pct"/>
            <w:vMerge/>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03A7446C" w14:textId="77777777" w:rsidR="001E714C" w:rsidRPr="005D12D8" w:rsidRDefault="001E714C" w:rsidP="001E714C">
            <w:pPr>
              <w:rPr>
                <w:lang w:val="es-PY"/>
              </w:rPr>
            </w:pPr>
          </w:p>
        </w:tc>
        <w:tc>
          <w:tcPr>
            <w:tcW w:w="2849" w:type="pc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42F894E9" w14:textId="2E4E7B17" w:rsidR="001E714C" w:rsidRPr="0073782B" w:rsidRDefault="001E714C" w:rsidP="001E714C">
            <w:pPr>
              <w:pStyle w:val="Prrafodelista"/>
              <w:numPr>
                <w:ilvl w:val="0"/>
                <w:numId w:val="16"/>
              </w:numPr>
              <w:ind w:left="346" w:hanging="283"/>
              <w:jc w:val="both"/>
              <w:rPr>
                <w:lang w:val="es-PY"/>
              </w:rPr>
            </w:pPr>
            <w:r w:rsidRPr="00BF74F5">
              <w:rPr>
                <w:color w:val="000000"/>
                <w:szCs w:val="20"/>
                <w:lang w:val="es-PY"/>
              </w:rPr>
              <w:t xml:space="preserve">d. </w:t>
            </w:r>
            <w:r w:rsidRPr="00D10C6E">
              <w:rPr>
                <w:color w:val="000000"/>
                <w:szCs w:val="20"/>
                <w:lang w:val="es-PY"/>
              </w:rPr>
              <w:t>El currículo contempla espacios para el análisis, diseño, implementación y evaluación de soluciones o intervenciones en contextos reales</w:t>
            </w:r>
            <w:r w:rsidRPr="00BF74F5">
              <w:rPr>
                <w:color w:val="000000"/>
                <w:szCs w:val="20"/>
                <w:lang w:val="es-PY"/>
              </w:rPr>
              <w:t>.</w:t>
            </w:r>
          </w:p>
        </w:tc>
        <w:tc>
          <w:tcPr>
            <w:tcW w:w="366" w:type="pc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557598E4" w14:textId="77777777" w:rsidR="001E714C" w:rsidRPr="005D12D8" w:rsidRDefault="001E714C" w:rsidP="001E714C">
            <w:pPr>
              <w:jc w:val="center"/>
              <w:rPr>
                <w:lang w:val="es-PY"/>
              </w:rPr>
            </w:pPr>
          </w:p>
        </w:tc>
        <w:tc>
          <w:tcPr>
            <w:tcW w:w="366" w:type="pc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1B775266" w14:textId="77777777" w:rsidR="001E714C" w:rsidRPr="005D12D8" w:rsidRDefault="001E714C" w:rsidP="001E714C">
            <w:pPr>
              <w:jc w:val="center"/>
              <w:rPr>
                <w:lang w:val="es-PY"/>
              </w:rPr>
            </w:pPr>
          </w:p>
        </w:tc>
        <w:tc>
          <w:tcPr>
            <w:tcW w:w="371" w:type="pc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4BA0D84A" w14:textId="77777777" w:rsidR="001E714C" w:rsidRPr="005D12D8" w:rsidRDefault="001E714C" w:rsidP="001E714C">
            <w:pPr>
              <w:jc w:val="center"/>
              <w:rPr>
                <w:lang w:val="es-PY"/>
              </w:rPr>
            </w:pPr>
          </w:p>
        </w:tc>
      </w:tr>
      <w:tr w:rsidR="001E714C" w:rsidRPr="00267D20" w14:paraId="1EB607DC" w14:textId="77777777" w:rsidTr="00267D20">
        <w:trPr>
          <w:cantSplit/>
          <w:trHeight w:val="423"/>
          <w:jc w:val="center"/>
        </w:trPr>
        <w:tc>
          <w:tcPr>
            <w:tcW w:w="1048" w:type="pct"/>
            <w:vMerge/>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484ADDBE" w14:textId="77777777" w:rsidR="001E714C" w:rsidRPr="005D12D8" w:rsidRDefault="001E714C" w:rsidP="001E714C">
            <w:pPr>
              <w:rPr>
                <w:lang w:val="es-PY"/>
              </w:rPr>
            </w:pPr>
          </w:p>
        </w:tc>
        <w:tc>
          <w:tcPr>
            <w:tcW w:w="2849" w:type="pc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7B299C75" w14:textId="6A42DB07" w:rsidR="001E714C" w:rsidRPr="0073782B" w:rsidRDefault="001E714C" w:rsidP="001E714C">
            <w:pPr>
              <w:pStyle w:val="Prrafodelista"/>
              <w:numPr>
                <w:ilvl w:val="0"/>
                <w:numId w:val="16"/>
              </w:numPr>
              <w:ind w:left="346" w:hanging="283"/>
              <w:jc w:val="both"/>
              <w:rPr>
                <w:lang w:val="es-PY"/>
              </w:rPr>
            </w:pPr>
            <w:r w:rsidRPr="00BF74F5">
              <w:rPr>
                <w:color w:val="000000"/>
                <w:szCs w:val="20"/>
                <w:lang w:val="es-PY"/>
              </w:rPr>
              <w:t xml:space="preserve">e. </w:t>
            </w:r>
            <w:r w:rsidRPr="00D10C6E">
              <w:rPr>
                <w:color w:val="000000"/>
                <w:szCs w:val="20"/>
                <w:lang w:val="es-PY"/>
              </w:rPr>
              <w:t>La revisión y actualización curricular incorpora sistemáticamente información proveniente del entorno profesional, científico y social</w:t>
            </w:r>
            <w:r w:rsidRPr="00BF74F5">
              <w:rPr>
                <w:color w:val="000000"/>
                <w:szCs w:val="20"/>
                <w:lang w:val="es-PY"/>
              </w:rPr>
              <w:t>.</w:t>
            </w:r>
          </w:p>
        </w:tc>
        <w:tc>
          <w:tcPr>
            <w:tcW w:w="366" w:type="pc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06643DED" w14:textId="77777777" w:rsidR="001E714C" w:rsidRPr="005D12D8" w:rsidRDefault="001E714C" w:rsidP="001E714C">
            <w:pPr>
              <w:jc w:val="center"/>
              <w:rPr>
                <w:lang w:val="es-PY"/>
              </w:rPr>
            </w:pPr>
          </w:p>
        </w:tc>
        <w:tc>
          <w:tcPr>
            <w:tcW w:w="366" w:type="pc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4EA865AB" w14:textId="77777777" w:rsidR="001E714C" w:rsidRPr="005D12D8" w:rsidRDefault="001E714C" w:rsidP="001E714C">
            <w:pPr>
              <w:jc w:val="center"/>
              <w:rPr>
                <w:lang w:val="es-PY"/>
              </w:rPr>
            </w:pPr>
          </w:p>
        </w:tc>
        <w:tc>
          <w:tcPr>
            <w:tcW w:w="371" w:type="pct"/>
            <w:tcBorders>
              <w:top w:val="single" w:sz="6" w:space="0" w:color="auto"/>
              <w:left w:val="single" w:sz="6" w:space="0" w:color="auto"/>
              <w:bottom w:val="single" w:sz="6" w:space="0" w:color="auto"/>
              <w:right w:val="single" w:sz="6" w:space="0" w:color="auto"/>
            </w:tcBorders>
            <w:shd w:val="clear" w:color="auto" w:fill="FFFFCC"/>
            <w:tcMar>
              <w:top w:w="55" w:type="dxa"/>
              <w:left w:w="70" w:type="dxa"/>
              <w:bottom w:w="55" w:type="dxa"/>
              <w:right w:w="70" w:type="dxa"/>
            </w:tcMar>
            <w:vAlign w:val="center"/>
          </w:tcPr>
          <w:p w14:paraId="2D513048" w14:textId="77777777" w:rsidR="001E714C" w:rsidRPr="005D12D8" w:rsidRDefault="001E714C" w:rsidP="001E714C">
            <w:pPr>
              <w:jc w:val="center"/>
              <w:rPr>
                <w:lang w:val="es-PY"/>
              </w:rPr>
            </w:pPr>
          </w:p>
        </w:tc>
      </w:tr>
      <w:tr w:rsidR="000C6B7D" w14:paraId="2CC066E9" w14:textId="77777777" w:rsidTr="00267D20">
        <w:trPr>
          <w:cantSplit/>
          <w:trHeight w:hRule="exact" w:val="662"/>
          <w:jc w:val="center"/>
        </w:trPr>
        <w:tc>
          <w:tcPr>
            <w:tcW w:w="3897" w:type="pct"/>
            <w:gridSpan w:val="2"/>
            <w:tcBorders>
              <w:top w:val="single" w:sz="6" w:space="0" w:color="auto"/>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A9DF141" w14:textId="77777777" w:rsidR="000C6B7D" w:rsidRPr="00735EB3" w:rsidRDefault="00E26089">
            <w:pPr>
              <w:jc w:val="center"/>
              <w:rPr>
                <w:szCs w:val="20"/>
                <w:lang w:val="es-PY"/>
              </w:rPr>
            </w:pPr>
            <w:r w:rsidRPr="00735EB3">
              <w:rPr>
                <w:b/>
                <w:color w:val="000000"/>
                <w:szCs w:val="20"/>
                <w:lang w:val="es-PY"/>
              </w:rPr>
              <w:t>Argumento que sostiene el nivel de cumplimiento del criterio</w:t>
            </w:r>
          </w:p>
        </w:tc>
        <w:tc>
          <w:tcPr>
            <w:tcW w:w="1103" w:type="pct"/>
            <w:gridSpan w:val="3"/>
            <w:tcBorders>
              <w:top w:val="single" w:sz="6" w:space="0" w:color="auto"/>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83D24FB" w14:textId="77777777" w:rsidR="000C6B7D" w:rsidRPr="00735EB3" w:rsidRDefault="00E26089">
            <w:pPr>
              <w:jc w:val="center"/>
              <w:rPr>
                <w:szCs w:val="20"/>
              </w:rPr>
            </w:pPr>
            <w:r w:rsidRPr="00735EB3">
              <w:rPr>
                <w:b/>
                <w:color w:val="000000"/>
                <w:szCs w:val="20"/>
              </w:rPr>
              <w:t>Medios de verificación</w:t>
            </w:r>
          </w:p>
        </w:tc>
      </w:tr>
      <w:tr w:rsidR="00BF1737" w:rsidRPr="00267D20" w14:paraId="7489190F" w14:textId="77777777" w:rsidTr="00BF1737">
        <w:trPr>
          <w:cantSplit/>
          <w:trHeight w:val="6438"/>
          <w:jc w:val="center"/>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91AC109" w14:textId="77777777" w:rsidR="00BF1737" w:rsidRPr="000D164F" w:rsidRDefault="00BF1737" w:rsidP="00BF1737">
            <w:pPr>
              <w:spacing w:line="276" w:lineRule="auto"/>
              <w:jc w:val="both"/>
              <w:rPr>
                <w:color w:val="BFBFBF" w:themeColor="background1" w:themeShade="BF"/>
                <w:szCs w:val="20"/>
                <w:lang w:val="es-PY"/>
              </w:rPr>
            </w:pPr>
            <w:r w:rsidRPr="000D164F">
              <w:rPr>
                <w:color w:val="BFBFBF" w:themeColor="background1" w:themeShade="BF"/>
                <w:szCs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026C3EE1" w14:textId="0DB4F198" w:rsidR="00BF1737" w:rsidRDefault="00BF1737" w:rsidP="00BF1737">
            <w:pPr>
              <w:spacing w:line="276" w:lineRule="auto"/>
              <w:jc w:val="both"/>
              <w:rPr>
                <w:color w:val="BFBFBF" w:themeColor="background1" w:themeShade="BF"/>
                <w:szCs w:val="20"/>
                <w:lang w:val="es-PY"/>
              </w:rPr>
            </w:pPr>
            <w:r w:rsidRPr="000D164F">
              <w:rPr>
                <w:color w:val="BFBFBF" w:themeColor="background1" w:themeShade="BF"/>
                <w:szCs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71A4FC01" w14:textId="6164B483" w:rsidR="00BF1737" w:rsidRDefault="00BF1737" w:rsidP="00BF1737">
            <w:pPr>
              <w:spacing w:line="276" w:lineRule="auto"/>
              <w:jc w:val="both"/>
              <w:rPr>
                <w:color w:val="BFBFBF" w:themeColor="background1" w:themeShade="BF"/>
                <w:szCs w:val="20"/>
                <w:lang w:val="es-PY"/>
              </w:rPr>
            </w:pPr>
          </w:p>
          <w:p w14:paraId="6F6DF30F" w14:textId="68126EBF" w:rsidR="00BF1737" w:rsidRDefault="00BF1737" w:rsidP="00BF1737">
            <w:pPr>
              <w:spacing w:line="276" w:lineRule="auto"/>
              <w:jc w:val="both"/>
              <w:rPr>
                <w:color w:val="BFBFBF" w:themeColor="background1" w:themeShade="BF"/>
                <w:szCs w:val="20"/>
                <w:lang w:val="es-PY"/>
              </w:rPr>
            </w:pPr>
          </w:p>
          <w:p w14:paraId="262F8F99" w14:textId="09A49DE1" w:rsidR="00BF1737" w:rsidRDefault="00BF1737" w:rsidP="00BF1737">
            <w:pPr>
              <w:spacing w:line="276" w:lineRule="auto"/>
              <w:jc w:val="both"/>
              <w:rPr>
                <w:color w:val="BFBFBF" w:themeColor="background1" w:themeShade="BF"/>
                <w:szCs w:val="20"/>
                <w:lang w:val="es-PY"/>
              </w:rPr>
            </w:pPr>
          </w:p>
          <w:p w14:paraId="0B49642F" w14:textId="19950F55" w:rsidR="00BF1737" w:rsidRDefault="00BF1737" w:rsidP="00BF1737">
            <w:pPr>
              <w:spacing w:line="276" w:lineRule="auto"/>
              <w:jc w:val="both"/>
              <w:rPr>
                <w:color w:val="BFBFBF" w:themeColor="background1" w:themeShade="BF"/>
                <w:szCs w:val="20"/>
                <w:lang w:val="es-PY"/>
              </w:rPr>
            </w:pPr>
          </w:p>
          <w:p w14:paraId="0679E276" w14:textId="0CF16D49" w:rsidR="00BF1737" w:rsidRDefault="00BF1737" w:rsidP="00BF1737">
            <w:pPr>
              <w:spacing w:line="276" w:lineRule="auto"/>
              <w:jc w:val="both"/>
              <w:rPr>
                <w:color w:val="BFBFBF" w:themeColor="background1" w:themeShade="BF"/>
                <w:szCs w:val="20"/>
                <w:lang w:val="es-PY"/>
              </w:rPr>
            </w:pPr>
          </w:p>
          <w:p w14:paraId="24FA47A3" w14:textId="309B01F2" w:rsidR="00BF1737" w:rsidRDefault="00BF1737" w:rsidP="00BF1737">
            <w:pPr>
              <w:spacing w:line="276" w:lineRule="auto"/>
              <w:jc w:val="both"/>
              <w:rPr>
                <w:color w:val="BFBFBF" w:themeColor="background1" w:themeShade="BF"/>
                <w:szCs w:val="20"/>
                <w:lang w:val="es-PY"/>
              </w:rPr>
            </w:pPr>
          </w:p>
          <w:p w14:paraId="45A67090" w14:textId="1D392160" w:rsidR="00BF1737" w:rsidRDefault="00BF1737" w:rsidP="00BF1737">
            <w:pPr>
              <w:spacing w:line="276" w:lineRule="auto"/>
              <w:jc w:val="both"/>
              <w:rPr>
                <w:color w:val="BFBFBF" w:themeColor="background1" w:themeShade="BF"/>
                <w:szCs w:val="20"/>
                <w:lang w:val="es-PY"/>
              </w:rPr>
            </w:pPr>
          </w:p>
          <w:p w14:paraId="33C22A48" w14:textId="3ADCCDCB" w:rsidR="00BF1737" w:rsidRDefault="00BF1737" w:rsidP="00BF1737">
            <w:pPr>
              <w:spacing w:line="276" w:lineRule="auto"/>
              <w:jc w:val="both"/>
              <w:rPr>
                <w:color w:val="BFBFBF" w:themeColor="background1" w:themeShade="BF"/>
                <w:szCs w:val="20"/>
                <w:lang w:val="es-PY"/>
              </w:rPr>
            </w:pPr>
          </w:p>
          <w:p w14:paraId="43CFC315" w14:textId="147BCA68" w:rsidR="00BF1737" w:rsidRDefault="00BF1737" w:rsidP="00BF1737">
            <w:pPr>
              <w:spacing w:line="276" w:lineRule="auto"/>
              <w:jc w:val="both"/>
              <w:rPr>
                <w:color w:val="BFBFBF" w:themeColor="background1" w:themeShade="BF"/>
                <w:szCs w:val="20"/>
                <w:lang w:val="es-PY"/>
              </w:rPr>
            </w:pPr>
          </w:p>
          <w:p w14:paraId="6C10C016" w14:textId="59A5F0B2" w:rsidR="00BF1737" w:rsidRDefault="00BF1737" w:rsidP="00BF1737">
            <w:pPr>
              <w:spacing w:line="276" w:lineRule="auto"/>
              <w:jc w:val="both"/>
              <w:rPr>
                <w:color w:val="BFBFBF" w:themeColor="background1" w:themeShade="BF"/>
                <w:szCs w:val="20"/>
                <w:lang w:val="es-PY"/>
              </w:rPr>
            </w:pPr>
          </w:p>
          <w:p w14:paraId="4E0FBB4C" w14:textId="4C913C42" w:rsidR="00BF1737" w:rsidRDefault="00BF1737" w:rsidP="00BF1737">
            <w:pPr>
              <w:spacing w:line="276" w:lineRule="auto"/>
              <w:jc w:val="both"/>
              <w:rPr>
                <w:color w:val="BFBFBF" w:themeColor="background1" w:themeShade="BF"/>
                <w:szCs w:val="20"/>
                <w:lang w:val="es-PY"/>
              </w:rPr>
            </w:pPr>
          </w:p>
          <w:p w14:paraId="7AC18E28" w14:textId="6E77A118" w:rsidR="00BF1737" w:rsidRDefault="00BF1737" w:rsidP="00BF1737">
            <w:pPr>
              <w:spacing w:line="276" w:lineRule="auto"/>
              <w:jc w:val="both"/>
              <w:rPr>
                <w:color w:val="BFBFBF" w:themeColor="background1" w:themeShade="BF"/>
                <w:szCs w:val="20"/>
                <w:lang w:val="es-PY"/>
              </w:rPr>
            </w:pPr>
          </w:p>
          <w:p w14:paraId="7E6C0CA0" w14:textId="122D6085" w:rsidR="00BF1737" w:rsidRDefault="00BF1737" w:rsidP="00BF1737">
            <w:pPr>
              <w:spacing w:line="276" w:lineRule="auto"/>
              <w:jc w:val="both"/>
              <w:rPr>
                <w:color w:val="BFBFBF" w:themeColor="background1" w:themeShade="BF"/>
                <w:szCs w:val="20"/>
                <w:lang w:val="es-PY"/>
              </w:rPr>
            </w:pPr>
          </w:p>
          <w:p w14:paraId="71DC94AC" w14:textId="364079D4" w:rsidR="00BF1737" w:rsidRDefault="00BF1737" w:rsidP="00BF1737">
            <w:pPr>
              <w:spacing w:line="276" w:lineRule="auto"/>
              <w:jc w:val="both"/>
              <w:rPr>
                <w:color w:val="BFBFBF" w:themeColor="background1" w:themeShade="BF"/>
                <w:szCs w:val="20"/>
                <w:lang w:val="es-PY"/>
              </w:rPr>
            </w:pPr>
          </w:p>
          <w:p w14:paraId="628E90DB" w14:textId="12580F68" w:rsidR="00BF1737" w:rsidRDefault="00BF1737" w:rsidP="00BF1737">
            <w:pPr>
              <w:spacing w:line="276" w:lineRule="auto"/>
              <w:jc w:val="both"/>
              <w:rPr>
                <w:color w:val="BFBFBF" w:themeColor="background1" w:themeShade="BF"/>
                <w:szCs w:val="20"/>
                <w:lang w:val="es-PY"/>
              </w:rPr>
            </w:pPr>
          </w:p>
          <w:p w14:paraId="09B2F472" w14:textId="77777777" w:rsidR="00BF1737" w:rsidRDefault="00BF1737" w:rsidP="00BF1737">
            <w:pPr>
              <w:jc w:val="both"/>
              <w:rPr>
                <w:b/>
                <w:color w:val="000000"/>
                <w:szCs w:val="20"/>
                <w:lang w:val="es-PY"/>
              </w:rPr>
            </w:pPr>
          </w:p>
          <w:p w14:paraId="09002FAC" w14:textId="6280FE91" w:rsidR="00BF1737" w:rsidRPr="00735EB3" w:rsidRDefault="00BF1737" w:rsidP="00BF1737">
            <w:pPr>
              <w:jc w:val="both"/>
              <w:rPr>
                <w:b/>
                <w:color w:val="000000"/>
                <w:szCs w:val="20"/>
                <w:lang w:val="es-PY"/>
              </w:rPr>
            </w:pPr>
          </w:p>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5F99187" w14:textId="77777777" w:rsidR="00267D20" w:rsidRPr="00267D20" w:rsidRDefault="00267D20" w:rsidP="00267D20">
            <w:pPr>
              <w:jc w:val="both"/>
              <w:rPr>
                <w:bCs/>
                <w:color w:val="BFBFBF" w:themeColor="background1" w:themeShade="BF"/>
                <w:szCs w:val="20"/>
                <w:lang w:val="es-PY"/>
              </w:rPr>
            </w:pPr>
            <w:r w:rsidRPr="00267D20">
              <w:rPr>
                <w:bCs/>
                <w:color w:val="BFBFBF" w:themeColor="background1" w:themeShade="BF"/>
                <w:szCs w:val="20"/>
                <w:lang w:val="es-PY"/>
              </w:rPr>
              <w:t>Enumerar los Medios de Verificación, ejemplo:</w:t>
            </w:r>
          </w:p>
          <w:p w14:paraId="4250A806" w14:textId="77777777" w:rsidR="00267D20" w:rsidRPr="00267D20" w:rsidRDefault="00267D20" w:rsidP="00267D20">
            <w:pPr>
              <w:jc w:val="both"/>
              <w:rPr>
                <w:bCs/>
                <w:color w:val="BFBFBF" w:themeColor="background1" w:themeShade="BF"/>
                <w:szCs w:val="20"/>
                <w:lang w:val="es-PY"/>
              </w:rPr>
            </w:pPr>
          </w:p>
          <w:p w14:paraId="2B4ABD61" w14:textId="77777777" w:rsidR="00267D20" w:rsidRPr="00267D20" w:rsidRDefault="00267D20" w:rsidP="00267D20">
            <w:pPr>
              <w:jc w:val="both"/>
              <w:rPr>
                <w:bCs/>
                <w:color w:val="BFBFBF" w:themeColor="background1" w:themeShade="BF"/>
                <w:szCs w:val="20"/>
                <w:lang w:val="es-PY"/>
              </w:rPr>
            </w:pPr>
            <w:r w:rsidRPr="00267D20">
              <w:rPr>
                <w:bCs/>
                <w:color w:val="BFBFBF" w:themeColor="background1" w:themeShade="BF"/>
                <w:szCs w:val="20"/>
                <w:lang w:val="es-PY"/>
              </w:rPr>
              <w:t>Anexo 1. Estatuto</w:t>
            </w:r>
          </w:p>
          <w:p w14:paraId="6D500BDA" w14:textId="77777777" w:rsidR="00267D20" w:rsidRPr="00267D20" w:rsidRDefault="00267D20" w:rsidP="00267D20">
            <w:pPr>
              <w:jc w:val="both"/>
              <w:rPr>
                <w:bCs/>
                <w:color w:val="BFBFBF" w:themeColor="background1" w:themeShade="BF"/>
                <w:szCs w:val="20"/>
                <w:lang w:val="es-PY"/>
              </w:rPr>
            </w:pPr>
            <w:r w:rsidRPr="00267D20">
              <w:rPr>
                <w:bCs/>
                <w:color w:val="BFBFBF" w:themeColor="background1" w:themeShade="BF"/>
                <w:szCs w:val="20"/>
                <w:lang w:val="es-PY"/>
              </w:rPr>
              <w:t>Anexo 2. Manual de Funciones</w:t>
            </w:r>
          </w:p>
          <w:p w14:paraId="67319760" w14:textId="77777777" w:rsidR="00BF1737" w:rsidRPr="00BF1737" w:rsidRDefault="00BF1737" w:rsidP="00BF1737">
            <w:pPr>
              <w:jc w:val="both"/>
              <w:rPr>
                <w:b/>
                <w:color w:val="000000"/>
                <w:szCs w:val="20"/>
                <w:lang w:val="es-PY"/>
              </w:rPr>
            </w:pPr>
          </w:p>
        </w:tc>
      </w:tr>
    </w:tbl>
    <w:p w14:paraId="1A62989D" w14:textId="77777777" w:rsidR="000C6B7D" w:rsidRPr="000D164F" w:rsidRDefault="00E26089">
      <w:pPr>
        <w:rPr>
          <w:lang w:val="es-PY"/>
        </w:rPr>
      </w:pPr>
      <w:r w:rsidRPr="000D164F">
        <w:rPr>
          <w:lang w:val="es-PY"/>
        </w:rPr>
        <w:br w:type="page"/>
      </w:r>
    </w:p>
    <w:p w14:paraId="064D538F" w14:textId="6CAA5879" w:rsidR="000C6B7D" w:rsidRPr="000D164F" w:rsidRDefault="000C6B7D">
      <w:pPr>
        <w:rPr>
          <w:lang w:val="es-PY"/>
        </w:rPr>
      </w:pPr>
    </w:p>
    <w:tbl>
      <w:tblPr>
        <w:tblW w:w="0" w:type="auto"/>
        <w:jc w:val="center"/>
        <w:tblLayout w:type="fixed"/>
        <w:tblLook w:val="04A0" w:firstRow="1" w:lastRow="0" w:firstColumn="1" w:lastColumn="0" w:noHBand="0" w:noVBand="1"/>
      </w:tblPr>
      <w:tblGrid>
        <w:gridCol w:w="1977"/>
        <w:gridCol w:w="5245"/>
        <w:gridCol w:w="754"/>
        <w:gridCol w:w="663"/>
        <w:gridCol w:w="718"/>
      </w:tblGrid>
      <w:tr w:rsidR="000C6B7D" w14:paraId="27E6BA6A" w14:textId="77777777" w:rsidTr="00C679A9">
        <w:trPr>
          <w:cantSplit/>
          <w:trHeight w:hRule="exact" w:val="691"/>
          <w:tblHeader/>
          <w:jc w:val="center"/>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F8B58E8" w14:textId="44400CBF" w:rsidR="000C6B7D" w:rsidRPr="00735EB3" w:rsidRDefault="00184518">
            <w:pPr>
              <w:jc w:val="center"/>
              <w:rPr>
                <w:szCs w:val="20"/>
              </w:rPr>
            </w:pPr>
            <w:r w:rsidRPr="00735EB3">
              <w:rPr>
                <w:b/>
                <w:color w:val="000000"/>
                <w:szCs w:val="20"/>
              </w:rPr>
              <w:t>Criterio 2.2</w:t>
            </w:r>
          </w:p>
        </w:tc>
        <w:tc>
          <w:tcPr>
            <w:tcW w:w="5245"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FDEB2D0" w14:textId="77777777" w:rsidR="000C6B7D" w:rsidRPr="00735EB3" w:rsidRDefault="00E26089">
            <w:pPr>
              <w:jc w:val="center"/>
              <w:rPr>
                <w:szCs w:val="20"/>
              </w:rPr>
            </w:pPr>
            <w:r w:rsidRPr="00735EB3">
              <w:rPr>
                <w:b/>
                <w:color w:val="000000"/>
                <w:szCs w:val="20"/>
              </w:rPr>
              <w:t>Indicadores</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D7EE367" w14:textId="77777777" w:rsidR="000C6B7D" w:rsidRPr="00735EB3" w:rsidRDefault="00E26089">
            <w:pPr>
              <w:jc w:val="center"/>
              <w:rPr>
                <w:szCs w:val="20"/>
              </w:rPr>
            </w:pPr>
            <w:r w:rsidRPr="00735EB3">
              <w:rPr>
                <w:b/>
                <w:color w:val="000000"/>
                <w:szCs w:val="20"/>
              </w:rPr>
              <w:t>Nivel de cumplimiento</w:t>
            </w:r>
          </w:p>
        </w:tc>
      </w:tr>
      <w:tr w:rsidR="000C6B7D" w14:paraId="078BC285" w14:textId="77777777" w:rsidTr="00C679A9">
        <w:trPr>
          <w:cantSplit/>
          <w:trHeight w:hRule="exact" w:val="432"/>
          <w:tblHeader/>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98A3FBC" w14:textId="77777777" w:rsidR="000C6B7D" w:rsidRPr="00735EB3" w:rsidRDefault="000C6B7D">
            <w:pPr>
              <w:rPr>
                <w:szCs w:val="20"/>
              </w:rPr>
            </w:pPr>
          </w:p>
        </w:tc>
        <w:tc>
          <w:tcPr>
            <w:tcW w:w="5245"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7BBF739" w14:textId="77777777" w:rsidR="000C6B7D" w:rsidRPr="00735EB3" w:rsidRDefault="000C6B7D">
            <w:pPr>
              <w:rPr>
                <w:szCs w:val="20"/>
              </w:rPr>
            </w:pPr>
          </w:p>
        </w:tc>
        <w:tc>
          <w:tcPr>
            <w:tcW w:w="75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1081D12" w14:textId="77777777" w:rsidR="000C6B7D" w:rsidRPr="00735EB3" w:rsidRDefault="00E26089">
            <w:pPr>
              <w:jc w:val="center"/>
              <w:rPr>
                <w:szCs w:val="20"/>
              </w:rPr>
            </w:pPr>
            <w:r w:rsidRPr="00735EB3">
              <w:rPr>
                <w:b/>
                <w:color w:val="000000"/>
                <w:szCs w:val="20"/>
              </w:rPr>
              <w:t>CT</w:t>
            </w:r>
          </w:p>
        </w:tc>
        <w:tc>
          <w:tcPr>
            <w:tcW w:w="66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F5033CC" w14:textId="77777777" w:rsidR="000C6B7D" w:rsidRPr="00735EB3" w:rsidRDefault="00E26089">
            <w:pPr>
              <w:jc w:val="center"/>
              <w:rPr>
                <w:szCs w:val="20"/>
              </w:rPr>
            </w:pPr>
            <w:r w:rsidRPr="00735EB3">
              <w:rPr>
                <w:b/>
                <w:color w:val="000000"/>
                <w:szCs w:val="20"/>
              </w:rPr>
              <w:t>CP</w:t>
            </w:r>
          </w:p>
        </w:tc>
        <w:tc>
          <w:tcPr>
            <w:tcW w:w="71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2E0077B" w14:textId="77777777" w:rsidR="000C6B7D" w:rsidRPr="00735EB3" w:rsidRDefault="00E26089">
            <w:pPr>
              <w:jc w:val="center"/>
              <w:rPr>
                <w:szCs w:val="20"/>
              </w:rPr>
            </w:pPr>
            <w:r w:rsidRPr="00735EB3">
              <w:rPr>
                <w:b/>
                <w:color w:val="000000"/>
                <w:szCs w:val="20"/>
              </w:rPr>
              <w:t>NC</w:t>
            </w:r>
          </w:p>
        </w:tc>
      </w:tr>
      <w:tr w:rsidR="00BF1737" w:rsidRPr="00267D20" w14:paraId="0D8F2D59" w14:textId="77777777" w:rsidTr="00BF1737">
        <w:trPr>
          <w:cantSplit/>
          <w:trHeight w:val="393"/>
          <w:jc w:val="center"/>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1530657" w14:textId="77777777" w:rsidR="00BF1737" w:rsidRDefault="00BF1737" w:rsidP="00BF1737">
            <w:pPr>
              <w:jc w:val="center"/>
              <w:rPr>
                <w:b/>
                <w:color w:val="E31B23"/>
                <w:szCs w:val="20"/>
                <w:lang w:val="es-PY"/>
              </w:rPr>
            </w:pPr>
            <w:r w:rsidRPr="00073235">
              <w:rPr>
                <w:b/>
                <w:color w:val="000000"/>
                <w:szCs w:val="20"/>
                <w:lang w:val="es-PY"/>
              </w:rPr>
              <w:t xml:space="preserve">Eficacia del acompañamiento al proceso </w:t>
            </w:r>
            <w:r w:rsidRPr="00073235">
              <w:rPr>
                <w:b/>
                <w:color w:val="000000"/>
                <w:lang w:val="es-PY"/>
              </w:rPr>
              <w:t>de trabajo final</w:t>
            </w:r>
            <w:r>
              <w:rPr>
                <w:b/>
                <w:color w:val="FF0000"/>
                <w:lang w:val="es-PY"/>
              </w:rPr>
              <w:br/>
            </w:r>
            <w:r w:rsidRPr="00BF74F5">
              <w:rPr>
                <w:b/>
                <w:color w:val="E31B23"/>
                <w:szCs w:val="20"/>
                <w:lang w:val="es-PY"/>
              </w:rPr>
              <w:t>(Sustantivo)</w:t>
            </w:r>
          </w:p>
          <w:p w14:paraId="17B20AB6" w14:textId="263CB0B0" w:rsidR="00BF1737" w:rsidRPr="005D12D8" w:rsidRDefault="00BF1737" w:rsidP="00BF1737">
            <w:pPr>
              <w:jc w:val="center"/>
              <w:rPr>
                <w:lang w:val="es-PY"/>
              </w:rPr>
            </w:pPr>
          </w:p>
        </w:tc>
        <w:tc>
          <w:tcPr>
            <w:tcW w:w="5245"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2451A9E8" w14:textId="4C5A47AB" w:rsidR="00BF1737" w:rsidRPr="0073782B" w:rsidRDefault="00BF1737" w:rsidP="00BF1737">
            <w:pPr>
              <w:pStyle w:val="Prrafodelista"/>
              <w:numPr>
                <w:ilvl w:val="0"/>
                <w:numId w:val="17"/>
              </w:numPr>
              <w:ind w:left="370" w:hanging="283"/>
              <w:jc w:val="both"/>
              <w:rPr>
                <w:lang w:val="es-PY"/>
              </w:rPr>
            </w:pPr>
            <w:r w:rsidRPr="00E33D2E">
              <w:rPr>
                <w:color w:val="000000"/>
                <w:szCs w:val="20"/>
                <w:lang w:val="es-PY"/>
              </w:rPr>
              <w:t xml:space="preserve">Existe un sistema formal de </w:t>
            </w:r>
            <w:r>
              <w:rPr>
                <w:color w:val="000000"/>
                <w:szCs w:val="20"/>
                <w:lang w:val="es-PY"/>
              </w:rPr>
              <w:t xml:space="preserve">asignación de asesores y seguimiento del trabajo </w:t>
            </w:r>
            <w:r w:rsidRPr="00E33D2E">
              <w:rPr>
                <w:color w:val="000000"/>
                <w:szCs w:val="20"/>
                <w:lang w:val="es-PY"/>
              </w:rPr>
              <w:t>doctoral.</w:t>
            </w:r>
          </w:p>
        </w:tc>
        <w:tc>
          <w:tcPr>
            <w:tcW w:w="75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BEFEF30" w14:textId="77777777" w:rsidR="00BF1737" w:rsidRPr="005D12D8" w:rsidRDefault="00BF1737" w:rsidP="00BF1737">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EB7F055" w14:textId="77777777" w:rsidR="00BF1737" w:rsidRPr="005D12D8" w:rsidRDefault="00BF1737" w:rsidP="00BF1737">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18BDC4D" w14:textId="77777777" w:rsidR="00BF1737" w:rsidRPr="005D12D8" w:rsidRDefault="00BF1737" w:rsidP="00BF1737">
            <w:pPr>
              <w:jc w:val="center"/>
              <w:rPr>
                <w:lang w:val="es-PY"/>
              </w:rPr>
            </w:pPr>
          </w:p>
        </w:tc>
      </w:tr>
      <w:tr w:rsidR="00BF1737" w:rsidRPr="00267D20" w14:paraId="7D718C81" w14:textId="77777777" w:rsidTr="00BF1737">
        <w:trPr>
          <w:cantSplit/>
          <w:trHeight w:val="387"/>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8CB6BB9" w14:textId="77777777" w:rsidR="00BF1737" w:rsidRPr="005D12D8" w:rsidRDefault="00BF1737" w:rsidP="00BF1737">
            <w:pPr>
              <w:rPr>
                <w:lang w:val="es-PY"/>
              </w:rPr>
            </w:pPr>
          </w:p>
        </w:tc>
        <w:tc>
          <w:tcPr>
            <w:tcW w:w="5245"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3EF0817B" w14:textId="66AB6F9B" w:rsidR="00BF1737" w:rsidRPr="0073782B" w:rsidRDefault="00BF1737" w:rsidP="00BF1737">
            <w:pPr>
              <w:pStyle w:val="Prrafodelista"/>
              <w:numPr>
                <w:ilvl w:val="0"/>
                <w:numId w:val="17"/>
              </w:numPr>
              <w:ind w:left="370" w:hanging="283"/>
              <w:jc w:val="both"/>
              <w:rPr>
                <w:lang w:val="es-PY"/>
              </w:rPr>
            </w:pPr>
            <w:r w:rsidRPr="00433FA6">
              <w:rPr>
                <w:color w:val="000000"/>
                <w:szCs w:val="20"/>
                <w:lang w:val="es-PY"/>
              </w:rPr>
              <w:t xml:space="preserve">Los </w:t>
            </w:r>
            <w:r>
              <w:rPr>
                <w:color w:val="000000"/>
                <w:szCs w:val="20"/>
                <w:lang w:val="es-PY"/>
              </w:rPr>
              <w:t xml:space="preserve">asesores </w:t>
            </w:r>
            <w:r w:rsidRPr="00433FA6">
              <w:rPr>
                <w:color w:val="000000"/>
                <w:szCs w:val="20"/>
                <w:lang w:val="es-PY"/>
              </w:rPr>
              <w:t>poseen competencias investigativas</w:t>
            </w:r>
            <w:r>
              <w:rPr>
                <w:color w:val="000000"/>
                <w:szCs w:val="20"/>
                <w:lang w:val="es-PY"/>
              </w:rPr>
              <w:t>, formación de posgrado</w:t>
            </w:r>
            <w:r w:rsidRPr="00433FA6">
              <w:rPr>
                <w:color w:val="000000"/>
                <w:szCs w:val="20"/>
                <w:lang w:val="es-PY"/>
              </w:rPr>
              <w:t xml:space="preserve"> y</w:t>
            </w:r>
            <w:r>
              <w:rPr>
                <w:color w:val="000000"/>
                <w:szCs w:val="20"/>
                <w:lang w:val="es-PY"/>
              </w:rPr>
              <w:t xml:space="preserve"> </w:t>
            </w:r>
            <w:r w:rsidRPr="00433FA6">
              <w:rPr>
                <w:color w:val="000000"/>
                <w:szCs w:val="20"/>
                <w:lang w:val="es-PY"/>
              </w:rPr>
              <w:t xml:space="preserve">experiencia pertinente </w:t>
            </w:r>
            <w:r>
              <w:rPr>
                <w:color w:val="000000"/>
                <w:szCs w:val="20"/>
                <w:lang w:val="es-PY"/>
              </w:rPr>
              <w:t xml:space="preserve">al área </w:t>
            </w:r>
            <w:r w:rsidRPr="00433FA6">
              <w:rPr>
                <w:color w:val="000000"/>
                <w:szCs w:val="20"/>
                <w:lang w:val="es-PY"/>
              </w:rPr>
              <w:t>profesional</w:t>
            </w:r>
            <w:r>
              <w:rPr>
                <w:color w:val="000000"/>
                <w:szCs w:val="20"/>
                <w:lang w:val="es-PY"/>
              </w:rPr>
              <w:t xml:space="preserve"> del programa</w:t>
            </w:r>
            <w:r w:rsidRPr="00433FA6">
              <w:rPr>
                <w:color w:val="000000"/>
                <w:szCs w:val="20"/>
                <w:lang w:val="es-PY"/>
              </w:rPr>
              <w:t>.</w:t>
            </w:r>
          </w:p>
        </w:tc>
        <w:tc>
          <w:tcPr>
            <w:tcW w:w="75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BA42D64" w14:textId="77777777" w:rsidR="00BF1737" w:rsidRPr="005D12D8" w:rsidRDefault="00BF1737" w:rsidP="00BF1737">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46E29C5" w14:textId="77777777" w:rsidR="00BF1737" w:rsidRPr="005D12D8" w:rsidRDefault="00BF1737" w:rsidP="00BF1737">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1455F9B" w14:textId="77777777" w:rsidR="00BF1737" w:rsidRPr="005D12D8" w:rsidRDefault="00BF1737" w:rsidP="00BF1737">
            <w:pPr>
              <w:jc w:val="center"/>
              <w:rPr>
                <w:lang w:val="es-PY"/>
              </w:rPr>
            </w:pPr>
          </w:p>
        </w:tc>
      </w:tr>
      <w:tr w:rsidR="00BF1737" w:rsidRPr="00267D20" w14:paraId="3FF51506" w14:textId="77777777" w:rsidTr="00BF1737">
        <w:trPr>
          <w:cantSplit/>
          <w:trHeight w:val="381"/>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82830D8" w14:textId="77777777" w:rsidR="00BF1737" w:rsidRPr="005D12D8" w:rsidRDefault="00BF1737" w:rsidP="00BF1737">
            <w:pPr>
              <w:rPr>
                <w:lang w:val="es-PY"/>
              </w:rPr>
            </w:pPr>
          </w:p>
        </w:tc>
        <w:tc>
          <w:tcPr>
            <w:tcW w:w="5245"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08E68B3D" w14:textId="0E3A4623" w:rsidR="00BF1737" w:rsidRPr="0073782B" w:rsidRDefault="00BF1737" w:rsidP="00BF1737">
            <w:pPr>
              <w:pStyle w:val="Prrafodelista"/>
              <w:numPr>
                <w:ilvl w:val="0"/>
                <w:numId w:val="17"/>
              </w:numPr>
              <w:ind w:left="370" w:hanging="283"/>
              <w:jc w:val="both"/>
              <w:rPr>
                <w:lang w:val="es-PY"/>
              </w:rPr>
            </w:pPr>
            <w:r>
              <w:rPr>
                <w:color w:val="000000"/>
                <w:szCs w:val="20"/>
                <w:lang w:val="es-PY"/>
              </w:rPr>
              <w:t xml:space="preserve">Se implementan mecanismos de seguimiento continuo del trabajo final. </w:t>
            </w:r>
          </w:p>
        </w:tc>
        <w:tc>
          <w:tcPr>
            <w:tcW w:w="75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F78628E" w14:textId="77777777" w:rsidR="00BF1737" w:rsidRPr="005D12D8" w:rsidRDefault="00BF1737" w:rsidP="00BF1737">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8698854" w14:textId="77777777" w:rsidR="00BF1737" w:rsidRPr="005D12D8" w:rsidRDefault="00BF1737" w:rsidP="00BF1737">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39FAE79" w14:textId="77777777" w:rsidR="00BF1737" w:rsidRPr="005D12D8" w:rsidRDefault="00BF1737" w:rsidP="00BF1737">
            <w:pPr>
              <w:jc w:val="center"/>
              <w:rPr>
                <w:lang w:val="es-PY"/>
              </w:rPr>
            </w:pPr>
          </w:p>
        </w:tc>
      </w:tr>
      <w:tr w:rsidR="00BF1737" w:rsidRPr="00267D20" w14:paraId="731669DA" w14:textId="77777777" w:rsidTr="00BF1737">
        <w:trPr>
          <w:cantSplit/>
          <w:trHeight w:val="361"/>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8346271" w14:textId="77777777" w:rsidR="00BF1737" w:rsidRPr="005D12D8" w:rsidRDefault="00BF1737" w:rsidP="00BF1737">
            <w:pPr>
              <w:rPr>
                <w:lang w:val="es-PY"/>
              </w:rPr>
            </w:pPr>
          </w:p>
        </w:tc>
        <w:tc>
          <w:tcPr>
            <w:tcW w:w="5245"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4CB16C08" w14:textId="640C6B6A" w:rsidR="00BF1737" w:rsidRPr="0073782B" w:rsidRDefault="00BF1737" w:rsidP="00BF1737">
            <w:pPr>
              <w:pStyle w:val="Prrafodelista"/>
              <w:numPr>
                <w:ilvl w:val="0"/>
                <w:numId w:val="17"/>
              </w:numPr>
              <w:ind w:left="370" w:hanging="283"/>
              <w:jc w:val="both"/>
              <w:rPr>
                <w:lang w:val="es-PY"/>
              </w:rPr>
            </w:pPr>
            <w:r w:rsidRPr="00481650">
              <w:rPr>
                <w:szCs w:val="20"/>
                <w:lang w:val="es-PY"/>
              </w:rPr>
              <w:t>El acompañamiento tutorial orienta el desarrollo del trabajo final conforme a las exigencias del nivel doctoral y a criterios metodológicos, profesionales y éticos establecidos.</w:t>
            </w:r>
          </w:p>
        </w:tc>
        <w:tc>
          <w:tcPr>
            <w:tcW w:w="75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D8A46B9" w14:textId="77777777" w:rsidR="00BF1737" w:rsidRPr="005D12D8" w:rsidRDefault="00BF1737" w:rsidP="00BF1737">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CC7FC8D" w14:textId="77777777" w:rsidR="00BF1737" w:rsidRPr="005D12D8" w:rsidRDefault="00BF1737" w:rsidP="00BF1737">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F3082CB" w14:textId="77777777" w:rsidR="00BF1737" w:rsidRPr="005D12D8" w:rsidRDefault="00BF1737" w:rsidP="00BF1737">
            <w:pPr>
              <w:jc w:val="center"/>
              <w:rPr>
                <w:lang w:val="es-PY"/>
              </w:rPr>
            </w:pPr>
          </w:p>
        </w:tc>
      </w:tr>
      <w:tr w:rsidR="00BF1737" w:rsidRPr="00267D20" w14:paraId="178E297A" w14:textId="77777777" w:rsidTr="00BF1737">
        <w:trPr>
          <w:cantSplit/>
          <w:trHeight w:val="355"/>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DE7D4AB" w14:textId="77777777" w:rsidR="00BF1737" w:rsidRPr="005D12D8" w:rsidRDefault="00BF1737" w:rsidP="00BF1737">
            <w:pPr>
              <w:rPr>
                <w:lang w:val="es-PY"/>
              </w:rPr>
            </w:pPr>
          </w:p>
        </w:tc>
        <w:tc>
          <w:tcPr>
            <w:tcW w:w="5245"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01D6835C" w14:textId="21AADC77" w:rsidR="00BF1737" w:rsidRPr="0073782B" w:rsidRDefault="00BF1737" w:rsidP="00BF1737">
            <w:pPr>
              <w:pStyle w:val="Prrafodelista"/>
              <w:numPr>
                <w:ilvl w:val="0"/>
                <w:numId w:val="17"/>
              </w:numPr>
              <w:ind w:left="370" w:hanging="283"/>
              <w:jc w:val="both"/>
              <w:rPr>
                <w:lang w:val="es-PY"/>
              </w:rPr>
            </w:pPr>
            <w:r w:rsidRPr="000237B4">
              <w:rPr>
                <w:color w:val="000000"/>
                <w:szCs w:val="20"/>
                <w:lang w:val="es-PY"/>
              </w:rPr>
              <w:t>Se desarrollan espacios formativos para fortalecer competencias investigativas en el ámbito profesional.</w:t>
            </w:r>
          </w:p>
        </w:tc>
        <w:tc>
          <w:tcPr>
            <w:tcW w:w="75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D7A0EBB" w14:textId="77777777" w:rsidR="00BF1737" w:rsidRPr="005D12D8" w:rsidRDefault="00BF1737" w:rsidP="00BF1737">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E93D926" w14:textId="77777777" w:rsidR="00BF1737" w:rsidRPr="005D12D8" w:rsidRDefault="00BF1737" w:rsidP="00BF1737">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8FE8702" w14:textId="77777777" w:rsidR="00BF1737" w:rsidRPr="005D12D8" w:rsidRDefault="00BF1737" w:rsidP="00BF1737">
            <w:pPr>
              <w:jc w:val="center"/>
              <w:rPr>
                <w:lang w:val="es-PY"/>
              </w:rPr>
            </w:pPr>
          </w:p>
        </w:tc>
      </w:tr>
      <w:tr w:rsidR="000C6B7D" w14:paraId="608F9EB9" w14:textId="77777777" w:rsidTr="00D037C6">
        <w:trPr>
          <w:cantSplit/>
          <w:trHeight w:hRule="exact" w:val="441"/>
          <w:jc w:val="center"/>
        </w:trPr>
        <w:tc>
          <w:tcPr>
            <w:tcW w:w="722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8214139" w14:textId="77777777" w:rsidR="000C6B7D" w:rsidRPr="00735EB3" w:rsidRDefault="00E26089">
            <w:pPr>
              <w:jc w:val="center"/>
              <w:rPr>
                <w:szCs w:val="20"/>
                <w:lang w:val="es-PY"/>
              </w:rPr>
            </w:pPr>
            <w:r w:rsidRPr="00735EB3">
              <w:rPr>
                <w:b/>
                <w:color w:val="000000"/>
                <w:szCs w:val="20"/>
                <w:lang w:val="es-PY"/>
              </w:rPr>
              <w:t>Argumento que sostiene el nivel de cumplimiento del criterio</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ED01A5A" w14:textId="77777777" w:rsidR="000C6B7D" w:rsidRPr="00735EB3" w:rsidRDefault="00E26089">
            <w:pPr>
              <w:jc w:val="center"/>
              <w:rPr>
                <w:szCs w:val="20"/>
              </w:rPr>
            </w:pPr>
            <w:r w:rsidRPr="00735EB3">
              <w:rPr>
                <w:b/>
                <w:color w:val="000000"/>
                <w:szCs w:val="20"/>
              </w:rPr>
              <w:t>Medios de verificación</w:t>
            </w:r>
          </w:p>
        </w:tc>
      </w:tr>
      <w:tr w:rsidR="000C6B7D" w14:paraId="123B5D23" w14:textId="77777777" w:rsidTr="004C24F7">
        <w:trPr>
          <w:cantSplit/>
          <w:trHeight w:val="7568"/>
          <w:jc w:val="center"/>
        </w:trPr>
        <w:tc>
          <w:tcPr>
            <w:tcW w:w="722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0C9099C" w14:textId="372E5B0B" w:rsidR="00D037C6" w:rsidRDefault="00D037C6" w:rsidP="00A3110F"/>
          <w:p w14:paraId="42E714FD" w14:textId="77777777" w:rsidR="00D037C6" w:rsidRPr="00D037C6" w:rsidRDefault="00D037C6" w:rsidP="00A3110F"/>
          <w:p w14:paraId="1299C41B" w14:textId="77777777" w:rsidR="00D037C6" w:rsidRPr="00D037C6" w:rsidRDefault="00D037C6" w:rsidP="00A3110F"/>
          <w:p w14:paraId="4B2C4FB7" w14:textId="77777777" w:rsidR="00D037C6" w:rsidRPr="00D037C6" w:rsidRDefault="00D037C6" w:rsidP="00A3110F"/>
          <w:p w14:paraId="1F3BBBF9" w14:textId="77777777" w:rsidR="00D037C6" w:rsidRPr="00D037C6" w:rsidRDefault="00D037C6" w:rsidP="00A3110F"/>
          <w:p w14:paraId="0FED2808" w14:textId="77777777" w:rsidR="00D037C6" w:rsidRPr="00D037C6" w:rsidRDefault="00D037C6" w:rsidP="00A3110F"/>
          <w:p w14:paraId="6D480B72" w14:textId="77777777" w:rsidR="00D037C6" w:rsidRPr="00D037C6" w:rsidRDefault="00D037C6" w:rsidP="00A3110F"/>
          <w:p w14:paraId="1D6A13F6" w14:textId="77777777" w:rsidR="00D037C6" w:rsidRPr="00D037C6" w:rsidRDefault="00D037C6" w:rsidP="00A3110F"/>
          <w:p w14:paraId="6DA7A216" w14:textId="77777777" w:rsidR="00D037C6" w:rsidRPr="00D037C6" w:rsidRDefault="00D037C6" w:rsidP="00A3110F"/>
          <w:p w14:paraId="11724117" w14:textId="77777777" w:rsidR="00D037C6" w:rsidRPr="00D037C6" w:rsidRDefault="00D037C6" w:rsidP="00A3110F"/>
          <w:p w14:paraId="63763D50" w14:textId="77777777" w:rsidR="00D037C6" w:rsidRPr="00D037C6" w:rsidRDefault="00D037C6" w:rsidP="00A3110F"/>
          <w:p w14:paraId="0C5BCA1D" w14:textId="77777777" w:rsidR="00D037C6" w:rsidRPr="00D037C6" w:rsidRDefault="00D037C6" w:rsidP="00A3110F"/>
          <w:p w14:paraId="2853C294" w14:textId="77777777" w:rsidR="00D037C6" w:rsidRPr="00D037C6" w:rsidRDefault="00D037C6" w:rsidP="00A3110F"/>
          <w:p w14:paraId="67524F93" w14:textId="77777777" w:rsidR="00D037C6" w:rsidRPr="00D037C6" w:rsidRDefault="00D037C6" w:rsidP="00A3110F"/>
          <w:p w14:paraId="7BC9E148" w14:textId="77777777" w:rsidR="00D037C6" w:rsidRPr="00D037C6" w:rsidRDefault="00D037C6" w:rsidP="00A3110F"/>
          <w:p w14:paraId="18287146" w14:textId="77777777" w:rsidR="00D037C6" w:rsidRPr="00D037C6" w:rsidRDefault="00D037C6" w:rsidP="00A3110F"/>
          <w:p w14:paraId="09E6310C" w14:textId="77777777" w:rsidR="00D037C6" w:rsidRPr="00D037C6" w:rsidRDefault="00D037C6" w:rsidP="00A3110F"/>
          <w:p w14:paraId="5C5CE91D" w14:textId="77777777" w:rsidR="00D037C6" w:rsidRPr="00D037C6" w:rsidRDefault="00D037C6" w:rsidP="00A3110F"/>
          <w:p w14:paraId="72006C92" w14:textId="7419960B" w:rsidR="00D037C6" w:rsidRDefault="00D037C6" w:rsidP="00A3110F"/>
          <w:p w14:paraId="149E209B" w14:textId="1155907C" w:rsidR="00D037C6" w:rsidRDefault="00D037C6" w:rsidP="00A3110F"/>
          <w:p w14:paraId="1A94A50A" w14:textId="538C28C1" w:rsidR="00D037C6" w:rsidRDefault="00D037C6" w:rsidP="00A3110F"/>
          <w:p w14:paraId="43044FD3" w14:textId="17773815" w:rsidR="00D037C6" w:rsidRDefault="00D037C6" w:rsidP="00A3110F"/>
          <w:p w14:paraId="53AF3CB8" w14:textId="04B93670" w:rsidR="00D037C6" w:rsidRDefault="00D037C6" w:rsidP="00A3110F"/>
          <w:p w14:paraId="506A2720" w14:textId="136BD88F" w:rsidR="00D037C6" w:rsidRDefault="00D037C6" w:rsidP="00A3110F"/>
          <w:p w14:paraId="2B5FA8F0" w14:textId="0FE0C181" w:rsidR="00D037C6" w:rsidRDefault="00D037C6" w:rsidP="00A3110F"/>
          <w:p w14:paraId="3C6C1BD3" w14:textId="1A743CB4" w:rsidR="00D037C6" w:rsidRDefault="00D037C6" w:rsidP="00A3110F"/>
          <w:p w14:paraId="0867894B" w14:textId="7A559FE6" w:rsidR="00D037C6" w:rsidRPr="00D037C6" w:rsidRDefault="00D037C6" w:rsidP="00A3110F"/>
        </w:tc>
        <w:tc>
          <w:tcPr>
            <w:tcW w:w="213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3B825673" w14:textId="77777777" w:rsidR="000C6B7D" w:rsidRDefault="000C6B7D" w:rsidP="00A3110F"/>
        </w:tc>
      </w:tr>
    </w:tbl>
    <w:p w14:paraId="7984BCEC" w14:textId="745093FB" w:rsidR="00D037C6" w:rsidRDefault="00D037C6"/>
    <w:p w14:paraId="5249F3E7" w14:textId="7A1EB829" w:rsidR="00D037C6" w:rsidRDefault="00D037C6"/>
    <w:tbl>
      <w:tblPr>
        <w:tblW w:w="0" w:type="auto"/>
        <w:jc w:val="center"/>
        <w:tblLayout w:type="fixed"/>
        <w:tblLook w:val="04A0" w:firstRow="1" w:lastRow="0" w:firstColumn="1" w:lastColumn="0" w:noHBand="0" w:noVBand="1"/>
      </w:tblPr>
      <w:tblGrid>
        <w:gridCol w:w="1977"/>
        <w:gridCol w:w="5245"/>
        <w:gridCol w:w="754"/>
        <w:gridCol w:w="663"/>
        <w:gridCol w:w="718"/>
      </w:tblGrid>
      <w:tr w:rsidR="00C679A9" w14:paraId="54BEDB19" w14:textId="77777777" w:rsidTr="005E4CA4">
        <w:trPr>
          <w:cantSplit/>
          <w:trHeight w:hRule="exact" w:val="691"/>
          <w:tblHeader/>
          <w:jc w:val="center"/>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4F96EAB" w14:textId="4E1ADE30" w:rsidR="00C679A9" w:rsidRPr="00735EB3" w:rsidRDefault="00C679A9" w:rsidP="005E4CA4">
            <w:pPr>
              <w:jc w:val="center"/>
              <w:rPr>
                <w:szCs w:val="20"/>
              </w:rPr>
            </w:pPr>
            <w:r w:rsidRPr="00735EB3">
              <w:rPr>
                <w:b/>
                <w:color w:val="000000"/>
                <w:szCs w:val="20"/>
              </w:rPr>
              <w:lastRenderedPageBreak/>
              <w:t>Criterio 2.</w:t>
            </w:r>
            <w:r>
              <w:rPr>
                <w:b/>
                <w:color w:val="000000"/>
                <w:szCs w:val="20"/>
              </w:rPr>
              <w:t>3</w:t>
            </w:r>
          </w:p>
        </w:tc>
        <w:tc>
          <w:tcPr>
            <w:tcW w:w="5245"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01785D8" w14:textId="77777777" w:rsidR="00C679A9" w:rsidRPr="00735EB3" w:rsidRDefault="00C679A9" w:rsidP="005E4CA4">
            <w:pPr>
              <w:jc w:val="center"/>
              <w:rPr>
                <w:szCs w:val="20"/>
              </w:rPr>
            </w:pPr>
            <w:r w:rsidRPr="00735EB3">
              <w:rPr>
                <w:b/>
                <w:color w:val="000000"/>
                <w:szCs w:val="20"/>
              </w:rPr>
              <w:t>Indicadores</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1765C47" w14:textId="77777777" w:rsidR="00C679A9" w:rsidRPr="00735EB3" w:rsidRDefault="00C679A9" w:rsidP="005E4CA4">
            <w:pPr>
              <w:jc w:val="center"/>
              <w:rPr>
                <w:szCs w:val="20"/>
              </w:rPr>
            </w:pPr>
            <w:r w:rsidRPr="00735EB3">
              <w:rPr>
                <w:b/>
                <w:color w:val="000000"/>
                <w:szCs w:val="20"/>
              </w:rPr>
              <w:t>Nivel de cumplimiento</w:t>
            </w:r>
          </w:p>
        </w:tc>
      </w:tr>
      <w:tr w:rsidR="00C679A9" w14:paraId="3C6F6C13" w14:textId="77777777" w:rsidTr="005E4CA4">
        <w:trPr>
          <w:cantSplit/>
          <w:trHeight w:hRule="exact" w:val="432"/>
          <w:tblHeader/>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8E82440" w14:textId="77777777" w:rsidR="00C679A9" w:rsidRPr="00735EB3" w:rsidRDefault="00C679A9" w:rsidP="005E4CA4">
            <w:pPr>
              <w:rPr>
                <w:szCs w:val="20"/>
              </w:rPr>
            </w:pPr>
          </w:p>
        </w:tc>
        <w:tc>
          <w:tcPr>
            <w:tcW w:w="5245"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CC380BE" w14:textId="77777777" w:rsidR="00C679A9" w:rsidRPr="00735EB3" w:rsidRDefault="00C679A9" w:rsidP="005E4CA4">
            <w:pPr>
              <w:rPr>
                <w:szCs w:val="20"/>
              </w:rPr>
            </w:pPr>
          </w:p>
        </w:tc>
        <w:tc>
          <w:tcPr>
            <w:tcW w:w="75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32EDC88" w14:textId="77777777" w:rsidR="00C679A9" w:rsidRPr="00735EB3" w:rsidRDefault="00C679A9" w:rsidP="005E4CA4">
            <w:pPr>
              <w:jc w:val="center"/>
              <w:rPr>
                <w:szCs w:val="20"/>
              </w:rPr>
            </w:pPr>
            <w:r w:rsidRPr="00735EB3">
              <w:rPr>
                <w:b/>
                <w:color w:val="000000"/>
                <w:szCs w:val="20"/>
              </w:rPr>
              <w:t>CT</w:t>
            </w:r>
          </w:p>
        </w:tc>
        <w:tc>
          <w:tcPr>
            <w:tcW w:w="66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7CF0947" w14:textId="77777777" w:rsidR="00C679A9" w:rsidRPr="00735EB3" w:rsidRDefault="00C679A9" w:rsidP="005E4CA4">
            <w:pPr>
              <w:jc w:val="center"/>
              <w:rPr>
                <w:szCs w:val="20"/>
              </w:rPr>
            </w:pPr>
            <w:r w:rsidRPr="00735EB3">
              <w:rPr>
                <w:b/>
                <w:color w:val="000000"/>
                <w:szCs w:val="20"/>
              </w:rPr>
              <w:t>CP</w:t>
            </w:r>
          </w:p>
        </w:tc>
        <w:tc>
          <w:tcPr>
            <w:tcW w:w="71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CA3A14A" w14:textId="77777777" w:rsidR="00C679A9" w:rsidRPr="00735EB3" w:rsidRDefault="00C679A9" w:rsidP="005E4CA4">
            <w:pPr>
              <w:jc w:val="center"/>
              <w:rPr>
                <w:szCs w:val="20"/>
              </w:rPr>
            </w:pPr>
            <w:r w:rsidRPr="00735EB3">
              <w:rPr>
                <w:b/>
                <w:color w:val="000000"/>
                <w:szCs w:val="20"/>
              </w:rPr>
              <w:t>NC</w:t>
            </w:r>
          </w:p>
        </w:tc>
      </w:tr>
      <w:tr w:rsidR="00BF1737" w:rsidRPr="00267D20" w14:paraId="752F8BE9" w14:textId="77777777" w:rsidTr="00BF1737">
        <w:trPr>
          <w:cantSplit/>
          <w:trHeight w:val="393"/>
          <w:jc w:val="center"/>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8DDA268" w14:textId="77777777" w:rsidR="00BF1737" w:rsidRPr="00BF0657" w:rsidRDefault="00BF1737" w:rsidP="00BF1737">
            <w:pPr>
              <w:jc w:val="center"/>
              <w:rPr>
                <w:b/>
                <w:color w:val="000000"/>
                <w:szCs w:val="20"/>
                <w:lang w:val="es-PY"/>
              </w:rPr>
            </w:pPr>
            <w:r w:rsidRPr="00BF0657">
              <w:rPr>
                <w:b/>
                <w:color w:val="000000"/>
                <w:szCs w:val="20"/>
                <w:lang w:val="es-PY"/>
              </w:rPr>
              <w:t>Producción y</w:t>
            </w:r>
          </w:p>
          <w:p w14:paraId="29AC5469" w14:textId="77777777" w:rsidR="00BF1737" w:rsidRPr="00BF0657" w:rsidRDefault="00BF1737" w:rsidP="00BF1737">
            <w:pPr>
              <w:jc w:val="center"/>
              <w:rPr>
                <w:b/>
                <w:color w:val="000000"/>
                <w:szCs w:val="20"/>
                <w:lang w:val="es-PY"/>
              </w:rPr>
            </w:pPr>
            <w:r w:rsidRPr="00BF0657">
              <w:rPr>
                <w:b/>
                <w:color w:val="000000"/>
                <w:szCs w:val="20"/>
                <w:lang w:val="es-PY"/>
              </w:rPr>
              <w:t>transferencia del</w:t>
            </w:r>
          </w:p>
          <w:p w14:paraId="532F17CF" w14:textId="77777777" w:rsidR="00BF1737" w:rsidRDefault="00BF1737" w:rsidP="00BF1737">
            <w:pPr>
              <w:jc w:val="center"/>
              <w:rPr>
                <w:b/>
                <w:color w:val="E31B23"/>
                <w:szCs w:val="20"/>
                <w:lang w:val="es-PY"/>
              </w:rPr>
            </w:pPr>
            <w:r w:rsidRPr="00BF0657">
              <w:rPr>
                <w:b/>
                <w:color w:val="000000"/>
                <w:szCs w:val="20"/>
                <w:lang w:val="es-PY"/>
              </w:rPr>
              <w:t>conocimiento</w:t>
            </w:r>
            <w:r w:rsidRPr="00BF0657">
              <w:rPr>
                <w:b/>
                <w:color w:val="E31B23"/>
                <w:szCs w:val="20"/>
                <w:lang w:val="es-PY"/>
              </w:rPr>
              <w:br/>
              <w:t>(Sustantivo)</w:t>
            </w:r>
          </w:p>
          <w:p w14:paraId="1991E6BA" w14:textId="50D93BF2" w:rsidR="00BF1737" w:rsidRPr="005D12D8" w:rsidRDefault="00BF1737" w:rsidP="00BF1737">
            <w:pPr>
              <w:jc w:val="center"/>
              <w:rPr>
                <w:lang w:val="es-PY"/>
              </w:rPr>
            </w:pPr>
          </w:p>
        </w:tc>
        <w:tc>
          <w:tcPr>
            <w:tcW w:w="5245"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0D4D2E89" w14:textId="251F48BA" w:rsidR="00BF1737" w:rsidRPr="0073782B" w:rsidRDefault="00BF1737" w:rsidP="00BF1737">
            <w:pPr>
              <w:pStyle w:val="Prrafodelista"/>
              <w:numPr>
                <w:ilvl w:val="0"/>
                <w:numId w:val="21"/>
              </w:numPr>
              <w:ind w:left="358" w:hanging="283"/>
              <w:jc w:val="both"/>
              <w:rPr>
                <w:lang w:val="es-PY"/>
              </w:rPr>
            </w:pPr>
            <w:r w:rsidRPr="00E02CB9">
              <w:rPr>
                <w:color w:val="000000"/>
                <w:szCs w:val="20"/>
                <w:lang w:val="es-PY"/>
              </w:rPr>
              <w:t>Durante el trayecto formativo se generan productos de investigación, innovación o intervención pertinentes al nivel doctoral y susceptibles de aplicación en contextos profesionales.</w:t>
            </w:r>
          </w:p>
        </w:tc>
        <w:tc>
          <w:tcPr>
            <w:tcW w:w="75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4FF03C0" w14:textId="77777777" w:rsidR="00BF1737" w:rsidRPr="005D12D8" w:rsidRDefault="00BF1737" w:rsidP="00BF1737">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63FCF9E" w14:textId="77777777" w:rsidR="00BF1737" w:rsidRPr="005D12D8" w:rsidRDefault="00BF1737" w:rsidP="00BF1737">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90CA554" w14:textId="77777777" w:rsidR="00BF1737" w:rsidRPr="005D12D8" w:rsidRDefault="00BF1737" w:rsidP="00BF1737">
            <w:pPr>
              <w:jc w:val="center"/>
              <w:rPr>
                <w:lang w:val="es-PY"/>
              </w:rPr>
            </w:pPr>
          </w:p>
        </w:tc>
      </w:tr>
      <w:tr w:rsidR="00BF1737" w:rsidRPr="00267D20" w14:paraId="19E5EC24" w14:textId="77777777" w:rsidTr="00BF1737">
        <w:trPr>
          <w:cantSplit/>
          <w:trHeight w:val="387"/>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C176859" w14:textId="77777777" w:rsidR="00BF1737" w:rsidRPr="005D12D8" w:rsidRDefault="00BF1737" w:rsidP="00BF1737">
            <w:pPr>
              <w:rPr>
                <w:lang w:val="es-PY"/>
              </w:rPr>
            </w:pPr>
          </w:p>
        </w:tc>
        <w:tc>
          <w:tcPr>
            <w:tcW w:w="5245"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690AFE2A" w14:textId="78BF3A34" w:rsidR="00BF1737" w:rsidRPr="0073782B" w:rsidRDefault="00BF1737" w:rsidP="00BF1737">
            <w:pPr>
              <w:pStyle w:val="Prrafodelista"/>
              <w:numPr>
                <w:ilvl w:val="0"/>
                <w:numId w:val="21"/>
              </w:numPr>
              <w:ind w:left="370" w:hanging="283"/>
              <w:jc w:val="both"/>
              <w:rPr>
                <w:lang w:val="es-PY"/>
              </w:rPr>
            </w:pPr>
            <w:r w:rsidRPr="00E02CB9">
              <w:rPr>
                <w:color w:val="000000"/>
                <w:szCs w:val="20"/>
                <w:lang w:val="es-PY"/>
              </w:rPr>
              <w:t>Se promueve la producción conjunta entre doctorandos, tutores y actores del ámbito profesional para favorecer la transferencia del conocimiento.</w:t>
            </w:r>
          </w:p>
        </w:tc>
        <w:tc>
          <w:tcPr>
            <w:tcW w:w="75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5C5774F" w14:textId="77777777" w:rsidR="00BF1737" w:rsidRPr="005D12D8" w:rsidRDefault="00BF1737" w:rsidP="00BF1737">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37EFAAC" w14:textId="77777777" w:rsidR="00BF1737" w:rsidRPr="005D12D8" w:rsidRDefault="00BF1737" w:rsidP="00BF1737">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96384AF" w14:textId="77777777" w:rsidR="00BF1737" w:rsidRPr="005D12D8" w:rsidRDefault="00BF1737" w:rsidP="00BF1737">
            <w:pPr>
              <w:jc w:val="center"/>
              <w:rPr>
                <w:lang w:val="es-PY"/>
              </w:rPr>
            </w:pPr>
          </w:p>
        </w:tc>
      </w:tr>
      <w:tr w:rsidR="00BF1737" w:rsidRPr="00267D20" w14:paraId="69E38951" w14:textId="77777777" w:rsidTr="00BF1737">
        <w:trPr>
          <w:cantSplit/>
          <w:trHeight w:val="381"/>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4A0EE42" w14:textId="77777777" w:rsidR="00BF1737" w:rsidRPr="005D12D8" w:rsidRDefault="00BF1737" w:rsidP="00BF1737">
            <w:pPr>
              <w:rPr>
                <w:lang w:val="es-PY"/>
              </w:rPr>
            </w:pPr>
          </w:p>
        </w:tc>
        <w:tc>
          <w:tcPr>
            <w:tcW w:w="5245"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4CE110E6" w14:textId="486662AC" w:rsidR="00BF1737" w:rsidRPr="0073782B" w:rsidRDefault="00BF1737" w:rsidP="00BF1737">
            <w:pPr>
              <w:pStyle w:val="Prrafodelista"/>
              <w:numPr>
                <w:ilvl w:val="0"/>
                <w:numId w:val="21"/>
              </w:numPr>
              <w:ind w:left="370" w:hanging="283"/>
              <w:jc w:val="both"/>
              <w:rPr>
                <w:lang w:val="es-PY"/>
              </w:rPr>
            </w:pPr>
            <w:r w:rsidRPr="00E02CB9">
              <w:rPr>
                <w:color w:val="000000"/>
                <w:szCs w:val="20"/>
                <w:lang w:val="es-PY"/>
              </w:rPr>
              <w:t>Se implementan mecanismos institucionales para la difusión</w:t>
            </w:r>
            <w:r>
              <w:rPr>
                <w:color w:val="000000"/>
                <w:szCs w:val="20"/>
                <w:lang w:val="es-PY"/>
              </w:rPr>
              <w:t xml:space="preserve"> y</w:t>
            </w:r>
            <w:r w:rsidRPr="00E02CB9">
              <w:rPr>
                <w:color w:val="000000"/>
                <w:szCs w:val="20"/>
                <w:lang w:val="es-PY"/>
              </w:rPr>
              <w:t xml:space="preserve"> transferencia de los conocimientos y productos generados por el programa.</w:t>
            </w:r>
          </w:p>
        </w:tc>
        <w:tc>
          <w:tcPr>
            <w:tcW w:w="75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15226DC" w14:textId="77777777" w:rsidR="00BF1737" w:rsidRPr="005D12D8" w:rsidRDefault="00BF1737" w:rsidP="00BF1737">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7A9C7EB" w14:textId="77777777" w:rsidR="00BF1737" w:rsidRPr="005D12D8" w:rsidRDefault="00BF1737" w:rsidP="00BF1737">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7678845" w14:textId="77777777" w:rsidR="00BF1737" w:rsidRPr="005D12D8" w:rsidRDefault="00BF1737" w:rsidP="00BF1737">
            <w:pPr>
              <w:jc w:val="center"/>
              <w:rPr>
                <w:lang w:val="es-PY"/>
              </w:rPr>
            </w:pPr>
          </w:p>
        </w:tc>
      </w:tr>
      <w:tr w:rsidR="00BF1737" w:rsidRPr="00267D20" w14:paraId="3EF836A5" w14:textId="77777777" w:rsidTr="00BF1737">
        <w:trPr>
          <w:cantSplit/>
          <w:trHeight w:val="25"/>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917E8DA" w14:textId="77777777" w:rsidR="00BF1737" w:rsidRPr="005D12D8" w:rsidRDefault="00BF1737" w:rsidP="00BF1737">
            <w:pPr>
              <w:rPr>
                <w:lang w:val="es-PY"/>
              </w:rPr>
            </w:pPr>
          </w:p>
        </w:tc>
        <w:tc>
          <w:tcPr>
            <w:tcW w:w="5245"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054CD9C7" w14:textId="40287920" w:rsidR="00BF1737" w:rsidRPr="0073782B" w:rsidRDefault="00BF1737" w:rsidP="00BF1737">
            <w:pPr>
              <w:pStyle w:val="Prrafodelista"/>
              <w:numPr>
                <w:ilvl w:val="0"/>
                <w:numId w:val="21"/>
              </w:numPr>
              <w:ind w:left="370" w:hanging="283"/>
              <w:jc w:val="both"/>
              <w:rPr>
                <w:lang w:val="es-PY"/>
              </w:rPr>
            </w:pPr>
            <w:r w:rsidRPr="00BF0657">
              <w:rPr>
                <w:color w:val="000000"/>
                <w:szCs w:val="20"/>
                <w:lang w:val="es-PY"/>
              </w:rPr>
              <w:t>La transferencia de los conocimientos y productos generados, así como su contribución a la mejora de prácticas y procesos del ámbito profesional, son utilizados para introducir mejoras en el programa.</w:t>
            </w:r>
          </w:p>
        </w:tc>
        <w:tc>
          <w:tcPr>
            <w:tcW w:w="75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04B4DF4" w14:textId="77777777" w:rsidR="00BF1737" w:rsidRPr="005D12D8" w:rsidRDefault="00BF1737" w:rsidP="00BF1737">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3FA7F5B" w14:textId="77777777" w:rsidR="00BF1737" w:rsidRPr="005D12D8" w:rsidRDefault="00BF1737" w:rsidP="00BF1737">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BF48753" w14:textId="77777777" w:rsidR="00BF1737" w:rsidRPr="005D12D8" w:rsidRDefault="00BF1737" w:rsidP="00BF1737">
            <w:pPr>
              <w:jc w:val="center"/>
              <w:rPr>
                <w:lang w:val="es-PY"/>
              </w:rPr>
            </w:pPr>
          </w:p>
        </w:tc>
      </w:tr>
      <w:tr w:rsidR="00BF1737" w:rsidRPr="00267D20" w14:paraId="6F43B67E" w14:textId="77777777" w:rsidTr="00BF1737">
        <w:trPr>
          <w:cantSplit/>
          <w:trHeight w:val="355"/>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3553A52" w14:textId="77777777" w:rsidR="00BF1737" w:rsidRPr="005D12D8" w:rsidRDefault="00BF1737" w:rsidP="00BF1737">
            <w:pPr>
              <w:rPr>
                <w:lang w:val="es-PY"/>
              </w:rPr>
            </w:pPr>
          </w:p>
        </w:tc>
        <w:tc>
          <w:tcPr>
            <w:tcW w:w="5245"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07AB4897" w14:textId="19635EE9" w:rsidR="00BF1737" w:rsidRPr="0073782B" w:rsidRDefault="00BF1737" w:rsidP="00BF1737">
            <w:pPr>
              <w:pStyle w:val="Prrafodelista"/>
              <w:numPr>
                <w:ilvl w:val="0"/>
                <w:numId w:val="21"/>
              </w:numPr>
              <w:ind w:left="370" w:hanging="283"/>
              <w:jc w:val="both"/>
              <w:rPr>
                <w:lang w:val="es-PY"/>
              </w:rPr>
            </w:pPr>
            <w:r w:rsidRPr="00E02CB9">
              <w:rPr>
                <w:color w:val="000000"/>
                <w:szCs w:val="20"/>
                <w:lang w:val="es-PY"/>
              </w:rPr>
              <w:t>Durante el trayecto formativo se generan productos de investigación, innovación o intervención pertinentes al nivel doctoral y susceptibles de aplicación en contextos profesionales.</w:t>
            </w:r>
          </w:p>
        </w:tc>
        <w:tc>
          <w:tcPr>
            <w:tcW w:w="75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10C7271" w14:textId="77777777" w:rsidR="00BF1737" w:rsidRPr="005D12D8" w:rsidRDefault="00BF1737" w:rsidP="00BF1737">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58F2B9F" w14:textId="77777777" w:rsidR="00BF1737" w:rsidRPr="005D12D8" w:rsidRDefault="00BF1737" w:rsidP="00BF1737">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089530B" w14:textId="77777777" w:rsidR="00BF1737" w:rsidRPr="005D12D8" w:rsidRDefault="00BF1737" w:rsidP="00BF1737">
            <w:pPr>
              <w:jc w:val="center"/>
              <w:rPr>
                <w:lang w:val="es-PY"/>
              </w:rPr>
            </w:pPr>
          </w:p>
        </w:tc>
      </w:tr>
      <w:tr w:rsidR="00C679A9" w14:paraId="18890808" w14:textId="77777777" w:rsidTr="005E4CA4">
        <w:trPr>
          <w:cantSplit/>
          <w:trHeight w:hRule="exact" w:val="441"/>
          <w:jc w:val="center"/>
        </w:trPr>
        <w:tc>
          <w:tcPr>
            <w:tcW w:w="722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3BCF663" w14:textId="77777777" w:rsidR="00C679A9" w:rsidRPr="00735EB3" w:rsidRDefault="00C679A9" w:rsidP="005E4CA4">
            <w:pPr>
              <w:jc w:val="center"/>
              <w:rPr>
                <w:szCs w:val="20"/>
                <w:lang w:val="es-PY"/>
              </w:rPr>
            </w:pPr>
            <w:r w:rsidRPr="00735EB3">
              <w:rPr>
                <w:b/>
                <w:color w:val="000000"/>
                <w:szCs w:val="20"/>
                <w:lang w:val="es-PY"/>
              </w:rPr>
              <w:t>Argumento que sostiene el nivel de cumplimiento del criterio</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344FC1F" w14:textId="77777777" w:rsidR="00C679A9" w:rsidRPr="00735EB3" w:rsidRDefault="00C679A9" w:rsidP="005E4CA4">
            <w:pPr>
              <w:jc w:val="center"/>
              <w:rPr>
                <w:szCs w:val="20"/>
              </w:rPr>
            </w:pPr>
            <w:r w:rsidRPr="00735EB3">
              <w:rPr>
                <w:b/>
                <w:color w:val="000000"/>
                <w:szCs w:val="20"/>
              </w:rPr>
              <w:t>Medios de verificación</w:t>
            </w:r>
          </w:p>
        </w:tc>
      </w:tr>
      <w:tr w:rsidR="004C24F7" w14:paraId="34DEC2A0" w14:textId="77777777" w:rsidTr="004C24F7">
        <w:trPr>
          <w:cantSplit/>
          <w:trHeight w:val="6862"/>
          <w:jc w:val="center"/>
        </w:trPr>
        <w:tc>
          <w:tcPr>
            <w:tcW w:w="7222"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366826D2" w14:textId="77777777" w:rsidR="004C24F7" w:rsidRDefault="004C24F7" w:rsidP="004C24F7">
            <w:pPr>
              <w:jc w:val="both"/>
              <w:rPr>
                <w:b/>
                <w:color w:val="000000"/>
                <w:szCs w:val="20"/>
                <w:lang w:val="es-PY"/>
              </w:rPr>
            </w:pPr>
          </w:p>
          <w:p w14:paraId="0148A4E7" w14:textId="77777777" w:rsidR="004C24F7" w:rsidRDefault="004C24F7" w:rsidP="004C24F7">
            <w:pPr>
              <w:jc w:val="both"/>
              <w:rPr>
                <w:b/>
                <w:color w:val="000000"/>
                <w:szCs w:val="20"/>
                <w:lang w:val="es-PY"/>
              </w:rPr>
            </w:pPr>
          </w:p>
          <w:p w14:paraId="7E1C2022" w14:textId="77777777" w:rsidR="004C24F7" w:rsidRDefault="004C24F7" w:rsidP="004C24F7">
            <w:pPr>
              <w:jc w:val="both"/>
              <w:rPr>
                <w:b/>
                <w:color w:val="000000"/>
                <w:szCs w:val="20"/>
                <w:lang w:val="es-PY"/>
              </w:rPr>
            </w:pPr>
          </w:p>
          <w:p w14:paraId="453C90E3" w14:textId="77777777" w:rsidR="004C24F7" w:rsidRDefault="004C24F7" w:rsidP="004C24F7">
            <w:pPr>
              <w:jc w:val="both"/>
              <w:rPr>
                <w:b/>
                <w:color w:val="000000"/>
                <w:szCs w:val="20"/>
                <w:lang w:val="es-PY"/>
              </w:rPr>
            </w:pPr>
          </w:p>
          <w:p w14:paraId="7520BEC9" w14:textId="77777777" w:rsidR="004C24F7" w:rsidRDefault="004C24F7" w:rsidP="004C24F7">
            <w:pPr>
              <w:jc w:val="both"/>
              <w:rPr>
                <w:b/>
                <w:color w:val="000000"/>
                <w:szCs w:val="20"/>
                <w:lang w:val="es-PY"/>
              </w:rPr>
            </w:pPr>
          </w:p>
          <w:p w14:paraId="45912AAA" w14:textId="77777777" w:rsidR="004C24F7" w:rsidRDefault="004C24F7" w:rsidP="004C24F7">
            <w:pPr>
              <w:jc w:val="both"/>
              <w:rPr>
                <w:b/>
                <w:color w:val="000000"/>
                <w:szCs w:val="20"/>
                <w:lang w:val="es-PY"/>
              </w:rPr>
            </w:pPr>
          </w:p>
          <w:p w14:paraId="47D411F9" w14:textId="77777777" w:rsidR="004C24F7" w:rsidRDefault="004C24F7" w:rsidP="004C24F7">
            <w:pPr>
              <w:jc w:val="both"/>
              <w:rPr>
                <w:b/>
                <w:color w:val="000000"/>
                <w:szCs w:val="20"/>
                <w:lang w:val="es-PY"/>
              </w:rPr>
            </w:pPr>
          </w:p>
          <w:p w14:paraId="11ECA3AF" w14:textId="77777777" w:rsidR="004C24F7" w:rsidRDefault="004C24F7" w:rsidP="004C24F7">
            <w:pPr>
              <w:jc w:val="both"/>
              <w:rPr>
                <w:b/>
                <w:color w:val="000000"/>
                <w:szCs w:val="20"/>
                <w:lang w:val="es-PY"/>
              </w:rPr>
            </w:pPr>
          </w:p>
          <w:p w14:paraId="241951AC" w14:textId="77777777" w:rsidR="004C24F7" w:rsidRDefault="004C24F7" w:rsidP="004C24F7">
            <w:pPr>
              <w:jc w:val="both"/>
              <w:rPr>
                <w:b/>
                <w:color w:val="000000"/>
                <w:szCs w:val="20"/>
                <w:lang w:val="es-PY"/>
              </w:rPr>
            </w:pPr>
          </w:p>
          <w:p w14:paraId="281F6266" w14:textId="77777777" w:rsidR="004C24F7" w:rsidRDefault="004C24F7" w:rsidP="004C24F7">
            <w:pPr>
              <w:jc w:val="both"/>
              <w:rPr>
                <w:b/>
                <w:color w:val="000000"/>
                <w:szCs w:val="20"/>
                <w:lang w:val="es-PY"/>
              </w:rPr>
            </w:pPr>
          </w:p>
          <w:p w14:paraId="6AA2782C" w14:textId="77777777" w:rsidR="004C24F7" w:rsidRDefault="004C24F7" w:rsidP="004C24F7">
            <w:pPr>
              <w:jc w:val="both"/>
              <w:rPr>
                <w:b/>
                <w:color w:val="000000"/>
                <w:szCs w:val="20"/>
                <w:lang w:val="es-PY"/>
              </w:rPr>
            </w:pPr>
          </w:p>
          <w:p w14:paraId="0F847028" w14:textId="77777777" w:rsidR="004C24F7" w:rsidRDefault="004C24F7" w:rsidP="004C24F7">
            <w:pPr>
              <w:jc w:val="both"/>
              <w:rPr>
                <w:b/>
                <w:color w:val="000000"/>
                <w:szCs w:val="20"/>
                <w:lang w:val="es-PY"/>
              </w:rPr>
            </w:pPr>
          </w:p>
          <w:p w14:paraId="3E5CC7F9" w14:textId="77777777" w:rsidR="004C24F7" w:rsidRDefault="004C24F7" w:rsidP="004C24F7">
            <w:pPr>
              <w:jc w:val="both"/>
              <w:rPr>
                <w:b/>
                <w:color w:val="000000"/>
                <w:szCs w:val="20"/>
                <w:lang w:val="es-PY"/>
              </w:rPr>
            </w:pPr>
          </w:p>
          <w:p w14:paraId="5F4D7F64" w14:textId="77777777" w:rsidR="004C24F7" w:rsidRDefault="004C24F7" w:rsidP="004C24F7">
            <w:pPr>
              <w:jc w:val="both"/>
              <w:rPr>
                <w:b/>
                <w:color w:val="000000"/>
                <w:szCs w:val="20"/>
                <w:lang w:val="es-PY"/>
              </w:rPr>
            </w:pPr>
          </w:p>
          <w:p w14:paraId="616A59F9" w14:textId="77777777" w:rsidR="004C24F7" w:rsidRDefault="004C24F7" w:rsidP="004C24F7">
            <w:pPr>
              <w:jc w:val="both"/>
              <w:rPr>
                <w:b/>
                <w:color w:val="000000"/>
                <w:szCs w:val="20"/>
                <w:lang w:val="es-PY"/>
              </w:rPr>
            </w:pPr>
          </w:p>
          <w:p w14:paraId="57F89ECE" w14:textId="77777777" w:rsidR="004C24F7" w:rsidRDefault="004C24F7" w:rsidP="004C24F7">
            <w:pPr>
              <w:jc w:val="both"/>
              <w:rPr>
                <w:b/>
                <w:color w:val="000000"/>
                <w:szCs w:val="20"/>
                <w:lang w:val="es-PY"/>
              </w:rPr>
            </w:pPr>
          </w:p>
          <w:p w14:paraId="7732D007" w14:textId="77777777" w:rsidR="004C24F7" w:rsidRDefault="004C24F7" w:rsidP="004C24F7">
            <w:pPr>
              <w:jc w:val="both"/>
              <w:rPr>
                <w:b/>
                <w:color w:val="000000"/>
                <w:szCs w:val="20"/>
                <w:lang w:val="es-PY"/>
              </w:rPr>
            </w:pPr>
          </w:p>
          <w:p w14:paraId="4CEBFAE1" w14:textId="77777777" w:rsidR="004C24F7" w:rsidRDefault="004C24F7" w:rsidP="004C24F7">
            <w:pPr>
              <w:jc w:val="both"/>
              <w:rPr>
                <w:b/>
                <w:color w:val="000000"/>
                <w:szCs w:val="20"/>
                <w:lang w:val="es-PY"/>
              </w:rPr>
            </w:pPr>
          </w:p>
          <w:p w14:paraId="06BABE76" w14:textId="77777777" w:rsidR="004C24F7" w:rsidRDefault="004C24F7" w:rsidP="004C24F7">
            <w:pPr>
              <w:jc w:val="both"/>
              <w:rPr>
                <w:b/>
                <w:color w:val="000000"/>
                <w:szCs w:val="20"/>
                <w:lang w:val="es-PY"/>
              </w:rPr>
            </w:pPr>
          </w:p>
          <w:p w14:paraId="5E8F60EB" w14:textId="77777777" w:rsidR="004C24F7" w:rsidRDefault="004C24F7" w:rsidP="004C24F7">
            <w:pPr>
              <w:jc w:val="both"/>
              <w:rPr>
                <w:b/>
                <w:color w:val="000000"/>
                <w:szCs w:val="20"/>
                <w:lang w:val="es-PY"/>
              </w:rPr>
            </w:pPr>
          </w:p>
          <w:p w14:paraId="5860A0D2" w14:textId="77777777" w:rsidR="004C24F7" w:rsidRDefault="004C24F7" w:rsidP="004C24F7">
            <w:pPr>
              <w:jc w:val="both"/>
              <w:rPr>
                <w:b/>
                <w:color w:val="000000"/>
                <w:szCs w:val="20"/>
                <w:lang w:val="es-PY"/>
              </w:rPr>
            </w:pPr>
          </w:p>
          <w:p w14:paraId="11C3A9F0" w14:textId="56413E03" w:rsidR="004C24F7" w:rsidRPr="00735EB3" w:rsidRDefault="004C24F7" w:rsidP="004C24F7">
            <w:pPr>
              <w:jc w:val="both"/>
              <w:rPr>
                <w:b/>
                <w:color w:val="000000"/>
                <w:szCs w:val="20"/>
                <w:lang w:val="es-PY"/>
              </w:rPr>
            </w:pP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1A5B1FC7" w14:textId="77777777" w:rsidR="004C24F7" w:rsidRPr="00735EB3" w:rsidRDefault="004C24F7" w:rsidP="004C24F7">
            <w:pPr>
              <w:jc w:val="both"/>
              <w:rPr>
                <w:b/>
                <w:color w:val="000000"/>
                <w:szCs w:val="20"/>
              </w:rPr>
            </w:pPr>
          </w:p>
        </w:tc>
      </w:tr>
    </w:tbl>
    <w:p w14:paraId="5ADF3861" w14:textId="77777777" w:rsidR="004C24F7" w:rsidRDefault="004C24F7"/>
    <w:tbl>
      <w:tblPr>
        <w:tblW w:w="0" w:type="auto"/>
        <w:tblLayout w:type="fixed"/>
        <w:tblLook w:val="04A0" w:firstRow="1" w:lastRow="0" w:firstColumn="1" w:lastColumn="0" w:noHBand="0" w:noVBand="1"/>
      </w:tblPr>
      <w:tblGrid>
        <w:gridCol w:w="4678"/>
        <w:gridCol w:w="4678"/>
      </w:tblGrid>
      <w:tr w:rsidR="00E40931" w:rsidRPr="00267D20" w14:paraId="6965D508" w14:textId="77777777" w:rsidTr="001E05D5">
        <w:trPr>
          <w:cantSplit/>
          <w:trHeight w:hRule="exact" w:val="490"/>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1461A25" w14:textId="401A0614" w:rsidR="00E40931" w:rsidRPr="00E40931" w:rsidRDefault="00E40931" w:rsidP="00C509F1">
            <w:pPr>
              <w:jc w:val="center"/>
              <w:rPr>
                <w:b/>
                <w:color w:val="000000"/>
                <w:lang w:val="es-PY"/>
              </w:rPr>
            </w:pPr>
            <w:r w:rsidRPr="00735EB3">
              <w:rPr>
                <w:b/>
                <w:color w:val="000000"/>
                <w:szCs w:val="20"/>
                <w:lang w:val="es-PY"/>
              </w:rPr>
              <w:t>Fortalezas y debilidades del cumplimiento de criterios de la dimensión evaluada</w:t>
            </w:r>
          </w:p>
        </w:tc>
      </w:tr>
      <w:tr w:rsidR="00E40931" w14:paraId="6EFF8622" w14:textId="77777777" w:rsidTr="001E05D5">
        <w:trPr>
          <w:cantSplit/>
          <w:trHeight w:hRule="exact" w:val="399"/>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11A13284" w14:textId="77777777" w:rsidR="00E40931" w:rsidRPr="00877E2D" w:rsidRDefault="00E40931" w:rsidP="00C509F1">
            <w:pPr>
              <w:jc w:val="center"/>
              <w:rPr>
                <w:b/>
                <w:color w:val="000000"/>
              </w:rPr>
            </w:pPr>
            <w:proofErr w:type="spellStart"/>
            <w:r w:rsidRPr="00877E2D">
              <w:rPr>
                <w:b/>
                <w:color w:val="000000"/>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01BA115" w14:textId="77777777" w:rsidR="00E40931" w:rsidRPr="00877E2D" w:rsidRDefault="00E40931" w:rsidP="00C509F1">
            <w:pPr>
              <w:jc w:val="center"/>
              <w:rPr>
                <w:b/>
                <w:color w:val="000000"/>
              </w:rPr>
            </w:pPr>
            <w:r w:rsidRPr="00877E2D">
              <w:rPr>
                <w:b/>
                <w:color w:val="000000"/>
              </w:rPr>
              <w:t>Debilidades</w:t>
            </w:r>
          </w:p>
        </w:tc>
      </w:tr>
      <w:tr w:rsidR="00E40931" w:rsidRPr="00267D20" w14:paraId="22215511" w14:textId="77777777" w:rsidTr="00A3110F">
        <w:trPr>
          <w:cantSplit/>
          <w:trHeight w:hRule="exact" w:val="5442"/>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AC7B3F8" w14:textId="763AEB40" w:rsidR="00E40931" w:rsidRPr="00267D20" w:rsidRDefault="00267D20" w:rsidP="00A3110F">
            <w:pPr>
              <w:jc w:val="both"/>
              <w:rPr>
                <w:bCs/>
                <w:color w:val="BFBFBF" w:themeColor="background1" w:themeShade="BF"/>
                <w:lang w:val="es-PY"/>
              </w:rPr>
            </w:pPr>
            <w:r w:rsidRPr="00267D20">
              <w:rPr>
                <w:bCs/>
                <w:color w:val="BFBFBF" w:themeColor="background1" w:themeShade="BF"/>
                <w:lang w:val="es-PY"/>
              </w:rPr>
              <w:t>Describen los aspectos en los que la oferta académica demuestra un nivel superior al esperado, innovaciones, buenas prácticas o resultados sobresalientes que contribuyen significativamente al logro del criterio de calidad. No constituyen mero cumplimiento de los indicadores.</w:t>
            </w:r>
            <w:r w:rsidRPr="00267D20">
              <w:rPr>
                <w:bCs/>
                <w:color w:val="BFBFBF" w:themeColor="background1" w:themeShade="BF"/>
                <w:lang w:val="es-PY"/>
              </w:rPr>
              <w:tab/>
            </w:r>
          </w:p>
          <w:p w14:paraId="5A502528" w14:textId="77777777" w:rsidR="00E40931" w:rsidRPr="00267D20" w:rsidRDefault="00E40931" w:rsidP="00A3110F">
            <w:pPr>
              <w:jc w:val="both"/>
              <w:rPr>
                <w:b/>
                <w:color w:val="000000"/>
                <w:lang w:val="es-PY"/>
              </w:rPr>
            </w:pPr>
          </w:p>
          <w:p w14:paraId="4FAE574E" w14:textId="77777777" w:rsidR="00E40931" w:rsidRPr="00267D20" w:rsidRDefault="00E40931" w:rsidP="00A3110F">
            <w:pPr>
              <w:jc w:val="both"/>
              <w:rPr>
                <w:b/>
                <w:color w:val="000000"/>
                <w:lang w:val="es-PY"/>
              </w:rPr>
            </w:pPr>
          </w:p>
          <w:p w14:paraId="6E583B20" w14:textId="77777777" w:rsidR="00E40931" w:rsidRPr="00267D20" w:rsidRDefault="00E40931" w:rsidP="00A3110F">
            <w:pPr>
              <w:jc w:val="both"/>
              <w:rPr>
                <w:b/>
                <w:color w:val="000000"/>
                <w:lang w:val="es-PY"/>
              </w:rPr>
            </w:pPr>
          </w:p>
          <w:p w14:paraId="49E13B20" w14:textId="77777777" w:rsidR="00E40931" w:rsidRPr="00267D20" w:rsidRDefault="00E40931" w:rsidP="00A3110F">
            <w:pPr>
              <w:jc w:val="both"/>
              <w:rPr>
                <w:b/>
                <w:color w:val="000000"/>
                <w:lang w:val="es-PY"/>
              </w:rPr>
            </w:pPr>
          </w:p>
          <w:p w14:paraId="60A6283E" w14:textId="77777777" w:rsidR="00E40931" w:rsidRPr="00267D20" w:rsidRDefault="00E40931" w:rsidP="00A3110F">
            <w:pPr>
              <w:jc w:val="both"/>
              <w:rPr>
                <w:b/>
                <w:color w:val="000000"/>
                <w:lang w:val="es-PY"/>
              </w:rPr>
            </w:pPr>
          </w:p>
          <w:p w14:paraId="6162C8C2" w14:textId="77777777" w:rsidR="00E40931" w:rsidRPr="00267D20" w:rsidRDefault="00E40931" w:rsidP="00A3110F">
            <w:pPr>
              <w:jc w:val="both"/>
              <w:rPr>
                <w:b/>
                <w:color w:val="000000"/>
                <w:lang w:val="es-PY"/>
              </w:rPr>
            </w:pPr>
          </w:p>
          <w:p w14:paraId="25BCAC72" w14:textId="77777777" w:rsidR="00E40931" w:rsidRPr="00267D20" w:rsidRDefault="00E40931" w:rsidP="00A3110F">
            <w:pPr>
              <w:jc w:val="both"/>
              <w:rPr>
                <w:b/>
                <w:color w:val="000000"/>
                <w:lang w:val="es-PY"/>
              </w:rPr>
            </w:pPr>
          </w:p>
          <w:p w14:paraId="52304F74" w14:textId="77777777" w:rsidR="00E40931" w:rsidRPr="00267D20" w:rsidRDefault="00E40931" w:rsidP="00A3110F">
            <w:pPr>
              <w:jc w:val="both"/>
              <w:rPr>
                <w:b/>
                <w:color w:val="000000"/>
                <w:lang w:val="es-PY"/>
              </w:rPr>
            </w:pPr>
          </w:p>
          <w:p w14:paraId="2264FE44" w14:textId="77777777" w:rsidR="00E40931" w:rsidRPr="00267D20" w:rsidRDefault="00E40931" w:rsidP="00A3110F">
            <w:pPr>
              <w:jc w:val="both"/>
              <w:rPr>
                <w:b/>
                <w:color w:val="000000"/>
                <w:lang w:val="es-PY"/>
              </w:rPr>
            </w:pPr>
          </w:p>
          <w:p w14:paraId="177B4A7A" w14:textId="77777777" w:rsidR="00E40931" w:rsidRPr="00267D20" w:rsidRDefault="00E40931" w:rsidP="00A3110F">
            <w:pPr>
              <w:jc w:val="both"/>
              <w:rPr>
                <w:b/>
                <w:color w:val="000000"/>
                <w:lang w:val="es-PY"/>
              </w:rPr>
            </w:pPr>
          </w:p>
          <w:p w14:paraId="6FE4E0A4" w14:textId="77777777" w:rsidR="00E40931" w:rsidRPr="00267D20" w:rsidRDefault="00E40931" w:rsidP="00A3110F">
            <w:pPr>
              <w:jc w:val="both"/>
              <w:rPr>
                <w:b/>
                <w:color w:val="000000"/>
                <w:lang w:val="es-PY"/>
              </w:rPr>
            </w:pPr>
          </w:p>
          <w:p w14:paraId="3A8AE7DE" w14:textId="77777777" w:rsidR="00E40931" w:rsidRPr="00267D20" w:rsidRDefault="00E40931" w:rsidP="00A3110F">
            <w:pPr>
              <w:jc w:val="both"/>
              <w:rPr>
                <w:b/>
                <w:color w:val="000000"/>
                <w:lang w:val="es-PY"/>
              </w:rPr>
            </w:pPr>
          </w:p>
          <w:p w14:paraId="7DEE05E3" w14:textId="77777777" w:rsidR="00E40931" w:rsidRPr="00267D20" w:rsidRDefault="00E40931" w:rsidP="00A3110F">
            <w:pPr>
              <w:jc w:val="both"/>
              <w:rPr>
                <w:b/>
                <w:color w:val="000000"/>
                <w:lang w:val="es-PY"/>
              </w:rPr>
            </w:pPr>
          </w:p>
          <w:p w14:paraId="2F64D84A" w14:textId="77777777" w:rsidR="00E40931" w:rsidRPr="00267D20" w:rsidRDefault="00E40931" w:rsidP="00A3110F">
            <w:pPr>
              <w:jc w:val="both"/>
              <w:rPr>
                <w:b/>
                <w:color w:val="000000"/>
                <w:lang w:val="es-PY"/>
              </w:rPr>
            </w:pPr>
          </w:p>
          <w:p w14:paraId="4ACA6E6B" w14:textId="77777777" w:rsidR="00E40931" w:rsidRPr="00267D20" w:rsidRDefault="00E40931" w:rsidP="00A3110F">
            <w:pPr>
              <w:jc w:val="both"/>
              <w:rPr>
                <w:b/>
                <w:color w:val="000000"/>
                <w:lang w:val="es-PY"/>
              </w:rPr>
            </w:pPr>
          </w:p>
          <w:p w14:paraId="52FAC90D" w14:textId="0E413BC9" w:rsidR="00E40931" w:rsidRPr="00267D20" w:rsidRDefault="00E40931" w:rsidP="00A3110F">
            <w:pPr>
              <w:jc w:val="both"/>
              <w:rPr>
                <w:b/>
                <w:color w:val="000000"/>
                <w:lang w:val="es-PY"/>
              </w:rPr>
            </w:pPr>
          </w:p>
          <w:p w14:paraId="779F34FB" w14:textId="31C06C68" w:rsidR="00877E2D" w:rsidRPr="00267D20" w:rsidRDefault="00877E2D" w:rsidP="00A3110F">
            <w:pPr>
              <w:jc w:val="both"/>
              <w:rPr>
                <w:b/>
                <w:color w:val="000000"/>
                <w:lang w:val="es-PY"/>
              </w:rPr>
            </w:pPr>
          </w:p>
          <w:p w14:paraId="3E0BA8EC" w14:textId="605C4916" w:rsidR="00877E2D" w:rsidRPr="00267D20" w:rsidRDefault="00877E2D" w:rsidP="00A3110F">
            <w:pPr>
              <w:jc w:val="both"/>
              <w:rPr>
                <w:b/>
                <w:color w:val="000000"/>
                <w:lang w:val="es-PY"/>
              </w:rPr>
            </w:pPr>
          </w:p>
          <w:p w14:paraId="4F6CCBA6" w14:textId="77777777" w:rsidR="00877E2D" w:rsidRPr="00267D20" w:rsidRDefault="00877E2D" w:rsidP="00A3110F">
            <w:pPr>
              <w:jc w:val="both"/>
              <w:rPr>
                <w:b/>
                <w:color w:val="000000"/>
                <w:lang w:val="es-PY"/>
              </w:rPr>
            </w:pPr>
          </w:p>
          <w:p w14:paraId="79FFCAD1" w14:textId="77777777" w:rsidR="00E40931" w:rsidRPr="00267D20" w:rsidRDefault="00E40931" w:rsidP="00A3110F">
            <w:pPr>
              <w:jc w:val="both"/>
              <w:rPr>
                <w:b/>
                <w:color w:val="000000"/>
                <w:lang w:val="es-PY"/>
              </w:rPr>
            </w:pPr>
          </w:p>
          <w:p w14:paraId="65149E9F" w14:textId="77777777" w:rsidR="00E40931" w:rsidRPr="00267D20" w:rsidRDefault="00E40931" w:rsidP="00A3110F">
            <w:pPr>
              <w:jc w:val="both"/>
              <w:rPr>
                <w:b/>
                <w:color w:val="000000"/>
                <w:lang w:val="es-PY"/>
              </w:rPr>
            </w:pPr>
          </w:p>
          <w:p w14:paraId="63162CC6" w14:textId="5360B793" w:rsidR="00E40931" w:rsidRPr="00267D20" w:rsidRDefault="00E40931" w:rsidP="00A3110F">
            <w:pPr>
              <w:jc w:val="both"/>
              <w:rPr>
                <w:b/>
                <w:color w:val="000000"/>
                <w:lang w:val="es-PY"/>
              </w:rPr>
            </w:pPr>
          </w:p>
          <w:p w14:paraId="406F6143" w14:textId="0BF31F89" w:rsidR="00E40931" w:rsidRPr="00267D20" w:rsidRDefault="00E40931" w:rsidP="00A3110F">
            <w:pPr>
              <w:jc w:val="both"/>
              <w:rPr>
                <w:b/>
                <w:color w:val="000000"/>
                <w:lang w:val="es-PY"/>
              </w:rPr>
            </w:pPr>
          </w:p>
          <w:p w14:paraId="090D763B" w14:textId="647D7665" w:rsidR="00E40931" w:rsidRPr="00267D20" w:rsidRDefault="00E40931" w:rsidP="00A3110F">
            <w:pPr>
              <w:jc w:val="both"/>
              <w:rPr>
                <w:b/>
                <w:color w:val="000000"/>
                <w:lang w:val="es-PY"/>
              </w:rPr>
            </w:pPr>
          </w:p>
          <w:p w14:paraId="3C33ED0A" w14:textId="2F196523" w:rsidR="00E40931" w:rsidRPr="00267D20" w:rsidRDefault="00E40931" w:rsidP="00A3110F">
            <w:pPr>
              <w:jc w:val="both"/>
              <w:rPr>
                <w:b/>
                <w:color w:val="000000"/>
                <w:lang w:val="es-PY"/>
              </w:rPr>
            </w:pPr>
          </w:p>
          <w:p w14:paraId="7C49B4A5" w14:textId="77777777" w:rsidR="00E40931" w:rsidRPr="00267D20" w:rsidRDefault="00E40931" w:rsidP="00A3110F">
            <w:pPr>
              <w:jc w:val="both"/>
              <w:rPr>
                <w:b/>
                <w:color w:val="000000"/>
                <w:lang w:val="es-PY"/>
              </w:rPr>
            </w:pPr>
          </w:p>
          <w:p w14:paraId="64C0A129" w14:textId="77777777" w:rsidR="00E40931" w:rsidRPr="00267D20" w:rsidRDefault="00E40931" w:rsidP="00A3110F">
            <w:pPr>
              <w:jc w:val="both"/>
              <w:rPr>
                <w:b/>
                <w:color w:val="000000"/>
                <w:lang w:val="es-PY"/>
              </w:rPr>
            </w:pPr>
          </w:p>
          <w:p w14:paraId="4CF39E0D" w14:textId="77777777" w:rsidR="00E40931" w:rsidRPr="00267D20" w:rsidRDefault="00E40931" w:rsidP="00A3110F">
            <w:pPr>
              <w:jc w:val="both"/>
              <w:rPr>
                <w:b/>
                <w:color w:val="000000"/>
                <w:lang w:val="es-PY"/>
              </w:rPr>
            </w:pPr>
          </w:p>
          <w:p w14:paraId="390331BD" w14:textId="77777777" w:rsidR="00E40931" w:rsidRPr="00267D20" w:rsidRDefault="00E40931" w:rsidP="00A3110F">
            <w:pPr>
              <w:jc w:val="both"/>
              <w:rPr>
                <w:b/>
                <w:color w:val="000000"/>
                <w:lang w:val="es-PY"/>
              </w:rPr>
            </w:pPr>
          </w:p>
          <w:p w14:paraId="4A97F168" w14:textId="77777777" w:rsidR="00E40931" w:rsidRPr="00267D20" w:rsidRDefault="00E40931" w:rsidP="00A3110F">
            <w:pPr>
              <w:jc w:val="both"/>
              <w:rPr>
                <w:b/>
                <w:color w:val="000000"/>
                <w:lang w:val="es-PY"/>
              </w:rPr>
            </w:pPr>
          </w:p>
          <w:p w14:paraId="42150324" w14:textId="77777777" w:rsidR="00E40931" w:rsidRPr="00267D20" w:rsidRDefault="00E40931" w:rsidP="00A3110F">
            <w:pPr>
              <w:jc w:val="both"/>
              <w:rPr>
                <w:b/>
                <w:color w:val="000000"/>
                <w:lang w:val="es-PY"/>
              </w:rPr>
            </w:pPr>
          </w:p>
          <w:p w14:paraId="3B26462F" w14:textId="77777777" w:rsidR="00E40931" w:rsidRPr="00267D20" w:rsidRDefault="00E40931" w:rsidP="00A3110F">
            <w:pPr>
              <w:jc w:val="both"/>
              <w:rPr>
                <w:b/>
                <w:color w:val="000000"/>
                <w:lang w:val="es-PY"/>
              </w:rPr>
            </w:pPr>
          </w:p>
          <w:p w14:paraId="465F4534" w14:textId="77777777" w:rsidR="00E40931" w:rsidRPr="00267D20" w:rsidRDefault="00E40931" w:rsidP="00A3110F">
            <w:pPr>
              <w:jc w:val="both"/>
              <w:rPr>
                <w:b/>
                <w:color w:val="000000"/>
                <w:lang w:val="es-PY"/>
              </w:rPr>
            </w:pPr>
          </w:p>
          <w:p w14:paraId="4FEEA458" w14:textId="77777777" w:rsidR="00E40931" w:rsidRPr="00267D20" w:rsidRDefault="00E40931" w:rsidP="00A3110F">
            <w:pPr>
              <w:jc w:val="both"/>
              <w:rPr>
                <w:b/>
                <w:color w:val="000000"/>
                <w:lang w:val="es-PY"/>
              </w:rPr>
            </w:pPr>
          </w:p>
        </w:tc>
        <w:tc>
          <w:tcPr>
            <w:tcW w:w="4678" w:type="dxa"/>
            <w:tcBorders>
              <w:top w:val="single" w:sz="6" w:space="0" w:color="000000"/>
              <w:left w:val="single" w:sz="6" w:space="0" w:color="000000"/>
              <w:bottom w:val="single" w:sz="6" w:space="0" w:color="000000"/>
              <w:right w:val="single" w:sz="6" w:space="0" w:color="000000"/>
            </w:tcBorders>
          </w:tcPr>
          <w:p w14:paraId="1123B69D" w14:textId="4D5FEE0F" w:rsidR="00E40931" w:rsidRPr="00267D20" w:rsidRDefault="00267D20" w:rsidP="00A3110F">
            <w:pPr>
              <w:jc w:val="both"/>
              <w:rPr>
                <w:b/>
                <w:color w:val="000000"/>
                <w:lang w:val="es-PY"/>
              </w:rPr>
            </w:pPr>
            <w:r w:rsidRPr="00267D20">
              <w:rPr>
                <w:bCs/>
                <w:color w:val="BFBFBF" w:themeColor="background1" w:themeShade="BF"/>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E40931" w14:paraId="0871BBC3" w14:textId="77777777" w:rsidTr="001E05D5">
        <w:trPr>
          <w:cantSplit/>
          <w:trHeight w:hRule="exact" w:val="371"/>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3C93135" w14:textId="77777777" w:rsidR="00E40931" w:rsidRDefault="00E40931" w:rsidP="00C509F1">
            <w:pPr>
              <w:jc w:val="center"/>
            </w:pPr>
            <w:proofErr w:type="spellStart"/>
            <w:r>
              <w:rPr>
                <w:b/>
                <w:color w:val="000000"/>
              </w:rPr>
              <w:t>Oportunidades</w:t>
            </w:r>
            <w:proofErr w:type="spellEnd"/>
            <w:r>
              <w:rPr>
                <w:b/>
                <w:color w:val="000000"/>
              </w:rPr>
              <w:t xml:space="preserve"> de mejora</w:t>
            </w:r>
          </w:p>
        </w:tc>
      </w:tr>
      <w:tr w:rsidR="00E66A21" w:rsidRPr="00267D20" w14:paraId="3E16A73A" w14:textId="77777777" w:rsidTr="00A3110F">
        <w:trPr>
          <w:cantSplit/>
          <w:trHeight w:val="5897"/>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A8B7510" w14:textId="77777777" w:rsidR="00267D20" w:rsidRPr="00267D20" w:rsidRDefault="00267D20" w:rsidP="00267D20">
            <w:pPr>
              <w:jc w:val="both"/>
              <w:rPr>
                <w:bCs/>
                <w:color w:val="BFBFBF" w:themeColor="background1" w:themeShade="BF"/>
                <w:lang w:val="es-PY"/>
              </w:rPr>
            </w:pPr>
            <w:r w:rsidRPr="00267D20">
              <w:rPr>
                <w:bCs/>
                <w:color w:val="BFBFBF" w:themeColor="background1" w:themeShade="BF"/>
                <w:lang w:val="es-PY"/>
              </w:rPr>
              <w:t>Las oportunidades de mejoras deben:</w:t>
            </w:r>
          </w:p>
          <w:p w14:paraId="731699C3" w14:textId="77777777" w:rsidR="00267D20" w:rsidRPr="00267D20" w:rsidRDefault="00267D20" w:rsidP="00267D20">
            <w:pPr>
              <w:jc w:val="both"/>
              <w:rPr>
                <w:bCs/>
                <w:color w:val="BFBFBF" w:themeColor="background1" w:themeShade="BF"/>
                <w:lang w:val="es-PY"/>
              </w:rPr>
            </w:pPr>
            <w:r w:rsidRPr="00267D20">
              <w:rPr>
                <w:bCs/>
                <w:color w:val="BFBFBF" w:themeColor="background1" w:themeShade="BF"/>
                <w:lang w:val="es-PY"/>
              </w:rPr>
              <w:t>•</w:t>
            </w:r>
            <w:r w:rsidRPr="00267D20">
              <w:rPr>
                <w:bCs/>
                <w:color w:val="BFBFBF" w:themeColor="background1" w:themeShade="BF"/>
                <w:lang w:val="es-PY"/>
              </w:rPr>
              <w:tab/>
              <w:t>Estar directamente vinculadas con las debilidades o hallazgos identificados.</w:t>
            </w:r>
          </w:p>
          <w:p w14:paraId="4515BB76" w14:textId="77777777" w:rsidR="00267D20" w:rsidRPr="00267D20" w:rsidRDefault="00267D20" w:rsidP="00267D20">
            <w:pPr>
              <w:jc w:val="both"/>
              <w:rPr>
                <w:bCs/>
                <w:color w:val="BFBFBF" w:themeColor="background1" w:themeShade="BF"/>
                <w:lang w:val="es-PY"/>
              </w:rPr>
            </w:pPr>
            <w:r w:rsidRPr="00267D20">
              <w:rPr>
                <w:bCs/>
                <w:color w:val="BFBFBF" w:themeColor="background1" w:themeShade="BF"/>
                <w:lang w:val="es-PY"/>
              </w:rPr>
              <w:t>•</w:t>
            </w:r>
            <w:r w:rsidRPr="00267D20">
              <w:rPr>
                <w:bCs/>
                <w:color w:val="BFBFBF" w:themeColor="background1" w:themeShade="BF"/>
                <w:lang w:val="es-PY"/>
              </w:rPr>
              <w:tab/>
              <w:t>Ser viables y pertinentes en el marco del contexto institucional.</w:t>
            </w:r>
          </w:p>
          <w:p w14:paraId="6DC56DD0" w14:textId="77777777" w:rsidR="00267D20" w:rsidRPr="00267D20" w:rsidRDefault="00267D20" w:rsidP="00267D20">
            <w:pPr>
              <w:jc w:val="both"/>
              <w:rPr>
                <w:bCs/>
                <w:color w:val="BFBFBF" w:themeColor="background1" w:themeShade="BF"/>
                <w:lang w:val="es-PY"/>
              </w:rPr>
            </w:pPr>
            <w:r w:rsidRPr="00267D20">
              <w:rPr>
                <w:bCs/>
                <w:color w:val="BFBFBF" w:themeColor="background1" w:themeShade="BF"/>
                <w:lang w:val="es-PY"/>
              </w:rPr>
              <w:t>•</w:t>
            </w:r>
            <w:r w:rsidRPr="00267D20">
              <w:rPr>
                <w:bCs/>
                <w:color w:val="BFBFBF" w:themeColor="background1" w:themeShade="BF"/>
                <w:lang w:val="es-PY"/>
              </w:rPr>
              <w:tab/>
              <w:t>Orientar hacia la consolidación de procesos de mejora continua.</w:t>
            </w:r>
          </w:p>
          <w:p w14:paraId="4A12BD7F" w14:textId="77777777" w:rsidR="00267D20" w:rsidRPr="00267D20" w:rsidRDefault="00267D20" w:rsidP="00267D20">
            <w:pPr>
              <w:jc w:val="both"/>
              <w:rPr>
                <w:bCs/>
                <w:color w:val="BFBFBF" w:themeColor="background1" w:themeShade="BF"/>
                <w:lang w:val="es-PY"/>
              </w:rPr>
            </w:pPr>
            <w:r w:rsidRPr="00267D20">
              <w:rPr>
                <w:bCs/>
                <w:color w:val="BFBFBF" w:themeColor="background1" w:themeShade="BF"/>
                <w:lang w:val="es-PY"/>
              </w:rPr>
              <w:t>•</w:t>
            </w:r>
            <w:r w:rsidRPr="00267D20">
              <w:rPr>
                <w:bCs/>
                <w:color w:val="BFBFBF" w:themeColor="background1" w:themeShade="BF"/>
                <w:lang w:val="es-PY"/>
              </w:rPr>
              <w:tab/>
              <w:t>Evitar generalidades o apreciaciones vagas, ofreciendo lineamientos claros para la planificación estratégica.</w:t>
            </w:r>
          </w:p>
          <w:p w14:paraId="4BFC9192" w14:textId="77777777" w:rsidR="00267D20" w:rsidRPr="00267D20" w:rsidRDefault="00267D20" w:rsidP="00267D20">
            <w:pPr>
              <w:jc w:val="both"/>
              <w:rPr>
                <w:bCs/>
                <w:color w:val="BFBFBF" w:themeColor="background1" w:themeShade="BF"/>
                <w:lang w:val="es-PY"/>
              </w:rPr>
            </w:pPr>
            <w:r w:rsidRPr="00267D20">
              <w:rPr>
                <w:bCs/>
                <w:color w:val="BFBFBF" w:themeColor="background1" w:themeShade="BF"/>
                <w:lang w:val="es-PY"/>
              </w:rPr>
              <w:t>Estas recomendaciones complementan los resultados, ya que no solo describen la situación encontrada, sino que también proyectan acciones posibles para avanzar hacia niveles superiores de calidad.</w:t>
            </w:r>
          </w:p>
          <w:p w14:paraId="71779D8D" w14:textId="77777777" w:rsidR="001E05D5" w:rsidRPr="00267D20" w:rsidRDefault="001E05D5" w:rsidP="00A3110F">
            <w:pPr>
              <w:jc w:val="both"/>
              <w:rPr>
                <w:b/>
                <w:color w:val="000000"/>
                <w:lang w:val="es-PY"/>
              </w:rPr>
            </w:pPr>
          </w:p>
          <w:p w14:paraId="48DB3129" w14:textId="77777777" w:rsidR="001E05D5" w:rsidRPr="00267D20" w:rsidRDefault="001E05D5" w:rsidP="00A3110F">
            <w:pPr>
              <w:jc w:val="both"/>
              <w:rPr>
                <w:b/>
                <w:color w:val="000000"/>
                <w:lang w:val="es-PY"/>
              </w:rPr>
            </w:pPr>
          </w:p>
          <w:p w14:paraId="0E22ECFF" w14:textId="77777777" w:rsidR="001E05D5" w:rsidRPr="00267D20" w:rsidRDefault="001E05D5" w:rsidP="00A3110F">
            <w:pPr>
              <w:jc w:val="both"/>
              <w:rPr>
                <w:b/>
                <w:color w:val="000000"/>
                <w:lang w:val="es-PY"/>
              </w:rPr>
            </w:pPr>
          </w:p>
          <w:p w14:paraId="55B4339A" w14:textId="77777777" w:rsidR="00E66A21" w:rsidRPr="00267D20" w:rsidRDefault="00E66A21" w:rsidP="00A3110F">
            <w:pPr>
              <w:jc w:val="both"/>
              <w:rPr>
                <w:b/>
                <w:color w:val="000000"/>
                <w:lang w:val="es-PY"/>
              </w:rPr>
            </w:pPr>
          </w:p>
          <w:p w14:paraId="2C21C4DC" w14:textId="77777777" w:rsidR="00E66A21" w:rsidRPr="00267D20" w:rsidRDefault="00E66A21" w:rsidP="00A3110F">
            <w:pPr>
              <w:jc w:val="both"/>
              <w:rPr>
                <w:b/>
                <w:color w:val="000000"/>
                <w:lang w:val="es-PY"/>
              </w:rPr>
            </w:pPr>
          </w:p>
          <w:p w14:paraId="14B3420E" w14:textId="77777777" w:rsidR="00E66A21" w:rsidRPr="00267D20" w:rsidRDefault="00E66A21" w:rsidP="00A3110F">
            <w:pPr>
              <w:jc w:val="both"/>
              <w:rPr>
                <w:b/>
                <w:color w:val="000000"/>
                <w:lang w:val="es-PY"/>
              </w:rPr>
            </w:pPr>
          </w:p>
          <w:p w14:paraId="784353FB" w14:textId="77777777" w:rsidR="00E66A21" w:rsidRPr="00267D20" w:rsidRDefault="00E66A21" w:rsidP="00A3110F">
            <w:pPr>
              <w:jc w:val="both"/>
              <w:rPr>
                <w:b/>
                <w:color w:val="000000"/>
                <w:lang w:val="es-PY"/>
              </w:rPr>
            </w:pPr>
          </w:p>
          <w:p w14:paraId="0DDE9C7E" w14:textId="77777777" w:rsidR="00E66A21" w:rsidRPr="00267D20" w:rsidRDefault="00E66A21" w:rsidP="00A3110F">
            <w:pPr>
              <w:jc w:val="both"/>
              <w:rPr>
                <w:b/>
                <w:color w:val="000000"/>
                <w:lang w:val="es-PY"/>
              </w:rPr>
            </w:pPr>
          </w:p>
          <w:p w14:paraId="4590F235" w14:textId="77777777" w:rsidR="00E66A21" w:rsidRPr="00267D20" w:rsidRDefault="00E66A21" w:rsidP="00A3110F">
            <w:pPr>
              <w:jc w:val="both"/>
              <w:rPr>
                <w:b/>
                <w:color w:val="000000"/>
                <w:lang w:val="es-PY"/>
              </w:rPr>
            </w:pPr>
          </w:p>
          <w:p w14:paraId="20651BF7" w14:textId="77777777" w:rsidR="00E66A21" w:rsidRPr="00267D20" w:rsidRDefault="00E66A21" w:rsidP="00A3110F">
            <w:pPr>
              <w:jc w:val="both"/>
              <w:rPr>
                <w:b/>
                <w:color w:val="000000"/>
                <w:lang w:val="es-PY"/>
              </w:rPr>
            </w:pPr>
          </w:p>
          <w:p w14:paraId="16B94FC4" w14:textId="77777777" w:rsidR="00E66A21" w:rsidRPr="00267D20" w:rsidRDefault="00E66A21" w:rsidP="00A3110F">
            <w:pPr>
              <w:jc w:val="both"/>
              <w:rPr>
                <w:b/>
                <w:color w:val="000000"/>
                <w:lang w:val="es-PY"/>
              </w:rPr>
            </w:pPr>
          </w:p>
          <w:p w14:paraId="500D1476" w14:textId="77777777" w:rsidR="00E66A21" w:rsidRPr="00267D20" w:rsidRDefault="00E66A21" w:rsidP="00A3110F">
            <w:pPr>
              <w:jc w:val="both"/>
              <w:rPr>
                <w:b/>
                <w:color w:val="000000"/>
                <w:lang w:val="es-PY"/>
              </w:rPr>
            </w:pPr>
          </w:p>
          <w:p w14:paraId="6A5B7A3A" w14:textId="77777777" w:rsidR="00E66A21" w:rsidRPr="00267D20" w:rsidRDefault="00E66A21" w:rsidP="00A3110F">
            <w:pPr>
              <w:jc w:val="both"/>
              <w:rPr>
                <w:b/>
                <w:color w:val="000000"/>
                <w:lang w:val="es-PY"/>
              </w:rPr>
            </w:pPr>
          </w:p>
          <w:p w14:paraId="38F89F10" w14:textId="77777777" w:rsidR="00E66A21" w:rsidRPr="00267D20" w:rsidRDefault="00E66A21" w:rsidP="00A3110F">
            <w:pPr>
              <w:jc w:val="both"/>
              <w:rPr>
                <w:b/>
                <w:color w:val="000000"/>
                <w:lang w:val="es-PY"/>
              </w:rPr>
            </w:pPr>
          </w:p>
          <w:p w14:paraId="1B0684D6" w14:textId="77777777" w:rsidR="00E66A21" w:rsidRPr="00267D20" w:rsidRDefault="00E66A21" w:rsidP="00A3110F">
            <w:pPr>
              <w:jc w:val="both"/>
              <w:rPr>
                <w:b/>
                <w:color w:val="000000"/>
                <w:lang w:val="es-PY"/>
              </w:rPr>
            </w:pPr>
          </w:p>
          <w:p w14:paraId="252AF3DE" w14:textId="77777777" w:rsidR="00E66A21" w:rsidRPr="00267D20" w:rsidRDefault="00E66A21" w:rsidP="00A3110F">
            <w:pPr>
              <w:jc w:val="both"/>
              <w:rPr>
                <w:b/>
                <w:color w:val="000000"/>
                <w:lang w:val="es-PY"/>
              </w:rPr>
            </w:pPr>
          </w:p>
          <w:p w14:paraId="0312ADFE" w14:textId="77777777" w:rsidR="00E66A21" w:rsidRPr="00267D20" w:rsidRDefault="00E66A21" w:rsidP="00A3110F">
            <w:pPr>
              <w:jc w:val="both"/>
              <w:rPr>
                <w:b/>
                <w:color w:val="000000"/>
                <w:lang w:val="es-PY"/>
              </w:rPr>
            </w:pPr>
          </w:p>
          <w:p w14:paraId="72D70639" w14:textId="77777777" w:rsidR="00E66A21" w:rsidRPr="00267D20" w:rsidRDefault="00E66A21" w:rsidP="00A3110F">
            <w:pPr>
              <w:jc w:val="both"/>
              <w:rPr>
                <w:b/>
                <w:color w:val="000000"/>
                <w:lang w:val="es-PY"/>
              </w:rPr>
            </w:pPr>
          </w:p>
        </w:tc>
      </w:tr>
    </w:tbl>
    <w:p w14:paraId="3B95322F" w14:textId="77777777" w:rsidR="001E05D5" w:rsidRPr="00267D20" w:rsidRDefault="001E05D5">
      <w:pPr>
        <w:rPr>
          <w:lang w:val="es-PY"/>
        </w:rPr>
      </w:pPr>
    </w:p>
    <w:tbl>
      <w:tblPr>
        <w:tblW w:w="0" w:type="auto"/>
        <w:jc w:val="center"/>
        <w:tblLayout w:type="fixed"/>
        <w:tblLook w:val="04A0" w:firstRow="1" w:lastRow="0" w:firstColumn="1" w:lastColumn="0" w:noHBand="0" w:noVBand="1"/>
      </w:tblPr>
      <w:tblGrid>
        <w:gridCol w:w="1962"/>
        <w:gridCol w:w="5330"/>
        <w:gridCol w:w="684"/>
        <w:gridCol w:w="684"/>
        <w:gridCol w:w="697"/>
      </w:tblGrid>
      <w:tr w:rsidR="005D12D8" w:rsidRPr="00267D20" w14:paraId="2742B9B0" w14:textId="77777777" w:rsidTr="00491CF4">
        <w:trPr>
          <w:cantSplit/>
          <w:trHeight w:hRule="exact" w:val="502"/>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4D82A00C" w14:textId="56F29676" w:rsidR="005D12D8" w:rsidRPr="00C679A9" w:rsidRDefault="005D12D8" w:rsidP="005D12D8">
            <w:pPr>
              <w:rPr>
                <w:b/>
                <w:color w:val="000000"/>
                <w:lang w:val="es-PY"/>
              </w:rPr>
            </w:pPr>
            <w:r w:rsidRPr="00C679A9">
              <w:rPr>
                <w:b/>
                <w:color w:val="FFFFFF"/>
                <w:lang w:val="es-PY"/>
              </w:rPr>
              <w:lastRenderedPageBreak/>
              <w:t>DIMENSIÓN 3. COMUNIDAD ACADÉMICA</w:t>
            </w:r>
            <w:r w:rsidR="00C679A9" w:rsidRPr="00C679A9">
              <w:rPr>
                <w:b/>
                <w:color w:val="FFFFFF"/>
                <w:lang w:val="es-PY"/>
              </w:rPr>
              <w:t xml:space="preserve"> Y R</w:t>
            </w:r>
            <w:r w:rsidR="00C679A9">
              <w:rPr>
                <w:b/>
                <w:color w:val="FFFFFF"/>
                <w:lang w:val="es-PY"/>
              </w:rPr>
              <w:t>EDES</w:t>
            </w:r>
          </w:p>
        </w:tc>
      </w:tr>
      <w:tr w:rsidR="000C6B7D" w14:paraId="50B07985" w14:textId="77777777" w:rsidTr="00491CF4">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02C2386" w14:textId="239239CC" w:rsidR="000C6B7D" w:rsidRDefault="00D21897">
            <w:pPr>
              <w:jc w:val="center"/>
            </w:pPr>
            <w:proofErr w:type="spellStart"/>
            <w:r>
              <w:rPr>
                <w:b/>
                <w:color w:val="000000"/>
              </w:rPr>
              <w:t>Criterio</w:t>
            </w:r>
            <w:proofErr w:type="spellEnd"/>
            <w:r>
              <w:rPr>
                <w:b/>
                <w:color w:val="000000"/>
              </w:rPr>
              <w:t xml:space="preserve"> 3.1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85BB45A" w14:textId="77777777" w:rsidR="000C6B7D" w:rsidRDefault="00E26089">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122D775" w14:textId="77777777" w:rsidR="000C6B7D" w:rsidRDefault="00E26089">
            <w:pPr>
              <w:jc w:val="center"/>
            </w:pPr>
            <w:r>
              <w:rPr>
                <w:b/>
                <w:color w:val="000000"/>
              </w:rPr>
              <w:t>Nivel de cumplimiento</w:t>
            </w:r>
          </w:p>
        </w:tc>
      </w:tr>
      <w:tr w:rsidR="000C6B7D" w14:paraId="2C7C7DF7" w14:textId="77777777" w:rsidTr="00491CF4">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D32D13D" w14:textId="77777777" w:rsidR="000C6B7D" w:rsidRDefault="000C6B7D"/>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191D68B" w14:textId="77777777" w:rsidR="000C6B7D" w:rsidRDefault="000C6B7D"/>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2E073FB" w14:textId="77777777" w:rsidR="000C6B7D" w:rsidRDefault="00E26089">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7CE23B9" w14:textId="77777777" w:rsidR="000C6B7D" w:rsidRDefault="00E26089">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A3D4B3F" w14:textId="77777777" w:rsidR="000C6B7D" w:rsidRDefault="00E26089">
            <w:pPr>
              <w:jc w:val="center"/>
            </w:pPr>
            <w:r>
              <w:rPr>
                <w:b/>
                <w:color w:val="000000"/>
              </w:rPr>
              <w:t>NC</w:t>
            </w:r>
          </w:p>
        </w:tc>
      </w:tr>
      <w:tr w:rsidR="004C24F7" w:rsidRPr="00267D20" w14:paraId="6C122D0D" w14:textId="77777777" w:rsidTr="00267D20">
        <w:trPr>
          <w:cantSplit/>
          <w:trHeight w:val="34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301A809" w14:textId="77777777" w:rsidR="004C24F7" w:rsidRPr="00BD1F1A" w:rsidRDefault="004C24F7" w:rsidP="004C24F7">
            <w:pPr>
              <w:jc w:val="center"/>
              <w:rPr>
                <w:b/>
                <w:color w:val="000000"/>
                <w:sz w:val="19"/>
                <w:lang w:val="es-PY"/>
              </w:rPr>
            </w:pPr>
            <w:r w:rsidRPr="00BD1F1A">
              <w:rPr>
                <w:b/>
                <w:color w:val="000000"/>
                <w:sz w:val="19"/>
                <w:lang w:val="es-PY"/>
              </w:rPr>
              <w:t>Pertinencia del</w:t>
            </w:r>
          </w:p>
          <w:p w14:paraId="11981A38" w14:textId="77777777" w:rsidR="004C24F7" w:rsidRPr="00BD1F1A" w:rsidRDefault="004C24F7" w:rsidP="004C24F7">
            <w:pPr>
              <w:jc w:val="center"/>
              <w:rPr>
                <w:b/>
                <w:color w:val="000000"/>
                <w:sz w:val="19"/>
                <w:lang w:val="es-PY"/>
              </w:rPr>
            </w:pPr>
            <w:r w:rsidRPr="00BD1F1A">
              <w:rPr>
                <w:b/>
                <w:color w:val="000000"/>
                <w:sz w:val="19"/>
                <w:lang w:val="es-PY"/>
              </w:rPr>
              <w:t>cuerpo académico</w:t>
            </w:r>
          </w:p>
          <w:p w14:paraId="13328B9F" w14:textId="77777777" w:rsidR="004C24F7" w:rsidRPr="00BD1F1A" w:rsidRDefault="004C24F7" w:rsidP="004C24F7">
            <w:pPr>
              <w:jc w:val="center"/>
              <w:rPr>
                <w:b/>
                <w:color w:val="000000"/>
                <w:sz w:val="19"/>
                <w:lang w:val="es-PY"/>
              </w:rPr>
            </w:pPr>
            <w:r w:rsidRPr="00BD1F1A">
              <w:rPr>
                <w:b/>
                <w:color w:val="000000"/>
                <w:sz w:val="19"/>
                <w:lang w:val="es-PY"/>
              </w:rPr>
              <w:t>para la formación</w:t>
            </w:r>
          </w:p>
          <w:p w14:paraId="15230BDC" w14:textId="77777777" w:rsidR="004C24F7" w:rsidRPr="00BD1F1A" w:rsidRDefault="004C24F7" w:rsidP="004C24F7">
            <w:pPr>
              <w:jc w:val="center"/>
              <w:rPr>
                <w:b/>
                <w:color w:val="000000"/>
                <w:sz w:val="19"/>
                <w:lang w:val="es-PY"/>
              </w:rPr>
            </w:pPr>
            <w:r w:rsidRPr="00BD1F1A">
              <w:rPr>
                <w:b/>
                <w:color w:val="000000"/>
                <w:sz w:val="19"/>
                <w:lang w:val="es-PY"/>
              </w:rPr>
              <w:t>doctoral</w:t>
            </w:r>
          </w:p>
          <w:p w14:paraId="3EF92A8C" w14:textId="7C8ABA21" w:rsidR="004C24F7" w:rsidRPr="00637CEC" w:rsidRDefault="004C24F7" w:rsidP="004C24F7">
            <w:pPr>
              <w:jc w:val="center"/>
              <w:rPr>
                <w:lang w:val="es-PY"/>
              </w:rPr>
            </w:pPr>
            <w:r w:rsidRPr="00BD1F1A">
              <w:rPr>
                <w:b/>
                <w:color w:val="000000"/>
                <w:sz w:val="19"/>
                <w:lang w:val="es-PY"/>
              </w:rPr>
              <w:t>profesionalizante</w:t>
            </w:r>
            <w:r w:rsidRPr="00BF74F5">
              <w:rPr>
                <w:b/>
                <w:color w:val="E31B23"/>
                <w:sz w:val="19"/>
                <w:lang w:val="es-PY"/>
              </w:rPr>
              <w:br/>
            </w:r>
            <w:r w:rsidRPr="00811186">
              <w:rPr>
                <w:b/>
                <w:color w:val="E31B23"/>
                <w:sz w:val="19"/>
                <w:lang w:val="es-PY"/>
              </w:rPr>
              <w:t>(Sustantivo)</w:t>
            </w:r>
          </w:p>
        </w:tc>
        <w:tc>
          <w:tcPr>
            <w:tcW w:w="5330" w:type="dxa"/>
            <w:tcBorders>
              <w:top w:val="single" w:sz="5" w:space="0" w:color="444444"/>
              <w:left w:val="single" w:sz="5" w:space="0" w:color="444444"/>
              <w:bottom w:val="single" w:sz="5" w:space="0" w:color="444444"/>
              <w:right w:val="single" w:sz="5" w:space="0" w:color="444444"/>
            </w:tcBorders>
            <w:shd w:val="clear" w:color="auto" w:fill="FFFFCC"/>
            <w:tcMar>
              <w:top w:w="55" w:type="dxa"/>
              <w:left w:w="70" w:type="dxa"/>
              <w:bottom w:w="55" w:type="dxa"/>
              <w:right w:w="70" w:type="dxa"/>
            </w:tcMar>
            <w:vAlign w:val="center"/>
          </w:tcPr>
          <w:p w14:paraId="77E21113" w14:textId="33C97003" w:rsidR="004C24F7" w:rsidRPr="0073782B" w:rsidRDefault="004C24F7" w:rsidP="004C24F7">
            <w:pPr>
              <w:pStyle w:val="Prrafodelista"/>
              <w:numPr>
                <w:ilvl w:val="0"/>
                <w:numId w:val="19"/>
              </w:numPr>
              <w:ind w:left="370" w:hanging="283"/>
              <w:jc w:val="both"/>
              <w:rPr>
                <w:lang w:val="es-PY"/>
              </w:rPr>
            </w:pPr>
            <w:r w:rsidRPr="00034DF0">
              <w:rPr>
                <w:color w:val="000000"/>
                <w:szCs w:val="20"/>
                <w:lang w:val="es-PY"/>
              </w:rPr>
              <w:t xml:space="preserve">a. El cuerpo académico posee formación doctoral </w:t>
            </w:r>
            <w:r w:rsidRPr="00BD1F1A">
              <w:rPr>
                <w:color w:val="000000"/>
                <w:szCs w:val="20"/>
                <w:lang w:val="es-PY"/>
              </w:rPr>
              <w:t>en áreas afines</w:t>
            </w:r>
            <w:r>
              <w:rPr>
                <w:color w:val="000000"/>
                <w:szCs w:val="20"/>
                <w:lang w:val="es-PY"/>
              </w:rPr>
              <w:t xml:space="preserve"> al programa</w:t>
            </w:r>
            <w:r w:rsidRPr="00BD1F1A">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6B60C66"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0680B2"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183E5C2" w14:textId="77777777" w:rsidR="004C24F7" w:rsidRPr="005D12D8" w:rsidRDefault="004C24F7" w:rsidP="004C24F7">
            <w:pPr>
              <w:jc w:val="center"/>
              <w:rPr>
                <w:lang w:val="es-PY"/>
              </w:rPr>
            </w:pPr>
          </w:p>
        </w:tc>
      </w:tr>
      <w:tr w:rsidR="004C24F7" w:rsidRPr="00267D20" w14:paraId="689C8363" w14:textId="77777777" w:rsidTr="00267D20">
        <w:trPr>
          <w:cantSplit/>
          <w:trHeight w:val="42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572E8E" w14:textId="77777777" w:rsidR="004C24F7" w:rsidRPr="005D12D8" w:rsidRDefault="004C24F7" w:rsidP="004C24F7">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CC"/>
            <w:tcMar>
              <w:top w:w="55" w:type="dxa"/>
              <w:left w:w="70" w:type="dxa"/>
              <w:bottom w:w="55" w:type="dxa"/>
              <w:right w:w="70" w:type="dxa"/>
            </w:tcMar>
            <w:vAlign w:val="center"/>
          </w:tcPr>
          <w:p w14:paraId="7BA1C789" w14:textId="59E69F77" w:rsidR="004C24F7" w:rsidRPr="0073782B" w:rsidRDefault="004C24F7" w:rsidP="004C24F7">
            <w:pPr>
              <w:pStyle w:val="Prrafodelista"/>
              <w:numPr>
                <w:ilvl w:val="0"/>
                <w:numId w:val="19"/>
              </w:numPr>
              <w:tabs>
                <w:tab w:val="left" w:pos="87"/>
              </w:tabs>
              <w:ind w:left="370" w:hanging="283"/>
              <w:jc w:val="both"/>
              <w:rPr>
                <w:lang w:val="es-PY"/>
              </w:rPr>
            </w:pPr>
            <w:r w:rsidRPr="00034DF0">
              <w:rPr>
                <w:color w:val="000000"/>
                <w:szCs w:val="20"/>
                <w:lang w:val="es-PY"/>
              </w:rPr>
              <w:t>b. Los docentes evidencian producción científica o académica pertinente.</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870DDB1"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F579C8"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04DED7C" w14:textId="77777777" w:rsidR="004C24F7" w:rsidRPr="005D12D8" w:rsidRDefault="004C24F7" w:rsidP="004C24F7">
            <w:pPr>
              <w:jc w:val="center"/>
              <w:rPr>
                <w:lang w:val="es-PY"/>
              </w:rPr>
            </w:pPr>
          </w:p>
        </w:tc>
      </w:tr>
      <w:tr w:rsidR="004C24F7" w:rsidRPr="00267D20" w14:paraId="3908D078" w14:textId="77777777" w:rsidTr="00267D20">
        <w:trPr>
          <w:cantSplit/>
          <w:trHeight w:val="298"/>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76968E5" w14:textId="77777777" w:rsidR="004C24F7" w:rsidRPr="005D12D8" w:rsidRDefault="004C24F7" w:rsidP="004C24F7">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CC"/>
            <w:tcMar>
              <w:top w:w="55" w:type="dxa"/>
              <w:left w:w="70" w:type="dxa"/>
              <w:bottom w:w="55" w:type="dxa"/>
              <w:right w:w="70" w:type="dxa"/>
            </w:tcMar>
            <w:vAlign w:val="center"/>
          </w:tcPr>
          <w:p w14:paraId="01EA03AB" w14:textId="023119D7" w:rsidR="004C24F7" w:rsidRPr="0073782B" w:rsidRDefault="004C24F7" w:rsidP="004C24F7">
            <w:pPr>
              <w:pStyle w:val="Prrafodelista"/>
              <w:numPr>
                <w:ilvl w:val="0"/>
                <w:numId w:val="19"/>
              </w:numPr>
              <w:ind w:left="370" w:hanging="283"/>
              <w:jc w:val="both"/>
              <w:rPr>
                <w:lang w:val="es-PY"/>
              </w:rPr>
            </w:pPr>
            <w:r w:rsidRPr="00034DF0">
              <w:rPr>
                <w:color w:val="000000"/>
                <w:szCs w:val="20"/>
                <w:lang w:val="es-PY"/>
              </w:rPr>
              <w:t>c. El cuerpo académico cuenta con experiencia profesional</w:t>
            </w:r>
            <w:r>
              <w:rPr>
                <w:color w:val="000000"/>
                <w:szCs w:val="20"/>
                <w:lang w:val="es-PY"/>
              </w:rPr>
              <w:t xml:space="preserve"> </w:t>
            </w:r>
            <w:r w:rsidRPr="00034DF0">
              <w:rPr>
                <w:color w:val="000000"/>
                <w:szCs w:val="20"/>
                <w:lang w:val="es-PY"/>
              </w:rPr>
              <w:t>avanzada vinculada al campo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99B6EDF"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AF919E3"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62DEC4" w14:textId="77777777" w:rsidR="004C24F7" w:rsidRPr="005D12D8" w:rsidRDefault="004C24F7" w:rsidP="004C24F7">
            <w:pPr>
              <w:jc w:val="center"/>
              <w:rPr>
                <w:lang w:val="es-PY"/>
              </w:rPr>
            </w:pPr>
          </w:p>
        </w:tc>
      </w:tr>
      <w:tr w:rsidR="004C24F7" w:rsidRPr="00267D20" w14:paraId="1481AED7" w14:textId="77777777" w:rsidTr="00267D20">
        <w:trPr>
          <w:cantSplit/>
          <w:trHeight w:val="42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23263D3" w14:textId="77777777" w:rsidR="004C24F7" w:rsidRPr="005D12D8" w:rsidRDefault="004C24F7" w:rsidP="004C24F7">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CC"/>
            <w:tcMar>
              <w:top w:w="55" w:type="dxa"/>
              <w:left w:w="70" w:type="dxa"/>
              <w:bottom w:w="55" w:type="dxa"/>
              <w:right w:w="70" w:type="dxa"/>
            </w:tcMar>
            <w:vAlign w:val="center"/>
          </w:tcPr>
          <w:p w14:paraId="022C57BE" w14:textId="416147F2" w:rsidR="004C24F7" w:rsidRPr="0073782B" w:rsidRDefault="004C24F7" w:rsidP="004C24F7">
            <w:pPr>
              <w:pStyle w:val="Prrafodelista"/>
              <w:numPr>
                <w:ilvl w:val="0"/>
                <w:numId w:val="19"/>
              </w:numPr>
              <w:ind w:left="370" w:hanging="283"/>
              <w:jc w:val="both"/>
              <w:rPr>
                <w:lang w:val="es-PY"/>
              </w:rPr>
            </w:pPr>
            <w:r w:rsidRPr="00034DF0">
              <w:rPr>
                <w:color w:val="000000"/>
                <w:szCs w:val="20"/>
                <w:lang w:val="es-PY"/>
              </w:rPr>
              <w:t xml:space="preserve">d. Los docentes </w:t>
            </w:r>
            <w:r>
              <w:rPr>
                <w:color w:val="000000"/>
                <w:szCs w:val="20"/>
                <w:lang w:val="es-PY"/>
              </w:rPr>
              <w:t xml:space="preserve">participan </w:t>
            </w:r>
            <w:r w:rsidRPr="00034DF0">
              <w:rPr>
                <w:color w:val="000000"/>
                <w:szCs w:val="20"/>
                <w:lang w:val="es-PY"/>
              </w:rPr>
              <w:t>en procesos de</w:t>
            </w:r>
            <w:r>
              <w:rPr>
                <w:color w:val="000000"/>
                <w:szCs w:val="20"/>
                <w:lang w:val="es-PY"/>
              </w:rPr>
              <w:t xml:space="preserve"> </w:t>
            </w:r>
            <w:r w:rsidRPr="00034DF0">
              <w:rPr>
                <w:color w:val="000000"/>
                <w:szCs w:val="20"/>
                <w:lang w:val="es-PY"/>
              </w:rPr>
              <w:t>innovación, intervención, consultoría, desarrollo, transferencia o solución de problemas complejos.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A2ECF70"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D8FD77"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F809FDD" w14:textId="77777777" w:rsidR="004C24F7" w:rsidRPr="005D12D8" w:rsidRDefault="004C24F7" w:rsidP="004C24F7">
            <w:pPr>
              <w:jc w:val="center"/>
              <w:rPr>
                <w:lang w:val="es-PY"/>
              </w:rPr>
            </w:pPr>
          </w:p>
        </w:tc>
      </w:tr>
      <w:tr w:rsidR="004C24F7" w:rsidRPr="00267D20" w14:paraId="72DD3509" w14:textId="77777777" w:rsidTr="00267D20">
        <w:trPr>
          <w:cantSplit/>
          <w:trHeight w:val="28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E1D2181" w14:textId="77777777" w:rsidR="004C24F7" w:rsidRPr="005D12D8" w:rsidRDefault="004C24F7" w:rsidP="004C24F7">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CC"/>
            <w:tcMar>
              <w:top w:w="55" w:type="dxa"/>
              <w:left w:w="70" w:type="dxa"/>
              <w:bottom w:w="55" w:type="dxa"/>
              <w:right w:w="70" w:type="dxa"/>
            </w:tcMar>
            <w:vAlign w:val="center"/>
          </w:tcPr>
          <w:p w14:paraId="4E9B42EE" w14:textId="65CD6946" w:rsidR="004C24F7" w:rsidRPr="0073782B" w:rsidRDefault="004C24F7" w:rsidP="004C24F7">
            <w:pPr>
              <w:pStyle w:val="Prrafodelista"/>
              <w:numPr>
                <w:ilvl w:val="0"/>
                <w:numId w:val="19"/>
              </w:numPr>
              <w:ind w:left="370" w:hanging="283"/>
              <w:jc w:val="both"/>
              <w:rPr>
                <w:lang w:val="es-PY"/>
              </w:rPr>
            </w:pPr>
            <w:r w:rsidRPr="00034DF0">
              <w:rPr>
                <w:color w:val="000000"/>
                <w:szCs w:val="20"/>
                <w:lang w:val="es-PY"/>
              </w:rPr>
              <w:t xml:space="preserve">e. </w:t>
            </w:r>
            <w:r w:rsidRPr="00BD1F1A">
              <w:rPr>
                <w:color w:val="000000"/>
                <w:szCs w:val="20"/>
                <w:lang w:val="es-PY"/>
              </w:rPr>
              <w:t>El desempeño docente en las actividades académicas se evalúa periódicamente para fortalecer la calidad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56381F9"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7DFB4F"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D1ED4FA" w14:textId="77777777" w:rsidR="004C24F7" w:rsidRPr="005D12D8" w:rsidRDefault="004C24F7" w:rsidP="004C24F7">
            <w:pPr>
              <w:jc w:val="center"/>
              <w:rPr>
                <w:lang w:val="es-PY"/>
              </w:rPr>
            </w:pPr>
          </w:p>
        </w:tc>
      </w:tr>
      <w:tr w:rsidR="000C6B7D" w14:paraId="7BD1DB91" w14:textId="77777777" w:rsidTr="00491CF4">
        <w:trPr>
          <w:cantSplit/>
          <w:trHeight w:hRule="exact" w:val="450"/>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89365F4"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9BB26F1" w14:textId="77777777" w:rsidR="000C6B7D" w:rsidRDefault="00E26089">
            <w:pPr>
              <w:jc w:val="center"/>
            </w:pPr>
            <w:r>
              <w:rPr>
                <w:b/>
                <w:color w:val="000000"/>
                <w:sz w:val="19"/>
              </w:rPr>
              <w:t>Medios de verificación</w:t>
            </w:r>
          </w:p>
        </w:tc>
      </w:tr>
      <w:tr w:rsidR="000C6B7D" w14:paraId="552AB250" w14:textId="77777777" w:rsidTr="00A3110F">
        <w:trPr>
          <w:cantSplit/>
          <w:trHeight w:hRule="exact" w:val="7448"/>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40F48BB9" w14:textId="77777777" w:rsidR="000C6B7D" w:rsidRDefault="000C6B7D" w:rsidP="00A3110F">
            <w:pPr>
              <w:jc w:val="both"/>
            </w:pPr>
          </w:p>
          <w:p w14:paraId="3FF03481" w14:textId="77777777" w:rsidR="00877E2D" w:rsidRDefault="00877E2D" w:rsidP="00A3110F">
            <w:pPr>
              <w:jc w:val="both"/>
            </w:pPr>
          </w:p>
          <w:p w14:paraId="11534FEB" w14:textId="77777777" w:rsidR="00877E2D" w:rsidRDefault="00877E2D" w:rsidP="00A3110F">
            <w:pPr>
              <w:jc w:val="both"/>
            </w:pPr>
          </w:p>
          <w:p w14:paraId="28493A43" w14:textId="77777777" w:rsidR="00877E2D" w:rsidRDefault="00877E2D" w:rsidP="00A3110F">
            <w:pPr>
              <w:jc w:val="both"/>
            </w:pPr>
          </w:p>
          <w:p w14:paraId="4A18133C" w14:textId="77777777" w:rsidR="00877E2D" w:rsidRDefault="00877E2D" w:rsidP="00A3110F">
            <w:pPr>
              <w:jc w:val="both"/>
            </w:pPr>
          </w:p>
          <w:p w14:paraId="510BB7F4" w14:textId="77777777" w:rsidR="00877E2D" w:rsidRDefault="00877E2D" w:rsidP="00A3110F">
            <w:pPr>
              <w:jc w:val="both"/>
            </w:pPr>
          </w:p>
          <w:p w14:paraId="2486A110" w14:textId="77777777" w:rsidR="00877E2D" w:rsidRDefault="00877E2D" w:rsidP="00A3110F">
            <w:pPr>
              <w:jc w:val="both"/>
            </w:pPr>
          </w:p>
          <w:p w14:paraId="6176488D" w14:textId="77777777" w:rsidR="00877E2D" w:rsidRDefault="00877E2D" w:rsidP="00A3110F">
            <w:pPr>
              <w:jc w:val="both"/>
            </w:pPr>
          </w:p>
          <w:p w14:paraId="1311AA17" w14:textId="77777777" w:rsidR="00877E2D" w:rsidRDefault="00877E2D" w:rsidP="00A3110F">
            <w:pPr>
              <w:jc w:val="both"/>
            </w:pPr>
          </w:p>
          <w:p w14:paraId="30D711CF" w14:textId="77777777" w:rsidR="00877E2D" w:rsidRDefault="00877E2D" w:rsidP="00A3110F">
            <w:pPr>
              <w:jc w:val="both"/>
            </w:pPr>
          </w:p>
          <w:p w14:paraId="49B30DA3" w14:textId="77777777" w:rsidR="00877E2D" w:rsidRDefault="00877E2D" w:rsidP="00A3110F">
            <w:pPr>
              <w:jc w:val="both"/>
            </w:pPr>
          </w:p>
          <w:p w14:paraId="406BF51B" w14:textId="77777777" w:rsidR="00877E2D" w:rsidRDefault="00877E2D" w:rsidP="00A3110F">
            <w:pPr>
              <w:jc w:val="both"/>
            </w:pPr>
          </w:p>
          <w:p w14:paraId="0389DB66" w14:textId="77777777" w:rsidR="00877E2D" w:rsidRDefault="00877E2D" w:rsidP="00A3110F">
            <w:pPr>
              <w:jc w:val="both"/>
            </w:pPr>
          </w:p>
          <w:p w14:paraId="0D4101DC" w14:textId="77777777" w:rsidR="00877E2D" w:rsidRDefault="00877E2D" w:rsidP="00A3110F">
            <w:pPr>
              <w:jc w:val="both"/>
            </w:pPr>
          </w:p>
          <w:p w14:paraId="6765FC84" w14:textId="77777777" w:rsidR="00877E2D" w:rsidRDefault="00877E2D" w:rsidP="00A3110F">
            <w:pPr>
              <w:jc w:val="both"/>
            </w:pPr>
          </w:p>
          <w:p w14:paraId="50D31F53" w14:textId="77777777" w:rsidR="00877E2D" w:rsidRDefault="00877E2D" w:rsidP="00A3110F">
            <w:pPr>
              <w:jc w:val="both"/>
            </w:pPr>
          </w:p>
          <w:p w14:paraId="2A2C2EF2" w14:textId="77777777" w:rsidR="00877E2D" w:rsidRDefault="00877E2D" w:rsidP="00A3110F">
            <w:pPr>
              <w:jc w:val="both"/>
            </w:pPr>
          </w:p>
          <w:p w14:paraId="503DC415" w14:textId="77777777" w:rsidR="00877E2D" w:rsidRDefault="00877E2D" w:rsidP="00A3110F">
            <w:pPr>
              <w:jc w:val="both"/>
            </w:pPr>
          </w:p>
          <w:p w14:paraId="25E4554D" w14:textId="77777777" w:rsidR="00877E2D" w:rsidRDefault="00877E2D" w:rsidP="00A3110F">
            <w:pPr>
              <w:jc w:val="both"/>
            </w:pPr>
          </w:p>
          <w:p w14:paraId="4EE73B10" w14:textId="77777777" w:rsidR="00877E2D" w:rsidRDefault="00877E2D" w:rsidP="00A3110F">
            <w:pPr>
              <w:jc w:val="both"/>
            </w:pPr>
          </w:p>
          <w:p w14:paraId="63064440" w14:textId="77777777" w:rsidR="00877E2D" w:rsidRDefault="00877E2D" w:rsidP="00A3110F">
            <w:pPr>
              <w:jc w:val="both"/>
            </w:pPr>
          </w:p>
          <w:p w14:paraId="669D8CAD" w14:textId="77777777" w:rsidR="00877E2D" w:rsidRDefault="00877E2D" w:rsidP="00A3110F">
            <w:pPr>
              <w:jc w:val="both"/>
            </w:pPr>
          </w:p>
          <w:p w14:paraId="1267C352" w14:textId="77777777" w:rsidR="00877E2D" w:rsidRDefault="00877E2D" w:rsidP="00A3110F">
            <w:pPr>
              <w:jc w:val="both"/>
            </w:pPr>
          </w:p>
          <w:p w14:paraId="32C0B68B" w14:textId="77777777" w:rsidR="00877E2D" w:rsidRDefault="00877E2D" w:rsidP="00A3110F">
            <w:pPr>
              <w:jc w:val="both"/>
            </w:pPr>
          </w:p>
          <w:p w14:paraId="5C7B5795" w14:textId="77777777" w:rsidR="00877E2D" w:rsidRDefault="00877E2D" w:rsidP="00A3110F">
            <w:pPr>
              <w:jc w:val="both"/>
            </w:pPr>
          </w:p>
          <w:p w14:paraId="4557BCA7" w14:textId="77777777" w:rsidR="00877E2D" w:rsidRDefault="00877E2D" w:rsidP="00A3110F">
            <w:pPr>
              <w:jc w:val="both"/>
            </w:pPr>
          </w:p>
          <w:p w14:paraId="3CE138B8" w14:textId="02DBCD18" w:rsidR="00877E2D" w:rsidRDefault="00877E2D" w:rsidP="00A3110F">
            <w:pPr>
              <w:jc w:val="both"/>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2749CC2D" w14:textId="77777777" w:rsidR="000C6B7D" w:rsidRDefault="000C6B7D" w:rsidP="00A3110F">
            <w:pPr>
              <w:jc w:val="both"/>
            </w:pPr>
          </w:p>
        </w:tc>
      </w:tr>
    </w:tbl>
    <w:p w14:paraId="62078A57" w14:textId="77777777" w:rsidR="000C6B7D" w:rsidRDefault="00E26089">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C679A9" w14:paraId="10977E85" w14:textId="77777777" w:rsidTr="005E4CA4">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7D6657D" w14:textId="3A5E7A73" w:rsidR="00C679A9" w:rsidRDefault="00C679A9" w:rsidP="005E4CA4">
            <w:pPr>
              <w:jc w:val="center"/>
            </w:pPr>
            <w:r>
              <w:rPr>
                <w:b/>
                <w:color w:val="000000"/>
              </w:rPr>
              <w:lastRenderedPageBreak/>
              <w:t>Criterio 3.</w:t>
            </w:r>
            <w:r w:rsidR="004C24F7">
              <w:rPr>
                <w:b/>
                <w:color w:val="000000"/>
              </w:rPr>
              <w:t>3</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7002CA0" w14:textId="77777777" w:rsidR="00C679A9" w:rsidRDefault="00C679A9" w:rsidP="005E4CA4">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CBCC327" w14:textId="77777777" w:rsidR="00C679A9" w:rsidRDefault="00C679A9" w:rsidP="005E4CA4">
            <w:pPr>
              <w:jc w:val="center"/>
            </w:pPr>
            <w:r>
              <w:rPr>
                <w:b/>
                <w:color w:val="000000"/>
              </w:rPr>
              <w:t>Nivel de cumplimiento</w:t>
            </w:r>
          </w:p>
        </w:tc>
      </w:tr>
      <w:tr w:rsidR="00C679A9" w14:paraId="60A1F3D1" w14:textId="77777777" w:rsidTr="005E4CA4">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EDD7582" w14:textId="77777777" w:rsidR="00C679A9" w:rsidRDefault="00C679A9" w:rsidP="005E4CA4"/>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0F1B0C1" w14:textId="77777777" w:rsidR="00C679A9" w:rsidRDefault="00C679A9" w:rsidP="005E4CA4"/>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3169C41" w14:textId="77777777" w:rsidR="00C679A9" w:rsidRDefault="00C679A9" w:rsidP="005E4CA4">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5752FAC" w14:textId="77777777" w:rsidR="00C679A9" w:rsidRDefault="00C679A9" w:rsidP="005E4CA4">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BB2ACF5" w14:textId="77777777" w:rsidR="00C679A9" w:rsidRDefault="00C679A9" w:rsidP="005E4CA4">
            <w:pPr>
              <w:jc w:val="center"/>
            </w:pPr>
            <w:r>
              <w:rPr>
                <w:b/>
                <w:color w:val="000000"/>
              </w:rPr>
              <w:t>NC</w:t>
            </w:r>
          </w:p>
        </w:tc>
      </w:tr>
      <w:tr w:rsidR="00C679A9" w:rsidRPr="00267D20" w14:paraId="7D3B15BF" w14:textId="77777777" w:rsidTr="00267D20">
        <w:trPr>
          <w:cantSplit/>
          <w:trHeight w:val="34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0137756" w14:textId="08618A6C" w:rsidR="00C679A9" w:rsidRPr="00637CEC" w:rsidRDefault="004C24F7" w:rsidP="005E4CA4">
            <w:pPr>
              <w:jc w:val="center"/>
              <w:rPr>
                <w:lang w:val="es-PY"/>
              </w:rPr>
            </w:pPr>
            <w:r w:rsidRPr="00811186">
              <w:rPr>
                <w:b/>
                <w:color w:val="000000"/>
                <w:szCs w:val="20"/>
                <w:lang w:val="es-PY"/>
              </w:rPr>
              <w:t>Impacto de la internacionalización en la formación doctoral</w:t>
            </w:r>
            <w:r w:rsidRPr="00811186">
              <w:rPr>
                <w:b/>
                <w:color w:val="E31B23"/>
                <w:szCs w:val="20"/>
                <w:lang w:val="es-PY"/>
              </w:rPr>
              <w:b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D5F2FC" w14:textId="20182ED0" w:rsidR="00C679A9" w:rsidRPr="0073782B" w:rsidRDefault="00C679A9" w:rsidP="00C679A9">
            <w:pPr>
              <w:pStyle w:val="Prrafodelista"/>
              <w:numPr>
                <w:ilvl w:val="0"/>
                <w:numId w:val="22"/>
              </w:numPr>
              <w:ind w:left="370" w:hanging="283"/>
              <w:jc w:val="both"/>
              <w:rPr>
                <w:lang w:val="es-PY"/>
              </w:rPr>
            </w:pPr>
            <w:r w:rsidRPr="009D04C1">
              <w:rPr>
                <w:color w:val="000000"/>
                <w:szCs w:val="20"/>
                <w:lang w:val="es-PY"/>
              </w:rPr>
              <w:t>Los criterios y requisitos de admisión están formalmente establecidos, son de acceso público y pertinentes al nivel doctoral</w:t>
            </w:r>
            <w:r w:rsidRPr="00233B1E">
              <w:rPr>
                <w:color w:val="000000" w:themeColor="text1"/>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BD79818" w14:textId="77777777" w:rsidR="00C679A9" w:rsidRPr="005D12D8" w:rsidRDefault="00C679A9" w:rsidP="005E4CA4">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8F2B5CC" w14:textId="77777777" w:rsidR="00C679A9" w:rsidRPr="005D12D8" w:rsidRDefault="00C679A9" w:rsidP="005E4CA4">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2352E38" w14:textId="77777777" w:rsidR="00C679A9" w:rsidRPr="005D12D8" w:rsidRDefault="00C679A9" w:rsidP="005E4CA4">
            <w:pPr>
              <w:jc w:val="center"/>
              <w:rPr>
                <w:lang w:val="es-PY"/>
              </w:rPr>
            </w:pPr>
          </w:p>
        </w:tc>
      </w:tr>
      <w:tr w:rsidR="00C679A9" w:rsidRPr="00267D20" w14:paraId="50BD874F" w14:textId="77777777" w:rsidTr="00267D20">
        <w:trPr>
          <w:cantSplit/>
          <w:trHeight w:val="42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EBE46E2" w14:textId="77777777" w:rsidR="00C679A9" w:rsidRPr="005D12D8" w:rsidRDefault="00C679A9" w:rsidP="005E4CA4">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4B227BD" w14:textId="77113664" w:rsidR="00C679A9" w:rsidRPr="0073782B" w:rsidRDefault="00C679A9" w:rsidP="00C679A9">
            <w:pPr>
              <w:pStyle w:val="Prrafodelista"/>
              <w:numPr>
                <w:ilvl w:val="0"/>
                <w:numId w:val="22"/>
              </w:numPr>
              <w:tabs>
                <w:tab w:val="left" w:pos="87"/>
              </w:tabs>
              <w:ind w:left="370" w:hanging="283"/>
              <w:jc w:val="both"/>
              <w:rPr>
                <w:lang w:val="es-PY"/>
              </w:rPr>
            </w:pPr>
            <w:r w:rsidRPr="00CA67AF">
              <w:rPr>
                <w:color w:val="000000"/>
                <w:szCs w:val="20"/>
                <w:lang w:val="es-PY"/>
              </w:rPr>
              <w:t>Se realiza seguimiento académico individualizado del doctorando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AB5D1F" w14:textId="77777777" w:rsidR="00C679A9" w:rsidRPr="005D12D8" w:rsidRDefault="00C679A9" w:rsidP="005E4CA4">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203179" w14:textId="77777777" w:rsidR="00C679A9" w:rsidRPr="005D12D8" w:rsidRDefault="00C679A9" w:rsidP="005E4CA4">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16C62D" w14:textId="77777777" w:rsidR="00C679A9" w:rsidRPr="005D12D8" w:rsidRDefault="00C679A9" w:rsidP="005E4CA4">
            <w:pPr>
              <w:jc w:val="center"/>
              <w:rPr>
                <w:lang w:val="es-PY"/>
              </w:rPr>
            </w:pPr>
          </w:p>
        </w:tc>
      </w:tr>
      <w:tr w:rsidR="00C679A9" w:rsidRPr="00267D20" w14:paraId="38836540" w14:textId="77777777" w:rsidTr="00267D20">
        <w:trPr>
          <w:cantSplit/>
          <w:trHeight w:val="298"/>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FCCF2C" w14:textId="77777777" w:rsidR="00C679A9" w:rsidRPr="005D12D8" w:rsidRDefault="00C679A9" w:rsidP="005E4CA4">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AA48CEC" w14:textId="096A1E60" w:rsidR="00C679A9" w:rsidRPr="0073782B" w:rsidRDefault="0085175E" w:rsidP="00C679A9">
            <w:pPr>
              <w:pStyle w:val="Prrafodelista"/>
              <w:numPr>
                <w:ilvl w:val="0"/>
                <w:numId w:val="22"/>
              </w:numPr>
              <w:ind w:left="370" w:hanging="283"/>
              <w:jc w:val="both"/>
              <w:rPr>
                <w:lang w:val="es-PY"/>
              </w:rPr>
            </w:pPr>
            <w:r w:rsidRPr="00CA67AF">
              <w:rPr>
                <w:color w:val="000000"/>
                <w:szCs w:val="20"/>
                <w:lang w:val="es-PY"/>
              </w:rPr>
              <w:t>El programa ofrece becas, intercambios o apoyos para la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5BF0D95" w14:textId="77777777" w:rsidR="00C679A9" w:rsidRPr="005D12D8" w:rsidRDefault="00C679A9" w:rsidP="005E4CA4">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D78CA6C" w14:textId="77777777" w:rsidR="00C679A9" w:rsidRPr="005D12D8" w:rsidRDefault="00C679A9" w:rsidP="005E4CA4">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DFA5B09" w14:textId="77777777" w:rsidR="00C679A9" w:rsidRPr="005D12D8" w:rsidRDefault="00C679A9" w:rsidP="005E4CA4">
            <w:pPr>
              <w:jc w:val="center"/>
              <w:rPr>
                <w:lang w:val="es-PY"/>
              </w:rPr>
            </w:pPr>
          </w:p>
        </w:tc>
      </w:tr>
      <w:tr w:rsidR="00C679A9" w:rsidRPr="00267D20" w14:paraId="7F5DBDB7" w14:textId="77777777" w:rsidTr="00267D20">
        <w:trPr>
          <w:cantSplit/>
          <w:trHeight w:val="42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3D02131" w14:textId="77777777" w:rsidR="00C679A9" w:rsidRPr="005D12D8" w:rsidRDefault="00C679A9" w:rsidP="005E4CA4">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2961F95" w14:textId="767806F0" w:rsidR="00C679A9" w:rsidRPr="0073782B" w:rsidRDefault="0085175E" w:rsidP="00C679A9">
            <w:pPr>
              <w:pStyle w:val="Prrafodelista"/>
              <w:numPr>
                <w:ilvl w:val="0"/>
                <w:numId w:val="22"/>
              </w:numPr>
              <w:ind w:left="370" w:hanging="283"/>
              <w:jc w:val="both"/>
              <w:rPr>
                <w:lang w:val="es-PY"/>
              </w:rPr>
            </w:pPr>
            <w:r w:rsidRPr="00CA67AF">
              <w:rPr>
                <w:color w:val="000000"/>
                <w:szCs w:val="20"/>
                <w:lang w:val="es-PY"/>
              </w:rPr>
              <w:t xml:space="preserve">Los </w:t>
            </w:r>
            <w:r>
              <w:rPr>
                <w:color w:val="000000"/>
                <w:szCs w:val="20"/>
                <w:lang w:val="es-PY"/>
              </w:rPr>
              <w:t>doctorandos</w:t>
            </w:r>
            <w:r w:rsidRPr="00CA67AF">
              <w:rPr>
                <w:color w:val="000000"/>
                <w:szCs w:val="20"/>
                <w:lang w:val="es-PY"/>
              </w:rPr>
              <w:t xml:space="preserve"> participan en actividades científicas desde etapas tempranas.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446553E" w14:textId="77777777" w:rsidR="00C679A9" w:rsidRPr="005D12D8" w:rsidRDefault="00C679A9" w:rsidP="005E4CA4">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9411B9F" w14:textId="77777777" w:rsidR="00C679A9" w:rsidRPr="005D12D8" w:rsidRDefault="00C679A9" w:rsidP="005E4CA4">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1CD630D" w14:textId="77777777" w:rsidR="00C679A9" w:rsidRPr="005D12D8" w:rsidRDefault="00C679A9" w:rsidP="005E4CA4">
            <w:pPr>
              <w:jc w:val="center"/>
              <w:rPr>
                <w:lang w:val="es-PY"/>
              </w:rPr>
            </w:pPr>
          </w:p>
        </w:tc>
      </w:tr>
      <w:tr w:rsidR="00C679A9" w:rsidRPr="00267D20" w14:paraId="245DAC42" w14:textId="77777777" w:rsidTr="00267D20">
        <w:trPr>
          <w:cantSplit/>
          <w:trHeight w:val="28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A440712" w14:textId="77777777" w:rsidR="00C679A9" w:rsidRPr="005D12D8" w:rsidRDefault="00C679A9" w:rsidP="005E4CA4">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tcPr>
          <w:p w14:paraId="2ED02577" w14:textId="7C8EB158" w:rsidR="00C679A9" w:rsidRPr="0073782B" w:rsidRDefault="0085175E" w:rsidP="00C679A9">
            <w:pPr>
              <w:pStyle w:val="Prrafodelista"/>
              <w:numPr>
                <w:ilvl w:val="0"/>
                <w:numId w:val="22"/>
              </w:numPr>
              <w:ind w:left="370" w:hanging="283"/>
              <w:jc w:val="both"/>
              <w:rPr>
                <w:lang w:val="es-PY"/>
              </w:rPr>
            </w:pPr>
            <w:r w:rsidRPr="00CA67AF">
              <w:rPr>
                <w:color w:val="000000"/>
                <w:szCs w:val="20"/>
                <w:lang w:val="es-PY"/>
              </w:rPr>
              <w:t>Se acompaña la inserción en redes científicas o posdoctorales.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23A1D9A" w14:textId="77777777" w:rsidR="00C679A9" w:rsidRPr="005D12D8" w:rsidRDefault="00C679A9" w:rsidP="005E4CA4">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A8E487B" w14:textId="77777777" w:rsidR="00C679A9" w:rsidRPr="005D12D8" w:rsidRDefault="00C679A9" w:rsidP="005E4CA4">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7F5E9F" w14:textId="77777777" w:rsidR="00C679A9" w:rsidRPr="005D12D8" w:rsidRDefault="00C679A9" w:rsidP="005E4CA4">
            <w:pPr>
              <w:jc w:val="center"/>
              <w:rPr>
                <w:lang w:val="es-PY"/>
              </w:rPr>
            </w:pPr>
          </w:p>
        </w:tc>
      </w:tr>
      <w:tr w:rsidR="00C679A9" w14:paraId="731F7667" w14:textId="77777777" w:rsidTr="005E4CA4">
        <w:trPr>
          <w:cantSplit/>
          <w:trHeight w:hRule="exact" w:val="450"/>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8A6148A" w14:textId="77777777" w:rsidR="00C679A9" w:rsidRPr="00E26089" w:rsidRDefault="00C679A9" w:rsidP="005E4CA4">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66EC8F0" w14:textId="77777777" w:rsidR="00C679A9" w:rsidRDefault="00C679A9" w:rsidP="005E4CA4">
            <w:pPr>
              <w:jc w:val="center"/>
            </w:pPr>
            <w:r>
              <w:rPr>
                <w:b/>
                <w:color w:val="000000"/>
                <w:sz w:val="19"/>
              </w:rPr>
              <w:t>Medios de verificación</w:t>
            </w:r>
          </w:p>
        </w:tc>
      </w:tr>
      <w:tr w:rsidR="00C679A9" w14:paraId="2A1DA7E1" w14:textId="77777777" w:rsidTr="00A3110F">
        <w:trPr>
          <w:cantSplit/>
          <w:trHeight w:hRule="exact" w:val="818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190E37BE" w14:textId="77777777" w:rsidR="00C679A9" w:rsidRDefault="00C679A9" w:rsidP="00A3110F">
            <w:pPr>
              <w:jc w:val="both"/>
            </w:pPr>
          </w:p>
          <w:p w14:paraId="517D4445" w14:textId="77777777" w:rsidR="00C679A9" w:rsidRDefault="00C679A9" w:rsidP="00A3110F">
            <w:pPr>
              <w:jc w:val="both"/>
            </w:pPr>
          </w:p>
          <w:p w14:paraId="4DB0F983" w14:textId="77777777" w:rsidR="00C679A9" w:rsidRDefault="00C679A9" w:rsidP="00A3110F">
            <w:pPr>
              <w:jc w:val="both"/>
            </w:pPr>
          </w:p>
          <w:p w14:paraId="1960E664" w14:textId="77777777" w:rsidR="00C679A9" w:rsidRDefault="00C679A9" w:rsidP="00A3110F">
            <w:pPr>
              <w:jc w:val="both"/>
            </w:pPr>
          </w:p>
          <w:p w14:paraId="35734EF7" w14:textId="77777777" w:rsidR="00C679A9" w:rsidRDefault="00C679A9" w:rsidP="00A3110F">
            <w:pPr>
              <w:jc w:val="both"/>
            </w:pPr>
          </w:p>
          <w:p w14:paraId="23A91BE5" w14:textId="77777777" w:rsidR="00C679A9" w:rsidRDefault="00C679A9" w:rsidP="00A3110F">
            <w:pPr>
              <w:jc w:val="both"/>
            </w:pPr>
          </w:p>
          <w:p w14:paraId="299FE294" w14:textId="77777777" w:rsidR="00C679A9" w:rsidRDefault="00C679A9" w:rsidP="00A3110F">
            <w:pPr>
              <w:jc w:val="both"/>
            </w:pPr>
          </w:p>
          <w:p w14:paraId="75C41F0E" w14:textId="77777777" w:rsidR="00C679A9" w:rsidRDefault="00C679A9" w:rsidP="00A3110F">
            <w:pPr>
              <w:jc w:val="both"/>
            </w:pPr>
          </w:p>
          <w:p w14:paraId="7FE84D60" w14:textId="77777777" w:rsidR="00C679A9" w:rsidRDefault="00C679A9" w:rsidP="00A3110F">
            <w:pPr>
              <w:jc w:val="both"/>
            </w:pPr>
          </w:p>
          <w:p w14:paraId="0DED4E4B" w14:textId="77777777" w:rsidR="00C679A9" w:rsidRDefault="00C679A9" w:rsidP="00A3110F">
            <w:pPr>
              <w:jc w:val="both"/>
            </w:pPr>
          </w:p>
          <w:p w14:paraId="63E154CE" w14:textId="77777777" w:rsidR="00C679A9" w:rsidRDefault="00C679A9" w:rsidP="00A3110F">
            <w:pPr>
              <w:jc w:val="both"/>
            </w:pPr>
          </w:p>
          <w:p w14:paraId="567F6091" w14:textId="77777777" w:rsidR="00C679A9" w:rsidRDefault="00C679A9" w:rsidP="00A3110F">
            <w:pPr>
              <w:jc w:val="both"/>
            </w:pPr>
          </w:p>
          <w:p w14:paraId="6FA86C92" w14:textId="77777777" w:rsidR="00C679A9" w:rsidRDefault="00C679A9" w:rsidP="00A3110F">
            <w:pPr>
              <w:jc w:val="both"/>
            </w:pPr>
          </w:p>
          <w:p w14:paraId="2B5A0B56" w14:textId="77777777" w:rsidR="00C679A9" w:rsidRDefault="00C679A9" w:rsidP="00A3110F">
            <w:pPr>
              <w:jc w:val="both"/>
            </w:pPr>
          </w:p>
          <w:p w14:paraId="3871A41B" w14:textId="77777777" w:rsidR="00C679A9" w:rsidRDefault="00C679A9" w:rsidP="00A3110F">
            <w:pPr>
              <w:jc w:val="both"/>
            </w:pPr>
          </w:p>
          <w:p w14:paraId="7AB16CAF" w14:textId="77777777" w:rsidR="00C679A9" w:rsidRDefault="00C679A9" w:rsidP="00A3110F">
            <w:pPr>
              <w:jc w:val="both"/>
            </w:pPr>
          </w:p>
          <w:p w14:paraId="03A35D5B" w14:textId="77777777" w:rsidR="00C679A9" w:rsidRDefault="00C679A9" w:rsidP="00A3110F">
            <w:pPr>
              <w:jc w:val="both"/>
            </w:pPr>
          </w:p>
          <w:p w14:paraId="2D410F34" w14:textId="77777777" w:rsidR="00C679A9" w:rsidRDefault="00C679A9" w:rsidP="00A3110F">
            <w:pPr>
              <w:jc w:val="both"/>
            </w:pPr>
          </w:p>
          <w:p w14:paraId="33F0F8A3" w14:textId="77777777" w:rsidR="00C679A9" w:rsidRDefault="00C679A9" w:rsidP="00A3110F">
            <w:pPr>
              <w:jc w:val="both"/>
            </w:pPr>
          </w:p>
          <w:p w14:paraId="3E7F4847" w14:textId="77777777" w:rsidR="00C679A9" w:rsidRDefault="00C679A9" w:rsidP="00A3110F">
            <w:pPr>
              <w:jc w:val="both"/>
            </w:pPr>
          </w:p>
          <w:p w14:paraId="34049513" w14:textId="77777777" w:rsidR="00C679A9" w:rsidRDefault="00C679A9" w:rsidP="00A3110F">
            <w:pPr>
              <w:jc w:val="both"/>
            </w:pPr>
          </w:p>
          <w:p w14:paraId="2ED7C61B" w14:textId="77777777" w:rsidR="00C679A9" w:rsidRDefault="00C679A9" w:rsidP="00A3110F">
            <w:pPr>
              <w:jc w:val="both"/>
            </w:pPr>
          </w:p>
          <w:p w14:paraId="26D7C93C" w14:textId="77777777" w:rsidR="00C679A9" w:rsidRDefault="00C679A9" w:rsidP="00A3110F">
            <w:pPr>
              <w:jc w:val="both"/>
            </w:pPr>
          </w:p>
          <w:p w14:paraId="3F4FCAF4" w14:textId="77777777" w:rsidR="00C679A9" w:rsidRDefault="00C679A9" w:rsidP="00A3110F">
            <w:pPr>
              <w:jc w:val="both"/>
            </w:pPr>
          </w:p>
          <w:p w14:paraId="7329C968" w14:textId="77777777" w:rsidR="00C679A9" w:rsidRDefault="00C679A9" w:rsidP="00A3110F">
            <w:pPr>
              <w:jc w:val="both"/>
            </w:pPr>
          </w:p>
          <w:p w14:paraId="252081A9" w14:textId="77777777" w:rsidR="00C679A9" w:rsidRDefault="00C679A9" w:rsidP="00A3110F">
            <w:pPr>
              <w:jc w:val="both"/>
            </w:pPr>
          </w:p>
          <w:p w14:paraId="6B1AF301" w14:textId="77777777" w:rsidR="00C679A9" w:rsidRDefault="00C679A9" w:rsidP="00A3110F">
            <w:pPr>
              <w:jc w:val="both"/>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3E95990" w14:textId="77777777" w:rsidR="00C679A9" w:rsidRDefault="00C679A9" w:rsidP="00A3110F">
            <w:pPr>
              <w:jc w:val="both"/>
            </w:pPr>
          </w:p>
        </w:tc>
      </w:tr>
    </w:tbl>
    <w:p w14:paraId="198C25AB" w14:textId="208A732B" w:rsidR="00C679A9" w:rsidRDefault="00C679A9">
      <w:pPr>
        <w:spacing w:after="200" w:line="276" w:lineRule="auto"/>
      </w:pPr>
      <w:r>
        <w:br w:type="page"/>
      </w:r>
    </w:p>
    <w:p w14:paraId="7A70EC8B" w14:textId="77777777" w:rsidR="000C6B7D" w:rsidRDefault="000C6B7D"/>
    <w:tbl>
      <w:tblPr>
        <w:tblW w:w="0" w:type="auto"/>
        <w:jc w:val="center"/>
        <w:tblLayout w:type="fixed"/>
        <w:tblLook w:val="04A0" w:firstRow="1" w:lastRow="0" w:firstColumn="1" w:lastColumn="0" w:noHBand="0" w:noVBand="1"/>
      </w:tblPr>
      <w:tblGrid>
        <w:gridCol w:w="4678"/>
        <w:gridCol w:w="4678"/>
      </w:tblGrid>
      <w:tr w:rsidR="0073782B" w:rsidRPr="00267D20" w14:paraId="7832852F" w14:textId="77777777" w:rsidTr="009A28C0">
        <w:trPr>
          <w:cantSplit/>
          <w:trHeight w:hRule="exact" w:val="377"/>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9673A40" w14:textId="51220A05" w:rsidR="0073782B" w:rsidRPr="00735EB3" w:rsidRDefault="0073782B" w:rsidP="0073782B">
            <w:pPr>
              <w:jc w:val="center"/>
              <w:rPr>
                <w:b/>
                <w:color w:val="000000"/>
                <w:szCs w:val="20"/>
                <w:lang w:val="es-PY"/>
              </w:rPr>
            </w:pPr>
            <w:r w:rsidRPr="00735EB3">
              <w:rPr>
                <w:b/>
                <w:color w:val="000000"/>
                <w:szCs w:val="20"/>
                <w:lang w:val="es-PY"/>
              </w:rPr>
              <w:t>Fortalezas y debilidades del cumplimiento de criterios de la dimensión evaluada</w:t>
            </w:r>
          </w:p>
        </w:tc>
      </w:tr>
      <w:tr w:rsidR="0073782B" w14:paraId="2BE3D3D2" w14:textId="77777777" w:rsidTr="00E20812">
        <w:trPr>
          <w:cantSplit/>
          <w:trHeight w:hRule="exact" w:val="399"/>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353128C9" w14:textId="215BCCE9" w:rsidR="0073782B" w:rsidRDefault="0073782B" w:rsidP="0073782B">
            <w:pPr>
              <w:jc w:val="center"/>
              <w:rPr>
                <w:b/>
                <w:color w:val="000000"/>
              </w:rPr>
            </w:pPr>
            <w:proofErr w:type="spellStart"/>
            <w:r>
              <w:rPr>
                <w:b/>
                <w:color w:val="000000"/>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45C8194" w14:textId="6E16F6C3" w:rsidR="0073782B" w:rsidRDefault="0073782B" w:rsidP="0073782B">
            <w:pPr>
              <w:jc w:val="center"/>
              <w:rPr>
                <w:b/>
                <w:color w:val="000000"/>
              </w:rPr>
            </w:pPr>
            <w:r>
              <w:rPr>
                <w:b/>
                <w:color w:val="000000"/>
              </w:rPr>
              <w:t>Debilidades</w:t>
            </w:r>
          </w:p>
        </w:tc>
      </w:tr>
      <w:tr w:rsidR="0073782B" w14:paraId="7CA8D11B" w14:textId="77777777" w:rsidTr="00A3110F">
        <w:trPr>
          <w:cantSplit/>
          <w:trHeight w:hRule="exact" w:val="6330"/>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F822019" w14:textId="77777777" w:rsidR="0073782B" w:rsidRDefault="0073782B" w:rsidP="00A3110F">
            <w:pPr>
              <w:jc w:val="both"/>
              <w:rPr>
                <w:b/>
                <w:color w:val="000000"/>
              </w:rPr>
            </w:pPr>
          </w:p>
          <w:p w14:paraId="2281CAB7" w14:textId="0D06A20B" w:rsidR="0073782B" w:rsidRDefault="0073782B" w:rsidP="00A3110F">
            <w:pPr>
              <w:jc w:val="both"/>
              <w:rPr>
                <w:b/>
                <w:color w:val="000000"/>
              </w:rPr>
            </w:pPr>
          </w:p>
          <w:p w14:paraId="5283321F" w14:textId="0E26BCF6" w:rsidR="0073782B" w:rsidRDefault="0073782B" w:rsidP="00A3110F">
            <w:pPr>
              <w:jc w:val="both"/>
              <w:rPr>
                <w:b/>
                <w:color w:val="000000"/>
              </w:rPr>
            </w:pPr>
          </w:p>
          <w:p w14:paraId="7F2BD9D8" w14:textId="50512150" w:rsidR="0073782B" w:rsidRDefault="0073782B" w:rsidP="00A3110F">
            <w:pPr>
              <w:jc w:val="both"/>
              <w:rPr>
                <w:b/>
                <w:color w:val="000000"/>
              </w:rPr>
            </w:pPr>
          </w:p>
          <w:p w14:paraId="5377DEFD" w14:textId="38B28373" w:rsidR="0073782B" w:rsidRDefault="0073782B" w:rsidP="00A3110F">
            <w:pPr>
              <w:jc w:val="both"/>
              <w:rPr>
                <w:b/>
                <w:color w:val="000000"/>
              </w:rPr>
            </w:pPr>
          </w:p>
          <w:p w14:paraId="3369B010" w14:textId="7894351E" w:rsidR="0073782B" w:rsidRDefault="0073782B" w:rsidP="00A3110F">
            <w:pPr>
              <w:jc w:val="both"/>
              <w:rPr>
                <w:b/>
                <w:color w:val="000000"/>
              </w:rPr>
            </w:pPr>
          </w:p>
          <w:p w14:paraId="68C6C1E6" w14:textId="2C097417" w:rsidR="0073782B" w:rsidRDefault="0073782B" w:rsidP="00A3110F">
            <w:pPr>
              <w:jc w:val="both"/>
              <w:rPr>
                <w:b/>
                <w:color w:val="000000"/>
              </w:rPr>
            </w:pPr>
          </w:p>
          <w:p w14:paraId="01B7608A" w14:textId="72FF3ADD" w:rsidR="0073782B" w:rsidRDefault="0073782B" w:rsidP="00A3110F">
            <w:pPr>
              <w:jc w:val="both"/>
              <w:rPr>
                <w:b/>
                <w:color w:val="000000"/>
              </w:rPr>
            </w:pPr>
          </w:p>
          <w:p w14:paraId="44821AFC" w14:textId="4E521947" w:rsidR="0073782B" w:rsidRDefault="0073782B" w:rsidP="00A3110F">
            <w:pPr>
              <w:jc w:val="both"/>
              <w:rPr>
                <w:b/>
                <w:color w:val="000000"/>
              </w:rPr>
            </w:pPr>
          </w:p>
          <w:p w14:paraId="3EA08991" w14:textId="2FCA522C" w:rsidR="0073782B" w:rsidRDefault="0073782B" w:rsidP="00A3110F">
            <w:pPr>
              <w:jc w:val="both"/>
              <w:rPr>
                <w:b/>
                <w:color w:val="000000"/>
              </w:rPr>
            </w:pPr>
          </w:p>
          <w:p w14:paraId="7FBF3B4C" w14:textId="6652C03A" w:rsidR="0073782B" w:rsidRDefault="0073782B" w:rsidP="00A3110F">
            <w:pPr>
              <w:jc w:val="both"/>
              <w:rPr>
                <w:b/>
                <w:color w:val="000000"/>
              </w:rPr>
            </w:pPr>
          </w:p>
          <w:p w14:paraId="0FA56763" w14:textId="77777777" w:rsidR="0073782B" w:rsidRDefault="0073782B" w:rsidP="00A3110F">
            <w:pPr>
              <w:jc w:val="both"/>
              <w:rPr>
                <w:b/>
                <w:color w:val="000000"/>
              </w:rPr>
            </w:pPr>
          </w:p>
          <w:p w14:paraId="0F3730DC" w14:textId="77777777" w:rsidR="0073782B" w:rsidRDefault="0073782B" w:rsidP="00A3110F">
            <w:pPr>
              <w:jc w:val="both"/>
              <w:rPr>
                <w:b/>
                <w:color w:val="000000"/>
              </w:rPr>
            </w:pPr>
          </w:p>
          <w:p w14:paraId="41169E08" w14:textId="77777777" w:rsidR="0073782B" w:rsidRDefault="0073782B" w:rsidP="00A3110F">
            <w:pPr>
              <w:jc w:val="both"/>
              <w:rPr>
                <w:b/>
                <w:color w:val="000000"/>
              </w:rPr>
            </w:pPr>
          </w:p>
          <w:p w14:paraId="339C44C2" w14:textId="77777777" w:rsidR="0073782B" w:rsidRDefault="0073782B" w:rsidP="00A3110F">
            <w:pPr>
              <w:jc w:val="both"/>
              <w:rPr>
                <w:b/>
                <w:color w:val="000000"/>
              </w:rPr>
            </w:pPr>
          </w:p>
          <w:p w14:paraId="5EC53173" w14:textId="1BB96D21" w:rsidR="0073782B" w:rsidRDefault="0073782B" w:rsidP="00A3110F">
            <w:pPr>
              <w:jc w:val="both"/>
              <w:rPr>
                <w:b/>
                <w:color w:val="000000"/>
              </w:rPr>
            </w:pPr>
          </w:p>
        </w:tc>
        <w:tc>
          <w:tcPr>
            <w:tcW w:w="4678" w:type="dxa"/>
            <w:tcBorders>
              <w:top w:val="single" w:sz="6" w:space="0" w:color="000000"/>
              <w:left w:val="single" w:sz="6" w:space="0" w:color="000000"/>
              <w:bottom w:val="single" w:sz="6" w:space="0" w:color="000000"/>
              <w:right w:val="single" w:sz="6" w:space="0" w:color="000000"/>
            </w:tcBorders>
          </w:tcPr>
          <w:p w14:paraId="4E06F9C5" w14:textId="77777777" w:rsidR="0073782B" w:rsidRDefault="0073782B" w:rsidP="00A3110F">
            <w:pPr>
              <w:jc w:val="both"/>
              <w:rPr>
                <w:b/>
                <w:color w:val="000000"/>
              </w:rPr>
            </w:pPr>
          </w:p>
        </w:tc>
      </w:tr>
      <w:tr w:rsidR="0073782B" w14:paraId="29DA04BB" w14:textId="77777777" w:rsidTr="00E20812">
        <w:trPr>
          <w:cantSplit/>
          <w:trHeight w:hRule="exact" w:val="375"/>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F8419AF" w14:textId="77777777" w:rsidR="0073782B" w:rsidRDefault="0073782B" w:rsidP="0073782B">
            <w:pPr>
              <w:jc w:val="center"/>
            </w:pPr>
            <w:r>
              <w:rPr>
                <w:b/>
                <w:color w:val="000000"/>
              </w:rPr>
              <w:t>Oportunidades de mejora</w:t>
            </w:r>
          </w:p>
        </w:tc>
      </w:tr>
      <w:tr w:rsidR="0073782B" w14:paraId="0C0A9888" w14:textId="77777777" w:rsidTr="00A3110F">
        <w:trPr>
          <w:cantSplit/>
          <w:trHeight w:hRule="exact" w:val="5320"/>
          <w:jc w:val="center"/>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8B1E77D" w14:textId="0C9F24EC" w:rsidR="0073782B" w:rsidRDefault="0073782B" w:rsidP="00A3110F">
            <w:pPr>
              <w:jc w:val="both"/>
              <w:rPr>
                <w:b/>
                <w:color w:val="000000"/>
              </w:rPr>
            </w:pPr>
          </w:p>
        </w:tc>
      </w:tr>
    </w:tbl>
    <w:p w14:paraId="373A3B94" w14:textId="764D753F" w:rsidR="000C6B7D" w:rsidRDefault="000C6B7D"/>
    <w:tbl>
      <w:tblPr>
        <w:tblW w:w="0" w:type="auto"/>
        <w:jc w:val="center"/>
        <w:tblLayout w:type="fixed"/>
        <w:tblLook w:val="04A0" w:firstRow="1" w:lastRow="0" w:firstColumn="1" w:lastColumn="0" w:noHBand="0" w:noVBand="1"/>
      </w:tblPr>
      <w:tblGrid>
        <w:gridCol w:w="1962"/>
        <w:gridCol w:w="5330"/>
        <w:gridCol w:w="684"/>
        <w:gridCol w:w="684"/>
        <w:gridCol w:w="697"/>
      </w:tblGrid>
      <w:tr w:rsidR="000C6B7D" w:rsidRPr="00267D20" w14:paraId="057774CB" w14:textId="77777777" w:rsidTr="009E248B">
        <w:trPr>
          <w:cantSplit/>
          <w:trHeight w:hRule="exact" w:val="446"/>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500C5DCD" w14:textId="5373889E" w:rsidR="000C6B7D" w:rsidRPr="00E26089" w:rsidRDefault="00FB7E82">
            <w:pPr>
              <w:rPr>
                <w:lang w:val="es-PY"/>
              </w:rPr>
            </w:pPr>
            <w:bookmarkStart w:id="0" w:name="_Hlk239285684"/>
            <w:r>
              <w:rPr>
                <w:b/>
                <w:color w:val="FFFFFF"/>
                <w:lang w:val="es-PY"/>
              </w:rPr>
              <w:t>D</w:t>
            </w:r>
            <w:r w:rsidR="00E26089" w:rsidRPr="00E26089">
              <w:rPr>
                <w:b/>
                <w:color w:val="FFFFFF"/>
                <w:lang w:val="es-PY"/>
              </w:rPr>
              <w:t xml:space="preserve">IMENSIÓN 4. </w:t>
            </w:r>
            <w:r w:rsidR="00A3110F">
              <w:rPr>
                <w:b/>
                <w:color w:val="FFFFFF"/>
                <w:lang w:val="es-PY"/>
              </w:rPr>
              <w:t>RESULTADOS E IMPACTO DE LA FORMACIÓN DOCTORAL</w:t>
            </w:r>
          </w:p>
        </w:tc>
      </w:tr>
      <w:tr w:rsidR="000C6B7D" w14:paraId="7C211477" w14:textId="77777777" w:rsidTr="00E20812">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2C831C3" w14:textId="2B32B629" w:rsidR="000C6B7D" w:rsidRDefault="00EA7EEA">
            <w:pPr>
              <w:jc w:val="center"/>
            </w:pPr>
            <w:proofErr w:type="spellStart"/>
            <w:r>
              <w:rPr>
                <w:b/>
                <w:color w:val="000000"/>
              </w:rPr>
              <w:t>Criterio</w:t>
            </w:r>
            <w:proofErr w:type="spellEnd"/>
            <w:r>
              <w:rPr>
                <w:b/>
                <w:color w:val="000000"/>
              </w:rPr>
              <w:t xml:space="preserve"> 4.1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529F183" w14:textId="77777777" w:rsidR="000C6B7D" w:rsidRDefault="00E26089">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523091B" w14:textId="77777777" w:rsidR="000C6B7D" w:rsidRDefault="00E26089">
            <w:pPr>
              <w:jc w:val="center"/>
            </w:pPr>
            <w:r>
              <w:rPr>
                <w:b/>
                <w:color w:val="000000"/>
              </w:rPr>
              <w:t>Nivel de cumplimiento</w:t>
            </w:r>
          </w:p>
        </w:tc>
      </w:tr>
      <w:tr w:rsidR="000C6B7D" w14:paraId="6B389379" w14:textId="77777777" w:rsidTr="00576C06">
        <w:trPr>
          <w:cantSplit/>
          <w:trHeight w:hRule="exact" w:val="408"/>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C1B1A42" w14:textId="77777777" w:rsidR="000C6B7D" w:rsidRDefault="000C6B7D"/>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6CB27B9" w14:textId="77777777" w:rsidR="000C6B7D" w:rsidRDefault="000C6B7D"/>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ABFC491" w14:textId="77777777" w:rsidR="000C6B7D" w:rsidRDefault="00E26089">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9E4B8C8" w14:textId="77777777" w:rsidR="000C6B7D" w:rsidRDefault="00E26089">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6919CC9" w14:textId="77777777" w:rsidR="000C6B7D" w:rsidRDefault="00E26089">
            <w:pPr>
              <w:jc w:val="center"/>
            </w:pPr>
            <w:r>
              <w:rPr>
                <w:b/>
                <w:color w:val="000000"/>
              </w:rPr>
              <w:t>NC</w:t>
            </w:r>
          </w:p>
        </w:tc>
      </w:tr>
      <w:tr w:rsidR="004C24F7" w:rsidRPr="00267D20" w14:paraId="2659BCEA" w14:textId="77777777" w:rsidTr="00267D20">
        <w:trPr>
          <w:cantSplit/>
          <w:trHeight w:val="59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47E7B98" w14:textId="2394AD8B" w:rsidR="004C24F7" w:rsidRPr="00637CEC" w:rsidRDefault="004C24F7" w:rsidP="004C24F7">
            <w:pPr>
              <w:jc w:val="center"/>
              <w:rPr>
                <w:lang w:val="es-PY"/>
              </w:rPr>
            </w:pPr>
            <w:r w:rsidRPr="00CA67AF">
              <w:rPr>
                <w:b/>
                <w:color w:val="000000"/>
                <w:lang w:val="es-PY"/>
              </w:rPr>
              <w:t>Pert</w:t>
            </w:r>
            <w:r>
              <w:rPr>
                <w:b/>
                <w:color w:val="000000"/>
                <w:lang w:val="es-PY"/>
              </w:rPr>
              <w:t>inencia de las tesis doctorales</w:t>
            </w:r>
            <w:r w:rsidRPr="00CA67AF">
              <w:rPr>
                <w:b/>
                <w:color w:val="FF0000"/>
                <w:lang w:val="es-PY"/>
              </w:rPr>
              <w:br/>
            </w:r>
            <w:r w:rsidRPr="00534673">
              <w:rPr>
                <w:b/>
                <w:color w:val="FF0000"/>
                <w:lang w:val="es-PY"/>
              </w:rPr>
              <w:t>(Sustantivo)</w:t>
            </w:r>
          </w:p>
        </w:tc>
        <w:tc>
          <w:tcPr>
            <w:tcW w:w="5330" w:type="dxa"/>
            <w:tcBorders>
              <w:top w:val="single" w:sz="5" w:space="0" w:color="444444"/>
              <w:left w:val="single" w:sz="5" w:space="0" w:color="444444"/>
              <w:bottom w:val="single" w:sz="5" w:space="0" w:color="444444"/>
              <w:right w:val="single" w:sz="5" w:space="0" w:color="444444"/>
            </w:tcBorders>
            <w:shd w:val="clear" w:color="auto" w:fill="FFFFCC"/>
            <w:tcMar>
              <w:top w:w="55" w:type="dxa"/>
              <w:left w:w="70" w:type="dxa"/>
              <w:bottom w:w="55" w:type="dxa"/>
              <w:right w:w="70" w:type="dxa"/>
            </w:tcMar>
            <w:vAlign w:val="center"/>
          </w:tcPr>
          <w:p w14:paraId="33587320" w14:textId="2070C78E" w:rsidR="004C24F7" w:rsidRPr="00F337DF" w:rsidRDefault="004C24F7" w:rsidP="004C24F7">
            <w:pPr>
              <w:jc w:val="both"/>
              <w:rPr>
                <w:lang w:val="es-PY"/>
              </w:rPr>
            </w:pPr>
            <w:r>
              <w:rPr>
                <w:color w:val="000000"/>
                <w:szCs w:val="20"/>
                <w:lang w:val="es-PY"/>
              </w:rPr>
              <w:t xml:space="preserve">a. </w:t>
            </w:r>
            <w:r w:rsidRPr="003E08CB">
              <w:rPr>
                <w:color w:val="000000"/>
                <w:szCs w:val="20"/>
                <w:lang w:val="es-PY"/>
              </w:rPr>
              <w:t>Las tesis evidencian aportes originales al conocimiento científico en coherencia con el nivel formativo, las líneas de investigación definidas y la orientación profesional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34564AB"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33F059"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B988CAD" w14:textId="77777777" w:rsidR="004C24F7" w:rsidRPr="005D12D8" w:rsidRDefault="004C24F7" w:rsidP="004C24F7">
            <w:pPr>
              <w:jc w:val="center"/>
              <w:rPr>
                <w:lang w:val="es-PY"/>
              </w:rPr>
            </w:pPr>
          </w:p>
        </w:tc>
      </w:tr>
      <w:tr w:rsidR="004C24F7" w:rsidRPr="00267D20" w14:paraId="12F7E467" w14:textId="77777777" w:rsidTr="00267D20">
        <w:trPr>
          <w:cantSplit/>
          <w:trHeight w:val="45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BB11E6B" w14:textId="77777777" w:rsidR="004C24F7" w:rsidRPr="005D12D8" w:rsidRDefault="004C24F7" w:rsidP="004C24F7">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CC"/>
            <w:tcMar>
              <w:top w:w="55" w:type="dxa"/>
              <w:left w:w="70" w:type="dxa"/>
              <w:bottom w:w="55" w:type="dxa"/>
              <w:right w:w="70" w:type="dxa"/>
            </w:tcMar>
            <w:vAlign w:val="center"/>
          </w:tcPr>
          <w:p w14:paraId="34E8DEAA" w14:textId="5FF65E36" w:rsidR="004C24F7" w:rsidRPr="00F337DF" w:rsidRDefault="004C24F7" w:rsidP="004C24F7">
            <w:pPr>
              <w:jc w:val="both"/>
              <w:rPr>
                <w:lang w:val="es-PY"/>
              </w:rPr>
            </w:pPr>
            <w:r>
              <w:rPr>
                <w:szCs w:val="20"/>
                <w:lang w:val="es-PY"/>
              </w:rPr>
              <w:t xml:space="preserve">b. </w:t>
            </w:r>
            <w:r w:rsidRPr="003E08CB">
              <w:rPr>
                <w:szCs w:val="20"/>
                <w:lang w:val="es-PY"/>
              </w:rPr>
              <w:t>La evaluación de las Tesis se realiza con criterios rigurosos previamente establecidos acordes con las exigencias del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4B2F9E5"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129B3BD"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7E12290" w14:textId="77777777" w:rsidR="004C24F7" w:rsidRPr="005D12D8" w:rsidRDefault="004C24F7" w:rsidP="004C24F7">
            <w:pPr>
              <w:jc w:val="center"/>
              <w:rPr>
                <w:lang w:val="es-PY"/>
              </w:rPr>
            </w:pPr>
          </w:p>
        </w:tc>
      </w:tr>
      <w:tr w:rsidR="004C24F7" w:rsidRPr="00267D20" w14:paraId="2A773E49" w14:textId="77777777" w:rsidTr="00267D20">
        <w:trPr>
          <w:cantSplit/>
          <w:trHeight w:val="43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020115" w14:textId="77777777" w:rsidR="004C24F7" w:rsidRPr="005D12D8" w:rsidRDefault="004C24F7" w:rsidP="004C24F7">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CC"/>
            <w:tcMar>
              <w:top w:w="55" w:type="dxa"/>
              <w:left w:w="70" w:type="dxa"/>
              <w:bottom w:w="55" w:type="dxa"/>
              <w:right w:w="70" w:type="dxa"/>
            </w:tcMar>
            <w:vAlign w:val="center"/>
          </w:tcPr>
          <w:p w14:paraId="26F06F47" w14:textId="403BA585" w:rsidR="004C24F7" w:rsidRPr="00E26089" w:rsidRDefault="004C24F7" w:rsidP="004C24F7">
            <w:pPr>
              <w:jc w:val="both"/>
              <w:rPr>
                <w:lang w:val="es-PY"/>
              </w:rPr>
            </w:pPr>
            <w:r>
              <w:rPr>
                <w:szCs w:val="20"/>
                <w:lang w:val="es-PY"/>
              </w:rPr>
              <w:t xml:space="preserve">c. </w:t>
            </w:r>
            <w:r w:rsidRPr="003E08CB">
              <w:rPr>
                <w:szCs w:val="20"/>
                <w:lang w:val="es-PY"/>
              </w:rPr>
              <w:t xml:space="preserve">Los integrantes del jurado que evalúa las tesis cuentan con formación </w:t>
            </w:r>
            <w:r w:rsidRPr="003E08CB">
              <w:rPr>
                <w:color w:val="000000"/>
                <w:szCs w:val="20"/>
                <w:lang w:val="es-PY"/>
              </w:rPr>
              <w:t>acorde al área de conocimiento del programa</w:t>
            </w:r>
            <w:r w:rsidRPr="003E08CB">
              <w:rPr>
                <w:szCs w:val="20"/>
                <w:lang w:val="es-PY"/>
              </w:rPr>
              <w:t xml:space="preserve"> o experiencia en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E9B8CD"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16391A6"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D76CD6" w14:textId="77777777" w:rsidR="004C24F7" w:rsidRPr="005D12D8" w:rsidRDefault="004C24F7" w:rsidP="004C24F7">
            <w:pPr>
              <w:jc w:val="center"/>
              <w:rPr>
                <w:lang w:val="es-PY"/>
              </w:rPr>
            </w:pPr>
          </w:p>
        </w:tc>
      </w:tr>
      <w:tr w:rsidR="004C24F7" w:rsidRPr="00267D20" w14:paraId="2C63EA69" w14:textId="77777777" w:rsidTr="00267D20">
        <w:trPr>
          <w:cantSplit/>
          <w:trHeight w:val="44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B9D49C4" w14:textId="77777777" w:rsidR="004C24F7" w:rsidRPr="005D12D8" w:rsidRDefault="004C24F7" w:rsidP="004C24F7">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CC"/>
            <w:tcMar>
              <w:top w:w="55" w:type="dxa"/>
              <w:left w:w="70" w:type="dxa"/>
              <w:bottom w:w="55" w:type="dxa"/>
              <w:right w:w="70" w:type="dxa"/>
            </w:tcMar>
            <w:vAlign w:val="center"/>
          </w:tcPr>
          <w:p w14:paraId="1C23B67A" w14:textId="1DAA420A" w:rsidR="004C24F7" w:rsidRPr="00F337DF" w:rsidRDefault="004C24F7" w:rsidP="004C24F7">
            <w:pPr>
              <w:jc w:val="both"/>
              <w:rPr>
                <w:lang w:val="es-PY"/>
              </w:rPr>
            </w:pPr>
            <w:r>
              <w:rPr>
                <w:szCs w:val="20"/>
                <w:lang w:val="es-PY"/>
              </w:rPr>
              <w:t xml:space="preserve">d. </w:t>
            </w:r>
            <w:r w:rsidRPr="003E08CB">
              <w:rPr>
                <w:szCs w:val="20"/>
                <w:lang w:val="es-PY"/>
              </w:rPr>
              <w:t>Se difunden los resultados de las tesis en revistas científicas u otros espacios de divulgación académica reconocidos.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11C2ABB"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A01B8E"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94DE556" w14:textId="77777777" w:rsidR="004C24F7" w:rsidRPr="005D12D8" w:rsidRDefault="004C24F7" w:rsidP="004C24F7">
            <w:pPr>
              <w:jc w:val="center"/>
              <w:rPr>
                <w:lang w:val="es-PY"/>
              </w:rPr>
            </w:pPr>
          </w:p>
        </w:tc>
      </w:tr>
      <w:tr w:rsidR="004C24F7" w:rsidRPr="00267D20" w14:paraId="10F690BB" w14:textId="77777777" w:rsidTr="00267D20">
        <w:trPr>
          <w:cantSplit/>
          <w:trHeight w:val="59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2493A4" w14:textId="77777777" w:rsidR="004C24F7" w:rsidRPr="005D12D8" w:rsidRDefault="004C24F7" w:rsidP="004C24F7">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CC"/>
            <w:tcMar>
              <w:top w:w="55" w:type="dxa"/>
              <w:left w:w="70" w:type="dxa"/>
              <w:bottom w:w="55" w:type="dxa"/>
              <w:right w:w="70" w:type="dxa"/>
            </w:tcMar>
            <w:vAlign w:val="center"/>
          </w:tcPr>
          <w:p w14:paraId="6640B7B8" w14:textId="7C13BE91" w:rsidR="004C24F7" w:rsidRPr="00F337DF" w:rsidRDefault="004C24F7" w:rsidP="004C24F7">
            <w:pPr>
              <w:jc w:val="both"/>
              <w:rPr>
                <w:lang w:val="es-PY"/>
              </w:rPr>
            </w:pPr>
            <w:r>
              <w:rPr>
                <w:color w:val="000000"/>
                <w:szCs w:val="20"/>
                <w:lang w:val="es-PY"/>
              </w:rPr>
              <w:t xml:space="preserve">e. </w:t>
            </w:r>
            <w:r w:rsidRPr="003E08CB">
              <w:rPr>
                <w:color w:val="000000"/>
                <w:szCs w:val="20"/>
                <w:lang w:val="es-PY"/>
              </w:rPr>
              <w:t>Los resultados poseen potencial de aplicación, transferencia, mejora o transformación de la práctica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BD4F013"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0AE7C4"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69FC08" w14:textId="77777777" w:rsidR="004C24F7" w:rsidRPr="005D12D8" w:rsidRDefault="004C24F7" w:rsidP="004C24F7">
            <w:pPr>
              <w:jc w:val="center"/>
              <w:rPr>
                <w:lang w:val="es-PY"/>
              </w:rPr>
            </w:pPr>
          </w:p>
        </w:tc>
      </w:tr>
      <w:tr w:rsidR="000C6B7D" w14:paraId="4D91D25F" w14:textId="77777777" w:rsidTr="009E248B">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B41D726"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7E7AAD7" w14:textId="77777777" w:rsidR="000C6B7D" w:rsidRDefault="00E26089">
            <w:pPr>
              <w:jc w:val="center"/>
            </w:pPr>
            <w:r>
              <w:rPr>
                <w:b/>
                <w:color w:val="000000"/>
                <w:sz w:val="19"/>
              </w:rPr>
              <w:t>Medios de verificación</w:t>
            </w:r>
          </w:p>
        </w:tc>
      </w:tr>
      <w:tr w:rsidR="009E248B" w14:paraId="5DCE8279" w14:textId="77777777" w:rsidTr="004C24F7">
        <w:trPr>
          <w:cantSplit/>
          <w:trHeight w:hRule="exact" w:val="6788"/>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63AEA3D4" w14:textId="43E6720C" w:rsidR="009E248B" w:rsidRDefault="009E248B" w:rsidP="00A3110F">
            <w:pPr>
              <w:rPr>
                <w:b/>
                <w:color w:val="000000"/>
                <w:sz w:val="19"/>
                <w:lang w:val="es-PY"/>
              </w:rPr>
            </w:pPr>
          </w:p>
          <w:p w14:paraId="7AB213F1" w14:textId="3F2FCFFF" w:rsidR="009E248B" w:rsidRDefault="009E248B" w:rsidP="00A3110F">
            <w:pPr>
              <w:rPr>
                <w:b/>
                <w:color w:val="000000"/>
                <w:sz w:val="19"/>
                <w:lang w:val="es-PY"/>
              </w:rPr>
            </w:pPr>
          </w:p>
          <w:p w14:paraId="284B3E28" w14:textId="699C5A2C" w:rsidR="009E248B" w:rsidRDefault="009E248B" w:rsidP="00A3110F">
            <w:pPr>
              <w:rPr>
                <w:b/>
                <w:color w:val="000000"/>
                <w:sz w:val="19"/>
                <w:lang w:val="es-PY"/>
              </w:rPr>
            </w:pPr>
          </w:p>
          <w:p w14:paraId="2E3C3B6D" w14:textId="57C09E96" w:rsidR="009E248B" w:rsidRDefault="009E248B" w:rsidP="00A3110F">
            <w:pPr>
              <w:rPr>
                <w:b/>
                <w:color w:val="000000"/>
                <w:sz w:val="19"/>
                <w:lang w:val="es-PY"/>
              </w:rPr>
            </w:pPr>
          </w:p>
          <w:p w14:paraId="1390C01B" w14:textId="33267698" w:rsidR="009E248B" w:rsidRDefault="009E248B" w:rsidP="00A3110F">
            <w:pPr>
              <w:rPr>
                <w:b/>
                <w:color w:val="000000"/>
                <w:sz w:val="19"/>
                <w:lang w:val="es-PY"/>
              </w:rPr>
            </w:pPr>
          </w:p>
          <w:p w14:paraId="65A07431" w14:textId="77777777" w:rsidR="009E248B" w:rsidRDefault="009E248B" w:rsidP="00A3110F">
            <w:pPr>
              <w:rPr>
                <w:b/>
                <w:color w:val="000000"/>
                <w:sz w:val="19"/>
                <w:lang w:val="es-PY"/>
              </w:rPr>
            </w:pPr>
          </w:p>
          <w:p w14:paraId="40669A73" w14:textId="3B400EBC" w:rsidR="009E248B" w:rsidRDefault="009E248B" w:rsidP="00A3110F">
            <w:pPr>
              <w:rPr>
                <w:b/>
                <w:color w:val="000000"/>
                <w:sz w:val="19"/>
                <w:lang w:val="es-PY"/>
              </w:rPr>
            </w:pPr>
          </w:p>
          <w:p w14:paraId="23821DC9" w14:textId="51BD798A" w:rsidR="009E248B" w:rsidRDefault="009E248B" w:rsidP="00A3110F">
            <w:pPr>
              <w:rPr>
                <w:b/>
                <w:color w:val="000000"/>
                <w:sz w:val="19"/>
                <w:lang w:val="es-PY"/>
              </w:rPr>
            </w:pPr>
          </w:p>
          <w:p w14:paraId="6CEC94F2" w14:textId="4B1B04BF" w:rsidR="009E248B" w:rsidRDefault="009E248B" w:rsidP="00A3110F">
            <w:pPr>
              <w:rPr>
                <w:b/>
                <w:color w:val="000000"/>
                <w:sz w:val="19"/>
                <w:lang w:val="es-PY"/>
              </w:rPr>
            </w:pPr>
          </w:p>
          <w:p w14:paraId="6691DE8A" w14:textId="77777777" w:rsidR="009E248B" w:rsidRDefault="009E248B" w:rsidP="00A3110F">
            <w:pPr>
              <w:rPr>
                <w:b/>
                <w:color w:val="000000"/>
                <w:sz w:val="19"/>
                <w:lang w:val="es-PY"/>
              </w:rPr>
            </w:pPr>
          </w:p>
          <w:p w14:paraId="6B2945C3" w14:textId="77777777" w:rsidR="009E248B" w:rsidRDefault="009E248B" w:rsidP="00A3110F">
            <w:pPr>
              <w:rPr>
                <w:b/>
                <w:color w:val="000000"/>
                <w:sz w:val="19"/>
                <w:lang w:val="es-PY"/>
              </w:rPr>
            </w:pPr>
          </w:p>
          <w:p w14:paraId="53BD7F1F" w14:textId="77777777" w:rsidR="009E248B" w:rsidRDefault="009E248B" w:rsidP="00A3110F">
            <w:pPr>
              <w:rPr>
                <w:b/>
                <w:color w:val="000000"/>
                <w:sz w:val="19"/>
                <w:lang w:val="es-PY"/>
              </w:rPr>
            </w:pPr>
          </w:p>
          <w:p w14:paraId="6F6A4148" w14:textId="77777777" w:rsidR="009E248B" w:rsidRDefault="009E248B" w:rsidP="00A3110F">
            <w:pPr>
              <w:rPr>
                <w:b/>
                <w:color w:val="000000"/>
                <w:sz w:val="19"/>
                <w:lang w:val="es-PY"/>
              </w:rPr>
            </w:pPr>
          </w:p>
          <w:p w14:paraId="62C98CC3" w14:textId="77777777" w:rsidR="009E248B" w:rsidRDefault="009E248B" w:rsidP="00A3110F">
            <w:pPr>
              <w:rPr>
                <w:b/>
                <w:color w:val="000000"/>
                <w:sz w:val="19"/>
                <w:lang w:val="es-PY"/>
              </w:rPr>
            </w:pPr>
          </w:p>
          <w:p w14:paraId="095473C6" w14:textId="77777777" w:rsidR="009E248B" w:rsidRDefault="009E248B" w:rsidP="00A3110F">
            <w:pPr>
              <w:rPr>
                <w:b/>
                <w:color w:val="000000"/>
                <w:sz w:val="19"/>
                <w:lang w:val="es-PY"/>
              </w:rPr>
            </w:pPr>
          </w:p>
          <w:p w14:paraId="3D461027" w14:textId="77777777" w:rsidR="009E248B" w:rsidRDefault="009E248B" w:rsidP="00A3110F">
            <w:pPr>
              <w:rPr>
                <w:b/>
                <w:color w:val="000000"/>
                <w:sz w:val="19"/>
                <w:lang w:val="es-PY"/>
              </w:rPr>
            </w:pPr>
          </w:p>
          <w:p w14:paraId="44F6D2EA" w14:textId="77777777" w:rsidR="009E248B" w:rsidRDefault="009E248B" w:rsidP="00A3110F">
            <w:pPr>
              <w:rPr>
                <w:b/>
                <w:color w:val="000000"/>
                <w:sz w:val="19"/>
                <w:lang w:val="es-PY"/>
              </w:rPr>
            </w:pPr>
          </w:p>
          <w:p w14:paraId="1EF9E448" w14:textId="4D23980F" w:rsidR="00A3110F" w:rsidRPr="00E26089" w:rsidRDefault="00A3110F" w:rsidP="00A3110F">
            <w:pPr>
              <w:rPr>
                <w:b/>
                <w:color w:val="000000"/>
                <w:sz w:val="19"/>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73B765EF" w14:textId="77777777" w:rsidR="009E248B" w:rsidRDefault="009E248B" w:rsidP="00A3110F">
            <w:pPr>
              <w:rPr>
                <w:b/>
                <w:color w:val="000000"/>
                <w:sz w:val="19"/>
              </w:rPr>
            </w:pPr>
          </w:p>
        </w:tc>
      </w:tr>
      <w:bookmarkEnd w:id="0"/>
    </w:tbl>
    <w:p w14:paraId="5DE6983A" w14:textId="77777777" w:rsidR="004C24F7" w:rsidRDefault="004C24F7"/>
    <w:tbl>
      <w:tblPr>
        <w:tblW w:w="0" w:type="auto"/>
        <w:jc w:val="center"/>
        <w:tblLayout w:type="fixed"/>
        <w:tblLook w:val="04A0" w:firstRow="1" w:lastRow="0" w:firstColumn="1" w:lastColumn="0" w:noHBand="0" w:noVBand="1"/>
      </w:tblPr>
      <w:tblGrid>
        <w:gridCol w:w="1962"/>
        <w:gridCol w:w="5330"/>
        <w:gridCol w:w="684"/>
        <w:gridCol w:w="684"/>
        <w:gridCol w:w="697"/>
      </w:tblGrid>
      <w:tr w:rsidR="004C24F7" w14:paraId="42AF739A" w14:textId="77777777" w:rsidTr="009A347B">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A52D931" w14:textId="30E5E9F3" w:rsidR="004C24F7" w:rsidRDefault="004C24F7" w:rsidP="009A347B">
            <w:pPr>
              <w:jc w:val="center"/>
            </w:pPr>
            <w:r>
              <w:rPr>
                <w:b/>
                <w:color w:val="000000"/>
              </w:rPr>
              <w:lastRenderedPageBreak/>
              <w:t>Criterio 4.3</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762FBB3" w14:textId="77777777" w:rsidR="004C24F7" w:rsidRDefault="004C24F7" w:rsidP="009A347B">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B5EE622" w14:textId="77777777" w:rsidR="004C24F7" w:rsidRDefault="004C24F7" w:rsidP="009A347B">
            <w:pPr>
              <w:jc w:val="center"/>
            </w:pPr>
            <w:r>
              <w:rPr>
                <w:b/>
                <w:color w:val="000000"/>
              </w:rPr>
              <w:t>Nivel de cumplimiento</w:t>
            </w:r>
          </w:p>
        </w:tc>
      </w:tr>
      <w:tr w:rsidR="004C24F7" w14:paraId="26F54315" w14:textId="77777777" w:rsidTr="009A347B">
        <w:trPr>
          <w:cantSplit/>
          <w:trHeight w:hRule="exact" w:val="408"/>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FF2BF33" w14:textId="77777777" w:rsidR="004C24F7" w:rsidRDefault="004C24F7" w:rsidP="009A347B"/>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E9DE2B6" w14:textId="77777777" w:rsidR="004C24F7" w:rsidRDefault="004C24F7" w:rsidP="009A347B"/>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A0F627F" w14:textId="77777777" w:rsidR="004C24F7" w:rsidRDefault="004C24F7" w:rsidP="009A347B">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B4257B7" w14:textId="77777777" w:rsidR="004C24F7" w:rsidRDefault="004C24F7" w:rsidP="009A347B">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B2BB617" w14:textId="77777777" w:rsidR="004C24F7" w:rsidRDefault="004C24F7" w:rsidP="009A347B">
            <w:pPr>
              <w:jc w:val="center"/>
            </w:pPr>
            <w:r>
              <w:rPr>
                <w:b/>
                <w:color w:val="000000"/>
              </w:rPr>
              <w:t>NC</w:t>
            </w:r>
          </w:p>
        </w:tc>
      </w:tr>
      <w:tr w:rsidR="004C24F7" w:rsidRPr="00267D20" w14:paraId="484CEA27" w14:textId="77777777" w:rsidTr="00267D20">
        <w:trPr>
          <w:cantSplit/>
          <w:trHeight w:val="59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A1B5558" w14:textId="41181E7A" w:rsidR="004C24F7" w:rsidRPr="00637CEC" w:rsidRDefault="004C24F7" w:rsidP="004C24F7">
            <w:pPr>
              <w:jc w:val="center"/>
              <w:rPr>
                <w:lang w:val="es-PY"/>
              </w:rPr>
            </w:pPr>
            <w:r w:rsidRPr="00BF74F5">
              <w:rPr>
                <w:b/>
                <w:color w:val="000000"/>
                <w:sz w:val="19"/>
                <w:lang w:val="es-PY"/>
              </w:rPr>
              <w:t>Impacto de la aplicación e innovación en la práctica profesional.</w:t>
            </w:r>
            <w:r w:rsidRPr="00BF74F5">
              <w:rPr>
                <w:b/>
                <w:color w:val="E31B23"/>
                <w:sz w:val="19"/>
                <w:lang w:val="es-PY"/>
              </w:rPr>
              <w:br/>
            </w:r>
            <w:r w:rsidRPr="002457D6">
              <w:rPr>
                <w:b/>
                <w:color w:val="E31B23"/>
                <w:sz w:val="19"/>
                <w:lang w:val="es-PY"/>
              </w:rPr>
              <w:t>(Sustantivo)</w:t>
            </w:r>
          </w:p>
        </w:tc>
        <w:tc>
          <w:tcPr>
            <w:tcW w:w="5330" w:type="dxa"/>
            <w:tcBorders>
              <w:top w:val="single" w:sz="5" w:space="0" w:color="444444"/>
              <w:left w:val="single" w:sz="5" w:space="0" w:color="444444"/>
              <w:bottom w:val="single" w:sz="5" w:space="0" w:color="444444"/>
              <w:right w:val="single" w:sz="5" w:space="0" w:color="444444"/>
            </w:tcBorders>
            <w:shd w:val="clear" w:color="auto" w:fill="FFFFCC"/>
            <w:tcMar>
              <w:top w:w="55" w:type="dxa"/>
              <w:left w:w="70" w:type="dxa"/>
              <w:bottom w:w="55" w:type="dxa"/>
              <w:right w:w="70" w:type="dxa"/>
            </w:tcMar>
            <w:vAlign w:val="center"/>
          </w:tcPr>
          <w:p w14:paraId="75A5ED34" w14:textId="45441AC8" w:rsidR="004C24F7" w:rsidRPr="00F337DF" w:rsidRDefault="004C24F7" w:rsidP="004C24F7">
            <w:pPr>
              <w:jc w:val="both"/>
              <w:rPr>
                <w:lang w:val="es-PY"/>
              </w:rPr>
            </w:pPr>
            <w:r w:rsidRPr="00BF74F5">
              <w:rPr>
                <w:color w:val="000000"/>
                <w:sz w:val="18"/>
                <w:lang w:val="es-PY"/>
              </w:rPr>
              <w:t>a. El programa promueve la generación de conocimiento aplicado, orientado a la solución de problemas relevantes del campo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89D4BB"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B2F90E"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8094FF2" w14:textId="77777777" w:rsidR="004C24F7" w:rsidRPr="005D12D8" w:rsidRDefault="004C24F7" w:rsidP="004C24F7">
            <w:pPr>
              <w:jc w:val="center"/>
              <w:rPr>
                <w:lang w:val="es-PY"/>
              </w:rPr>
            </w:pPr>
          </w:p>
        </w:tc>
      </w:tr>
      <w:tr w:rsidR="004C24F7" w:rsidRPr="00267D20" w14:paraId="61AFAF74" w14:textId="77777777" w:rsidTr="00267D20">
        <w:trPr>
          <w:cantSplit/>
          <w:trHeight w:val="45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9BFC1F2" w14:textId="77777777" w:rsidR="004C24F7" w:rsidRPr="005D12D8" w:rsidRDefault="004C24F7" w:rsidP="004C24F7">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CC"/>
            <w:tcMar>
              <w:top w:w="55" w:type="dxa"/>
              <w:left w:w="70" w:type="dxa"/>
              <w:bottom w:w="55" w:type="dxa"/>
              <w:right w:w="70" w:type="dxa"/>
            </w:tcMar>
            <w:vAlign w:val="center"/>
          </w:tcPr>
          <w:p w14:paraId="5C802A58" w14:textId="663C5A05" w:rsidR="004C24F7" w:rsidRPr="00F337DF" w:rsidRDefault="004C24F7" w:rsidP="004C24F7">
            <w:pPr>
              <w:jc w:val="both"/>
              <w:rPr>
                <w:lang w:val="es-PY"/>
              </w:rPr>
            </w:pPr>
            <w:r w:rsidRPr="00BF74F5">
              <w:rPr>
                <w:color w:val="000000"/>
                <w:sz w:val="18"/>
                <w:lang w:val="es-PY"/>
              </w:rPr>
              <w:t>b. Las tesis doctorales incluyen diagnósticos, propuestas o soluciones innovadoras vinculadas a contextos profesionales específicos.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BE54C1C"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6A5955A"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5F8CF6" w14:textId="77777777" w:rsidR="004C24F7" w:rsidRPr="005D12D8" w:rsidRDefault="004C24F7" w:rsidP="004C24F7">
            <w:pPr>
              <w:jc w:val="center"/>
              <w:rPr>
                <w:lang w:val="es-PY"/>
              </w:rPr>
            </w:pPr>
          </w:p>
        </w:tc>
      </w:tr>
      <w:tr w:rsidR="004C24F7" w:rsidRPr="00267D20" w14:paraId="43F1DC8B" w14:textId="77777777" w:rsidTr="00267D20">
        <w:trPr>
          <w:cantSplit/>
          <w:trHeight w:val="43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BEAD92C" w14:textId="77777777" w:rsidR="004C24F7" w:rsidRPr="005D12D8" w:rsidRDefault="004C24F7" w:rsidP="004C24F7">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CC"/>
            <w:tcMar>
              <w:top w:w="55" w:type="dxa"/>
              <w:left w:w="70" w:type="dxa"/>
              <w:bottom w:w="55" w:type="dxa"/>
              <w:right w:w="70" w:type="dxa"/>
            </w:tcMar>
            <w:vAlign w:val="center"/>
          </w:tcPr>
          <w:p w14:paraId="6B9A3344" w14:textId="70CEB91A" w:rsidR="004C24F7" w:rsidRPr="00E26089" w:rsidRDefault="004C24F7" w:rsidP="004C24F7">
            <w:pPr>
              <w:jc w:val="both"/>
              <w:rPr>
                <w:lang w:val="es-PY"/>
              </w:rPr>
            </w:pPr>
            <w:r w:rsidRPr="00BF74F5">
              <w:rPr>
                <w:color w:val="000000"/>
                <w:sz w:val="18"/>
                <w:lang w:val="es-PY"/>
              </w:rPr>
              <w:t>c. Se evidencia la participación de actores del entorno profesional en el desarrollo, tutoría o evaluación de las investigaciones doctorales.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5ADA015"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0E2FA27"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EA390AB" w14:textId="77777777" w:rsidR="004C24F7" w:rsidRPr="005D12D8" w:rsidRDefault="004C24F7" w:rsidP="004C24F7">
            <w:pPr>
              <w:jc w:val="center"/>
              <w:rPr>
                <w:lang w:val="es-PY"/>
              </w:rPr>
            </w:pPr>
          </w:p>
        </w:tc>
      </w:tr>
      <w:tr w:rsidR="004C24F7" w:rsidRPr="00267D20" w14:paraId="752793C9" w14:textId="77777777" w:rsidTr="00267D20">
        <w:trPr>
          <w:cantSplit/>
          <w:trHeight w:val="44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0A693F8" w14:textId="77777777" w:rsidR="004C24F7" w:rsidRPr="005D12D8" w:rsidRDefault="004C24F7" w:rsidP="004C24F7">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CC"/>
            <w:tcMar>
              <w:top w:w="55" w:type="dxa"/>
              <w:left w:w="70" w:type="dxa"/>
              <w:bottom w:w="55" w:type="dxa"/>
              <w:right w:w="70" w:type="dxa"/>
            </w:tcMar>
            <w:vAlign w:val="center"/>
          </w:tcPr>
          <w:p w14:paraId="018751E9" w14:textId="27CC9F44" w:rsidR="004C24F7" w:rsidRPr="00F337DF" w:rsidRDefault="004C24F7" w:rsidP="004C24F7">
            <w:pPr>
              <w:jc w:val="both"/>
              <w:rPr>
                <w:lang w:val="es-PY"/>
              </w:rPr>
            </w:pPr>
            <w:r w:rsidRPr="00446BE8">
              <w:rPr>
                <w:sz w:val="18"/>
                <w:szCs w:val="18"/>
                <w:lang w:val="es-PY"/>
              </w:rPr>
              <w:t>d. Los resultados de las tesis doctorales se aplican en contextos profesionales y generan mejoras o innovaciones verificables.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5E0FB1"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68CCE0C"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2C97202" w14:textId="77777777" w:rsidR="004C24F7" w:rsidRPr="005D12D8" w:rsidRDefault="004C24F7" w:rsidP="004C24F7">
            <w:pPr>
              <w:jc w:val="center"/>
              <w:rPr>
                <w:lang w:val="es-PY"/>
              </w:rPr>
            </w:pPr>
          </w:p>
        </w:tc>
      </w:tr>
      <w:tr w:rsidR="004C24F7" w:rsidRPr="00267D20" w14:paraId="1C98146B" w14:textId="77777777" w:rsidTr="00267D20">
        <w:trPr>
          <w:cantSplit/>
          <w:trHeight w:val="59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A5D76CA" w14:textId="77777777" w:rsidR="004C24F7" w:rsidRPr="005D12D8" w:rsidRDefault="004C24F7" w:rsidP="004C24F7">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CC"/>
            <w:tcMar>
              <w:top w:w="55" w:type="dxa"/>
              <w:left w:w="70" w:type="dxa"/>
              <w:bottom w:w="55" w:type="dxa"/>
              <w:right w:w="70" w:type="dxa"/>
            </w:tcMar>
            <w:vAlign w:val="center"/>
          </w:tcPr>
          <w:p w14:paraId="3EA2E518" w14:textId="4E0B560F" w:rsidR="004C24F7" w:rsidRPr="00F337DF" w:rsidRDefault="004C24F7" w:rsidP="004C24F7">
            <w:pPr>
              <w:jc w:val="both"/>
              <w:rPr>
                <w:lang w:val="es-PY"/>
              </w:rPr>
            </w:pPr>
            <w:r w:rsidRPr="00BF74F5">
              <w:rPr>
                <w:color w:val="000000"/>
                <w:sz w:val="18"/>
                <w:lang w:val="es-PY"/>
              </w:rPr>
              <w:t>e. El programa cuenta con mecanismos sistemáticos de articulación con el entorno profesional que facilitan la transferencia y validación del conocimiento en la práctica.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A3BAF07"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B642D6"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12ED46D" w14:textId="77777777" w:rsidR="004C24F7" w:rsidRPr="005D12D8" w:rsidRDefault="004C24F7" w:rsidP="004C24F7">
            <w:pPr>
              <w:jc w:val="center"/>
              <w:rPr>
                <w:lang w:val="es-PY"/>
              </w:rPr>
            </w:pPr>
          </w:p>
        </w:tc>
      </w:tr>
      <w:tr w:rsidR="004C24F7" w14:paraId="1D3C08D8" w14:textId="77777777" w:rsidTr="009A347B">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15416E7" w14:textId="77777777" w:rsidR="004C24F7" w:rsidRPr="00E26089" w:rsidRDefault="004C24F7" w:rsidP="004C24F7">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1FF6113" w14:textId="77777777" w:rsidR="004C24F7" w:rsidRDefault="004C24F7" w:rsidP="004C24F7">
            <w:pPr>
              <w:jc w:val="center"/>
            </w:pPr>
            <w:r>
              <w:rPr>
                <w:b/>
                <w:color w:val="000000"/>
                <w:sz w:val="19"/>
              </w:rPr>
              <w:t>Medios de verificación</w:t>
            </w:r>
          </w:p>
        </w:tc>
      </w:tr>
      <w:tr w:rsidR="004C24F7" w14:paraId="01003D10" w14:textId="77777777" w:rsidTr="004C24F7">
        <w:trPr>
          <w:cantSplit/>
          <w:trHeight w:hRule="exact" w:val="7904"/>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232C1260" w14:textId="77777777" w:rsidR="004C24F7" w:rsidRDefault="004C24F7" w:rsidP="004C24F7">
            <w:pPr>
              <w:rPr>
                <w:b/>
                <w:color w:val="000000"/>
                <w:sz w:val="19"/>
                <w:lang w:val="es-PY"/>
              </w:rPr>
            </w:pPr>
          </w:p>
          <w:p w14:paraId="6CC9A06C" w14:textId="77777777" w:rsidR="004C24F7" w:rsidRDefault="004C24F7" w:rsidP="004C24F7">
            <w:pPr>
              <w:rPr>
                <w:b/>
                <w:color w:val="000000"/>
                <w:sz w:val="19"/>
                <w:lang w:val="es-PY"/>
              </w:rPr>
            </w:pPr>
          </w:p>
          <w:p w14:paraId="0E1C4E3E" w14:textId="77777777" w:rsidR="004C24F7" w:rsidRDefault="004C24F7" w:rsidP="004C24F7">
            <w:pPr>
              <w:rPr>
                <w:b/>
                <w:color w:val="000000"/>
                <w:sz w:val="19"/>
                <w:lang w:val="es-PY"/>
              </w:rPr>
            </w:pPr>
          </w:p>
          <w:p w14:paraId="6EF24F80" w14:textId="77777777" w:rsidR="004C24F7" w:rsidRDefault="004C24F7" w:rsidP="004C24F7">
            <w:pPr>
              <w:rPr>
                <w:b/>
                <w:color w:val="000000"/>
                <w:sz w:val="19"/>
                <w:lang w:val="es-PY"/>
              </w:rPr>
            </w:pPr>
          </w:p>
          <w:p w14:paraId="60E0DD6E" w14:textId="77777777" w:rsidR="004C24F7" w:rsidRDefault="004C24F7" w:rsidP="004C24F7">
            <w:pPr>
              <w:rPr>
                <w:b/>
                <w:color w:val="000000"/>
                <w:sz w:val="19"/>
                <w:lang w:val="es-PY"/>
              </w:rPr>
            </w:pPr>
          </w:p>
          <w:p w14:paraId="2D9BAF96" w14:textId="77777777" w:rsidR="004C24F7" w:rsidRDefault="004C24F7" w:rsidP="004C24F7">
            <w:pPr>
              <w:rPr>
                <w:b/>
                <w:color w:val="000000"/>
                <w:sz w:val="19"/>
                <w:lang w:val="es-PY"/>
              </w:rPr>
            </w:pPr>
          </w:p>
          <w:p w14:paraId="48ABD32D" w14:textId="77777777" w:rsidR="004C24F7" w:rsidRDefault="004C24F7" w:rsidP="004C24F7">
            <w:pPr>
              <w:rPr>
                <w:b/>
                <w:color w:val="000000"/>
                <w:sz w:val="19"/>
                <w:lang w:val="es-PY"/>
              </w:rPr>
            </w:pPr>
          </w:p>
          <w:p w14:paraId="02D13C58" w14:textId="77777777" w:rsidR="004C24F7" w:rsidRDefault="004C24F7" w:rsidP="004C24F7">
            <w:pPr>
              <w:rPr>
                <w:b/>
                <w:color w:val="000000"/>
                <w:sz w:val="19"/>
                <w:lang w:val="es-PY"/>
              </w:rPr>
            </w:pPr>
          </w:p>
          <w:p w14:paraId="3004AB06" w14:textId="77777777" w:rsidR="004C24F7" w:rsidRDefault="004C24F7" w:rsidP="004C24F7">
            <w:pPr>
              <w:rPr>
                <w:b/>
                <w:color w:val="000000"/>
                <w:sz w:val="19"/>
                <w:lang w:val="es-PY"/>
              </w:rPr>
            </w:pPr>
          </w:p>
          <w:p w14:paraId="3E21E1B8" w14:textId="77777777" w:rsidR="004C24F7" w:rsidRDefault="004C24F7" w:rsidP="004C24F7">
            <w:pPr>
              <w:rPr>
                <w:b/>
                <w:color w:val="000000"/>
                <w:sz w:val="19"/>
                <w:lang w:val="es-PY"/>
              </w:rPr>
            </w:pPr>
          </w:p>
          <w:p w14:paraId="34DD26D6" w14:textId="77777777" w:rsidR="004C24F7" w:rsidRDefault="004C24F7" w:rsidP="004C24F7">
            <w:pPr>
              <w:rPr>
                <w:b/>
                <w:color w:val="000000"/>
                <w:sz w:val="19"/>
                <w:lang w:val="es-PY"/>
              </w:rPr>
            </w:pPr>
          </w:p>
          <w:p w14:paraId="2327B52A" w14:textId="77777777" w:rsidR="004C24F7" w:rsidRDefault="004C24F7" w:rsidP="004C24F7">
            <w:pPr>
              <w:rPr>
                <w:b/>
                <w:color w:val="000000"/>
                <w:sz w:val="19"/>
                <w:lang w:val="es-PY"/>
              </w:rPr>
            </w:pPr>
          </w:p>
          <w:p w14:paraId="455DC26E" w14:textId="77777777" w:rsidR="004C24F7" w:rsidRDefault="004C24F7" w:rsidP="004C24F7">
            <w:pPr>
              <w:rPr>
                <w:b/>
                <w:color w:val="000000"/>
                <w:sz w:val="19"/>
                <w:lang w:val="es-PY"/>
              </w:rPr>
            </w:pPr>
          </w:p>
          <w:p w14:paraId="38F8DC50" w14:textId="77777777" w:rsidR="004C24F7" w:rsidRDefault="004C24F7" w:rsidP="004C24F7">
            <w:pPr>
              <w:rPr>
                <w:b/>
                <w:color w:val="000000"/>
                <w:sz w:val="19"/>
                <w:lang w:val="es-PY"/>
              </w:rPr>
            </w:pPr>
          </w:p>
          <w:p w14:paraId="3E28C78C" w14:textId="77777777" w:rsidR="004C24F7" w:rsidRDefault="004C24F7" w:rsidP="004C24F7">
            <w:pPr>
              <w:rPr>
                <w:b/>
                <w:color w:val="000000"/>
                <w:sz w:val="19"/>
                <w:lang w:val="es-PY"/>
              </w:rPr>
            </w:pPr>
          </w:p>
          <w:p w14:paraId="3D7C2192" w14:textId="77777777" w:rsidR="004C24F7" w:rsidRDefault="004C24F7" w:rsidP="004C24F7">
            <w:pPr>
              <w:rPr>
                <w:b/>
                <w:color w:val="000000"/>
                <w:sz w:val="19"/>
                <w:lang w:val="es-PY"/>
              </w:rPr>
            </w:pPr>
          </w:p>
          <w:p w14:paraId="5E20C477" w14:textId="77777777" w:rsidR="004C24F7" w:rsidRDefault="004C24F7" w:rsidP="004C24F7">
            <w:pPr>
              <w:rPr>
                <w:b/>
                <w:color w:val="000000"/>
                <w:sz w:val="19"/>
                <w:lang w:val="es-PY"/>
              </w:rPr>
            </w:pPr>
          </w:p>
          <w:p w14:paraId="2A1DEEAF" w14:textId="77777777" w:rsidR="004C24F7" w:rsidRPr="00E26089" w:rsidRDefault="004C24F7" w:rsidP="004C24F7">
            <w:pPr>
              <w:rPr>
                <w:b/>
                <w:color w:val="000000"/>
                <w:sz w:val="19"/>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595A872A" w14:textId="77777777" w:rsidR="004C24F7" w:rsidRDefault="004C24F7" w:rsidP="004C24F7">
            <w:pPr>
              <w:rPr>
                <w:b/>
                <w:color w:val="000000"/>
                <w:sz w:val="19"/>
              </w:rPr>
            </w:pPr>
          </w:p>
        </w:tc>
      </w:tr>
    </w:tbl>
    <w:p w14:paraId="07287AC6" w14:textId="77777777" w:rsidR="004C24F7" w:rsidRDefault="004C24F7">
      <w:pPr>
        <w:spacing w:after="200" w:line="276" w:lineRule="auto"/>
      </w:pPr>
      <w:r>
        <w:br w:type="page"/>
      </w:r>
    </w:p>
    <w:tbl>
      <w:tblPr>
        <w:tblW w:w="0" w:type="auto"/>
        <w:jc w:val="center"/>
        <w:tblLayout w:type="fixed"/>
        <w:tblLook w:val="04A0" w:firstRow="1" w:lastRow="0" w:firstColumn="1" w:lastColumn="0" w:noHBand="0" w:noVBand="1"/>
      </w:tblPr>
      <w:tblGrid>
        <w:gridCol w:w="4678"/>
        <w:gridCol w:w="4678"/>
      </w:tblGrid>
      <w:tr w:rsidR="004C24F7" w:rsidRPr="00267D20" w14:paraId="3F7F6A38" w14:textId="77777777" w:rsidTr="009A347B">
        <w:trPr>
          <w:cantSplit/>
          <w:trHeight w:hRule="exact" w:val="377"/>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A919EA0" w14:textId="77777777" w:rsidR="004C24F7" w:rsidRPr="00735EB3" w:rsidRDefault="004C24F7" w:rsidP="009A347B">
            <w:pPr>
              <w:jc w:val="center"/>
              <w:rPr>
                <w:b/>
                <w:color w:val="000000"/>
                <w:szCs w:val="20"/>
                <w:lang w:val="es-PY"/>
              </w:rPr>
            </w:pPr>
            <w:r w:rsidRPr="00735EB3">
              <w:rPr>
                <w:b/>
                <w:color w:val="000000"/>
                <w:szCs w:val="20"/>
                <w:lang w:val="es-PY"/>
              </w:rPr>
              <w:lastRenderedPageBreak/>
              <w:t>Fortalezas y debilidades del cumplimiento de criterios de la dimensión evaluada</w:t>
            </w:r>
          </w:p>
        </w:tc>
      </w:tr>
      <w:tr w:rsidR="004C24F7" w14:paraId="0DC781E6" w14:textId="77777777" w:rsidTr="009A347B">
        <w:trPr>
          <w:cantSplit/>
          <w:trHeight w:hRule="exact" w:val="399"/>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161AB732" w14:textId="77777777" w:rsidR="004C24F7" w:rsidRDefault="004C24F7" w:rsidP="009A347B">
            <w:pPr>
              <w:jc w:val="center"/>
              <w:rPr>
                <w:b/>
                <w:color w:val="000000"/>
              </w:rPr>
            </w:pPr>
            <w:proofErr w:type="spellStart"/>
            <w:r>
              <w:rPr>
                <w:b/>
                <w:color w:val="000000"/>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19F2AC45" w14:textId="77777777" w:rsidR="004C24F7" w:rsidRDefault="004C24F7" w:rsidP="009A347B">
            <w:pPr>
              <w:jc w:val="center"/>
              <w:rPr>
                <w:b/>
                <w:color w:val="000000"/>
              </w:rPr>
            </w:pPr>
            <w:proofErr w:type="spellStart"/>
            <w:r>
              <w:rPr>
                <w:b/>
                <w:color w:val="000000"/>
              </w:rPr>
              <w:t>Debilidades</w:t>
            </w:r>
            <w:proofErr w:type="spellEnd"/>
          </w:p>
        </w:tc>
      </w:tr>
      <w:tr w:rsidR="004C24F7" w14:paraId="6AB3D6AB" w14:textId="77777777" w:rsidTr="009A347B">
        <w:trPr>
          <w:cantSplit/>
          <w:trHeight w:hRule="exact" w:val="6330"/>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9CF1C30" w14:textId="77777777" w:rsidR="004C24F7" w:rsidRDefault="004C24F7" w:rsidP="009A347B">
            <w:pPr>
              <w:jc w:val="both"/>
              <w:rPr>
                <w:b/>
                <w:color w:val="000000"/>
              </w:rPr>
            </w:pPr>
          </w:p>
          <w:p w14:paraId="597929CA" w14:textId="77777777" w:rsidR="004C24F7" w:rsidRDefault="004C24F7" w:rsidP="009A347B">
            <w:pPr>
              <w:jc w:val="both"/>
              <w:rPr>
                <w:b/>
                <w:color w:val="000000"/>
              </w:rPr>
            </w:pPr>
          </w:p>
          <w:p w14:paraId="184507BF" w14:textId="77777777" w:rsidR="004C24F7" w:rsidRDefault="004C24F7" w:rsidP="009A347B">
            <w:pPr>
              <w:jc w:val="both"/>
              <w:rPr>
                <w:b/>
                <w:color w:val="000000"/>
              </w:rPr>
            </w:pPr>
          </w:p>
          <w:p w14:paraId="2B46EA4D" w14:textId="77777777" w:rsidR="004C24F7" w:rsidRDefault="004C24F7" w:rsidP="009A347B">
            <w:pPr>
              <w:jc w:val="both"/>
              <w:rPr>
                <w:b/>
                <w:color w:val="000000"/>
              </w:rPr>
            </w:pPr>
          </w:p>
          <w:p w14:paraId="5A97637D" w14:textId="77777777" w:rsidR="004C24F7" w:rsidRDefault="004C24F7" w:rsidP="009A347B">
            <w:pPr>
              <w:jc w:val="both"/>
              <w:rPr>
                <w:b/>
                <w:color w:val="000000"/>
              </w:rPr>
            </w:pPr>
          </w:p>
          <w:p w14:paraId="7CD0923D" w14:textId="77777777" w:rsidR="004C24F7" w:rsidRDefault="004C24F7" w:rsidP="009A347B">
            <w:pPr>
              <w:jc w:val="both"/>
              <w:rPr>
                <w:b/>
                <w:color w:val="000000"/>
              </w:rPr>
            </w:pPr>
          </w:p>
          <w:p w14:paraId="68873A93" w14:textId="77777777" w:rsidR="004C24F7" w:rsidRDefault="004C24F7" w:rsidP="009A347B">
            <w:pPr>
              <w:jc w:val="both"/>
              <w:rPr>
                <w:b/>
                <w:color w:val="000000"/>
              </w:rPr>
            </w:pPr>
          </w:p>
          <w:p w14:paraId="26DF0287" w14:textId="77777777" w:rsidR="004C24F7" w:rsidRDefault="004C24F7" w:rsidP="009A347B">
            <w:pPr>
              <w:jc w:val="both"/>
              <w:rPr>
                <w:b/>
                <w:color w:val="000000"/>
              </w:rPr>
            </w:pPr>
          </w:p>
          <w:p w14:paraId="5470C8D0" w14:textId="77777777" w:rsidR="004C24F7" w:rsidRDefault="004C24F7" w:rsidP="009A347B">
            <w:pPr>
              <w:jc w:val="both"/>
              <w:rPr>
                <w:b/>
                <w:color w:val="000000"/>
              </w:rPr>
            </w:pPr>
          </w:p>
          <w:p w14:paraId="05D4B041" w14:textId="77777777" w:rsidR="004C24F7" w:rsidRDefault="004C24F7" w:rsidP="009A347B">
            <w:pPr>
              <w:jc w:val="both"/>
              <w:rPr>
                <w:b/>
                <w:color w:val="000000"/>
              </w:rPr>
            </w:pPr>
          </w:p>
          <w:p w14:paraId="4B7A552D" w14:textId="77777777" w:rsidR="004C24F7" w:rsidRDefault="004C24F7" w:rsidP="009A347B">
            <w:pPr>
              <w:jc w:val="both"/>
              <w:rPr>
                <w:b/>
                <w:color w:val="000000"/>
              </w:rPr>
            </w:pPr>
          </w:p>
          <w:p w14:paraId="2F227597" w14:textId="77777777" w:rsidR="004C24F7" w:rsidRDefault="004C24F7" w:rsidP="009A347B">
            <w:pPr>
              <w:jc w:val="both"/>
              <w:rPr>
                <w:b/>
                <w:color w:val="000000"/>
              </w:rPr>
            </w:pPr>
          </w:p>
          <w:p w14:paraId="5805FE51" w14:textId="77777777" w:rsidR="004C24F7" w:rsidRDefault="004C24F7" w:rsidP="009A347B">
            <w:pPr>
              <w:jc w:val="both"/>
              <w:rPr>
                <w:b/>
                <w:color w:val="000000"/>
              </w:rPr>
            </w:pPr>
          </w:p>
          <w:p w14:paraId="78FA48CE" w14:textId="77777777" w:rsidR="004C24F7" w:rsidRDefault="004C24F7" w:rsidP="009A347B">
            <w:pPr>
              <w:jc w:val="both"/>
              <w:rPr>
                <w:b/>
                <w:color w:val="000000"/>
              </w:rPr>
            </w:pPr>
          </w:p>
          <w:p w14:paraId="34C80FCE" w14:textId="77777777" w:rsidR="004C24F7" w:rsidRDefault="004C24F7" w:rsidP="009A347B">
            <w:pPr>
              <w:jc w:val="both"/>
              <w:rPr>
                <w:b/>
                <w:color w:val="000000"/>
              </w:rPr>
            </w:pPr>
          </w:p>
          <w:p w14:paraId="7A132D2C" w14:textId="77777777" w:rsidR="004C24F7" w:rsidRDefault="004C24F7" w:rsidP="009A347B">
            <w:pPr>
              <w:jc w:val="both"/>
              <w:rPr>
                <w:b/>
                <w:color w:val="000000"/>
              </w:rPr>
            </w:pPr>
          </w:p>
        </w:tc>
        <w:tc>
          <w:tcPr>
            <w:tcW w:w="4678" w:type="dxa"/>
            <w:tcBorders>
              <w:top w:val="single" w:sz="6" w:space="0" w:color="000000"/>
              <w:left w:val="single" w:sz="6" w:space="0" w:color="000000"/>
              <w:bottom w:val="single" w:sz="6" w:space="0" w:color="000000"/>
              <w:right w:val="single" w:sz="6" w:space="0" w:color="000000"/>
            </w:tcBorders>
          </w:tcPr>
          <w:p w14:paraId="4CB8DAEF" w14:textId="77777777" w:rsidR="004C24F7" w:rsidRDefault="004C24F7" w:rsidP="009A347B">
            <w:pPr>
              <w:jc w:val="both"/>
              <w:rPr>
                <w:b/>
                <w:color w:val="000000"/>
              </w:rPr>
            </w:pPr>
          </w:p>
        </w:tc>
      </w:tr>
      <w:tr w:rsidR="004C24F7" w14:paraId="65CB3918" w14:textId="77777777" w:rsidTr="009A347B">
        <w:trPr>
          <w:cantSplit/>
          <w:trHeight w:hRule="exact" w:val="375"/>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03F41C7" w14:textId="77777777" w:rsidR="004C24F7" w:rsidRDefault="004C24F7" w:rsidP="009A347B">
            <w:pPr>
              <w:jc w:val="center"/>
            </w:pPr>
            <w:r>
              <w:rPr>
                <w:b/>
                <w:color w:val="000000"/>
              </w:rPr>
              <w:t>Oportunidades de mejora</w:t>
            </w:r>
          </w:p>
        </w:tc>
      </w:tr>
      <w:tr w:rsidR="004C24F7" w14:paraId="62F08DF7" w14:textId="77777777" w:rsidTr="009A347B">
        <w:trPr>
          <w:cantSplit/>
          <w:trHeight w:hRule="exact" w:val="5320"/>
          <w:jc w:val="center"/>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405A4AB3" w14:textId="77777777" w:rsidR="004C24F7" w:rsidRDefault="004C24F7" w:rsidP="009A347B">
            <w:pPr>
              <w:jc w:val="both"/>
              <w:rPr>
                <w:b/>
                <w:color w:val="000000"/>
              </w:rPr>
            </w:pPr>
          </w:p>
        </w:tc>
      </w:tr>
    </w:tbl>
    <w:p w14:paraId="60057A30" w14:textId="726AD2DE" w:rsidR="000C6B7D" w:rsidRDefault="00E26089">
      <w:r>
        <w:br w:type="page"/>
      </w:r>
    </w:p>
    <w:tbl>
      <w:tblPr>
        <w:tblW w:w="0" w:type="auto"/>
        <w:jc w:val="center"/>
        <w:tblLayout w:type="fixed"/>
        <w:tblLook w:val="04A0" w:firstRow="1" w:lastRow="0" w:firstColumn="1" w:lastColumn="0" w:noHBand="0" w:noVBand="1"/>
      </w:tblPr>
      <w:tblGrid>
        <w:gridCol w:w="9364"/>
      </w:tblGrid>
      <w:tr w:rsidR="000C6B7D" w:rsidRPr="00267D20" w14:paraId="6B2F911E" w14:textId="77777777" w:rsidTr="00FE3515">
        <w:trPr>
          <w:cantSplit/>
          <w:trHeight w:hRule="exact" w:val="432"/>
          <w:jc w:val="center"/>
        </w:trPr>
        <w:tc>
          <w:tcPr>
            <w:tcW w:w="9364"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55" w:type="dxa"/>
              <w:left w:w="70" w:type="dxa"/>
              <w:bottom w:w="55" w:type="dxa"/>
              <w:right w:w="70" w:type="dxa"/>
            </w:tcMar>
            <w:vAlign w:val="center"/>
          </w:tcPr>
          <w:p w14:paraId="61CF5CFF" w14:textId="13B0F70D" w:rsidR="000C6B7D" w:rsidRPr="00E26089" w:rsidRDefault="00FB7E82">
            <w:pPr>
              <w:rPr>
                <w:lang w:val="es-PY"/>
              </w:rPr>
            </w:pPr>
            <w:r>
              <w:rPr>
                <w:b/>
                <w:color w:val="FFFFFF"/>
                <w:shd w:val="clear" w:color="auto" w:fill="A6A6A6" w:themeFill="background1" w:themeFillShade="A6"/>
                <w:lang w:val="es-PY"/>
              </w:rPr>
              <w:lastRenderedPageBreak/>
              <w:t>6</w:t>
            </w:r>
            <w:r w:rsidR="00E26089" w:rsidRPr="00FE3515">
              <w:rPr>
                <w:b/>
                <w:color w:val="FFFFFF"/>
                <w:shd w:val="clear" w:color="auto" w:fill="A6A6A6" w:themeFill="background1" w:themeFillShade="A6"/>
                <w:lang w:val="es-PY"/>
              </w:rPr>
              <w:t>. CONCLUSIONES GENERALES Y VALORACIÓN GLOBAL</w:t>
            </w:r>
          </w:p>
        </w:tc>
      </w:tr>
      <w:tr w:rsidR="009A28C0" w:rsidRPr="00267D20" w14:paraId="4764FDA2" w14:textId="77777777" w:rsidTr="00A3110F">
        <w:trPr>
          <w:cantSplit/>
          <w:trHeight w:hRule="exact" w:val="11936"/>
          <w:jc w:val="center"/>
        </w:trPr>
        <w:tc>
          <w:tcPr>
            <w:tcW w:w="936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8E8B8BC" w14:textId="77777777" w:rsidR="009A28C0" w:rsidRPr="00F337DF" w:rsidRDefault="009A28C0" w:rsidP="00A3110F">
            <w:pPr>
              <w:pStyle w:val="NormalWeb"/>
              <w:spacing w:before="0" w:beforeAutospacing="0" w:after="0" w:afterAutospacing="0" w:line="276" w:lineRule="auto"/>
              <w:jc w:val="both"/>
              <w:rPr>
                <w:sz w:val="20"/>
                <w:szCs w:val="20"/>
              </w:rPr>
            </w:pPr>
            <w:r w:rsidRPr="00F337DF">
              <w:rPr>
                <w:rFonts w:ascii="Garamond" w:hAnsi="Garamond"/>
                <w:color w:val="A6A6A6"/>
                <w:sz w:val="20"/>
                <w:szCs w:val="20"/>
              </w:rPr>
              <w:t>Este apartado presenta la valoración global del estado de calidad de la oferta académica o institución, construida a partir de los resultados y hallazgos obtenidos durante el proceso de evaluación.</w:t>
            </w:r>
          </w:p>
          <w:p w14:paraId="6303C9C1" w14:textId="77777777" w:rsidR="009A28C0" w:rsidRPr="00F337DF" w:rsidRDefault="009A28C0" w:rsidP="00A3110F">
            <w:pPr>
              <w:pStyle w:val="NormalWeb"/>
              <w:spacing w:before="0" w:beforeAutospacing="0" w:after="0" w:afterAutospacing="0" w:line="276" w:lineRule="auto"/>
              <w:jc w:val="both"/>
              <w:rPr>
                <w:sz w:val="20"/>
                <w:szCs w:val="20"/>
              </w:rPr>
            </w:pPr>
            <w:r w:rsidRPr="00F337DF">
              <w:rPr>
                <w:rFonts w:ascii="Garamond" w:hAnsi="Garamond"/>
                <w:color w:val="A6A6A6"/>
                <w:sz w:val="20"/>
                <w:szCs w:val="20"/>
              </w:rPr>
              <w:t>La conclusión debe integrar los resultados de las dimensiones y criterios evaluados, destacando los principales logros y fortalezas, así como los aspectos que requieren mejora o fortalecimiento, de acuerdo con su relevancia para la calidad.</w:t>
            </w:r>
          </w:p>
          <w:p w14:paraId="235FD991" w14:textId="77777777" w:rsidR="009A28C0" w:rsidRPr="00F337DF" w:rsidRDefault="009A28C0" w:rsidP="00A3110F">
            <w:pPr>
              <w:pStyle w:val="NormalWeb"/>
              <w:spacing w:before="0" w:beforeAutospacing="0" w:after="0" w:afterAutospacing="0" w:line="276" w:lineRule="auto"/>
              <w:jc w:val="both"/>
              <w:rPr>
                <w:sz w:val="20"/>
                <w:szCs w:val="20"/>
              </w:rPr>
            </w:pPr>
            <w:r w:rsidRPr="00F337DF">
              <w:rPr>
                <w:rFonts w:ascii="Garamond" w:hAnsi="Garamond"/>
                <w:color w:val="A6A6A6"/>
                <w:sz w:val="20"/>
                <w:szCs w:val="20"/>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2F2A4B18" w14:textId="490C2AEB" w:rsidR="009A28C0" w:rsidRPr="00F337DF" w:rsidRDefault="009A28C0" w:rsidP="00A3110F">
            <w:pPr>
              <w:pStyle w:val="NormalWeb"/>
              <w:spacing w:before="0" w:beforeAutospacing="0" w:after="0" w:afterAutospacing="0" w:line="276" w:lineRule="auto"/>
              <w:jc w:val="both"/>
              <w:rPr>
                <w:rFonts w:ascii="Garamond" w:hAnsi="Garamond"/>
                <w:color w:val="A6A6A6"/>
                <w:sz w:val="20"/>
                <w:szCs w:val="20"/>
              </w:rPr>
            </w:pPr>
            <w:r w:rsidRPr="00F337DF">
              <w:rPr>
                <w:rFonts w:ascii="Garamond" w:hAnsi="Garamond"/>
                <w:color w:val="A6A6A6"/>
                <w:sz w:val="20"/>
                <w:szCs w:val="20"/>
              </w:rPr>
              <w:t>El juicio integrador debe sintetizar el nivel de desarrollo y calidad alcanzado, identificando los principales aspectos que sustentan la valoración obtenida y aquellos que requieren atención para orientar los procesos de mejora continua.</w:t>
            </w:r>
          </w:p>
          <w:p w14:paraId="72D75DEC" w14:textId="4B3B1DCC" w:rsidR="009A28C0" w:rsidRDefault="009A28C0" w:rsidP="00A3110F">
            <w:pPr>
              <w:pStyle w:val="NormalWeb"/>
              <w:spacing w:before="0" w:beforeAutospacing="0" w:after="0" w:afterAutospacing="0" w:line="276" w:lineRule="auto"/>
              <w:jc w:val="both"/>
            </w:pPr>
          </w:p>
          <w:p w14:paraId="35F2E6B7" w14:textId="4289B885" w:rsidR="009A28C0" w:rsidRDefault="009A28C0" w:rsidP="00A3110F">
            <w:pPr>
              <w:pStyle w:val="NormalWeb"/>
              <w:spacing w:before="0" w:beforeAutospacing="0" w:after="0" w:afterAutospacing="0" w:line="276" w:lineRule="auto"/>
              <w:jc w:val="both"/>
            </w:pPr>
          </w:p>
          <w:p w14:paraId="3878AF71" w14:textId="08EF55D3" w:rsidR="009A28C0" w:rsidRDefault="009A28C0" w:rsidP="00A3110F">
            <w:pPr>
              <w:pStyle w:val="NormalWeb"/>
              <w:spacing w:before="0" w:beforeAutospacing="0" w:after="0" w:afterAutospacing="0"/>
              <w:jc w:val="both"/>
            </w:pPr>
          </w:p>
          <w:p w14:paraId="60BC35F9" w14:textId="2F6F85BF" w:rsidR="009A28C0" w:rsidRDefault="009A28C0" w:rsidP="00A3110F">
            <w:pPr>
              <w:pStyle w:val="NormalWeb"/>
              <w:spacing w:before="0" w:beforeAutospacing="0" w:after="0" w:afterAutospacing="0"/>
              <w:jc w:val="both"/>
            </w:pPr>
          </w:p>
          <w:p w14:paraId="646AC6A1" w14:textId="77777777" w:rsidR="009A28C0" w:rsidRDefault="009A28C0" w:rsidP="00A3110F">
            <w:pPr>
              <w:pStyle w:val="NormalWeb"/>
              <w:spacing w:before="0" w:beforeAutospacing="0" w:after="0" w:afterAutospacing="0"/>
              <w:jc w:val="both"/>
            </w:pPr>
          </w:p>
          <w:p w14:paraId="492570D8" w14:textId="77777777" w:rsidR="009A28C0" w:rsidRDefault="009A28C0" w:rsidP="00A3110F">
            <w:pPr>
              <w:jc w:val="both"/>
              <w:rPr>
                <w:b/>
                <w:lang w:val="es-PY"/>
              </w:rPr>
            </w:pPr>
          </w:p>
          <w:p w14:paraId="54803E23" w14:textId="77777777" w:rsidR="009A28C0" w:rsidRDefault="009A28C0" w:rsidP="00A3110F">
            <w:pPr>
              <w:jc w:val="both"/>
              <w:rPr>
                <w:b/>
                <w:lang w:val="es-PY"/>
              </w:rPr>
            </w:pPr>
          </w:p>
          <w:p w14:paraId="67D2A9BB" w14:textId="77777777" w:rsidR="009A28C0" w:rsidRDefault="009A28C0" w:rsidP="00A3110F">
            <w:pPr>
              <w:jc w:val="both"/>
              <w:rPr>
                <w:b/>
                <w:lang w:val="es-PY"/>
              </w:rPr>
            </w:pPr>
          </w:p>
          <w:p w14:paraId="303FE3F3" w14:textId="77777777" w:rsidR="009A28C0" w:rsidRDefault="009A28C0" w:rsidP="00A3110F">
            <w:pPr>
              <w:jc w:val="both"/>
              <w:rPr>
                <w:b/>
                <w:lang w:val="es-PY"/>
              </w:rPr>
            </w:pPr>
          </w:p>
          <w:p w14:paraId="3633DB0B" w14:textId="77777777" w:rsidR="009A28C0" w:rsidRDefault="009A28C0" w:rsidP="00A3110F">
            <w:pPr>
              <w:jc w:val="both"/>
              <w:rPr>
                <w:b/>
                <w:lang w:val="es-PY"/>
              </w:rPr>
            </w:pPr>
          </w:p>
          <w:p w14:paraId="54014A48" w14:textId="77777777" w:rsidR="009A28C0" w:rsidRDefault="009A28C0" w:rsidP="00A3110F">
            <w:pPr>
              <w:jc w:val="both"/>
              <w:rPr>
                <w:b/>
                <w:lang w:val="es-PY"/>
              </w:rPr>
            </w:pPr>
          </w:p>
          <w:p w14:paraId="160D3D61" w14:textId="77777777" w:rsidR="009A28C0" w:rsidRDefault="009A28C0" w:rsidP="00A3110F">
            <w:pPr>
              <w:jc w:val="both"/>
              <w:rPr>
                <w:b/>
                <w:lang w:val="es-PY"/>
              </w:rPr>
            </w:pPr>
          </w:p>
          <w:p w14:paraId="1726BD62" w14:textId="77777777" w:rsidR="009A28C0" w:rsidRDefault="009A28C0" w:rsidP="00A3110F">
            <w:pPr>
              <w:jc w:val="both"/>
              <w:rPr>
                <w:b/>
                <w:lang w:val="es-PY"/>
              </w:rPr>
            </w:pPr>
          </w:p>
          <w:p w14:paraId="4D88B9DF" w14:textId="77777777" w:rsidR="009A28C0" w:rsidRDefault="009A28C0" w:rsidP="00A3110F">
            <w:pPr>
              <w:jc w:val="both"/>
              <w:rPr>
                <w:b/>
                <w:lang w:val="es-PY"/>
              </w:rPr>
            </w:pPr>
          </w:p>
          <w:p w14:paraId="2F75C3B7" w14:textId="77777777" w:rsidR="009A28C0" w:rsidRDefault="009A28C0" w:rsidP="00A3110F">
            <w:pPr>
              <w:jc w:val="both"/>
              <w:rPr>
                <w:b/>
                <w:lang w:val="es-PY"/>
              </w:rPr>
            </w:pPr>
          </w:p>
          <w:p w14:paraId="2377B0E1" w14:textId="77777777" w:rsidR="009A28C0" w:rsidRDefault="009A28C0" w:rsidP="00A3110F">
            <w:pPr>
              <w:jc w:val="both"/>
              <w:rPr>
                <w:b/>
                <w:lang w:val="es-PY"/>
              </w:rPr>
            </w:pPr>
          </w:p>
          <w:p w14:paraId="6677CABC" w14:textId="77777777" w:rsidR="009A28C0" w:rsidRDefault="009A28C0" w:rsidP="00A3110F">
            <w:pPr>
              <w:jc w:val="both"/>
              <w:rPr>
                <w:b/>
                <w:lang w:val="es-PY"/>
              </w:rPr>
            </w:pPr>
          </w:p>
          <w:p w14:paraId="2C9C3AE7" w14:textId="77777777" w:rsidR="009A28C0" w:rsidRDefault="009A28C0" w:rsidP="00A3110F">
            <w:pPr>
              <w:jc w:val="both"/>
              <w:rPr>
                <w:b/>
                <w:lang w:val="es-PY"/>
              </w:rPr>
            </w:pPr>
          </w:p>
          <w:p w14:paraId="27A80A84" w14:textId="77777777" w:rsidR="009A28C0" w:rsidRDefault="009A28C0" w:rsidP="00A3110F">
            <w:pPr>
              <w:jc w:val="both"/>
              <w:rPr>
                <w:b/>
                <w:lang w:val="es-PY"/>
              </w:rPr>
            </w:pPr>
          </w:p>
          <w:p w14:paraId="6DA45348" w14:textId="77777777" w:rsidR="009A28C0" w:rsidRDefault="009A28C0" w:rsidP="00A3110F">
            <w:pPr>
              <w:jc w:val="both"/>
              <w:rPr>
                <w:b/>
                <w:lang w:val="es-PY"/>
              </w:rPr>
            </w:pPr>
          </w:p>
          <w:p w14:paraId="4B5292D9" w14:textId="77777777" w:rsidR="00FE3515" w:rsidRDefault="00FE3515" w:rsidP="00A3110F">
            <w:pPr>
              <w:jc w:val="both"/>
              <w:rPr>
                <w:b/>
                <w:lang w:val="es-PY"/>
              </w:rPr>
            </w:pPr>
          </w:p>
          <w:p w14:paraId="3C03D960" w14:textId="77777777" w:rsidR="00FE3515" w:rsidRDefault="00FE3515" w:rsidP="00A3110F">
            <w:pPr>
              <w:jc w:val="both"/>
              <w:rPr>
                <w:b/>
                <w:lang w:val="es-PY"/>
              </w:rPr>
            </w:pPr>
          </w:p>
          <w:p w14:paraId="5BD08F6B" w14:textId="77777777" w:rsidR="00FE3515" w:rsidRDefault="00FE3515" w:rsidP="00A3110F">
            <w:pPr>
              <w:jc w:val="both"/>
              <w:rPr>
                <w:b/>
                <w:lang w:val="es-PY"/>
              </w:rPr>
            </w:pPr>
          </w:p>
          <w:p w14:paraId="0299155C" w14:textId="77777777" w:rsidR="00FE3515" w:rsidRDefault="00FE3515" w:rsidP="00A3110F">
            <w:pPr>
              <w:jc w:val="both"/>
              <w:rPr>
                <w:b/>
                <w:lang w:val="es-PY"/>
              </w:rPr>
            </w:pPr>
          </w:p>
          <w:p w14:paraId="26B24420" w14:textId="77777777" w:rsidR="00FE3515" w:rsidRDefault="00FE3515" w:rsidP="00A3110F">
            <w:pPr>
              <w:jc w:val="both"/>
              <w:rPr>
                <w:b/>
                <w:lang w:val="es-PY"/>
              </w:rPr>
            </w:pPr>
          </w:p>
          <w:p w14:paraId="47709014" w14:textId="77777777" w:rsidR="00F337DF" w:rsidRDefault="00F337DF" w:rsidP="00A3110F">
            <w:pPr>
              <w:jc w:val="both"/>
              <w:rPr>
                <w:b/>
                <w:lang w:val="es-PY"/>
              </w:rPr>
            </w:pPr>
          </w:p>
          <w:p w14:paraId="6A44134A" w14:textId="77777777" w:rsidR="00F337DF" w:rsidRDefault="00F337DF" w:rsidP="00A3110F">
            <w:pPr>
              <w:jc w:val="both"/>
              <w:rPr>
                <w:b/>
                <w:lang w:val="es-PY"/>
              </w:rPr>
            </w:pPr>
          </w:p>
          <w:p w14:paraId="646F66C4" w14:textId="77777777" w:rsidR="00F337DF" w:rsidRDefault="00F337DF" w:rsidP="00A3110F">
            <w:pPr>
              <w:jc w:val="both"/>
              <w:rPr>
                <w:b/>
                <w:lang w:val="es-PY"/>
              </w:rPr>
            </w:pPr>
          </w:p>
          <w:p w14:paraId="74E1DD29" w14:textId="77777777" w:rsidR="00F337DF" w:rsidRDefault="00F337DF" w:rsidP="00A3110F">
            <w:pPr>
              <w:jc w:val="both"/>
              <w:rPr>
                <w:b/>
                <w:lang w:val="es-PY"/>
              </w:rPr>
            </w:pPr>
          </w:p>
          <w:p w14:paraId="301111B2" w14:textId="77777777" w:rsidR="00F337DF" w:rsidRDefault="00F337DF" w:rsidP="00A3110F">
            <w:pPr>
              <w:jc w:val="both"/>
              <w:rPr>
                <w:b/>
                <w:lang w:val="es-PY"/>
              </w:rPr>
            </w:pPr>
          </w:p>
          <w:p w14:paraId="5FBF4272" w14:textId="17EE67CE" w:rsidR="00F337DF" w:rsidRPr="009A28C0" w:rsidRDefault="00F337DF" w:rsidP="00A3110F">
            <w:pPr>
              <w:jc w:val="both"/>
              <w:rPr>
                <w:b/>
                <w:lang w:val="es-PY"/>
              </w:rPr>
            </w:pPr>
          </w:p>
        </w:tc>
      </w:tr>
      <w:tr w:rsidR="009A28C0" w:rsidRPr="00E26089" w14:paraId="7AD1BF79" w14:textId="77777777" w:rsidTr="00FE3515">
        <w:trPr>
          <w:cantSplit/>
          <w:trHeight w:hRule="exact" w:val="385"/>
          <w:jc w:val="center"/>
        </w:trPr>
        <w:tc>
          <w:tcPr>
            <w:tcW w:w="936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ADF1267" w14:textId="07E88977" w:rsidR="009A28C0" w:rsidRPr="009A28C0" w:rsidRDefault="009A28C0" w:rsidP="009A28C0">
            <w:pPr>
              <w:rPr>
                <w:b/>
                <w:lang w:val="es-PY"/>
              </w:rPr>
            </w:pPr>
            <w:r w:rsidRPr="009A28C0">
              <w:rPr>
                <w:b/>
                <w:lang w:val="es-PY"/>
              </w:rPr>
              <w:t>Fecha del Informe:</w:t>
            </w:r>
          </w:p>
        </w:tc>
      </w:tr>
    </w:tbl>
    <w:p w14:paraId="5BAB7ECA" w14:textId="77777777" w:rsidR="00E26089" w:rsidRPr="00E26089" w:rsidRDefault="00E26089">
      <w:pPr>
        <w:rPr>
          <w:lang w:val="es-PY"/>
        </w:rPr>
      </w:pPr>
    </w:p>
    <w:sectPr w:rsidR="00E26089" w:rsidRPr="00E26089" w:rsidSect="00034616">
      <w:headerReference w:type="default" r:id="rId11"/>
      <w:pgSz w:w="12240" w:h="15840"/>
      <w:pgMar w:top="1140" w:right="1043" w:bottom="1140" w:left="1701" w:header="288" w:footer="10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91D0B" w14:textId="77777777" w:rsidR="0001177F" w:rsidRDefault="0001177F" w:rsidP="005D12D8">
      <w:r>
        <w:separator/>
      </w:r>
    </w:p>
  </w:endnote>
  <w:endnote w:type="continuationSeparator" w:id="0">
    <w:p w14:paraId="4ABE28C1" w14:textId="77777777" w:rsidR="0001177F" w:rsidRDefault="0001177F" w:rsidP="005D1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2C62E" w14:textId="77777777" w:rsidR="0001177F" w:rsidRDefault="0001177F" w:rsidP="005D12D8">
      <w:r>
        <w:separator/>
      </w:r>
    </w:p>
  </w:footnote>
  <w:footnote w:type="continuationSeparator" w:id="0">
    <w:p w14:paraId="5C7C86B0" w14:textId="77777777" w:rsidR="0001177F" w:rsidRDefault="0001177F" w:rsidP="005D1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C8768" w14:textId="77777777" w:rsidR="00C509F1" w:rsidRDefault="00C509F1" w:rsidP="005D12D8">
    <w:pPr>
      <w:spacing w:after="60"/>
      <w:rPr>
        <w:b/>
        <w:color w:val="D9D9D9" w:themeColor="background1" w:themeShade="D9"/>
        <w:sz w:val="28"/>
        <w:lang w:val="es-PY"/>
      </w:rPr>
    </w:pPr>
  </w:p>
  <w:p w14:paraId="2A260A9F" w14:textId="48777767" w:rsidR="00C509F1" w:rsidRPr="00EC15B4" w:rsidRDefault="00C509F1" w:rsidP="005D12D8">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45FC408F" w14:textId="77777777" w:rsidR="00C509F1" w:rsidRDefault="00C509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3755A6B"/>
    <w:multiLevelType w:val="multilevel"/>
    <w:tmpl w:val="9FAE3CD8"/>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AE7615"/>
    <w:multiLevelType w:val="multilevel"/>
    <w:tmpl w:val="B80E77D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11AA4FB3"/>
    <w:multiLevelType w:val="hybridMultilevel"/>
    <w:tmpl w:val="817A858A"/>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29C10C1D"/>
    <w:multiLevelType w:val="multilevel"/>
    <w:tmpl w:val="B5227E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A81A44"/>
    <w:multiLevelType w:val="hybridMultilevel"/>
    <w:tmpl w:val="F6189D42"/>
    <w:lvl w:ilvl="0" w:tplc="68CA7E94">
      <w:start w:val="1"/>
      <w:numFmt w:val="decimal"/>
      <w:lvlText w:val="%1."/>
      <w:lvlJc w:val="left"/>
      <w:pPr>
        <w:ind w:left="502" w:hanging="360"/>
      </w:pPr>
      <w:rPr>
        <w:b/>
        <w:color w:val="FFFFFF" w:themeColor="background1"/>
      </w:rPr>
    </w:lvl>
    <w:lvl w:ilvl="1" w:tplc="3C0A0019" w:tentative="1">
      <w:start w:val="1"/>
      <w:numFmt w:val="lowerLetter"/>
      <w:lvlText w:val="%2."/>
      <w:lvlJc w:val="left"/>
      <w:pPr>
        <w:ind w:left="1222" w:hanging="360"/>
      </w:pPr>
    </w:lvl>
    <w:lvl w:ilvl="2" w:tplc="3C0A001B" w:tentative="1">
      <w:start w:val="1"/>
      <w:numFmt w:val="lowerRoman"/>
      <w:lvlText w:val="%3."/>
      <w:lvlJc w:val="right"/>
      <w:pPr>
        <w:ind w:left="1942" w:hanging="180"/>
      </w:pPr>
    </w:lvl>
    <w:lvl w:ilvl="3" w:tplc="3C0A000F" w:tentative="1">
      <w:start w:val="1"/>
      <w:numFmt w:val="decimal"/>
      <w:lvlText w:val="%4."/>
      <w:lvlJc w:val="left"/>
      <w:pPr>
        <w:ind w:left="2662" w:hanging="360"/>
      </w:pPr>
    </w:lvl>
    <w:lvl w:ilvl="4" w:tplc="3C0A0019" w:tentative="1">
      <w:start w:val="1"/>
      <w:numFmt w:val="lowerLetter"/>
      <w:lvlText w:val="%5."/>
      <w:lvlJc w:val="left"/>
      <w:pPr>
        <w:ind w:left="3382" w:hanging="360"/>
      </w:pPr>
    </w:lvl>
    <w:lvl w:ilvl="5" w:tplc="3C0A001B" w:tentative="1">
      <w:start w:val="1"/>
      <w:numFmt w:val="lowerRoman"/>
      <w:lvlText w:val="%6."/>
      <w:lvlJc w:val="right"/>
      <w:pPr>
        <w:ind w:left="4102" w:hanging="180"/>
      </w:pPr>
    </w:lvl>
    <w:lvl w:ilvl="6" w:tplc="3C0A000F" w:tentative="1">
      <w:start w:val="1"/>
      <w:numFmt w:val="decimal"/>
      <w:lvlText w:val="%7."/>
      <w:lvlJc w:val="left"/>
      <w:pPr>
        <w:ind w:left="4822" w:hanging="360"/>
      </w:pPr>
    </w:lvl>
    <w:lvl w:ilvl="7" w:tplc="3C0A0019" w:tentative="1">
      <w:start w:val="1"/>
      <w:numFmt w:val="lowerLetter"/>
      <w:lvlText w:val="%8."/>
      <w:lvlJc w:val="left"/>
      <w:pPr>
        <w:ind w:left="5542" w:hanging="360"/>
      </w:pPr>
    </w:lvl>
    <w:lvl w:ilvl="8" w:tplc="3C0A001B" w:tentative="1">
      <w:start w:val="1"/>
      <w:numFmt w:val="lowerRoman"/>
      <w:lvlText w:val="%9."/>
      <w:lvlJc w:val="right"/>
      <w:pPr>
        <w:ind w:left="6262" w:hanging="180"/>
      </w:pPr>
    </w:lvl>
  </w:abstractNum>
  <w:abstractNum w:abstractNumId="14" w15:restartNumberingAfterBreak="0">
    <w:nsid w:val="357216C3"/>
    <w:multiLevelType w:val="hybridMultilevel"/>
    <w:tmpl w:val="FCF01D52"/>
    <w:lvl w:ilvl="0" w:tplc="29CE1EA8">
      <w:start w:val="1"/>
      <w:numFmt w:val="lowerLetter"/>
      <w:lvlText w:val="%1."/>
      <w:lvlJc w:val="left"/>
      <w:pPr>
        <w:ind w:left="1353" w:hanging="360"/>
      </w:pPr>
      <w:rPr>
        <w:b w:val="0"/>
      </w:rPr>
    </w:lvl>
    <w:lvl w:ilvl="1" w:tplc="3C0A0019" w:tentative="1">
      <w:start w:val="1"/>
      <w:numFmt w:val="lowerLetter"/>
      <w:lvlText w:val="%2."/>
      <w:lvlJc w:val="left"/>
      <w:pPr>
        <w:ind w:left="2073" w:hanging="360"/>
      </w:pPr>
    </w:lvl>
    <w:lvl w:ilvl="2" w:tplc="3C0A001B" w:tentative="1">
      <w:start w:val="1"/>
      <w:numFmt w:val="lowerRoman"/>
      <w:lvlText w:val="%3."/>
      <w:lvlJc w:val="right"/>
      <w:pPr>
        <w:ind w:left="2793" w:hanging="180"/>
      </w:pPr>
    </w:lvl>
    <w:lvl w:ilvl="3" w:tplc="3C0A000F" w:tentative="1">
      <w:start w:val="1"/>
      <w:numFmt w:val="decimal"/>
      <w:lvlText w:val="%4."/>
      <w:lvlJc w:val="left"/>
      <w:pPr>
        <w:ind w:left="3513" w:hanging="360"/>
      </w:pPr>
    </w:lvl>
    <w:lvl w:ilvl="4" w:tplc="3C0A0019" w:tentative="1">
      <w:start w:val="1"/>
      <w:numFmt w:val="lowerLetter"/>
      <w:lvlText w:val="%5."/>
      <w:lvlJc w:val="left"/>
      <w:pPr>
        <w:ind w:left="4233" w:hanging="360"/>
      </w:pPr>
    </w:lvl>
    <w:lvl w:ilvl="5" w:tplc="3C0A001B" w:tentative="1">
      <w:start w:val="1"/>
      <w:numFmt w:val="lowerRoman"/>
      <w:lvlText w:val="%6."/>
      <w:lvlJc w:val="right"/>
      <w:pPr>
        <w:ind w:left="4953" w:hanging="180"/>
      </w:pPr>
    </w:lvl>
    <w:lvl w:ilvl="6" w:tplc="3C0A000F" w:tentative="1">
      <w:start w:val="1"/>
      <w:numFmt w:val="decimal"/>
      <w:lvlText w:val="%7."/>
      <w:lvlJc w:val="left"/>
      <w:pPr>
        <w:ind w:left="5673" w:hanging="360"/>
      </w:pPr>
    </w:lvl>
    <w:lvl w:ilvl="7" w:tplc="3C0A0019" w:tentative="1">
      <w:start w:val="1"/>
      <w:numFmt w:val="lowerLetter"/>
      <w:lvlText w:val="%8."/>
      <w:lvlJc w:val="left"/>
      <w:pPr>
        <w:ind w:left="6393" w:hanging="360"/>
      </w:pPr>
    </w:lvl>
    <w:lvl w:ilvl="8" w:tplc="3C0A001B" w:tentative="1">
      <w:start w:val="1"/>
      <w:numFmt w:val="lowerRoman"/>
      <w:lvlText w:val="%9."/>
      <w:lvlJc w:val="right"/>
      <w:pPr>
        <w:ind w:left="7113" w:hanging="180"/>
      </w:pPr>
    </w:lvl>
  </w:abstractNum>
  <w:abstractNum w:abstractNumId="15" w15:restartNumberingAfterBreak="0">
    <w:nsid w:val="36AD3AE0"/>
    <w:multiLevelType w:val="hybridMultilevel"/>
    <w:tmpl w:val="E2964F4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40ED073C"/>
    <w:multiLevelType w:val="hybridMultilevel"/>
    <w:tmpl w:val="9210F49E"/>
    <w:lvl w:ilvl="0" w:tplc="3C0A0019">
      <w:start w:val="1"/>
      <w:numFmt w:val="lowerLetter"/>
      <w:lvlText w:val="%1."/>
      <w:lvlJc w:val="left"/>
      <w:pPr>
        <w:ind w:left="1353" w:hanging="360"/>
      </w:pPr>
    </w:lvl>
    <w:lvl w:ilvl="1" w:tplc="3C0A0019" w:tentative="1">
      <w:start w:val="1"/>
      <w:numFmt w:val="lowerLetter"/>
      <w:lvlText w:val="%2."/>
      <w:lvlJc w:val="left"/>
      <w:pPr>
        <w:ind w:left="2073" w:hanging="360"/>
      </w:pPr>
    </w:lvl>
    <w:lvl w:ilvl="2" w:tplc="3C0A001B" w:tentative="1">
      <w:start w:val="1"/>
      <w:numFmt w:val="lowerRoman"/>
      <w:lvlText w:val="%3."/>
      <w:lvlJc w:val="right"/>
      <w:pPr>
        <w:ind w:left="2793" w:hanging="180"/>
      </w:pPr>
    </w:lvl>
    <w:lvl w:ilvl="3" w:tplc="3C0A000F" w:tentative="1">
      <w:start w:val="1"/>
      <w:numFmt w:val="decimal"/>
      <w:lvlText w:val="%4."/>
      <w:lvlJc w:val="left"/>
      <w:pPr>
        <w:ind w:left="3513" w:hanging="360"/>
      </w:pPr>
    </w:lvl>
    <w:lvl w:ilvl="4" w:tplc="3C0A0019" w:tentative="1">
      <w:start w:val="1"/>
      <w:numFmt w:val="lowerLetter"/>
      <w:lvlText w:val="%5."/>
      <w:lvlJc w:val="left"/>
      <w:pPr>
        <w:ind w:left="4233" w:hanging="360"/>
      </w:pPr>
    </w:lvl>
    <w:lvl w:ilvl="5" w:tplc="3C0A001B" w:tentative="1">
      <w:start w:val="1"/>
      <w:numFmt w:val="lowerRoman"/>
      <w:lvlText w:val="%6."/>
      <w:lvlJc w:val="right"/>
      <w:pPr>
        <w:ind w:left="4953" w:hanging="180"/>
      </w:pPr>
    </w:lvl>
    <w:lvl w:ilvl="6" w:tplc="3C0A000F" w:tentative="1">
      <w:start w:val="1"/>
      <w:numFmt w:val="decimal"/>
      <w:lvlText w:val="%7."/>
      <w:lvlJc w:val="left"/>
      <w:pPr>
        <w:ind w:left="5673" w:hanging="360"/>
      </w:pPr>
    </w:lvl>
    <w:lvl w:ilvl="7" w:tplc="3C0A0019" w:tentative="1">
      <w:start w:val="1"/>
      <w:numFmt w:val="lowerLetter"/>
      <w:lvlText w:val="%8."/>
      <w:lvlJc w:val="left"/>
      <w:pPr>
        <w:ind w:left="6393" w:hanging="360"/>
      </w:pPr>
    </w:lvl>
    <w:lvl w:ilvl="8" w:tplc="3C0A001B" w:tentative="1">
      <w:start w:val="1"/>
      <w:numFmt w:val="lowerRoman"/>
      <w:lvlText w:val="%9."/>
      <w:lvlJc w:val="right"/>
      <w:pPr>
        <w:ind w:left="7113" w:hanging="180"/>
      </w:pPr>
    </w:lvl>
  </w:abstractNum>
  <w:abstractNum w:abstractNumId="17" w15:restartNumberingAfterBreak="0">
    <w:nsid w:val="4EBD7140"/>
    <w:multiLevelType w:val="hybridMultilevel"/>
    <w:tmpl w:val="9210F49E"/>
    <w:lvl w:ilvl="0" w:tplc="3C0A0019">
      <w:start w:val="1"/>
      <w:numFmt w:val="lowerLetter"/>
      <w:lvlText w:val="%1."/>
      <w:lvlJc w:val="left"/>
      <w:pPr>
        <w:ind w:left="1353" w:hanging="360"/>
      </w:pPr>
    </w:lvl>
    <w:lvl w:ilvl="1" w:tplc="3C0A0019" w:tentative="1">
      <w:start w:val="1"/>
      <w:numFmt w:val="lowerLetter"/>
      <w:lvlText w:val="%2."/>
      <w:lvlJc w:val="left"/>
      <w:pPr>
        <w:ind w:left="2073" w:hanging="360"/>
      </w:pPr>
    </w:lvl>
    <w:lvl w:ilvl="2" w:tplc="3C0A001B" w:tentative="1">
      <w:start w:val="1"/>
      <w:numFmt w:val="lowerRoman"/>
      <w:lvlText w:val="%3."/>
      <w:lvlJc w:val="right"/>
      <w:pPr>
        <w:ind w:left="2793" w:hanging="180"/>
      </w:pPr>
    </w:lvl>
    <w:lvl w:ilvl="3" w:tplc="3C0A000F" w:tentative="1">
      <w:start w:val="1"/>
      <w:numFmt w:val="decimal"/>
      <w:lvlText w:val="%4."/>
      <w:lvlJc w:val="left"/>
      <w:pPr>
        <w:ind w:left="3513" w:hanging="360"/>
      </w:pPr>
    </w:lvl>
    <w:lvl w:ilvl="4" w:tplc="3C0A0019" w:tentative="1">
      <w:start w:val="1"/>
      <w:numFmt w:val="lowerLetter"/>
      <w:lvlText w:val="%5."/>
      <w:lvlJc w:val="left"/>
      <w:pPr>
        <w:ind w:left="4233" w:hanging="360"/>
      </w:pPr>
    </w:lvl>
    <w:lvl w:ilvl="5" w:tplc="3C0A001B" w:tentative="1">
      <w:start w:val="1"/>
      <w:numFmt w:val="lowerRoman"/>
      <w:lvlText w:val="%6."/>
      <w:lvlJc w:val="right"/>
      <w:pPr>
        <w:ind w:left="4953" w:hanging="180"/>
      </w:pPr>
    </w:lvl>
    <w:lvl w:ilvl="6" w:tplc="3C0A000F" w:tentative="1">
      <w:start w:val="1"/>
      <w:numFmt w:val="decimal"/>
      <w:lvlText w:val="%7."/>
      <w:lvlJc w:val="left"/>
      <w:pPr>
        <w:ind w:left="5673" w:hanging="360"/>
      </w:pPr>
    </w:lvl>
    <w:lvl w:ilvl="7" w:tplc="3C0A0019" w:tentative="1">
      <w:start w:val="1"/>
      <w:numFmt w:val="lowerLetter"/>
      <w:lvlText w:val="%8."/>
      <w:lvlJc w:val="left"/>
      <w:pPr>
        <w:ind w:left="6393" w:hanging="360"/>
      </w:pPr>
    </w:lvl>
    <w:lvl w:ilvl="8" w:tplc="3C0A001B" w:tentative="1">
      <w:start w:val="1"/>
      <w:numFmt w:val="lowerRoman"/>
      <w:lvlText w:val="%9."/>
      <w:lvlJc w:val="right"/>
      <w:pPr>
        <w:ind w:left="7113" w:hanging="180"/>
      </w:pPr>
    </w:lvl>
  </w:abstractNum>
  <w:abstractNum w:abstractNumId="18" w15:restartNumberingAfterBreak="0">
    <w:nsid w:val="55AF4FED"/>
    <w:multiLevelType w:val="multilevel"/>
    <w:tmpl w:val="231A2178"/>
    <w:lvl w:ilvl="0">
      <w:start w:val="1"/>
      <w:numFmt w:val="decimal"/>
      <w:lvlText w:val="%1."/>
      <w:lvlJc w:val="left"/>
      <w:pPr>
        <w:ind w:left="360" w:hanging="360"/>
      </w:pPr>
      <w:rPr>
        <w:color w:val="FFFFFF"/>
      </w:rPr>
    </w:lvl>
    <w:lvl w:ilvl="1">
      <w:start w:val="1"/>
      <w:numFmt w:val="decimal"/>
      <w:lvlText w:val="%1.%2."/>
      <w:lvlJc w:val="left"/>
      <w:pPr>
        <w:ind w:left="1080" w:hanging="720"/>
      </w:pPr>
      <w:rPr>
        <w:color w:val="FFFFFF" w:themeColor="background1"/>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9" w15:restartNumberingAfterBreak="0">
    <w:nsid w:val="56BC3126"/>
    <w:multiLevelType w:val="hybridMultilevel"/>
    <w:tmpl w:val="E2964F4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0" w15:restartNumberingAfterBreak="0">
    <w:nsid w:val="57756610"/>
    <w:multiLevelType w:val="hybridMultilevel"/>
    <w:tmpl w:val="A042708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1"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66296498">
    <w:abstractNumId w:val="8"/>
  </w:num>
  <w:num w:numId="2" w16cid:durableId="1739472572">
    <w:abstractNumId w:val="6"/>
  </w:num>
  <w:num w:numId="3" w16cid:durableId="1775128833">
    <w:abstractNumId w:val="5"/>
  </w:num>
  <w:num w:numId="4" w16cid:durableId="544878127">
    <w:abstractNumId w:val="4"/>
  </w:num>
  <w:num w:numId="5" w16cid:durableId="584067956">
    <w:abstractNumId w:val="7"/>
  </w:num>
  <w:num w:numId="6" w16cid:durableId="2142114525">
    <w:abstractNumId w:val="3"/>
  </w:num>
  <w:num w:numId="7" w16cid:durableId="526063970">
    <w:abstractNumId w:val="2"/>
  </w:num>
  <w:num w:numId="8" w16cid:durableId="359741141">
    <w:abstractNumId w:val="1"/>
  </w:num>
  <w:num w:numId="9" w16cid:durableId="1457138812">
    <w:abstractNumId w:val="0"/>
  </w:num>
  <w:num w:numId="10" w16cid:durableId="164574076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4297481">
    <w:abstractNumId w:val="21"/>
  </w:num>
  <w:num w:numId="12" w16cid:durableId="1110315708">
    <w:abstractNumId w:val="18"/>
  </w:num>
  <w:num w:numId="13" w16cid:durableId="1848443910">
    <w:abstractNumId w:val="12"/>
    <w:lvlOverride w:ilvl="0">
      <w:lvl w:ilvl="0">
        <w:numFmt w:val="decimal"/>
        <w:lvlText w:val="%1."/>
        <w:lvlJc w:val="left"/>
      </w:lvl>
    </w:lvlOverride>
  </w:num>
  <w:num w:numId="14" w16cid:durableId="792207810">
    <w:abstractNumId w:val="9"/>
    <w:lvlOverride w:ilvl="0">
      <w:lvl w:ilvl="0">
        <w:numFmt w:val="decimal"/>
        <w:lvlText w:val="%1."/>
        <w:lvlJc w:val="left"/>
      </w:lvl>
    </w:lvlOverride>
  </w:num>
  <w:num w:numId="15" w16cid:durableId="645552392">
    <w:abstractNumId w:val="13"/>
  </w:num>
  <w:num w:numId="16" w16cid:durableId="1813985970">
    <w:abstractNumId w:val="11"/>
  </w:num>
  <w:num w:numId="17" w16cid:durableId="286206722">
    <w:abstractNumId w:val="15"/>
  </w:num>
  <w:num w:numId="18" w16cid:durableId="393553277">
    <w:abstractNumId w:val="20"/>
  </w:num>
  <w:num w:numId="19" w16cid:durableId="145976714">
    <w:abstractNumId w:val="16"/>
  </w:num>
  <w:num w:numId="20" w16cid:durableId="2129425253">
    <w:abstractNumId w:val="14"/>
  </w:num>
  <w:num w:numId="21" w16cid:durableId="1800151823">
    <w:abstractNumId w:val="19"/>
  </w:num>
  <w:num w:numId="22" w16cid:durableId="20710334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177F"/>
    <w:rsid w:val="00015037"/>
    <w:rsid w:val="00030289"/>
    <w:rsid w:val="00034616"/>
    <w:rsid w:val="0006063C"/>
    <w:rsid w:val="00072FF5"/>
    <w:rsid w:val="000C3048"/>
    <w:rsid w:val="000C6B7D"/>
    <w:rsid w:val="000D164F"/>
    <w:rsid w:val="000E71D4"/>
    <w:rsid w:val="000F1DDD"/>
    <w:rsid w:val="0011617B"/>
    <w:rsid w:val="00135FC3"/>
    <w:rsid w:val="0015074B"/>
    <w:rsid w:val="00166AA9"/>
    <w:rsid w:val="0018189F"/>
    <w:rsid w:val="00184518"/>
    <w:rsid w:val="001A5A26"/>
    <w:rsid w:val="001E05D5"/>
    <w:rsid w:val="001E714C"/>
    <w:rsid w:val="001F225D"/>
    <w:rsid w:val="001F5DEE"/>
    <w:rsid w:val="00217721"/>
    <w:rsid w:val="00251D82"/>
    <w:rsid w:val="00267D20"/>
    <w:rsid w:val="00271445"/>
    <w:rsid w:val="00274473"/>
    <w:rsid w:val="002820E3"/>
    <w:rsid w:val="0029639D"/>
    <w:rsid w:val="002A5680"/>
    <w:rsid w:val="002A77A9"/>
    <w:rsid w:val="002F3317"/>
    <w:rsid w:val="00326F90"/>
    <w:rsid w:val="003435C1"/>
    <w:rsid w:val="003731C6"/>
    <w:rsid w:val="00375206"/>
    <w:rsid w:val="003779D2"/>
    <w:rsid w:val="00380C83"/>
    <w:rsid w:val="003F3CC2"/>
    <w:rsid w:val="004135F3"/>
    <w:rsid w:val="00413BD2"/>
    <w:rsid w:val="00430791"/>
    <w:rsid w:val="00434A3A"/>
    <w:rsid w:val="0044515B"/>
    <w:rsid w:val="00451444"/>
    <w:rsid w:val="00491CF4"/>
    <w:rsid w:val="004A78A4"/>
    <w:rsid w:val="004C24F7"/>
    <w:rsid w:val="004F3D6B"/>
    <w:rsid w:val="00541F53"/>
    <w:rsid w:val="0055474B"/>
    <w:rsid w:val="005557BF"/>
    <w:rsid w:val="00576C06"/>
    <w:rsid w:val="005A2200"/>
    <w:rsid w:val="005A72C0"/>
    <w:rsid w:val="005D12D8"/>
    <w:rsid w:val="005F7CED"/>
    <w:rsid w:val="00617774"/>
    <w:rsid w:val="006331E0"/>
    <w:rsid w:val="00637CEC"/>
    <w:rsid w:val="00650BD2"/>
    <w:rsid w:val="006D6FF2"/>
    <w:rsid w:val="00730907"/>
    <w:rsid w:val="00735EB3"/>
    <w:rsid w:val="0073782B"/>
    <w:rsid w:val="00750F4A"/>
    <w:rsid w:val="0077056B"/>
    <w:rsid w:val="007825EF"/>
    <w:rsid w:val="007C14C4"/>
    <w:rsid w:val="007F04AA"/>
    <w:rsid w:val="008404AA"/>
    <w:rsid w:val="0085175E"/>
    <w:rsid w:val="00877E2D"/>
    <w:rsid w:val="0089381D"/>
    <w:rsid w:val="008B14D2"/>
    <w:rsid w:val="0091656A"/>
    <w:rsid w:val="00920BB3"/>
    <w:rsid w:val="0092337E"/>
    <w:rsid w:val="00940D99"/>
    <w:rsid w:val="009434E3"/>
    <w:rsid w:val="009533B4"/>
    <w:rsid w:val="009808F8"/>
    <w:rsid w:val="00990F2B"/>
    <w:rsid w:val="009A28C0"/>
    <w:rsid w:val="009E248B"/>
    <w:rsid w:val="00A152E4"/>
    <w:rsid w:val="00A3110F"/>
    <w:rsid w:val="00A35521"/>
    <w:rsid w:val="00A402C9"/>
    <w:rsid w:val="00A67A27"/>
    <w:rsid w:val="00A7376B"/>
    <w:rsid w:val="00A95CD6"/>
    <w:rsid w:val="00AA1D8D"/>
    <w:rsid w:val="00AE2053"/>
    <w:rsid w:val="00AF4AE5"/>
    <w:rsid w:val="00B075FD"/>
    <w:rsid w:val="00B150CA"/>
    <w:rsid w:val="00B3724C"/>
    <w:rsid w:val="00B47730"/>
    <w:rsid w:val="00BB0409"/>
    <w:rsid w:val="00BE53F9"/>
    <w:rsid w:val="00BF1737"/>
    <w:rsid w:val="00BF4058"/>
    <w:rsid w:val="00C07594"/>
    <w:rsid w:val="00C13E5D"/>
    <w:rsid w:val="00C26D51"/>
    <w:rsid w:val="00C3005E"/>
    <w:rsid w:val="00C509F1"/>
    <w:rsid w:val="00C50B24"/>
    <w:rsid w:val="00C65166"/>
    <w:rsid w:val="00C679A9"/>
    <w:rsid w:val="00C760B5"/>
    <w:rsid w:val="00C95DA9"/>
    <w:rsid w:val="00CB0664"/>
    <w:rsid w:val="00D037C6"/>
    <w:rsid w:val="00D12FE3"/>
    <w:rsid w:val="00D21897"/>
    <w:rsid w:val="00D25E1F"/>
    <w:rsid w:val="00D3392F"/>
    <w:rsid w:val="00D44D8D"/>
    <w:rsid w:val="00D51657"/>
    <w:rsid w:val="00E20812"/>
    <w:rsid w:val="00E26089"/>
    <w:rsid w:val="00E40931"/>
    <w:rsid w:val="00E55766"/>
    <w:rsid w:val="00E56B02"/>
    <w:rsid w:val="00E66A21"/>
    <w:rsid w:val="00E73CB1"/>
    <w:rsid w:val="00E84C85"/>
    <w:rsid w:val="00EA3469"/>
    <w:rsid w:val="00EA7EEA"/>
    <w:rsid w:val="00ED1926"/>
    <w:rsid w:val="00EF1B84"/>
    <w:rsid w:val="00EF569F"/>
    <w:rsid w:val="00F337DF"/>
    <w:rsid w:val="00F7397A"/>
    <w:rsid w:val="00F86281"/>
    <w:rsid w:val="00FA213C"/>
    <w:rsid w:val="00FA5AD9"/>
    <w:rsid w:val="00FB7E82"/>
    <w:rsid w:val="00FC693F"/>
    <w:rsid w:val="00FD0BB0"/>
    <w:rsid w:val="00FD521D"/>
    <w:rsid w:val="00FE3515"/>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509848"/>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next w:val="Tablaconcuadrcula"/>
    <w:uiPriority w:val="39"/>
    <w:rsid w:val="0092337E"/>
    <w:pPr>
      <w:spacing w:after="0" w:line="240" w:lineRule="auto"/>
    </w:pPr>
    <w:rPr>
      <w:rFonts w:ascii="Twentieth Century" w:eastAsia="Twentieth Century" w:hAnsi="Twentieth Century" w:cs="Twentieth Century"/>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7A27"/>
    <w:pPr>
      <w:spacing w:before="100" w:beforeAutospacing="1" w:after="100" w:afterAutospacing="1"/>
    </w:pPr>
    <w:rPr>
      <w:rFonts w:ascii="Times New Roman" w:eastAsia="Times New Roman" w:hAnsi="Times New Roman" w:cs="Times New Roman"/>
      <w:sz w:val="24"/>
      <w:szCs w:val="24"/>
      <w:lang w:val="es-PY" w:eastAsia="es-P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2471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360320-A647-4227-B7DC-62FB3A12141D}">
  <ds:schemaRefs>
    <ds:schemaRef ds:uri="http://schemas.microsoft.com/office/2006/metadata/properties"/>
    <ds:schemaRef ds:uri="http://schemas.microsoft.com/office/infopath/2007/PartnerControls"/>
    <ds:schemaRef ds:uri="e4f75650-8e21-49ba-b91c-b81547c800be"/>
  </ds:schemaRefs>
</ds:datastoreItem>
</file>

<file path=customXml/itemProps2.xml><?xml version="1.0" encoding="utf-8"?>
<ds:datastoreItem xmlns:ds="http://schemas.openxmlformats.org/officeDocument/2006/customXml" ds:itemID="{071DB08F-D253-45B7-82DF-8348B3E6E94B}">
  <ds:schemaRefs>
    <ds:schemaRef ds:uri="http://schemas.microsoft.com/sharepoint/v3/contenttype/forms"/>
  </ds:schemaRefs>
</ds:datastoreItem>
</file>

<file path=customXml/itemProps3.xml><?xml version="1.0" encoding="utf-8"?>
<ds:datastoreItem xmlns:ds="http://schemas.openxmlformats.org/officeDocument/2006/customXml" ds:itemID="{AD6D29F9-08ED-4F26-9570-C725B9659049}">
  <ds:schemaRefs>
    <ds:schemaRef ds:uri="http://schemas.openxmlformats.org/officeDocument/2006/bibliography"/>
  </ds:schemaRefs>
</ds:datastoreItem>
</file>

<file path=customXml/itemProps4.xml><?xml version="1.0" encoding="utf-8"?>
<ds:datastoreItem xmlns:ds="http://schemas.openxmlformats.org/officeDocument/2006/customXml" ds:itemID="{EF66D239-8C68-4619-BD01-DE8A03246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16</Pages>
  <Words>2414</Words>
  <Characters>13282</Characters>
  <Application>Microsoft Office Word</Application>
  <DocSecurity>0</DocSecurity>
  <Lines>110</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15665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4</cp:revision>
  <dcterms:created xsi:type="dcterms:W3CDTF">2026-09-03T02:31:00Z</dcterms:created>
  <dcterms:modified xsi:type="dcterms:W3CDTF">2026-09-03T02:58:00Z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