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667C9" w14:textId="77777777" w:rsidR="009A1154" w:rsidRDefault="009A1154" w:rsidP="009A1154">
      <w:pPr>
        <w:keepNext/>
        <w:spacing w:after="160"/>
        <w:rPr>
          <w:b/>
          <w:color w:val="323E4F"/>
          <w:sz w:val="24"/>
        </w:rPr>
      </w:pPr>
    </w:p>
    <w:p w14:paraId="27482F56" w14:textId="77777777" w:rsidR="007024CC" w:rsidRPr="009A1154" w:rsidRDefault="00CC2F94">
      <w:pPr>
        <w:keepNext/>
        <w:spacing w:after="160"/>
        <w:jc w:val="center"/>
        <w:rPr>
          <w:lang w:val="es-PY"/>
        </w:rPr>
      </w:pPr>
      <w:r w:rsidRPr="009A1154">
        <w:rPr>
          <w:b/>
          <w:color w:val="323E4F"/>
          <w:sz w:val="24"/>
          <w:lang w:val="es-PY"/>
        </w:rPr>
        <w:t>MODELO NACIONAL DE EVALUACIÓN Y ACREDITACIÓN DE LA EDUCACIÓN SUPERIOR</w:t>
      </w:r>
    </w:p>
    <w:p w14:paraId="174CBB41" w14:textId="77777777" w:rsidR="007024CC" w:rsidRPr="009A1154" w:rsidRDefault="00CC2F94">
      <w:pPr>
        <w:keepNext/>
        <w:spacing w:after="40"/>
        <w:jc w:val="center"/>
        <w:rPr>
          <w:lang w:val="es-PY"/>
        </w:rPr>
      </w:pPr>
      <w:r w:rsidRPr="009A1154">
        <w:rPr>
          <w:b/>
          <w:sz w:val="24"/>
          <w:lang w:val="es-PY"/>
        </w:rPr>
        <w:t>INFORME DE AUTOEVALUACIÓN</w:t>
      </w:r>
    </w:p>
    <w:p w14:paraId="75B86B40" w14:textId="77777777" w:rsidR="007024CC" w:rsidRPr="009A1154" w:rsidRDefault="00CC2F94">
      <w:pPr>
        <w:keepNext/>
        <w:spacing w:after="40"/>
        <w:jc w:val="center"/>
        <w:rPr>
          <w:lang w:val="es-PY"/>
        </w:rPr>
      </w:pPr>
      <w:r w:rsidRPr="009A1154">
        <w:rPr>
          <w:b/>
          <w:lang w:val="es-PY"/>
        </w:rPr>
        <w:t>EVALUACIÓN FORMATIVA – CARRERAS EaD</w:t>
      </w:r>
    </w:p>
    <w:p w14:paraId="3EF770C2" w14:textId="77777777" w:rsidR="007024CC" w:rsidRPr="009A1154" w:rsidRDefault="00CC2F94">
      <w:pPr>
        <w:keepNext/>
        <w:spacing w:after="240"/>
        <w:jc w:val="center"/>
        <w:rPr>
          <w:lang w:val="es-PY"/>
        </w:rPr>
      </w:pPr>
      <w:r w:rsidRPr="009A1154">
        <w:rPr>
          <w:b/>
          <w:sz w:val="20"/>
          <w:lang w:val="es-PY"/>
        </w:rPr>
        <w:t>Resolución ANEAES N° 481/2025</w:t>
      </w:r>
    </w:p>
    <w:p w14:paraId="35AD9BB8" w14:textId="77777777" w:rsidR="007024CC" w:rsidRPr="009A1154" w:rsidRDefault="00CC2F94">
      <w:pPr>
        <w:keepNext/>
        <w:spacing w:before="80" w:after="120"/>
        <w:rPr>
          <w:lang w:val="es-PY"/>
        </w:rPr>
      </w:pPr>
      <w:r w:rsidRPr="009A1154">
        <w:rPr>
          <w:b/>
          <w:color w:val="323E4F"/>
          <w:sz w:val="24"/>
          <w:lang w:val="es-PY"/>
        </w:rPr>
        <w:t>1. DATOS DE IDENTIFICACIÓN</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00"/>
        <w:gridCol w:w="5450"/>
      </w:tblGrid>
      <w:tr w:rsidR="007024CC" w14:paraId="6AC7C658" w14:textId="77777777">
        <w:trPr>
          <w:cantSplit/>
          <w:trHeight w:val="300"/>
          <w:jc w:val="center"/>
        </w:trPr>
        <w:tc>
          <w:tcPr>
            <w:tcW w:w="9350" w:type="dxa"/>
            <w:gridSpan w:val="2"/>
            <w:shd w:val="clear" w:color="auto" w:fill="323E4F"/>
            <w:tcMar>
              <w:top w:w="25" w:type="dxa"/>
              <w:left w:w="85" w:type="dxa"/>
              <w:bottom w:w="25" w:type="dxa"/>
              <w:right w:w="85" w:type="dxa"/>
            </w:tcMar>
            <w:vAlign w:val="center"/>
          </w:tcPr>
          <w:p w14:paraId="603BA221" w14:textId="77777777" w:rsidR="007024CC" w:rsidRDefault="00CC2F94">
            <w:pPr>
              <w:spacing w:before="20" w:after="20" w:line="240" w:lineRule="auto"/>
              <w:jc w:val="center"/>
            </w:pPr>
            <w:r>
              <w:rPr>
                <w:b/>
                <w:color w:val="FFFFFF"/>
              </w:rPr>
              <w:t>DATOS DE LA INSTITUCIÓN</w:t>
            </w:r>
          </w:p>
        </w:tc>
      </w:tr>
      <w:tr w:rsidR="007024CC" w14:paraId="1ABD10BE" w14:textId="77777777">
        <w:trPr>
          <w:cantSplit/>
          <w:trHeight w:val="330"/>
          <w:jc w:val="center"/>
        </w:trPr>
        <w:tc>
          <w:tcPr>
            <w:tcW w:w="3900" w:type="dxa"/>
            <w:shd w:val="clear" w:color="auto" w:fill="FFFFFF"/>
            <w:tcMar>
              <w:top w:w="25" w:type="dxa"/>
              <w:left w:w="85" w:type="dxa"/>
              <w:bottom w:w="25" w:type="dxa"/>
              <w:right w:w="85" w:type="dxa"/>
            </w:tcMar>
            <w:vAlign w:val="center"/>
          </w:tcPr>
          <w:p w14:paraId="0D110F90" w14:textId="77777777" w:rsidR="007024CC" w:rsidRDefault="00CC2F94">
            <w:pPr>
              <w:spacing w:before="20" w:after="20" w:line="240" w:lineRule="auto"/>
            </w:pPr>
            <w:r>
              <w:rPr>
                <w:b/>
              </w:rPr>
              <w:t>Institución:</w:t>
            </w:r>
          </w:p>
        </w:tc>
        <w:tc>
          <w:tcPr>
            <w:tcW w:w="5450" w:type="dxa"/>
            <w:shd w:val="clear" w:color="auto" w:fill="FFFFFF"/>
            <w:tcMar>
              <w:top w:w="25" w:type="dxa"/>
              <w:left w:w="85" w:type="dxa"/>
              <w:bottom w:w="25" w:type="dxa"/>
              <w:right w:w="85" w:type="dxa"/>
            </w:tcMar>
            <w:vAlign w:val="center"/>
          </w:tcPr>
          <w:p w14:paraId="628EC8DF" w14:textId="77777777" w:rsidR="007024CC" w:rsidRDefault="007024CC">
            <w:pPr>
              <w:spacing w:before="40" w:after="40" w:line="240" w:lineRule="auto"/>
            </w:pPr>
          </w:p>
        </w:tc>
      </w:tr>
      <w:tr w:rsidR="007024CC" w14:paraId="10603CFC" w14:textId="77777777">
        <w:trPr>
          <w:cantSplit/>
          <w:trHeight w:val="330"/>
          <w:jc w:val="center"/>
        </w:trPr>
        <w:tc>
          <w:tcPr>
            <w:tcW w:w="3900" w:type="dxa"/>
            <w:shd w:val="clear" w:color="auto" w:fill="FFFFFF"/>
            <w:tcMar>
              <w:top w:w="25" w:type="dxa"/>
              <w:left w:w="85" w:type="dxa"/>
              <w:bottom w:w="25" w:type="dxa"/>
              <w:right w:w="85" w:type="dxa"/>
            </w:tcMar>
            <w:vAlign w:val="center"/>
          </w:tcPr>
          <w:p w14:paraId="62381AEB" w14:textId="77777777" w:rsidR="007024CC" w:rsidRDefault="00CC2F94">
            <w:pPr>
              <w:spacing w:before="20" w:after="20" w:line="240" w:lineRule="auto"/>
            </w:pPr>
            <w:r>
              <w:rPr>
                <w:b/>
              </w:rPr>
              <w:t>Sede o filial:</w:t>
            </w:r>
          </w:p>
        </w:tc>
        <w:tc>
          <w:tcPr>
            <w:tcW w:w="5450" w:type="dxa"/>
            <w:shd w:val="clear" w:color="auto" w:fill="FFFFFF"/>
            <w:tcMar>
              <w:top w:w="25" w:type="dxa"/>
              <w:left w:w="85" w:type="dxa"/>
              <w:bottom w:w="25" w:type="dxa"/>
              <w:right w:w="85" w:type="dxa"/>
            </w:tcMar>
            <w:vAlign w:val="center"/>
          </w:tcPr>
          <w:p w14:paraId="1D6D97AB" w14:textId="77777777" w:rsidR="007024CC" w:rsidRDefault="007024CC">
            <w:pPr>
              <w:spacing w:before="40" w:after="40" w:line="240" w:lineRule="auto"/>
            </w:pPr>
          </w:p>
        </w:tc>
      </w:tr>
      <w:tr w:rsidR="007024CC" w14:paraId="59CCD385" w14:textId="77777777">
        <w:trPr>
          <w:cantSplit/>
          <w:trHeight w:val="330"/>
          <w:jc w:val="center"/>
        </w:trPr>
        <w:tc>
          <w:tcPr>
            <w:tcW w:w="3900" w:type="dxa"/>
            <w:shd w:val="clear" w:color="auto" w:fill="FFFFFF"/>
            <w:tcMar>
              <w:top w:w="25" w:type="dxa"/>
              <w:left w:w="85" w:type="dxa"/>
              <w:bottom w:w="25" w:type="dxa"/>
              <w:right w:w="85" w:type="dxa"/>
            </w:tcMar>
            <w:vAlign w:val="center"/>
          </w:tcPr>
          <w:p w14:paraId="57105C6C" w14:textId="77777777" w:rsidR="007024CC" w:rsidRDefault="00CC2F94">
            <w:pPr>
              <w:spacing w:before="20" w:after="20" w:line="240" w:lineRule="auto"/>
            </w:pPr>
            <w:r>
              <w:rPr>
                <w:b/>
              </w:rPr>
              <w:t>Facultad:</w:t>
            </w:r>
          </w:p>
        </w:tc>
        <w:tc>
          <w:tcPr>
            <w:tcW w:w="5450" w:type="dxa"/>
            <w:shd w:val="clear" w:color="auto" w:fill="FFFFFF"/>
            <w:tcMar>
              <w:top w:w="25" w:type="dxa"/>
              <w:left w:w="85" w:type="dxa"/>
              <w:bottom w:w="25" w:type="dxa"/>
              <w:right w:w="85" w:type="dxa"/>
            </w:tcMar>
            <w:vAlign w:val="center"/>
          </w:tcPr>
          <w:p w14:paraId="29B68303" w14:textId="77777777" w:rsidR="007024CC" w:rsidRDefault="007024CC">
            <w:pPr>
              <w:spacing w:before="40" w:after="40" w:line="240" w:lineRule="auto"/>
            </w:pPr>
          </w:p>
        </w:tc>
      </w:tr>
      <w:tr w:rsidR="007024CC" w14:paraId="5C2102D7" w14:textId="77777777">
        <w:trPr>
          <w:cantSplit/>
          <w:trHeight w:val="330"/>
          <w:jc w:val="center"/>
        </w:trPr>
        <w:tc>
          <w:tcPr>
            <w:tcW w:w="3900" w:type="dxa"/>
            <w:shd w:val="clear" w:color="auto" w:fill="FFFFFF"/>
            <w:tcMar>
              <w:top w:w="25" w:type="dxa"/>
              <w:left w:w="85" w:type="dxa"/>
              <w:bottom w:w="25" w:type="dxa"/>
              <w:right w:w="85" w:type="dxa"/>
            </w:tcMar>
            <w:vAlign w:val="center"/>
          </w:tcPr>
          <w:p w14:paraId="21DB6F75" w14:textId="77777777" w:rsidR="007024CC" w:rsidRDefault="00CC2F94">
            <w:pPr>
              <w:spacing w:before="20" w:after="20" w:line="240" w:lineRule="auto"/>
            </w:pPr>
            <w:r>
              <w:rPr>
                <w:b/>
              </w:rPr>
              <w:t>Oferta:</w:t>
            </w:r>
          </w:p>
        </w:tc>
        <w:tc>
          <w:tcPr>
            <w:tcW w:w="5450" w:type="dxa"/>
            <w:shd w:val="clear" w:color="auto" w:fill="FFFFFF"/>
            <w:tcMar>
              <w:top w:w="25" w:type="dxa"/>
              <w:left w:w="85" w:type="dxa"/>
              <w:bottom w:w="25" w:type="dxa"/>
              <w:right w:w="85" w:type="dxa"/>
            </w:tcMar>
            <w:vAlign w:val="center"/>
          </w:tcPr>
          <w:p w14:paraId="7A4FA2AF" w14:textId="77777777" w:rsidR="007024CC" w:rsidRDefault="007024CC">
            <w:pPr>
              <w:spacing w:before="40" w:after="40" w:line="240" w:lineRule="auto"/>
            </w:pPr>
          </w:p>
        </w:tc>
      </w:tr>
      <w:tr w:rsidR="007024CC" w14:paraId="2032B28E" w14:textId="77777777">
        <w:trPr>
          <w:cantSplit/>
          <w:trHeight w:val="330"/>
          <w:jc w:val="center"/>
        </w:trPr>
        <w:tc>
          <w:tcPr>
            <w:tcW w:w="3900" w:type="dxa"/>
            <w:shd w:val="clear" w:color="auto" w:fill="FFFFFF"/>
            <w:tcMar>
              <w:top w:w="25" w:type="dxa"/>
              <w:left w:w="85" w:type="dxa"/>
              <w:bottom w:w="25" w:type="dxa"/>
              <w:right w:w="85" w:type="dxa"/>
            </w:tcMar>
            <w:vAlign w:val="center"/>
          </w:tcPr>
          <w:p w14:paraId="7976E844" w14:textId="77777777" w:rsidR="007024CC" w:rsidRDefault="00CC2F94">
            <w:pPr>
              <w:spacing w:before="20" w:after="20" w:line="240" w:lineRule="auto"/>
            </w:pPr>
            <w:r>
              <w:rPr>
                <w:b/>
              </w:rPr>
              <w:t>Modalidad de implementación:</w:t>
            </w:r>
          </w:p>
        </w:tc>
        <w:tc>
          <w:tcPr>
            <w:tcW w:w="5450" w:type="dxa"/>
            <w:shd w:val="clear" w:color="auto" w:fill="FFFFFF"/>
            <w:tcMar>
              <w:top w:w="25" w:type="dxa"/>
              <w:left w:w="85" w:type="dxa"/>
              <w:bottom w:w="25" w:type="dxa"/>
              <w:right w:w="85" w:type="dxa"/>
            </w:tcMar>
            <w:vAlign w:val="center"/>
          </w:tcPr>
          <w:p w14:paraId="61B963B3" w14:textId="77777777" w:rsidR="007024CC" w:rsidRDefault="007024CC">
            <w:pPr>
              <w:spacing w:before="40" w:after="40" w:line="240" w:lineRule="auto"/>
            </w:pPr>
          </w:p>
        </w:tc>
      </w:tr>
      <w:tr w:rsidR="007024CC" w14:paraId="059746AF" w14:textId="77777777">
        <w:trPr>
          <w:cantSplit/>
          <w:trHeight w:val="330"/>
          <w:jc w:val="center"/>
        </w:trPr>
        <w:tc>
          <w:tcPr>
            <w:tcW w:w="3900" w:type="dxa"/>
            <w:shd w:val="clear" w:color="auto" w:fill="FFFFFF"/>
            <w:tcMar>
              <w:top w:w="25" w:type="dxa"/>
              <w:left w:w="85" w:type="dxa"/>
              <w:bottom w:w="25" w:type="dxa"/>
              <w:right w:w="85" w:type="dxa"/>
            </w:tcMar>
            <w:vAlign w:val="center"/>
          </w:tcPr>
          <w:p w14:paraId="53F8B3F9" w14:textId="77777777" w:rsidR="007024CC" w:rsidRDefault="00CC2F94">
            <w:pPr>
              <w:spacing w:before="20" w:after="20" w:line="240" w:lineRule="auto"/>
            </w:pPr>
            <w:r>
              <w:rPr>
                <w:b/>
              </w:rPr>
              <w:t>Dirección:</w:t>
            </w:r>
          </w:p>
        </w:tc>
        <w:tc>
          <w:tcPr>
            <w:tcW w:w="5450" w:type="dxa"/>
            <w:shd w:val="clear" w:color="auto" w:fill="FFFFFF"/>
            <w:tcMar>
              <w:top w:w="25" w:type="dxa"/>
              <w:left w:w="85" w:type="dxa"/>
              <w:bottom w:w="25" w:type="dxa"/>
              <w:right w:w="85" w:type="dxa"/>
            </w:tcMar>
            <w:vAlign w:val="center"/>
          </w:tcPr>
          <w:p w14:paraId="071D2EC1" w14:textId="77777777" w:rsidR="007024CC" w:rsidRDefault="007024CC">
            <w:pPr>
              <w:spacing w:before="40" w:after="40" w:line="240" w:lineRule="auto"/>
            </w:pPr>
          </w:p>
        </w:tc>
      </w:tr>
      <w:tr w:rsidR="007024CC" w14:paraId="3C228733" w14:textId="77777777">
        <w:trPr>
          <w:cantSplit/>
          <w:trHeight w:val="330"/>
          <w:jc w:val="center"/>
        </w:trPr>
        <w:tc>
          <w:tcPr>
            <w:tcW w:w="3900" w:type="dxa"/>
            <w:shd w:val="clear" w:color="auto" w:fill="FFFFFF"/>
            <w:tcMar>
              <w:top w:w="25" w:type="dxa"/>
              <w:left w:w="85" w:type="dxa"/>
              <w:bottom w:w="25" w:type="dxa"/>
              <w:right w:w="85" w:type="dxa"/>
            </w:tcMar>
            <w:vAlign w:val="center"/>
          </w:tcPr>
          <w:p w14:paraId="177F4D44" w14:textId="77777777" w:rsidR="007024CC" w:rsidRDefault="00CC2F94">
            <w:pPr>
              <w:spacing w:before="20" w:after="20" w:line="240" w:lineRule="auto"/>
            </w:pPr>
            <w:r>
              <w:rPr>
                <w:b/>
              </w:rPr>
              <w:t>Ciudad:</w:t>
            </w:r>
          </w:p>
        </w:tc>
        <w:tc>
          <w:tcPr>
            <w:tcW w:w="5450" w:type="dxa"/>
            <w:shd w:val="clear" w:color="auto" w:fill="FFFFFF"/>
            <w:tcMar>
              <w:top w:w="25" w:type="dxa"/>
              <w:left w:w="85" w:type="dxa"/>
              <w:bottom w:w="25" w:type="dxa"/>
              <w:right w:w="85" w:type="dxa"/>
            </w:tcMar>
            <w:vAlign w:val="center"/>
          </w:tcPr>
          <w:p w14:paraId="09C3EB32" w14:textId="77777777" w:rsidR="007024CC" w:rsidRDefault="007024CC">
            <w:pPr>
              <w:spacing w:before="40" w:after="40" w:line="240" w:lineRule="auto"/>
            </w:pPr>
          </w:p>
        </w:tc>
      </w:tr>
      <w:tr w:rsidR="007024CC" w14:paraId="4B76B541" w14:textId="77777777">
        <w:trPr>
          <w:cantSplit/>
          <w:trHeight w:val="330"/>
          <w:jc w:val="center"/>
        </w:trPr>
        <w:tc>
          <w:tcPr>
            <w:tcW w:w="3900" w:type="dxa"/>
            <w:shd w:val="clear" w:color="auto" w:fill="FFFFFF"/>
            <w:tcMar>
              <w:top w:w="25" w:type="dxa"/>
              <w:left w:w="85" w:type="dxa"/>
              <w:bottom w:w="25" w:type="dxa"/>
              <w:right w:w="85" w:type="dxa"/>
            </w:tcMar>
            <w:vAlign w:val="center"/>
          </w:tcPr>
          <w:p w14:paraId="13A9858C" w14:textId="77777777" w:rsidR="007024CC" w:rsidRDefault="00CC2F94">
            <w:pPr>
              <w:spacing w:before="20" w:after="20" w:line="240" w:lineRule="auto"/>
            </w:pPr>
            <w:r>
              <w:rPr>
                <w:b/>
              </w:rPr>
              <w:t>Departamento:</w:t>
            </w:r>
          </w:p>
        </w:tc>
        <w:tc>
          <w:tcPr>
            <w:tcW w:w="5450" w:type="dxa"/>
            <w:shd w:val="clear" w:color="auto" w:fill="FFFFFF"/>
            <w:tcMar>
              <w:top w:w="25" w:type="dxa"/>
              <w:left w:w="85" w:type="dxa"/>
              <w:bottom w:w="25" w:type="dxa"/>
              <w:right w:w="85" w:type="dxa"/>
            </w:tcMar>
            <w:vAlign w:val="center"/>
          </w:tcPr>
          <w:p w14:paraId="6975136A" w14:textId="77777777" w:rsidR="007024CC" w:rsidRDefault="007024CC">
            <w:pPr>
              <w:spacing w:before="40" w:after="40" w:line="240" w:lineRule="auto"/>
            </w:pPr>
          </w:p>
        </w:tc>
      </w:tr>
      <w:tr w:rsidR="007024CC" w14:paraId="61B5D4CC" w14:textId="77777777">
        <w:trPr>
          <w:cantSplit/>
          <w:trHeight w:val="330"/>
          <w:jc w:val="center"/>
        </w:trPr>
        <w:tc>
          <w:tcPr>
            <w:tcW w:w="3900" w:type="dxa"/>
            <w:shd w:val="clear" w:color="auto" w:fill="FFFFFF"/>
            <w:tcMar>
              <w:top w:w="25" w:type="dxa"/>
              <w:left w:w="85" w:type="dxa"/>
              <w:bottom w:w="25" w:type="dxa"/>
              <w:right w:w="85" w:type="dxa"/>
            </w:tcMar>
            <w:vAlign w:val="center"/>
          </w:tcPr>
          <w:p w14:paraId="24146019" w14:textId="77777777" w:rsidR="007024CC" w:rsidRDefault="00CC2F94">
            <w:pPr>
              <w:spacing w:before="20" w:after="20" w:line="240" w:lineRule="auto"/>
            </w:pPr>
            <w:r>
              <w:rPr>
                <w:b/>
              </w:rPr>
              <w:t>Teléfono:</w:t>
            </w:r>
          </w:p>
        </w:tc>
        <w:tc>
          <w:tcPr>
            <w:tcW w:w="5450" w:type="dxa"/>
            <w:shd w:val="clear" w:color="auto" w:fill="FFFFFF"/>
            <w:tcMar>
              <w:top w:w="25" w:type="dxa"/>
              <w:left w:w="85" w:type="dxa"/>
              <w:bottom w:w="25" w:type="dxa"/>
              <w:right w:w="85" w:type="dxa"/>
            </w:tcMar>
            <w:vAlign w:val="center"/>
          </w:tcPr>
          <w:p w14:paraId="3CB75E9F" w14:textId="77777777" w:rsidR="007024CC" w:rsidRDefault="007024CC">
            <w:pPr>
              <w:spacing w:before="40" w:after="40" w:line="240" w:lineRule="auto"/>
            </w:pPr>
          </w:p>
        </w:tc>
      </w:tr>
      <w:tr w:rsidR="007024CC" w14:paraId="20BDB0DB" w14:textId="77777777">
        <w:trPr>
          <w:cantSplit/>
          <w:trHeight w:val="330"/>
          <w:jc w:val="center"/>
        </w:trPr>
        <w:tc>
          <w:tcPr>
            <w:tcW w:w="3900" w:type="dxa"/>
            <w:shd w:val="clear" w:color="auto" w:fill="FFFFFF"/>
            <w:tcMar>
              <w:top w:w="25" w:type="dxa"/>
              <w:left w:w="85" w:type="dxa"/>
              <w:bottom w:w="25" w:type="dxa"/>
              <w:right w:w="85" w:type="dxa"/>
            </w:tcMar>
            <w:vAlign w:val="center"/>
          </w:tcPr>
          <w:p w14:paraId="17B18A8D" w14:textId="77777777" w:rsidR="007024CC" w:rsidRDefault="00CC2F94">
            <w:pPr>
              <w:spacing w:before="20" w:after="20" w:line="240" w:lineRule="auto"/>
            </w:pPr>
            <w:r>
              <w:rPr>
                <w:b/>
              </w:rPr>
              <w:t>Correo electrónico:</w:t>
            </w:r>
          </w:p>
        </w:tc>
        <w:tc>
          <w:tcPr>
            <w:tcW w:w="5450" w:type="dxa"/>
            <w:shd w:val="clear" w:color="auto" w:fill="FFFFFF"/>
            <w:tcMar>
              <w:top w:w="25" w:type="dxa"/>
              <w:left w:w="85" w:type="dxa"/>
              <w:bottom w:w="25" w:type="dxa"/>
              <w:right w:w="85" w:type="dxa"/>
            </w:tcMar>
            <w:vAlign w:val="center"/>
          </w:tcPr>
          <w:p w14:paraId="111D010B" w14:textId="77777777" w:rsidR="007024CC" w:rsidRDefault="007024CC">
            <w:pPr>
              <w:spacing w:before="40" w:after="40" w:line="240" w:lineRule="auto"/>
            </w:pPr>
          </w:p>
        </w:tc>
      </w:tr>
      <w:tr w:rsidR="007024CC" w14:paraId="4ACFD4C1" w14:textId="77777777">
        <w:trPr>
          <w:cantSplit/>
          <w:trHeight w:val="330"/>
          <w:jc w:val="center"/>
        </w:trPr>
        <w:tc>
          <w:tcPr>
            <w:tcW w:w="3900" w:type="dxa"/>
            <w:shd w:val="clear" w:color="auto" w:fill="FFFFFF"/>
            <w:tcMar>
              <w:top w:w="25" w:type="dxa"/>
              <w:left w:w="85" w:type="dxa"/>
              <w:bottom w:w="25" w:type="dxa"/>
              <w:right w:w="85" w:type="dxa"/>
            </w:tcMar>
            <w:vAlign w:val="center"/>
          </w:tcPr>
          <w:p w14:paraId="28367B55" w14:textId="77777777" w:rsidR="007024CC" w:rsidRDefault="00CC2F94">
            <w:pPr>
              <w:spacing w:before="20" w:after="20" w:line="240" w:lineRule="auto"/>
            </w:pPr>
            <w:r>
              <w:rPr>
                <w:b/>
              </w:rPr>
              <w:t>Máxima autoridad:</w:t>
            </w:r>
          </w:p>
        </w:tc>
        <w:tc>
          <w:tcPr>
            <w:tcW w:w="5450" w:type="dxa"/>
            <w:shd w:val="clear" w:color="auto" w:fill="FFFFFF"/>
            <w:tcMar>
              <w:top w:w="25" w:type="dxa"/>
              <w:left w:w="85" w:type="dxa"/>
              <w:bottom w:w="25" w:type="dxa"/>
              <w:right w:w="85" w:type="dxa"/>
            </w:tcMar>
            <w:vAlign w:val="center"/>
          </w:tcPr>
          <w:p w14:paraId="4D262114" w14:textId="77777777" w:rsidR="007024CC" w:rsidRDefault="007024CC">
            <w:pPr>
              <w:spacing w:before="40" w:after="40" w:line="240" w:lineRule="auto"/>
            </w:pPr>
          </w:p>
        </w:tc>
      </w:tr>
      <w:tr w:rsidR="007024CC" w14:paraId="2C64DE7B" w14:textId="77777777">
        <w:trPr>
          <w:cantSplit/>
          <w:trHeight w:val="330"/>
          <w:jc w:val="center"/>
        </w:trPr>
        <w:tc>
          <w:tcPr>
            <w:tcW w:w="3900" w:type="dxa"/>
            <w:shd w:val="clear" w:color="auto" w:fill="FFFFFF"/>
            <w:tcMar>
              <w:top w:w="25" w:type="dxa"/>
              <w:left w:w="85" w:type="dxa"/>
              <w:bottom w:w="25" w:type="dxa"/>
              <w:right w:w="85" w:type="dxa"/>
            </w:tcMar>
            <w:vAlign w:val="center"/>
          </w:tcPr>
          <w:p w14:paraId="2221DDCF" w14:textId="77777777" w:rsidR="007024CC" w:rsidRDefault="00CC2F94">
            <w:pPr>
              <w:spacing w:before="20" w:after="20" w:line="240" w:lineRule="auto"/>
            </w:pPr>
            <w:r>
              <w:rPr>
                <w:b/>
              </w:rPr>
              <w:t>Cargo:</w:t>
            </w:r>
          </w:p>
        </w:tc>
        <w:tc>
          <w:tcPr>
            <w:tcW w:w="5450" w:type="dxa"/>
            <w:shd w:val="clear" w:color="auto" w:fill="FFFFFF"/>
            <w:tcMar>
              <w:top w:w="25" w:type="dxa"/>
              <w:left w:w="85" w:type="dxa"/>
              <w:bottom w:w="25" w:type="dxa"/>
              <w:right w:w="85" w:type="dxa"/>
            </w:tcMar>
            <w:vAlign w:val="center"/>
          </w:tcPr>
          <w:p w14:paraId="0847250B" w14:textId="77777777" w:rsidR="007024CC" w:rsidRDefault="007024CC">
            <w:pPr>
              <w:spacing w:before="40" w:after="40" w:line="240" w:lineRule="auto"/>
            </w:pPr>
          </w:p>
        </w:tc>
      </w:tr>
      <w:tr w:rsidR="007024CC" w14:paraId="70A65E19" w14:textId="77777777">
        <w:trPr>
          <w:cantSplit/>
          <w:trHeight w:val="330"/>
          <w:jc w:val="center"/>
        </w:trPr>
        <w:tc>
          <w:tcPr>
            <w:tcW w:w="3900" w:type="dxa"/>
            <w:shd w:val="clear" w:color="auto" w:fill="FFFFFF"/>
            <w:tcMar>
              <w:top w:w="25" w:type="dxa"/>
              <w:left w:w="85" w:type="dxa"/>
              <w:bottom w:w="25" w:type="dxa"/>
              <w:right w:w="85" w:type="dxa"/>
            </w:tcMar>
            <w:vAlign w:val="center"/>
          </w:tcPr>
          <w:p w14:paraId="34B7D31A" w14:textId="77777777" w:rsidR="007024CC" w:rsidRDefault="00CC2F94">
            <w:pPr>
              <w:spacing w:before="20" w:after="20" w:line="240" w:lineRule="auto"/>
            </w:pPr>
            <w:r>
              <w:rPr>
                <w:b/>
              </w:rPr>
              <w:t>Teléfono de contacto:</w:t>
            </w:r>
          </w:p>
        </w:tc>
        <w:tc>
          <w:tcPr>
            <w:tcW w:w="5450" w:type="dxa"/>
            <w:shd w:val="clear" w:color="auto" w:fill="FFFFFF"/>
            <w:tcMar>
              <w:top w:w="25" w:type="dxa"/>
              <w:left w:w="85" w:type="dxa"/>
              <w:bottom w:w="25" w:type="dxa"/>
              <w:right w:w="85" w:type="dxa"/>
            </w:tcMar>
            <w:vAlign w:val="center"/>
          </w:tcPr>
          <w:p w14:paraId="0B2A4BB0" w14:textId="77777777" w:rsidR="007024CC" w:rsidRDefault="007024CC">
            <w:pPr>
              <w:spacing w:before="40" w:after="40" w:line="240" w:lineRule="auto"/>
            </w:pPr>
          </w:p>
        </w:tc>
      </w:tr>
      <w:tr w:rsidR="007024CC" w:rsidRPr="00F42274" w14:paraId="55420B31" w14:textId="77777777">
        <w:trPr>
          <w:cantSplit/>
          <w:trHeight w:val="300"/>
          <w:jc w:val="center"/>
        </w:trPr>
        <w:tc>
          <w:tcPr>
            <w:tcW w:w="9350" w:type="dxa"/>
            <w:gridSpan w:val="2"/>
            <w:shd w:val="clear" w:color="auto" w:fill="323E4F"/>
            <w:tcMar>
              <w:top w:w="25" w:type="dxa"/>
              <w:left w:w="85" w:type="dxa"/>
              <w:bottom w:w="25" w:type="dxa"/>
              <w:right w:w="85" w:type="dxa"/>
            </w:tcMar>
            <w:vAlign w:val="center"/>
          </w:tcPr>
          <w:p w14:paraId="3974EA01" w14:textId="77777777" w:rsidR="007024CC" w:rsidRPr="009A1154" w:rsidRDefault="00CC2F94">
            <w:pPr>
              <w:spacing w:before="20" w:after="20" w:line="240" w:lineRule="auto"/>
              <w:jc w:val="center"/>
              <w:rPr>
                <w:lang w:val="es-PY"/>
              </w:rPr>
            </w:pPr>
            <w:r w:rsidRPr="009A1154">
              <w:rPr>
                <w:b/>
                <w:color w:val="FFFFFF"/>
                <w:lang w:val="es-PY"/>
              </w:rPr>
              <w:t>DATOS DEL TÉCNICO DE ENLACE</w:t>
            </w:r>
          </w:p>
        </w:tc>
      </w:tr>
      <w:tr w:rsidR="007024CC" w14:paraId="5ED17EF2" w14:textId="77777777">
        <w:trPr>
          <w:cantSplit/>
          <w:trHeight w:val="330"/>
          <w:jc w:val="center"/>
        </w:trPr>
        <w:tc>
          <w:tcPr>
            <w:tcW w:w="3900" w:type="dxa"/>
            <w:shd w:val="clear" w:color="auto" w:fill="FFFFFF"/>
            <w:tcMar>
              <w:top w:w="25" w:type="dxa"/>
              <w:left w:w="85" w:type="dxa"/>
              <w:bottom w:w="25" w:type="dxa"/>
              <w:right w:w="85" w:type="dxa"/>
            </w:tcMar>
            <w:vAlign w:val="center"/>
          </w:tcPr>
          <w:p w14:paraId="61B4470B" w14:textId="77777777" w:rsidR="007024CC" w:rsidRDefault="00CC2F94">
            <w:pPr>
              <w:spacing w:before="20" w:after="20" w:line="240" w:lineRule="auto"/>
            </w:pPr>
            <w:proofErr w:type="spellStart"/>
            <w:r>
              <w:rPr>
                <w:b/>
              </w:rPr>
              <w:t>Nombres</w:t>
            </w:r>
            <w:proofErr w:type="spellEnd"/>
            <w:r>
              <w:rPr>
                <w:b/>
              </w:rPr>
              <w:t xml:space="preserve"> y </w:t>
            </w:r>
            <w:proofErr w:type="spellStart"/>
            <w:r>
              <w:rPr>
                <w:b/>
              </w:rPr>
              <w:t>apellidos</w:t>
            </w:r>
            <w:proofErr w:type="spellEnd"/>
            <w:r>
              <w:rPr>
                <w:b/>
              </w:rPr>
              <w:t>:</w:t>
            </w:r>
          </w:p>
        </w:tc>
        <w:tc>
          <w:tcPr>
            <w:tcW w:w="5450" w:type="dxa"/>
            <w:shd w:val="clear" w:color="auto" w:fill="FFFFFF"/>
            <w:tcMar>
              <w:top w:w="25" w:type="dxa"/>
              <w:left w:w="85" w:type="dxa"/>
              <w:bottom w:w="25" w:type="dxa"/>
              <w:right w:w="85" w:type="dxa"/>
            </w:tcMar>
            <w:vAlign w:val="center"/>
          </w:tcPr>
          <w:p w14:paraId="5C164E95" w14:textId="77777777" w:rsidR="007024CC" w:rsidRDefault="007024CC">
            <w:pPr>
              <w:spacing w:before="40" w:after="40" w:line="240" w:lineRule="auto"/>
            </w:pPr>
          </w:p>
        </w:tc>
      </w:tr>
      <w:tr w:rsidR="007024CC" w14:paraId="67CD91DB" w14:textId="77777777">
        <w:trPr>
          <w:cantSplit/>
          <w:trHeight w:val="330"/>
          <w:jc w:val="center"/>
        </w:trPr>
        <w:tc>
          <w:tcPr>
            <w:tcW w:w="3900" w:type="dxa"/>
            <w:shd w:val="clear" w:color="auto" w:fill="FFFFFF"/>
            <w:tcMar>
              <w:top w:w="25" w:type="dxa"/>
              <w:left w:w="85" w:type="dxa"/>
              <w:bottom w:w="25" w:type="dxa"/>
              <w:right w:w="85" w:type="dxa"/>
            </w:tcMar>
            <w:vAlign w:val="center"/>
          </w:tcPr>
          <w:p w14:paraId="25FFFB6F" w14:textId="77777777" w:rsidR="007024CC" w:rsidRDefault="00CC2F94">
            <w:pPr>
              <w:spacing w:before="20" w:after="20" w:line="240" w:lineRule="auto"/>
            </w:pPr>
            <w:r>
              <w:rPr>
                <w:b/>
              </w:rPr>
              <w:t>Correo electrónico:</w:t>
            </w:r>
          </w:p>
        </w:tc>
        <w:tc>
          <w:tcPr>
            <w:tcW w:w="5450" w:type="dxa"/>
            <w:shd w:val="clear" w:color="auto" w:fill="FFFFFF"/>
            <w:tcMar>
              <w:top w:w="25" w:type="dxa"/>
              <w:left w:w="85" w:type="dxa"/>
              <w:bottom w:w="25" w:type="dxa"/>
              <w:right w:w="85" w:type="dxa"/>
            </w:tcMar>
            <w:vAlign w:val="center"/>
          </w:tcPr>
          <w:p w14:paraId="685D8BEA" w14:textId="77777777" w:rsidR="007024CC" w:rsidRDefault="007024CC">
            <w:pPr>
              <w:spacing w:before="40" w:after="40" w:line="240" w:lineRule="auto"/>
            </w:pPr>
          </w:p>
        </w:tc>
      </w:tr>
      <w:tr w:rsidR="007024CC" w14:paraId="22EC211E" w14:textId="77777777">
        <w:trPr>
          <w:cantSplit/>
          <w:trHeight w:val="330"/>
          <w:jc w:val="center"/>
        </w:trPr>
        <w:tc>
          <w:tcPr>
            <w:tcW w:w="3900" w:type="dxa"/>
            <w:shd w:val="clear" w:color="auto" w:fill="FFFFFF"/>
            <w:tcMar>
              <w:top w:w="25" w:type="dxa"/>
              <w:left w:w="85" w:type="dxa"/>
              <w:bottom w:w="25" w:type="dxa"/>
              <w:right w:w="85" w:type="dxa"/>
            </w:tcMar>
            <w:vAlign w:val="center"/>
          </w:tcPr>
          <w:p w14:paraId="54617671" w14:textId="77777777" w:rsidR="007024CC" w:rsidRDefault="00CC2F94">
            <w:pPr>
              <w:spacing w:before="20" w:after="20" w:line="240" w:lineRule="auto"/>
            </w:pPr>
            <w:r>
              <w:rPr>
                <w:b/>
              </w:rPr>
              <w:t>Teléfono de contacto:</w:t>
            </w:r>
          </w:p>
        </w:tc>
        <w:tc>
          <w:tcPr>
            <w:tcW w:w="5450" w:type="dxa"/>
            <w:shd w:val="clear" w:color="auto" w:fill="FFFFFF"/>
            <w:tcMar>
              <w:top w:w="25" w:type="dxa"/>
              <w:left w:w="85" w:type="dxa"/>
              <w:bottom w:w="25" w:type="dxa"/>
              <w:right w:w="85" w:type="dxa"/>
            </w:tcMar>
            <w:vAlign w:val="center"/>
          </w:tcPr>
          <w:p w14:paraId="3A09BEDE" w14:textId="77777777" w:rsidR="007024CC" w:rsidRDefault="007024CC">
            <w:pPr>
              <w:spacing w:before="40" w:after="40" w:line="240" w:lineRule="auto"/>
            </w:pPr>
          </w:p>
        </w:tc>
      </w:tr>
    </w:tbl>
    <w:p w14:paraId="57BF46E7" w14:textId="77777777" w:rsidR="007024CC" w:rsidRDefault="00CC2F94">
      <w:r>
        <w:br w:type="page"/>
      </w:r>
    </w:p>
    <w:p w14:paraId="600FDEF0" w14:textId="77777777" w:rsidR="007024CC" w:rsidRDefault="00CC2F94">
      <w:pPr>
        <w:keepNext/>
        <w:spacing w:after="160"/>
      </w:pPr>
      <w:r>
        <w:rPr>
          <w:b/>
          <w:color w:val="323E4F"/>
          <w:sz w:val="24"/>
        </w:rPr>
        <w:lastRenderedPageBreak/>
        <w:t>2. PRESENTACIÓN DE LA INSTITUCIÓN</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0"/>
      </w:tblGrid>
      <w:tr w:rsidR="007024CC" w:rsidRPr="00F42274" w14:paraId="50C9BA94" w14:textId="77777777">
        <w:trPr>
          <w:trHeight w:val="11000"/>
          <w:jc w:val="center"/>
        </w:trPr>
        <w:tc>
          <w:tcPr>
            <w:tcW w:w="9350" w:type="dxa"/>
            <w:tcMar>
              <w:top w:w="113" w:type="dxa"/>
              <w:left w:w="113" w:type="dxa"/>
              <w:bottom w:w="113" w:type="dxa"/>
              <w:right w:w="113" w:type="dxa"/>
            </w:tcMar>
          </w:tcPr>
          <w:p w14:paraId="5BE880EA" w14:textId="77777777" w:rsidR="007024CC" w:rsidRPr="009A1154" w:rsidRDefault="00CC2F94">
            <w:pPr>
              <w:spacing w:after="60" w:line="240" w:lineRule="auto"/>
              <w:jc w:val="both"/>
              <w:rPr>
                <w:lang w:val="es-PY"/>
              </w:rPr>
            </w:pPr>
            <w:r w:rsidRPr="009A1154">
              <w:rPr>
                <w:color w:val="A6A6A6"/>
                <w:sz w:val="20"/>
                <w:lang w:val="es-PY"/>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r w:rsidRPr="009A1154">
              <w:rPr>
                <w:i/>
                <w:color w:val="A6A6A6"/>
                <w:sz w:val="20"/>
                <w:lang w:val="es-PY"/>
              </w:rPr>
              <w:t>.</w:t>
            </w:r>
          </w:p>
          <w:p w14:paraId="01A68826" w14:textId="77777777" w:rsidR="00CC2F94" w:rsidRDefault="00CC2F94">
            <w:pPr>
              <w:spacing w:before="120"/>
              <w:rPr>
                <w:lang w:val="es-PY"/>
              </w:rPr>
            </w:pPr>
          </w:p>
          <w:p w14:paraId="6CC1C5EF" w14:textId="77777777" w:rsidR="00CC2F94" w:rsidRPr="00CC2F94" w:rsidRDefault="00CC2F94" w:rsidP="00CC2F94">
            <w:pPr>
              <w:rPr>
                <w:lang w:val="es-PY"/>
              </w:rPr>
            </w:pPr>
          </w:p>
          <w:p w14:paraId="60D36180" w14:textId="77777777" w:rsidR="00CC2F94" w:rsidRPr="00CC2F94" w:rsidRDefault="00CC2F94" w:rsidP="00CC2F94">
            <w:pPr>
              <w:rPr>
                <w:lang w:val="es-PY"/>
              </w:rPr>
            </w:pPr>
          </w:p>
          <w:p w14:paraId="285064A9" w14:textId="77777777" w:rsidR="00CC2F94" w:rsidRPr="00CC2F94" w:rsidRDefault="00CC2F94" w:rsidP="00CC2F94">
            <w:pPr>
              <w:rPr>
                <w:lang w:val="es-PY"/>
              </w:rPr>
            </w:pPr>
          </w:p>
          <w:p w14:paraId="2F327638" w14:textId="77777777" w:rsidR="00CC2F94" w:rsidRPr="00CC2F94" w:rsidRDefault="00CC2F94" w:rsidP="00CC2F94">
            <w:pPr>
              <w:rPr>
                <w:lang w:val="es-PY"/>
              </w:rPr>
            </w:pPr>
          </w:p>
          <w:p w14:paraId="3DEE1F7B" w14:textId="77777777" w:rsidR="00CC2F94" w:rsidRPr="00CC2F94" w:rsidRDefault="00CC2F94" w:rsidP="00CC2F94">
            <w:pPr>
              <w:rPr>
                <w:lang w:val="es-PY"/>
              </w:rPr>
            </w:pPr>
          </w:p>
          <w:p w14:paraId="733A830E" w14:textId="77777777" w:rsidR="00CC2F94" w:rsidRPr="00CC2F94" w:rsidRDefault="00CC2F94" w:rsidP="00CC2F94">
            <w:pPr>
              <w:rPr>
                <w:lang w:val="es-PY"/>
              </w:rPr>
            </w:pPr>
          </w:p>
          <w:p w14:paraId="26C293F8" w14:textId="77777777" w:rsidR="00CC2F94" w:rsidRPr="00CC2F94" w:rsidRDefault="00CC2F94" w:rsidP="00CC2F94">
            <w:pPr>
              <w:rPr>
                <w:lang w:val="es-PY"/>
              </w:rPr>
            </w:pPr>
          </w:p>
          <w:p w14:paraId="11B34985" w14:textId="77777777" w:rsidR="00CC2F94" w:rsidRPr="00CC2F94" w:rsidRDefault="00CC2F94" w:rsidP="00CC2F94">
            <w:pPr>
              <w:rPr>
                <w:lang w:val="es-PY"/>
              </w:rPr>
            </w:pPr>
          </w:p>
          <w:p w14:paraId="26181E2D" w14:textId="77777777" w:rsidR="00CC2F94" w:rsidRPr="00CC2F94" w:rsidRDefault="00CC2F94" w:rsidP="00CC2F94">
            <w:pPr>
              <w:rPr>
                <w:lang w:val="es-PY"/>
              </w:rPr>
            </w:pPr>
          </w:p>
          <w:p w14:paraId="064A7A4B" w14:textId="77777777" w:rsidR="00CC2F94" w:rsidRPr="00CC2F94" w:rsidRDefault="00CC2F94" w:rsidP="00CC2F94">
            <w:pPr>
              <w:rPr>
                <w:lang w:val="es-PY"/>
              </w:rPr>
            </w:pPr>
          </w:p>
          <w:p w14:paraId="72424FD5" w14:textId="77777777" w:rsidR="00CC2F94" w:rsidRPr="00CC2F94" w:rsidRDefault="00CC2F94" w:rsidP="00CC2F94">
            <w:pPr>
              <w:rPr>
                <w:lang w:val="es-PY"/>
              </w:rPr>
            </w:pPr>
          </w:p>
          <w:p w14:paraId="74FD8E3E" w14:textId="77777777" w:rsidR="00CC2F94" w:rsidRPr="00CC2F94" w:rsidRDefault="00CC2F94" w:rsidP="00CC2F94">
            <w:pPr>
              <w:rPr>
                <w:lang w:val="es-PY"/>
              </w:rPr>
            </w:pPr>
          </w:p>
          <w:p w14:paraId="3E46E812" w14:textId="77777777" w:rsidR="00CC2F94" w:rsidRPr="00CC2F94" w:rsidRDefault="00CC2F94" w:rsidP="00CC2F94">
            <w:pPr>
              <w:rPr>
                <w:lang w:val="es-PY"/>
              </w:rPr>
            </w:pPr>
          </w:p>
          <w:p w14:paraId="4141C4A5" w14:textId="77777777" w:rsidR="00CC2F94" w:rsidRPr="00CC2F94" w:rsidRDefault="00CC2F94" w:rsidP="00CC2F94">
            <w:pPr>
              <w:rPr>
                <w:lang w:val="es-PY"/>
              </w:rPr>
            </w:pPr>
          </w:p>
          <w:p w14:paraId="1321BA12" w14:textId="77777777" w:rsidR="00CC2F94" w:rsidRPr="00CC2F94" w:rsidRDefault="00CC2F94" w:rsidP="00CC2F94">
            <w:pPr>
              <w:rPr>
                <w:lang w:val="es-PY"/>
              </w:rPr>
            </w:pPr>
          </w:p>
          <w:p w14:paraId="0FEC0CFF" w14:textId="77777777" w:rsidR="00CC2F94" w:rsidRPr="00CC2F94" w:rsidRDefault="00CC2F94" w:rsidP="00CC2F94">
            <w:pPr>
              <w:rPr>
                <w:lang w:val="es-PY"/>
              </w:rPr>
            </w:pPr>
          </w:p>
          <w:p w14:paraId="6DBB5EE9" w14:textId="77777777" w:rsidR="00CC2F94" w:rsidRPr="00CC2F94" w:rsidRDefault="00CC2F94" w:rsidP="00CC2F94">
            <w:pPr>
              <w:rPr>
                <w:lang w:val="es-PY"/>
              </w:rPr>
            </w:pPr>
          </w:p>
          <w:p w14:paraId="48350D66" w14:textId="77777777" w:rsidR="00CC2F94" w:rsidRPr="00CC2F94" w:rsidRDefault="00CC2F94" w:rsidP="00CC2F94">
            <w:pPr>
              <w:rPr>
                <w:lang w:val="es-PY"/>
              </w:rPr>
            </w:pPr>
          </w:p>
          <w:p w14:paraId="364FEC87" w14:textId="77777777" w:rsidR="00CC2F94" w:rsidRPr="00CC2F94" w:rsidRDefault="00CC2F94" w:rsidP="00CC2F94">
            <w:pPr>
              <w:rPr>
                <w:lang w:val="es-PY"/>
              </w:rPr>
            </w:pPr>
          </w:p>
          <w:p w14:paraId="3331D527" w14:textId="77777777" w:rsidR="00CC2F94" w:rsidRPr="00CC2F94" w:rsidRDefault="00CC2F94" w:rsidP="00CC2F94">
            <w:pPr>
              <w:rPr>
                <w:lang w:val="es-PY"/>
              </w:rPr>
            </w:pPr>
          </w:p>
          <w:p w14:paraId="19CB1868" w14:textId="77777777" w:rsidR="00CC2F94" w:rsidRPr="00CC2F94" w:rsidRDefault="00CC2F94" w:rsidP="00CC2F94">
            <w:pPr>
              <w:rPr>
                <w:lang w:val="es-PY"/>
              </w:rPr>
            </w:pPr>
          </w:p>
          <w:p w14:paraId="1F73FC17" w14:textId="77777777" w:rsidR="00CC2F94" w:rsidRPr="00CC2F94" w:rsidRDefault="00CC2F94" w:rsidP="00CC2F94">
            <w:pPr>
              <w:rPr>
                <w:lang w:val="es-PY"/>
              </w:rPr>
            </w:pPr>
          </w:p>
          <w:p w14:paraId="3F9ABB92" w14:textId="77777777" w:rsidR="00CC2F94" w:rsidRPr="00CC2F94" w:rsidRDefault="00CC2F94" w:rsidP="00CC2F94">
            <w:pPr>
              <w:rPr>
                <w:lang w:val="es-PY"/>
              </w:rPr>
            </w:pPr>
          </w:p>
          <w:p w14:paraId="2E1AB93D" w14:textId="77777777" w:rsidR="00CC2F94" w:rsidRPr="00CC2F94" w:rsidRDefault="00CC2F94" w:rsidP="00CC2F94">
            <w:pPr>
              <w:rPr>
                <w:lang w:val="es-PY"/>
              </w:rPr>
            </w:pPr>
          </w:p>
          <w:p w14:paraId="524133E6" w14:textId="77777777" w:rsidR="00CC2F94" w:rsidRPr="00CC2F94" w:rsidRDefault="00CC2F94" w:rsidP="00CC2F94">
            <w:pPr>
              <w:rPr>
                <w:lang w:val="es-PY"/>
              </w:rPr>
            </w:pPr>
          </w:p>
          <w:p w14:paraId="2A70D71F" w14:textId="77777777" w:rsidR="00CC2F94" w:rsidRPr="00CC2F94" w:rsidRDefault="00CC2F94" w:rsidP="00CC2F94">
            <w:pPr>
              <w:rPr>
                <w:lang w:val="es-PY"/>
              </w:rPr>
            </w:pPr>
          </w:p>
          <w:p w14:paraId="45F98E90" w14:textId="77777777" w:rsidR="00CC2F94" w:rsidRPr="00CC2F94" w:rsidRDefault="00CC2F94" w:rsidP="00CC2F94">
            <w:pPr>
              <w:rPr>
                <w:lang w:val="es-PY"/>
              </w:rPr>
            </w:pPr>
          </w:p>
          <w:p w14:paraId="11DEFD09" w14:textId="77777777" w:rsidR="00CC2F94" w:rsidRPr="00CC2F94" w:rsidRDefault="00CC2F94" w:rsidP="00CC2F94">
            <w:pPr>
              <w:rPr>
                <w:lang w:val="es-PY"/>
              </w:rPr>
            </w:pPr>
          </w:p>
          <w:p w14:paraId="329E0A20" w14:textId="77777777" w:rsidR="00CC2F94" w:rsidRPr="00CC2F94" w:rsidRDefault="00CC2F94" w:rsidP="00CC2F94">
            <w:pPr>
              <w:rPr>
                <w:lang w:val="es-PY"/>
              </w:rPr>
            </w:pPr>
          </w:p>
          <w:p w14:paraId="73F74EE1" w14:textId="77777777" w:rsidR="00CC2F94" w:rsidRPr="00CC2F94" w:rsidRDefault="00CC2F94" w:rsidP="00CC2F94">
            <w:pPr>
              <w:rPr>
                <w:lang w:val="es-PY"/>
              </w:rPr>
            </w:pPr>
          </w:p>
          <w:p w14:paraId="719A0519" w14:textId="77777777" w:rsidR="00CC2F94" w:rsidRPr="00CC2F94" w:rsidRDefault="00CC2F94" w:rsidP="00CC2F94">
            <w:pPr>
              <w:rPr>
                <w:lang w:val="es-PY"/>
              </w:rPr>
            </w:pPr>
          </w:p>
          <w:p w14:paraId="3CC2778F" w14:textId="77777777" w:rsidR="00CC2F94" w:rsidRPr="00CC2F94" w:rsidRDefault="00CC2F94" w:rsidP="00CC2F94">
            <w:pPr>
              <w:rPr>
                <w:lang w:val="es-PY"/>
              </w:rPr>
            </w:pPr>
          </w:p>
          <w:p w14:paraId="0B717CF3" w14:textId="77777777" w:rsidR="00CC2F94" w:rsidRDefault="00CC2F94" w:rsidP="00CC2F94">
            <w:pPr>
              <w:rPr>
                <w:lang w:val="es-PY"/>
              </w:rPr>
            </w:pPr>
          </w:p>
          <w:p w14:paraId="1BD31B25" w14:textId="77777777" w:rsidR="007024CC" w:rsidRDefault="007024CC" w:rsidP="00CC2F94">
            <w:pPr>
              <w:ind w:firstLine="720"/>
              <w:rPr>
                <w:lang w:val="es-PY"/>
              </w:rPr>
            </w:pPr>
          </w:p>
          <w:p w14:paraId="0CC51C02" w14:textId="77777777" w:rsidR="00CC2F94" w:rsidRDefault="00CC2F94" w:rsidP="00CC2F94">
            <w:pPr>
              <w:ind w:firstLine="720"/>
              <w:rPr>
                <w:lang w:val="es-PY"/>
              </w:rPr>
            </w:pPr>
          </w:p>
          <w:p w14:paraId="00D029BC" w14:textId="77777777" w:rsidR="00CC2F94" w:rsidRDefault="00CC2F94" w:rsidP="00CC2F94">
            <w:pPr>
              <w:ind w:firstLine="720"/>
              <w:rPr>
                <w:lang w:val="es-PY"/>
              </w:rPr>
            </w:pPr>
          </w:p>
          <w:p w14:paraId="4CDDBCD4" w14:textId="77777777" w:rsidR="00CC2F94" w:rsidRDefault="00CC2F94" w:rsidP="00CC2F94">
            <w:pPr>
              <w:ind w:firstLine="720"/>
              <w:rPr>
                <w:lang w:val="es-PY"/>
              </w:rPr>
            </w:pPr>
          </w:p>
          <w:p w14:paraId="71A1FF4F" w14:textId="77777777" w:rsidR="00CC2F94" w:rsidRDefault="00CC2F94" w:rsidP="00CC2F94">
            <w:pPr>
              <w:ind w:firstLine="720"/>
              <w:rPr>
                <w:lang w:val="es-PY"/>
              </w:rPr>
            </w:pPr>
          </w:p>
          <w:p w14:paraId="6ECC6D63" w14:textId="77777777" w:rsidR="00CC2F94" w:rsidRDefault="00CC2F94" w:rsidP="00CC2F94">
            <w:pPr>
              <w:ind w:firstLine="720"/>
              <w:rPr>
                <w:lang w:val="es-PY"/>
              </w:rPr>
            </w:pPr>
          </w:p>
          <w:p w14:paraId="338D5A30" w14:textId="77777777" w:rsidR="00CC2F94" w:rsidRPr="00CC2F94" w:rsidRDefault="00CC2F94" w:rsidP="00CC2F94">
            <w:pPr>
              <w:rPr>
                <w:lang w:val="es-PY"/>
              </w:rPr>
            </w:pPr>
          </w:p>
        </w:tc>
      </w:tr>
    </w:tbl>
    <w:p w14:paraId="6607A31E" w14:textId="77777777" w:rsidR="007024CC" w:rsidRPr="009A1154" w:rsidRDefault="00CC2F94">
      <w:pPr>
        <w:rPr>
          <w:lang w:val="es-PY"/>
        </w:rPr>
      </w:pPr>
      <w:r w:rsidRPr="009A1154">
        <w:rPr>
          <w:lang w:val="es-PY"/>
        </w:rPr>
        <w:br w:type="page"/>
      </w:r>
    </w:p>
    <w:p w14:paraId="4E09B08E" w14:textId="77777777" w:rsidR="007024CC" w:rsidRPr="009A1154" w:rsidRDefault="00CC2F94">
      <w:pPr>
        <w:keepNext/>
        <w:spacing w:after="160"/>
        <w:rPr>
          <w:lang w:val="es-PY"/>
        </w:rPr>
      </w:pPr>
      <w:r w:rsidRPr="009A1154">
        <w:rPr>
          <w:b/>
          <w:color w:val="323E4F"/>
          <w:sz w:val="24"/>
          <w:lang w:val="es-PY"/>
        </w:rPr>
        <w:lastRenderedPageBreak/>
        <w:t>2.1. PRESENTACIÓN DE LA OFERTA ACADÉMICA EVALUADA</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0"/>
      </w:tblGrid>
      <w:tr w:rsidR="007024CC" w:rsidRPr="00F42274" w14:paraId="539EC2D4" w14:textId="77777777">
        <w:trPr>
          <w:trHeight w:val="4600"/>
          <w:jc w:val="center"/>
        </w:trPr>
        <w:tc>
          <w:tcPr>
            <w:tcW w:w="9350" w:type="dxa"/>
            <w:tcMar>
              <w:top w:w="113" w:type="dxa"/>
              <w:left w:w="113" w:type="dxa"/>
              <w:bottom w:w="113" w:type="dxa"/>
              <w:right w:w="113" w:type="dxa"/>
            </w:tcMar>
          </w:tcPr>
          <w:p w14:paraId="64C71EAF" w14:textId="77777777" w:rsidR="007024CC" w:rsidRPr="009A1154" w:rsidRDefault="00CC2F94">
            <w:pPr>
              <w:spacing w:after="60" w:line="240" w:lineRule="auto"/>
              <w:jc w:val="both"/>
              <w:rPr>
                <w:lang w:val="es-PY"/>
              </w:rPr>
            </w:pPr>
            <w:r w:rsidRPr="009A1154">
              <w:rPr>
                <w:color w:val="A6A6A6"/>
                <w:sz w:val="20"/>
                <w:lang w:val="es-PY"/>
              </w:rPr>
              <w:t>Se describe la carrera/programa/institución evaluada.</w:t>
            </w:r>
          </w:p>
          <w:p w14:paraId="45F11D61" w14:textId="77777777" w:rsidR="007024CC" w:rsidRPr="009A1154" w:rsidRDefault="00CC2F94">
            <w:pPr>
              <w:spacing w:after="60" w:line="240" w:lineRule="auto"/>
              <w:jc w:val="both"/>
              <w:rPr>
                <w:lang w:val="es-PY"/>
              </w:rPr>
            </w:pPr>
            <w:r w:rsidRPr="009A1154">
              <w:rPr>
                <w:color w:val="A6A6A6"/>
                <w:sz w:val="20"/>
                <w:lang w:val="es-PY"/>
              </w:rPr>
              <w:t>Se debe ofrecer una caracterización de la unidad académica en la que se inserta la oferta.</w:t>
            </w:r>
          </w:p>
          <w:p w14:paraId="4E00EB1A" w14:textId="77777777" w:rsidR="007024CC" w:rsidRPr="009A1154" w:rsidRDefault="00CC2F94">
            <w:pPr>
              <w:spacing w:after="60" w:line="240" w:lineRule="auto"/>
              <w:jc w:val="both"/>
              <w:rPr>
                <w:lang w:val="es-PY"/>
              </w:rPr>
            </w:pPr>
            <w:r w:rsidRPr="009A1154">
              <w:rPr>
                <w:color w:val="A6A6A6"/>
                <w:sz w:val="20"/>
                <w:lang w:val="es-PY"/>
              </w:rPr>
              <w:t>Se incluye información relevante como:</w:t>
            </w:r>
          </w:p>
          <w:p w14:paraId="14482E9F" w14:textId="77777777" w:rsidR="007024CC" w:rsidRPr="009A1154" w:rsidRDefault="00CC2F94">
            <w:pPr>
              <w:spacing w:after="60" w:line="240" w:lineRule="auto"/>
              <w:jc w:val="both"/>
              <w:rPr>
                <w:lang w:val="es-PY"/>
              </w:rPr>
            </w:pPr>
            <w:r w:rsidRPr="009A1154">
              <w:rPr>
                <w:color w:val="A6A6A6"/>
                <w:sz w:val="20"/>
                <w:lang w:val="es-PY"/>
              </w:rPr>
              <w:t>El año de creación de la facultad o filial y su ubicación geográfica.</w:t>
            </w:r>
          </w:p>
          <w:p w14:paraId="30314C00" w14:textId="77777777" w:rsidR="007024CC" w:rsidRPr="009A1154" w:rsidRDefault="00CC2F94">
            <w:pPr>
              <w:spacing w:after="60" w:line="240" w:lineRule="auto"/>
              <w:jc w:val="both"/>
              <w:rPr>
                <w:lang w:val="es-PY"/>
              </w:rPr>
            </w:pPr>
            <w:r w:rsidRPr="009A1154">
              <w:rPr>
                <w:color w:val="A6A6A6"/>
                <w:sz w:val="20"/>
                <w:lang w:val="es-PY"/>
              </w:rPr>
              <w:t>El contexto territorial y social en el que opera.</w:t>
            </w:r>
          </w:p>
          <w:p w14:paraId="6E3D655A" w14:textId="77777777" w:rsidR="007024CC" w:rsidRPr="009A1154" w:rsidRDefault="00CC2F94">
            <w:pPr>
              <w:spacing w:after="60" w:line="240" w:lineRule="auto"/>
              <w:jc w:val="both"/>
              <w:rPr>
                <w:lang w:val="es-PY"/>
              </w:rPr>
            </w:pPr>
            <w:r w:rsidRPr="009A1154">
              <w:rPr>
                <w:color w:val="A6A6A6"/>
                <w:sz w:val="20"/>
                <w:lang w:val="es-PY"/>
              </w:rPr>
              <w:t>La cantidad de estudiantes y docentes.</w:t>
            </w:r>
          </w:p>
          <w:p w14:paraId="4466273B" w14:textId="77777777" w:rsidR="007024CC" w:rsidRPr="009A1154" w:rsidRDefault="00CC2F94">
            <w:pPr>
              <w:spacing w:after="60" w:line="240" w:lineRule="auto"/>
              <w:jc w:val="both"/>
              <w:rPr>
                <w:lang w:val="es-PY"/>
              </w:rPr>
            </w:pPr>
            <w:r w:rsidRPr="009A1154">
              <w:rPr>
                <w:color w:val="A6A6A6"/>
                <w:sz w:val="20"/>
                <w:lang w:val="es-PY"/>
              </w:rPr>
              <w:t>Una descripción general de los recursos físicos y académicos disponibles.</w:t>
            </w:r>
          </w:p>
          <w:p w14:paraId="1DFBCDE4" w14:textId="77777777" w:rsidR="007024CC" w:rsidRPr="009A1154" w:rsidRDefault="00CC2F94">
            <w:pPr>
              <w:spacing w:after="60" w:line="240" w:lineRule="auto"/>
              <w:jc w:val="both"/>
              <w:rPr>
                <w:lang w:val="es-PY"/>
              </w:rPr>
            </w:pPr>
            <w:r w:rsidRPr="009A1154">
              <w:rPr>
                <w:color w:val="A6A6A6"/>
                <w:sz w:val="20"/>
                <w:lang w:val="es-PY"/>
              </w:rPr>
              <w:t>Descripción general del Proyecto Académico implementado (carga horaria reloj, título que otorga, perfil del egresado, modelo pedagógico adoptado).</w:t>
            </w:r>
          </w:p>
          <w:p w14:paraId="601653EE" w14:textId="77777777" w:rsidR="007024CC" w:rsidRPr="009A1154" w:rsidRDefault="007024CC">
            <w:pPr>
              <w:spacing w:before="120"/>
              <w:rPr>
                <w:lang w:val="es-PY"/>
              </w:rPr>
            </w:pPr>
          </w:p>
        </w:tc>
      </w:tr>
    </w:tbl>
    <w:p w14:paraId="0CA5120A" w14:textId="77777777" w:rsidR="007024CC" w:rsidRPr="009A1154" w:rsidRDefault="007024CC">
      <w:pPr>
        <w:spacing w:line="240" w:lineRule="auto"/>
        <w:rPr>
          <w:lang w:val="es-PY"/>
        </w:rPr>
      </w:pPr>
    </w:p>
    <w:p w14:paraId="33B1C700" w14:textId="77777777" w:rsidR="007024CC" w:rsidRDefault="00CC2F94">
      <w:pPr>
        <w:keepNext/>
        <w:spacing w:before="120" w:after="120"/>
      </w:pPr>
      <w:proofErr w:type="spellStart"/>
      <w:r>
        <w:rPr>
          <w:b/>
        </w:rPr>
        <w:t>Tabla</w:t>
      </w:r>
      <w:proofErr w:type="spellEnd"/>
      <w:r>
        <w:rPr>
          <w:b/>
        </w:rPr>
        <w:t xml:space="preserve"> 1. Oferta académica evaluada</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0"/>
        <w:gridCol w:w="1450"/>
        <w:gridCol w:w="1200"/>
        <w:gridCol w:w="1000"/>
        <w:gridCol w:w="1400"/>
        <w:gridCol w:w="1250"/>
        <w:gridCol w:w="1300"/>
      </w:tblGrid>
      <w:tr w:rsidR="007024CC" w:rsidRPr="00F42274" w14:paraId="1B04D05A" w14:textId="77777777">
        <w:trPr>
          <w:cantSplit/>
          <w:trHeight w:val="700"/>
          <w:tblHeader/>
          <w:jc w:val="center"/>
        </w:trPr>
        <w:tc>
          <w:tcPr>
            <w:tcW w:w="1750" w:type="dxa"/>
            <w:shd w:val="clear" w:color="auto" w:fill="323E4F"/>
            <w:tcMar>
              <w:top w:w="60" w:type="dxa"/>
              <w:left w:w="30" w:type="dxa"/>
              <w:bottom w:w="60" w:type="dxa"/>
              <w:right w:w="30" w:type="dxa"/>
            </w:tcMar>
            <w:vAlign w:val="center"/>
          </w:tcPr>
          <w:p w14:paraId="462C1BC6" w14:textId="77777777" w:rsidR="007024CC" w:rsidRDefault="00CC2F94">
            <w:pPr>
              <w:spacing w:before="40" w:after="40" w:line="240" w:lineRule="auto"/>
              <w:jc w:val="center"/>
            </w:pPr>
            <w:r>
              <w:rPr>
                <w:b/>
                <w:color w:val="FFFFFF"/>
                <w:sz w:val="17"/>
              </w:rPr>
              <w:t>Oferta académica</w:t>
            </w:r>
          </w:p>
        </w:tc>
        <w:tc>
          <w:tcPr>
            <w:tcW w:w="1450" w:type="dxa"/>
            <w:shd w:val="clear" w:color="auto" w:fill="323E4F"/>
            <w:tcMar>
              <w:top w:w="60" w:type="dxa"/>
              <w:left w:w="30" w:type="dxa"/>
              <w:bottom w:w="60" w:type="dxa"/>
              <w:right w:w="30" w:type="dxa"/>
            </w:tcMar>
            <w:vAlign w:val="center"/>
          </w:tcPr>
          <w:p w14:paraId="25324D6D" w14:textId="77777777" w:rsidR="007024CC" w:rsidRDefault="00CC2F94">
            <w:pPr>
              <w:spacing w:before="40" w:after="40" w:line="240" w:lineRule="auto"/>
              <w:jc w:val="center"/>
            </w:pPr>
            <w:r>
              <w:rPr>
                <w:b/>
                <w:color w:val="FFFFFF"/>
                <w:sz w:val="17"/>
              </w:rPr>
              <w:t>Resolución de habilitación</w:t>
            </w:r>
          </w:p>
        </w:tc>
        <w:tc>
          <w:tcPr>
            <w:tcW w:w="1200" w:type="dxa"/>
            <w:shd w:val="clear" w:color="auto" w:fill="323E4F"/>
            <w:tcMar>
              <w:top w:w="60" w:type="dxa"/>
              <w:left w:w="30" w:type="dxa"/>
              <w:bottom w:w="60" w:type="dxa"/>
              <w:right w:w="30" w:type="dxa"/>
            </w:tcMar>
            <w:vAlign w:val="center"/>
          </w:tcPr>
          <w:p w14:paraId="15D127EA" w14:textId="77777777" w:rsidR="007024CC" w:rsidRDefault="00CC2F94">
            <w:pPr>
              <w:spacing w:before="40" w:after="40" w:line="240" w:lineRule="auto"/>
              <w:jc w:val="center"/>
            </w:pPr>
            <w:r>
              <w:rPr>
                <w:b/>
                <w:color w:val="FFFFFF"/>
                <w:sz w:val="17"/>
              </w:rPr>
              <w:t>Modalidad</w:t>
            </w:r>
          </w:p>
        </w:tc>
        <w:tc>
          <w:tcPr>
            <w:tcW w:w="1000" w:type="dxa"/>
            <w:shd w:val="clear" w:color="auto" w:fill="323E4F"/>
            <w:tcMar>
              <w:top w:w="60" w:type="dxa"/>
              <w:left w:w="30" w:type="dxa"/>
              <w:bottom w:w="60" w:type="dxa"/>
              <w:right w:w="30" w:type="dxa"/>
            </w:tcMar>
            <w:vAlign w:val="center"/>
          </w:tcPr>
          <w:p w14:paraId="13F50345" w14:textId="77777777" w:rsidR="007024CC" w:rsidRDefault="00CC2F94">
            <w:pPr>
              <w:spacing w:before="40" w:after="40" w:line="240" w:lineRule="auto"/>
              <w:jc w:val="center"/>
            </w:pPr>
            <w:r>
              <w:rPr>
                <w:b/>
                <w:color w:val="FFFFFF"/>
                <w:sz w:val="17"/>
              </w:rPr>
              <w:t>Año de inicio</w:t>
            </w:r>
          </w:p>
        </w:tc>
        <w:tc>
          <w:tcPr>
            <w:tcW w:w="1400" w:type="dxa"/>
            <w:shd w:val="clear" w:color="auto" w:fill="323E4F"/>
            <w:tcMar>
              <w:top w:w="60" w:type="dxa"/>
              <w:left w:w="30" w:type="dxa"/>
              <w:bottom w:w="60" w:type="dxa"/>
              <w:right w:w="30" w:type="dxa"/>
            </w:tcMar>
            <w:vAlign w:val="center"/>
          </w:tcPr>
          <w:p w14:paraId="398B1794" w14:textId="77777777" w:rsidR="007024CC" w:rsidRDefault="00CC2F94">
            <w:pPr>
              <w:spacing w:before="40" w:after="40" w:line="240" w:lineRule="auto"/>
              <w:jc w:val="center"/>
            </w:pPr>
            <w:r>
              <w:rPr>
                <w:b/>
                <w:color w:val="FFFFFF"/>
                <w:sz w:val="17"/>
              </w:rPr>
              <w:t>Cantidad de estudiantes</w:t>
            </w:r>
          </w:p>
        </w:tc>
        <w:tc>
          <w:tcPr>
            <w:tcW w:w="1250" w:type="dxa"/>
            <w:shd w:val="clear" w:color="auto" w:fill="323E4F"/>
            <w:tcMar>
              <w:top w:w="60" w:type="dxa"/>
              <w:left w:w="30" w:type="dxa"/>
              <w:bottom w:w="60" w:type="dxa"/>
              <w:right w:w="30" w:type="dxa"/>
            </w:tcMar>
            <w:vAlign w:val="center"/>
          </w:tcPr>
          <w:p w14:paraId="2814545F" w14:textId="77777777" w:rsidR="007024CC" w:rsidRDefault="00CC2F94">
            <w:pPr>
              <w:spacing w:before="40" w:after="40" w:line="240" w:lineRule="auto"/>
              <w:jc w:val="center"/>
            </w:pPr>
            <w:r>
              <w:rPr>
                <w:b/>
                <w:color w:val="FFFFFF"/>
                <w:sz w:val="17"/>
              </w:rPr>
              <w:t>Cantidad de docentes</w:t>
            </w:r>
          </w:p>
        </w:tc>
        <w:tc>
          <w:tcPr>
            <w:tcW w:w="1300" w:type="dxa"/>
            <w:shd w:val="clear" w:color="auto" w:fill="323E4F"/>
            <w:tcMar>
              <w:top w:w="60" w:type="dxa"/>
              <w:left w:w="30" w:type="dxa"/>
              <w:bottom w:w="60" w:type="dxa"/>
              <w:right w:w="30" w:type="dxa"/>
            </w:tcMar>
            <w:vAlign w:val="center"/>
          </w:tcPr>
          <w:p w14:paraId="2EF57E8E" w14:textId="77777777" w:rsidR="007024CC" w:rsidRPr="009A1154" w:rsidRDefault="00CC2F94">
            <w:pPr>
              <w:spacing w:before="40" w:after="40" w:line="240" w:lineRule="auto"/>
              <w:jc w:val="center"/>
              <w:rPr>
                <w:lang w:val="es-PY"/>
              </w:rPr>
            </w:pPr>
            <w:r w:rsidRPr="009A1154">
              <w:rPr>
                <w:b/>
                <w:color w:val="FFFFFF"/>
                <w:sz w:val="17"/>
                <w:lang w:val="es-PY"/>
              </w:rPr>
              <w:t>Año de egreso de la primera promoción</w:t>
            </w:r>
          </w:p>
        </w:tc>
      </w:tr>
      <w:tr w:rsidR="007024CC" w:rsidRPr="00F42274" w14:paraId="6784CE3E" w14:textId="77777777">
        <w:trPr>
          <w:cantSplit/>
          <w:trHeight w:val="560"/>
          <w:jc w:val="center"/>
        </w:trPr>
        <w:tc>
          <w:tcPr>
            <w:tcW w:w="1750" w:type="dxa"/>
            <w:shd w:val="clear" w:color="auto" w:fill="FFFFFF"/>
            <w:tcMar>
              <w:top w:w="60" w:type="dxa"/>
              <w:left w:w="30" w:type="dxa"/>
              <w:bottom w:w="60" w:type="dxa"/>
              <w:right w:w="30" w:type="dxa"/>
            </w:tcMar>
            <w:vAlign w:val="center"/>
          </w:tcPr>
          <w:p w14:paraId="22B9BA1B" w14:textId="77777777" w:rsidR="007024CC" w:rsidRPr="009A1154" w:rsidRDefault="007024CC">
            <w:pPr>
              <w:spacing w:before="40" w:after="40" w:line="240" w:lineRule="auto"/>
              <w:rPr>
                <w:lang w:val="es-PY"/>
              </w:rPr>
            </w:pPr>
          </w:p>
        </w:tc>
        <w:tc>
          <w:tcPr>
            <w:tcW w:w="1450" w:type="dxa"/>
            <w:shd w:val="clear" w:color="auto" w:fill="FFFFFF"/>
            <w:tcMar>
              <w:top w:w="60" w:type="dxa"/>
              <w:left w:w="30" w:type="dxa"/>
              <w:bottom w:w="60" w:type="dxa"/>
              <w:right w:w="30" w:type="dxa"/>
            </w:tcMar>
            <w:vAlign w:val="center"/>
          </w:tcPr>
          <w:p w14:paraId="4A255422" w14:textId="77777777" w:rsidR="007024CC" w:rsidRPr="009A1154" w:rsidRDefault="007024CC">
            <w:pPr>
              <w:spacing w:before="40" w:after="40" w:line="240" w:lineRule="auto"/>
              <w:rPr>
                <w:lang w:val="es-PY"/>
              </w:rPr>
            </w:pPr>
          </w:p>
        </w:tc>
        <w:tc>
          <w:tcPr>
            <w:tcW w:w="1200" w:type="dxa"/>
            <w:shd w:val="clear" w:color="auto" w:fill="FFFFFF"/>
            <w:tcMar>
              <w:top w:w="60" w:type="dxa"/>
              <w:left w:w="30" w:type="dxa"/>
              <w:bottom w:w="60" w:type="dxa"/>
              <w:right w:w="30" w:type="dxa"/>
            </w:tcMar>
            <w:vAlign w:val="center"/>
          </w:tcPr>
          <w:p w14:paraId="15196A48" w14:textId="77777777" w:rsidR="007024CC" w:rsidRPr="009A1154" w:rsidRDefault="007024CC">
            <w:pPr>
              <w:spacing w:before="40" w:after="40" w:line="240" w:lineRule="auto"/>
              <w:rPr>
                <w:lang w:val="es-PY"/>
              </w:rPr>
            </w:pPr>
          </w:p>
        </w:tc>
        <w:tc>
          <w:tcPr>
            <w:tcW w:w="1000" w:type="dxa"/>
            <w:shd w:val="clear" w:color="auto" w:fill="FFFFFF"/>
            <w:tcMar>
              <w:top w:w="60" w:type="dxa"/>
              <w:left w:w="30" w:type="dxa"/>
              <w:bottom w:w="60" w:type="dxa"/>
              <w:right w:w="30" w:type="dxa"/>
            </w:tcMar>
            <w:vAlign w:val="center"/>
          </w:tcPr>
          <w:p w14:paraId="0B0EFC0A" w14:textId="77777777" w:rsidR="007024CC" w:rsidRPr="009A1154" w:rsidRDefault="007024CC">
            <w:pPr>
              <w:spacing w:before="40" w:after="40" w:line="240" w:lineRule="auto"/>
              <w:rPr>
                <w:lang w:val="es-PY"/>
              </w:rPr>
            </w:pPr>
          </w:p>
        </w:tc>
        <w:tc>
          <w:tcPr>
            <w:tcW w:w="1400" w:type="dxa"/>
            <w:shd w:val="clear" w:color="auto" w:fill="FFFFFF"/>
            <w:tcMar>
              <w:top w:w="60" w:type="dxa"/>
              <w:left w:w="30" w:type="dxa"/>
              <w:bottom w:w="60" w:type="dxa"/>
              <w:right w:w="30" w:type="dxa"/>
            </w:tcMar>
            <w:vAlign w:val="center"/>
          </w:tcPr>
          <w:p w14:paraId="58E7C1BB" w14:textId="77777777" w:rsidR="007024CC" w:rsidRPr="009A1154" w:rsidRDefault="007024CC">
            <w:pPr>
              <w:spacing w:before="40" w:after="40" w:line="240" w:lineRule="auto"/>
              <w:rPr>
                <w:lang w:val="es-PY"/>
              </w:rPr>
            </w:pPr>
          </w:p>
        </w:tc>
        <w:tc>
          <w:tcPr>
            <w:tcW w:w="1250" w:type="dxa"/>
            <w:shd w:val="clear" w:color="auto" w:fill="FFFFFF"/>
            <w:tcMar>
              <w:top w:w="60" w:type="dxa"/>
              <w:left w:w="30" w:type="dxa"/>
              <w:bottom w:w="60" w:type="dxa"/>
              <w:right w:w="30" w:type="dxa"/>
            </w:tcMar>
            <w:vAlign w:val="center"/>
          </w:tcPr>
          <w:p w14:paraId="4E000251" w14:textId="77777777" w:rsidR="007024CC" w:rsidRPr="009A1154" w:rsidRDefault="007024CC">
            <w:pPr>
              <w:spacing w:before="40" w:after="40" w:line="240" w:lineRule="auto"/>
              <w:rPr>
                <w:lang w:val="es-PY"/>
              </w:rPr>
            </w:pPr>
          </w:p>
        </w:tc>
        <w:tc>
          <w:tcPr>
            <w:tcW w:w="1300" w:type="dxa"/>
            <w:shd w:val="clear" w:color="auto" w:fill="FFFFFF"/>
            <w:tcMar>
              <w:top w:w="60" w:type="dxa"/>
              <w:left w:w="30" w:type="dxa"/>
              <w:bottom w:w="60" w:type="dxa"/>
              <w:right w:w="30" w:type="dxa"/>
            </w:tcMar>
            <w:vAlign w:val="center"/>
          </w:tcPr>
          <w:p w14:paraId="7165C007" w14:textId="77777777" w:rsidR="007024CC" w:rsidRPr="009A1154" w:rsidRDefault="007024CC">
            <w:pPr>
              <w:spacing w:before="40" w:after="40" w:line="240" w:lineRule="auto"/>
              <w:rPr>
                <w:lang w:val="es-PY"/>
              </w:rPr>
            </w:pPr>
          </w:p>
        </w:tc>
      </w:tr>
    </w:tbl>
    <w:p w14:paraId="6CE90A8B" w14:textId="77777777" w:rsidR="007024CC" w:rsidRPr="009A1154" w:rsidRDefault="00CC2F94">
      <w:pPr>
        <w:rPr>
          <w:lang w:val="es-PY"/>
        </w:rPr>
      </w:pPr>
      <w:r w:rsidRPr="009A1154">
        <w:rPr>
          <w:lang w:val="es-PY"/>
        </w:rPr>
        <w:br w:type="page"/>
      </w:r>
    </w:p>
    <w:p w14:paraId="43467786" w14:textId="77777777" w:rsidR="007024CC" w:rsidRDefault="00CC2F94">
      <w:pPr>
        <w:keepNext/>
        <w:spacing w:after="160"/>
      </w:pPr>
      <w:r>
        <w:rPr>
          <w:b/>
          <w:color w:val="323E4F"/>
          <w:sz w:val="24"/>
        </w:rPr>
        <w:lastRenderedPageBreak/>
        <w:t>2.2. CONFORMACIÓN DEL COMITÉ DE AUTOEVALUACIÓN</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0"/>
      </w:tblGrid>
      <w:tr w:rsidR="007024CC" w:rsidRPr="00F42274" w14:paraId="5E846FA8" w14:textId="77777777">
        <w:trPr>
          <w:trHeight w:val="11000"/>
          <w:jc w:val="center"/>
        </w:trPr>
        <w:tc>
          <w:tcPr>
            <w:tcW w:w="9350" w:type="dxa"/>
            <w:tcMar>
              <w:top w:w="113" w:type="dxa"/>
              <w:left w:w="113" w:type="dxa"/>
              <w:bottom w:w="113" w:type="dxa"/>
              <w:right w:w="113" w:type="dxa"/>
            </w:tcMar>
          </w:tcPr>
          <w:p w14:paraId="0164216E" w14:textId="77777777" w:rsidR="007024CC" w:rsidRPr="009A1154" w:rsidRDefault="00CC2F94">
            <w:pPr>
              <w:spacing w:after="60" w:line="240" w:lineRule="auto"/>
              <w:jc w:val="both"/>
              <w:rPr>
                <w:lang w:val="es-PY"/>
              </w:rPr>
            </w:pPr>
            <w:r w:rsidRPr="009A1154">
              <w:rPr>
                <w:color w:val="A6A6A6"/>
                <w:sz w:val="20"/>
                <w:lang w:val="es-PY"/>
              </w:rPr>
              <w:t>Se presenta el comité responsable de la autoevaluación, describiendo el perfil académico y profesional de sus integrantes, así como sus funciones dentro del proceso, mencionando el documento de formalización.</w:t>
            </w:r>
          </w:p>
          <w:p w14:paraId="796332F4" w14:textId="77777777" w:rsidR="007024CC" w:rsidRDefault="007024CC">
            <w:pPr>
              <w:spacing w:before="120"/>
              <w:rPr>
                <w:lang w:val="es-PY"/>
              </w:rPr>
            </w:pPr>
          </w:p>
          <w:p w14:paraId="6DA6AB1B" w14:textId="77777777" w:rsidR="00CC2F94" w:rsidRDefault="00CC2F94">
            <w:pPr>
              <w:spacing w:before="120"/>
              <w:rPr>
                <w:lang w:val="es-PY"/>
              </w:rPr>
            </w:pPr>
          </w:p>
          <w:p w14:paraId="2DFF28EA" w14:textId="77777777" w:rsidR="00CC2F94" w:rsidRDefault="00CC2F94">
            <w:pPr>
              <w:spacing w:before="120"/>
              <w:rPr>
                <w:lang w:val="es-PY"/>
              </w:rPr>
            </w:pPr>
          </w:p>
          <w:p w14:paraId="30D16776" w14:textId="77777777" w:rsidR="00CC2F94" w:rsidRDefault="00CC2F94">
            <w:pPr>
              <w:spacing w:before="120"/>
              <w:rPr>
                <w:lang w:val="es-PY"/>
              </w:rPr>
            </w:pPr>
          </w:p>
          <w:p w14:paraId="6C7AD429" w14:textId="77777777" w:rsidR="00CC2F94" w:rsidRDefault="00CC2F94">
            <w:pPr>
              <w:spacing w:before="120"/>
              <w:rPr>
                <w:lang w:val="es-PY"/>
              </w:rPr>
            </w:pPr>
          </w:p>
          <w:p w14:paraId="3F2A0EDF" w14:textId="77777777" w:rsidR="00CC2F94" w:rsidRDefault="00CC2F94">
            <w:pPr>
              <w:spacing w:before="120"/>
              <w:rPr>
                <w:lang w:val="es-PY"/>
              </w:rPr>
            </w:pPr>
          </w:p>
          <w:p w14:paraId="4B896318" w14:textId="77777777" w:rsidR="00CC2F94" w:rsidRDefault="00CC2F94">
            <w:pPr>
              <w:spacing w:before="120"/>
              <w:rPr>
                <w:lang w:val="es-PY"/>
              </w:rPr>
            </w:pPr>
          </w:p>
          <w:p w14:paraId="70AB60A3" w14:textId="77777777" w:rsidR="00CC2F94" w:rsidRDefault="00CC2F94">
            <w:pPr>
              <w:spacing w:before="120"/>
              <w:rPr>
                <w:lang w:val="es-PY"/>
              </w:rPr>
            </w:pPr>
          </w:p>
          <w:p w14:paraId="79A75402" w14:textId="77777777" w:rsidR="00CC2F94" w:rsidRDefault="00CC2F94">
            <w:pPr>
              <w:spacing w:before="120"/>
              <w:rPr>
                <w:lang w:val="es-PY"/>
              </w:rPr>
            </w:pPr>
          </w:p>
          <w:p w14:paraId="234EC83D" w14:textId="77777777" w:rsidR="00CC2F94" w:rsidRDefault="00CC2F94">
            <w:pPr>
              <w:spacing w:before="120"/>
              <w:rPr>
                <w:lang w:val="es-PY"/>
              </w:rPr>
            </w:pPr>
          </w:p>
          <w:p w14:paraId="20649B36" w14:textId="77777777" w:rsidR="00CC2F94" w:rsidRDefault="00CC2F94">
            <w:pPr>
              <w:spacing w:before="120"/>
              <w:rPr>
                <w:lang w:val="es-PY"/>
              </w:rPr>
            </w:pPr>
          </w:p>
          <w:p w14:paraId="4EA3324B" w14:textId="77777777" w:rsidR="00CC2F94" w:rsidRDefault="00CC2F94">
            <w:pPr>
              <w:spacing w:before="120"/>
              <w:rPr>
                <w:lang w:val="es-PY"/>
              </w:rPr>
            </w:pPr>
          </w:p>
          <w:p w14:paraId="65CD529E" w14:textId="77777777" w:rsidR="00CC2F94" w:rsidRDefault="00CC2F94">
            <w:pPr>
              <w:spacing w:before="120"/>
              <w:rPr>
                <w:lang w:val="es-PY"/>
              </w:rPr>
            </w:pPr>
          </w:p>
          <w:p w14:paraId="10E75C68" w14:textId="77777777" w:rsidR="00CC2F94" w:rsidRDefault="00CC2F94">
            <w:pPr>
              <w:spacing w:before="120"/>
              <w:rPr>
                <w:lang w:val="es-PY"/>
              </w:rPr>
            </w:pPr>
          </w:p>
          <w:p w14:paraId="16D0AF91" w14:textId="77777777" w:rsidR="00CC2F94" w:rsidRDefault="00CC2F94">
            <w:pPr>
              <w:spacing w:before="120"/>
              <w:rPr>
                <w:lang w:val="es-PY"/>
              </w:rPr>
            </w:pPr>
          </w:p>
          <w:p w14:paraId="5EEC007A" w14:textId="77777777" w:rsidR="00CC2F94" w:rsidRDefault="00CC2F94">
            <w:pPr>
              <w:spacing w:before="120"/>
              <w:rPr>
                <w:lang w:val="es-PY"/>
              </w:rPr>
            </w:pPr>
          </w:p>
          <w:p w14:paraId="1EDB2802" w14:textId="77777777" w:rsidR="00CC2F94" w:rsidRDefault="00CC2F94">
            <w:pPr>
              <w:spacing w:before="120"/>
              <w:rPr>
                <w:lang w:val="es-PY"/>
              </w:rPr>
            </w:pPr>
          </w:p>
          <w:p w14:paraId="589A867A" w14:textId="77777777" w:rsidR="00CC2F94" w:rsidRDefault="00CC2F94">
            <w:pPr>
              <w:spacing w:before="120"/>
              <w:rPr>
                <w:lang w:val="es-PY"/>
              </w:rPr>
            </w:pPr>
          </w:p>
          <w:p w14:paraId="3B25E78A" w14:textId="77777777" w:rsidR="00CC2F94" w:rsidRDefault="00CC2F94">
            <w:pPr>
              <w:spacing w:before="120"/>
              <w:rPr>
                <w:lang w:val="es-PY"/>
              </w:rPr>
            </w:pPr>
          </w:p>
          <w:p w14:paraId="38305E38" w14:textId="77777777" w:rsidR="00CC2F94" w:rsidRDefault="00CC2F94">
            <w:pPr>
              <w:spacing w:before="120"/>
              <w:rPr>
                <w:lang w:val="es-PY"/>
              </w:rPr>
            </w:pPr>
          </w:p>
          <w:p w14:paraId="329B4FF4" w14:textId="77777777" w:rsidR="00CC2F94" w:rsidRDefault="00CC2F94">
            <w:pPr>
              <w:spacing w:before="120"/>
              <w:rPr>
                <w:lang w:val="es-PY"/>
              </w:rPr>
            </w:pPr>
          </w:p>
          <w:p w14:paraId="0B5713AB" w14:textId="77777777" w:rsidR="00CC2F94" w:rsidRDefault="00CC2F94">
            <w:pPr>
              <w:spacing w:before="120"/>
              <w:rPr>
                <w:lang w:val="es-PY"/>
              </w:rPr>
            </w:pPr>
          </w:p>
          <w:p w14:paraId="269A3A4D" w14:textId="77777777" w:rsidR="00CC2F94" w:rsidRDefault="00CC2F94">
            <w:pPr>
              <w:spacing w:before="120"/>
              <w:rPr>
                <w:lang w:val="es-PY"/>
              </w:rPr>
            </w:pPr>
          </w:p>
          <w:p w14:paraId="05BB51C6" w14:textId="77777777" w:rsidR="00CC2F94" w:rsidRDefault="00CC2F94">
            <w:pPr>
              <w:spacing w:before="120"/>
              <w:rPr>
                <w:lang w:val="es-PY"/>
              </w:rPr>
            </w:pPr>
          </w:p>
          <w:p w14:paraId="7E3CDC70" w14:textId="77777777" w:rsidR="00CC2F94" w:rsidRDefault="00CC2F94">
            <w:pPr>
              <w:spacing w:before="120"/>
              <w:rPr>
                <w:lang w:val="es-PY"/>
              </w:rPr>
            </w:pPr>
          </w:p>
          <w:p w14:paraId="7FE1A7C6" w14:textId="77777777" w:rsidR="00CC2F94" w:rsidRDefault="00CC2F94">
            <w:pPr>
              <w:spacing w:before="120"/>
              <w:rPr>
                <w:lang w:val="es-PY"/>
              </w:rPr>
            </w:pPr>
          </w:p>
          <w:p w14:paraId="0EEE5723" w14:textId="77777777" w:rsidR="00CC2F94" w:rsidRDefault="00CC2F94">
            <w:pPr>
              <w:spacing w:before="120"/>
              <w:rPr>
                <w:lang w:val="es-PY"/>
              </w:rPr>
            </w:pPr>
          </w:p>
          <w:p w14:paraId="68918519" w14:textId="77777777" w:rsidR="00CC2F94" w:rsidRDefault="00CC2F94">
            <w:pPr>
              <w:spacing w:before="120"/>
              <w:rPr>
                <w:lang w:val="es-PY"/>
              </w:rPr>
            </w:pPr>
          </w:p>
          <w:p w14:paraId="31ABF071" w14:textId="77777777" w:rsidR="00CC2F94" w:rsidRDefault="00CC2F94">
            <w:pPr>
              <w:spacing w:before="120"/>
              <w:rPr>
                <w:lang w:val="es-PY"/>
              </w:rPr>
            </w:pPr>
          </w:p>
          <w:p w14:paraId="2C33E928" w14:textId="77777777" w:rsidR="00CC2F94" w:rsidRPr="009A1154" w:rsidRDefault="00CC2F94">
            <w:pPr>
              <w:spacing w:before="120"/>
              <w:rPr>
                <w:lang w:val="es-PY"/>
              </w:rPr>
            </w:pPr>
          </w:p>
        </w:tc>
      </w:tr>
    </w:tbl>
    <w:p w14:paraId="19BC6EDA" w14:textId="77777777" w:rsidR="007024CC" w:rsidRPr="009A1154" w:rsidRDefault="00CC2F94">
      <w:pPr>
        <w:rPr>
          <w:lang w:val="es-PY"/>
        </w:rPr>
      </w:pPr>
      <w:r w:rsidRPr="009A1154">
        <w:rPr>
          <w:lang w:val="es-PY"/>
        </w:rPr>
        <w:br w:type="page"/>
      </w:r>
    </w:p>
    <w:p w14:paraId="6CF56D78" w14:textId="77777777" w:rsidR="007024CC" w:rsidRDefault="00CC2F94">
      <w:pPr>
        <w:keepNext/>
        <w:spacing w:after="160"/>
      </w:pPr>
      <w:r>
        <w:rPr>
          <w:b/>
          <w:color w:val="323E4F"/>
          <w:sz w:val="24"/>
        </w:rPr>
        <w:lastRenderedPageBreak/>
        <w:t>2.3. METODOLOGÍA UTILIZADA</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0"/>
      </w:tblGrid>
      <w:tr w:rsidR="007024CC" w:rsidRPr="00F42274" w14:paraId="18CF92DC" w14:textId="77777777">
        <w:trPr>
          <w:trHeight w:val="11000"/>
          <w:jc w:val="center"/>
        </w:trPr>
        <w:tc>
          <w:tcPr>
            <w:tcW w:w="9350" w:type="dxa"/>
            <w:tcMar>
              <w:top w:w="113" w:type="dxa"/>
              <w:left w:w="113" w:type="dxa"/>
              <w:bottom w:w="113" w:type="dxa"/>
              <w:right w:w="113" w:type="dxa"/>
            </w:tcMar>
          </w:tcPr>
          <w:p w14:paraId="1E75915A" w14:textId="77777777" w:rsidR="007024CC" w:rsidRPr="009A1154" w:rsidRDefault="00CC2F94">
            <w:pPr>
              <w:spacing w:after="60" w:line="240" w:lineRule="auto"/>
              <w:jc w:val="both"/>
              <w:rPr>
                <w:lang w:val="es-PY"/>
              </w:rPr>
            </w:pPr>
            <w:r w:rsidRPr="009A1154">
              <w:rPr>
                <w:color w:val="A6A6A6"/>
                <w:sz w:val="20"/>
                <w:lang w:val="es-PY"/>
              </w:rPr>
              <w:t>Se explican las técnicas e instrumentos utilizados para la recolección de datos, la selección de la muestra, los criterios empleados para el análisis de la información y los mecanismos aplicados para la validación interna de los resultados obtenidos.</w:t>
            </w:r>
          </w:p>
          <w:p w14:paraId="1F55EDCF" w14:textId="77777777" w:rsidR="007024CC" w:rsidRDefault="007024CC">
            <w:pPr>
              <w:spacing w:before="120"/>
              <w:rPr>
                <w:lang w:val="es-PY"/>
              </w:rPr>
            </w:pPr>
          </w:p>
          <w:p w14:paraId="3E90D5F2" w14:textId="77777777" w:rsidR="00CC2F94" w:rsidRDefault="00CC2F94">
            <w:pPr>
              <w:spacing w:before="120"/>
              <w:rPr>
                <w:lang w:val="es-PY"/>
              </w:rPr>
            </w:pPr>
          </w:p>
          <w:p w14:paraId="556C8426" w14:textId="77777777" w:rsidR="00CC2F94" w:rsidRDefault="00CC2F94">
            <w:pPr>
              <w:spacing w:before="120"/>
              <w:rPr>
                <w:lang w:val="es-PY"/>
              </w:rPr>
            </w:pPr>
          </w:p>
          <w:p w14:paraId="3F167A79" w14:textId="77777777" w:rsidR="00CC2F94" w:rsidRDefault="00CC2F94">
            <w:pPr>
              <w:spacing w:before="120"/>
              <w:rPr>
                <w:lang w:val="es-PY"/>
              </w:rPr>
            </w:pPr>
          </w:p>
          <w:p w14:paraId="5C655789" w14:textId="77777777" w:rsidR="00CC2F94" w:rsidRDefault="00CC2F94">
            <w:pPr>
              <w:spacing w:before="120"/>
              <w:rPr>
                <w:lang w:val="es-PY"/>
              </w:rPr>
            </w:pPr>
          </w:p>
          <w:p w14:paraId="36DC0BF8" w14:textId="77777777" w:rsidR="00CC2F94" w:rsidRDefault="00CC2F94">
            <w:pPr>
              <w:spacing w:before="120"/>
              <w:rPr>
                <w:lang w:val="es-PY"/>
              </w:rPr>
            </w:pPr>
          </w:p>
          <w:p w14:paraId="32C403D5" w14:textId="77777777" w:rsidR="00CC2F94" w:rsidRDefault="00CC2F94">
            <w:pPr>
              <w:spacing w:before="120"/>
              <w:rPr>
                <w:lang w:val="es-PY"/>
              </w:rPr>
            </w:pPr>
          </w:p>
          <w:p w14:paraId="24D3DAF2" w14:textId="77777777" w:rsidR="00CC2F94" w:rsidRDefault="00CC2F94">
            <w:pPr>
              <w:spacing w:before="120"/>
              <w:rPr>
                <w:lang w:val="es-PY"/>
              </w:rPr>
            </w:pPr>
          </w:p>
          <w:p w14:paraId="6E834436" w14:textId="77777777" w:rsidR="00CC2F94" w:rsidRDefault="00CC2F94">
            <w:pPr>
              <w:spacing w:before="120"/>
              <w:rPr>
                <w:lang w:val="es-PY"/>
              </w:rPr>
            </w:pPr>
          </w:p>
          <w:p w14:paraId="3CDCC4B4" w14:textId="77777777" w:rsidR="00CC2F94" w:rsidRDefault="00CC2F94">
            <w:pPr>
              <w:spacing w:before="120"/>
              <w:rPr>
                <w:lang w:val="es-PY"/>
              </w:rPr>
            </w:pPr>
          </w:p>
          <w:p w14:paraId="7C72F53E" w14:textId="77777777" w:rsidR="00CC2F94" w:rsidRDefault="00CC2F94">
            <w:pPr>
              <w:spacing w:before="120"/>
              <w:rPr>
                <w:lang w:val="es-PY"/>
              </w:rPr>
            </w:pPr>
          </w:p>
          <w:p w14:paraId="61375324" w14:textId="77777777" w:rsidR="00CC2F94" w:rsidRDefault="00CC2F94">
            <w:pPr>
              <w:spacing w:before="120"/>
              <w:rPr>
                <w:lang w:val="es-PY"/>
              </w:rPr>
            </w:pPr>
          </w:p>
          <w:p w14:paraId="227D8397" w14:textId="77777777" w:rsidR="00CC2F94" w:rsidRDefault="00CC2F94">
            <w:pPr>
              <w:spacing w:before="120"/>
              <w:rPr>
                <w:lang w:val="es-PY"/>
              </w:rPr>
            </w:pPr>
          </w:p>
          <w:p w14:paraId="442E06D4" w14:textId="77777777" w:rsidR="00CC2F94" w:rsidRDefault="00CC2F94">
            <w:pPr>
              <w:spacing w:before="120"/>
              <w:rPr>
                <w:lang w:val="es-PY"/>
              </w:rPr>
            </w:pPr>
          </w:p>
          <w:p w14:paraId="34C8DE17" w14:textId="77777777" w:rsidR="00CC2F94" w:rsidRDefault="00CC2F94">
            <w:pPr>
              <w:spacing w:before="120"/>
              <w:rPr>
                <w:lang w:val="es-PY"/>
              </w:rPr>
            </w:pPr>
          </w:p>
          <w:p w14:paraId="18FCE17D" w14:textId="77777777" w:rsidR="00CC2F94" w:rsidRDefault="00CC2F94">
            <w:pPr>
              <w:spacing w:before="120"/>
              <w:rPr>
                <w:lang w:val="es-PY"/>
              </w:rPr>
            </w:pPr>
          </w:p>
          <w:p w14:paraId="386336AD" w14:textId="77777777" w:rsidR="00CC2F94" w:rsidRDefault="00CC2F94">
            <w:pPr>
              <w:spacing w:before="120"/>
              <w:rPr>
                <w:lang w:val="es-PY"/>
              </w:rPr>
            </w:pPr>
          </w:p>
          <w:p w14:paraId="51356283" w14:textId="77777777" w:rsidR="00CC2F94" w:rsidRDefault="00CC2F94">
            <w:pPr>
              <w:spacing w:before="120"/>
              <w:rPr>
                <w:lang w:val="es-PY"/>
              </w:rPr>
            </w:pPr>
          </w:p>
          <w:p w14:paraId="0811295D" w14:textId="77777777" w:rsidR="00CC2F94" w:rsidRDefault="00CC2F94">
            <w:pPr>
              <w:spacing w:before="120"/>
              <w:rPr>
                <w:lang w:val="es-PY"/>
              </w:rPr>
            </w:pPr>
          </w:p>
          <w:p w14:paraId="156C8C3C" w14:textId="77777777" w:rsidR="00CC2F94" w:rsidRDefault="00CC2F94">
            <w:pPr>
              <w:spacing w:before="120"/>
              <w:rPr>
                <w:lang w:val="es-PY"/>
              </w:rPr>
            </w:pPr>
          </w:p>
          <w:p w14:paraId="004C9D29" w14:textId="77777777" w:rsidR="00CC2F94" w:rsidRDefault="00CC2F94">
            <w:pPr>
              <w:spacing w:before="120"/>
              <w:rPr>
                <w:lang w:val="es-PY"/>
              </w:rPr>
            </w:pPr>
          </w:p>
          <w:p w14:paraId="1635ECB0" w14:textId="77777777" w:rsidR="00CC2F94" w:rsidRDefault="00CC2F94">
            <w:pPr>
              <w:spacing w:before="120"/>
              <w:rPr>
                <w:lang w:val="es-PY"/>
              </w:rPr>
            </w:pPr>
          </w:p>
          <w:p w14:paraId="2DC5D7A9" w14:textId="77777777" w:rsidR="00CC2F94" w:rsidRDefault="00CC2F94">
            <w:pPr>
              <w:spacing w:before="120"/>
              <w:rPr>
                <w:lang w:val="es-PY"/>
              </w:rPr>
            </w:pPr>
          </w:p>
          <w:p w14:paraId="19EF2753" w14:textId="77777777" w:rsidR="00CC2F94" w:rsidRDefault="00CC2F94">
            <w:pPr>
              <w:spacing w:before="120"/>
              <w:rPr>
                <w:lang w:val="es-PY"/>
              </w:rPr>
            </w:pPr>
          </w:p>
          <w:p w14:paraId="06C4584C" w14:textId="77777777" w:rsidR="00CC2F94" w:rsidRDefault="00CC2F94">
            <w:pPr>
              <w:spacing w:before="120"/>
              <w:rPr>
                <w:lang w:val="es-PY"/>
              </w:rPr>
            </w:pPr>
          </w:p>
          <w:p w14:paraId="357C177A" w14:textId="77777777" w:rsidR="00CC2F94" w:rsidRDefault="00CC2F94">
            <w:pPr>
              <w:spacing w:before="120"/>
              <w:rPr>
                <w:lang w:val="es-PY"/>
              </w:rPr>
            </w:pPr>
          </w:p>
          <w:p w14:paraId="749D822D" w14:textId="77777777" w:rsidR="00CC2F94" w:rsidRDefault="00CC2F94">
            <w:pPr>
              <w:spacing w:before="120"/>
              <w:rPr>
                <w:lang w:val="es-PY"/>
              </w:rPr>
            </w:pPr>
          </w:p>
          <w:p w14:paraId="5997F6E6" w14:textId="77777777" w:rsidR="00CC2F94" w:rsidRDefault="00CC2F94">
            <w:pPr>
              <w:spacing w:before="120"/>
              <w:rPr>
                <w:lang w:val="es-PY"/>
              </w:rPr>
            </w:pPr>
          </w:p>
          <w:p w14:paraId="35E7CDD1" w14:textId="77777777" w:rsidR="00CC2F94" w:rsidRPr="009A1154" w:rsidRDefault="00CC2F94">
            <w:pPr>
              <w:spacing w:before="120"/>
              <w:rPr>
                <w:lang w:val="es-PY"/>
              </w:rPr>
            </w:pPr>
          </w:p>
        </w:tc>
      </w:tr>
    </w:tbl>
    <w:p w14:paraId="6E41C3C8" w14:textId="77777777" w:rsidR="007024CC" w:rsidRPr="009A1154" w:rsidRDefault="00CC2F94">
      <w:pPr>
        <w:rPr>
          <w:lang w:val="es-PY"/>
        </w:rPr>
      </w:pPr>
      <w:r w:rsidRPr="009A1154">
        <w:rPr>
          <w:lang w:val="es-PY"/>
        </w:rPr>
        <w:br w:type="page"/>
      </w:r>
    </w:p>
    <w:p w14:paraId="6C00C2E5" w14:textId="77777777" w:rsidR="007024CC" w:rsidRPr="009A1154" w:rsidRDefault="00CC2F94">
      <w:pPr>
        <w:keepNext/>
        <w:spacing w:after="160"/>
        <w:rPr>
          <w:lang w:val="es-PY"/>
        </w:rPr>
      </w:pPr>
      <w:r w:rsidRPr="009A1154">
        <w:rPr>
          <w:b/>
          <w:color w:val="323E4F"/>
          <w:sz w:val="24"/>
          <w:lang w:val="es-PY"/>
        </w:rPr>
        <w:lastRenderedPageBreak/>
        <w:t>2.4. PRINCIPALES DESAFÍOS ENFRENTADOS EN EL PROCESO DE AUTOEVALUACIÓN</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0"/>
      </w:tblGrid>
      <w:tr w:rsidR="007024CC" w:rsidRPr="00F42274" w14:paraId="58E6AB8B" w14:textId="77777777" w:rsidTr="00CC2F94">
        <w:trPr>
          <w:trHeight w:val="12284"/>
          <w:jc w:val="center"/>
        </w:trPr>
        <w:tc>
          <w:tcPr>
            <w:tcW w:w="9350" w:type="dxa"/>
            <w:tcMar>
              <w:top w:w="113" w:type="dxa"/>
              <w:left w:w="113" w:type="dxa"/>
              <w:bottom w:w="113" w:type="dxa"/>
              <w:right w:w="113" w:type="dxa"/>
            </w:tcMar>
          </w:tcPr>
          <w:p w14:paraId="7441B31D" w14:textId="77777777" w:rsidR="007024CC" w:rsidRPr="009A1154" w:rsidRDefault="00CC2F94">
            <w:pPr>
              <w:spacing w:after="60" w:line="240" w:lineRule="auto"/>
              <w:jc w:val="both"/>
              <w:rPr>
                <w:lang w:val="es-PY"/>
              </w:rPr>
            </w:pPr>
            <w:r w:rsidRPr="009A1154">
              <w:rPr>
                <w:color w:val="A6A6A6"/>
                <w:sz w:val="20"/>
                <w:lang w:val="es-PY"/>
              </w:rPr>
              <w:t>Se identifican las dificultades encontradas durante el proceso de autoevaluación, junto con las estrategias implementadas para superarlas.</w:t>
            </w:r>
          </w:p>
          <w:p w14:paraId="17815D58" w14:textId="77777777" w:rsidR="007024CC" w:rsidRPr="009A1154" w:rsidRDefault="007024CC">
            <w:pPr>
              <w:spacing w:before="120"/>
              <w:rPr>
                <w:lang w:val="es-PY"/>
              </w:rPr>
            </w:pPr>
          </w:p>
        </w:tc>
      </w:tr>
    </w:tbl>
    <w:p w14:paraId="244FE4A4" w14:textId="77777777" w:rsidR="007024CC" w:rsidRPr="009A1154" w:rsidRDefault="00CC2F94">
      <w:pPr>
        <w:rPr>
          <w:lang w:val="es-PY"/>
        </w:rPr>
      </w:pPr>
      <w:r w:rsidRPr="009A1154">
        <w:rPr>
          <w:lang w:val="es-PY"/>
        </w:rPr>
        <w:br w:type="page"/>
      </w:r>
    </w:p>
    <w:p w14:paraId="280325B2" w14:textId="77777777" w:rsidR="007024CC" w:rsidRDefault="00CC2F94">
      <w:pPr>
        <w:keepNext/>
        <w:spacing w:after="160"/>
      </w:pPr>
      <w:r>
        <w:rPr>
          <w:b/>
          <w:color w:val="323E4F"/>
          <w:sz w:val="24"/>
        </w:rPr>
        <w:lastRenderedPageBreak/>
        <w:t>2.5. PARTICIPACIÓN DE LOS ACTORES INSTITUCIONALES</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0"/>
      </w:tblGrid>
      <w:tr w:rsidR="007024CC" w:rsidRPr="00F42274" w14:paraId="543E2FAA" w14:textId="77777777" w:rsidTr="00EC4B4D">
        <w:trPr>
          <w:trHeight w:val="12591"/>
          <w:jc w:val="center"/>
        </w:trPr>
        <w:tc>
          <w:tcPr>
            <w:tcW w:w="9350" w:type="dxa"/>
            <w:tcMar>
              <w:top w:w="113" w:type="dxa"/>
              <w:left w:w="113" w:type="dxa"/>
              <w:bottom w:w="113" w:type="dxa"/>
              <w:right w:w="113" w:type="dxa"/>
            </w:tcMar>
          </w:tcPr>
          <w:p w14:paraId="1BC9E765" w14:textId="77777777" w:rsidR="007024CC" w:rsidRPr="009A1154" w:rsidRDefault="00CC2F94">
            <w:pPr>
              <w:spacing w:after="60" w:line="240" w:lineRule="auto"/>
              <w:jc w:val="both"/>
              <w:rPr>
                <w:lang w:val="es-PY"/>
              </w:rPr>
            </w:pPr>
            <w:r w:rsidRPr="009A1154">
              <w:rPr>
                <w:color w:val="A6A6A6"/>
                <w:sz w:val="20"/>
                <w:lang w:val="es-PY"/>
              </w:rPr>
              <w:t>Se describe el enfoque adoptado para garantizar la participación de los distintos sectores involucrados en la vida académica e institucional: docentes, estudiantes, egresados, personal administrativo, directivo o actores externos.</w:t>
            </w:r>
          </w:p>
          <w:p w14:paraId="2BBEDD57" w14:textId="77777777" w:rsidR="007024CC" w:rsidRPr="009A1154" w:rsidRDefault="007024CC">
            <w:pPr>
              <w:spacing w:before="120"/>
              <w:rPr>
                <w:lang w:val="es-PY"/>
              </w:rPr>
            </w:pPr>
          </w:p>
        </w:tc>
      </w:tr>
    </w:tbl>
    <w:p w14:paraId="70B77D86" w14:textId="77777777" w:rsidR="007024CC" w:rsidRPr="009A1154" w:rsidRDefault="00CC2F94">
      <w:pPr>
        <w:rPr>
          <w:lang w:val="es-PY"/>
        </w:rPr>
      </w:pPr>
      <w:r w:rsidRPr="009A1154">
        <w:rPr>
          <w:lang w:val="es-PY"/>
        </w:rPr>
        <w:br w:type="page"/>
      </w:r>
    </w:p>
    <w:p w14:paraId="4A5765AE" w14:textId="77777777" w:rsidR="009A1154" w:rsidRDefault="009A1154" w:rsidP="009A1154">
      <w:pPr>
        <w:keepNext/>
        <w:spacing w:after="160"/>
        <w:rPr>
          <w:b/>
          <w:color w:val="323E4F"/>
          <w:sz w:val="24"/>
          <w:lang w:val="es-PY"/>
        </w:rPr>
      </w:pPr>
    </w:p>
    <w:p w14:paraId="15E4A28C" w14:textId="77777777" w:rsidR="007024CC" w:rsidRPr="009A1154" w:rsidRDefault="00CC2F94" w:rsidP="009A1154">
      <w:pPr>
        <w:keepNext/>
        <w:spacing w:after="160"/>
        <w:rPr>
          <w:lang w:val="es-PY"/>
        </w:rPr>
      </w:pPr>
      <w:r w:rsidRPr="009A1154">
        <w:rPr>
          <w:b/>
          <w:color w:val="323E4F"/>
          <w:sz w:val="24"/>
          <w:lang w:val="es-PY"/>
        </w:rPr>
        <w:t>3. RESULTADOS DEL PROCESO DE AUTOEVALUACIÓN</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rsidRPr="00F42274" w14:paraId="54380F85" w14:textId="77777777">
        <w:trPr>
          <w:cantSplit/>
          <w:trHeight w:val="380"/>
          <w:tblHeader/>
          <w:jc w:val="center"/>
        </w:trPr>
        <w:tc>
          <w:tcPr>
            <w:tcW w:w="9350" w:type="dxa"/>
            <w:gridSpan w:val="6"/>
            <w:shd w:val="clear" w:color="auto" w:fill="323E4F"/>
            <w:tcMar>
              <w:top w:w="60" w:type="dxa"/>
              <w:left w:w="85" w:type="dxa"/>
              <w:bottom w:w="60" w:type="dxa"/>
              <w:right w:w="85" w:type="dxa"/>
            </w:tcMar>
            <w:vAlign w:val="center"/>
          </w:tcPr>
          <w:p w14:paraId="7F3CA2A2" w14:textId="77777777" w:rsidR="007024CC" w:rsidRPr="009A1154" w:rsidRDefault="00CC2F94" w:rsidP="00F42274">
            <w:pPr>
              <w:keepNext/>
              <w:spacing w:before="40" w:after="40" w:line="240" w:lineRule="auto"/>
              <w:rPr>
                <w:lang w:val="es-PY"/>
              </w:rPr>
            </w:pPr>
            <w:r w:rsidRPr="009A1154">
              <w:rPr>
                <w:b/>
                <w:color w:val="FFFFFF"/>
                <w:sz w:val="24"/>
                <w:lang w:val="es-PY"/>
              </w:rPr>
              <w:t>DIMENSIÓN 1. GOBERNANZA DE LA CARRERA</w:t>
            </w:r>
          </w:p>
        </w:tc>
      </w:tr>
      <w:tr w:rsidR="007024CC" w14:paraId="0965EC53" w14:textId="77777777">
        <w:trPr>
          <w:cantSplit/>
          <w:trHeight w:val="380"/>
          <w:tblHeader/>
          <w:jc w:val="center"/>
        </w:trPr>
        <w:tc>
          <w:tcPr>
            <w:tcW w:w="9350" w:type="dxa"/>
            <w:gridSpan w:val="6"/>
            <w:shd w:val="clear" w:color="auto" w:fill="44546A"/>
            <w:tcMar>
              <w:top w:w="60" w:type="dxa"/>
              <w:left w:w="85" w:type="dxa"/>
              <w:bottom w:w="60" w:type="dxa"/>
              <w:right w:w="85" w:type="dxa"/>
            </w:tcMar>
            <w:vAlign w:val="center"/>
          </w:tcPr>
          <w:p w14:paraId="05B84619" w14:textId="77777777" w:rsidR="007024CC" w:rsidRDefault="00CC2F94" w:rsidP="00F42274">
            <w:pPr>
              <w:keepNext/>
              <w:spacing w:before="40" w:after="40" w:line="240" w:lineRule="auto"/>
            </w:pPr>
            <w:r>
              <w:rPr>
                <w:b/>
                <w:color w:val="FFFFFF"/>
              </w:rPr>
              <w:t>Componente 1. Organización</w:t>
            </w:r>
          </w:p>
        </w:tc>
      </w:tr>
      <w:tr w:rsidR="007024CC" w14:paraId="1BDE4161"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2627EB52" w14:textId="77777777" w:rsidR="007024CC" w:rsidRDefault="00CC2F94">
            <w:pPr>
              <w:keepNext/>
              <w:spacing w:before="40" w:after="40" w:line="240" w:lineRule="auto"/>
              <w:jc w:val="center"/>
            </w:pPr>
            <w:r>
              <w:rPr>
                <w:b/>
              </w:rPr>
              <w:t>Criterio 1.1.1</w:t>
            </w:r>
          </w:p>
        </w:tc>
        <w:tc>
          <w:tcPr>
            <w:tcW w:w="4231" w:type="dxa"/>
            <w:vMerge w:val="restart"/>
            <w:shd w:val="clear" w:color="auto" w:fill="D5DCE4"/>
            <w:tcMar>
              <w:top w:w="60" w:type="dxa"/>
              <w:left w:w="85" w:type="dxa"/>
              <w:bottom w:w="60" w:type="dxa"/>
              <w:right w:w="85" w:type="dxa"/>
            </w:tcMar>
            <w:vAlign w:val="center"/>
          </w:tcPr>
          <w:p w14:paraId="647B60FC"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6C44863A" w14:textId="77777777" w:rsidR="007024CC" w:rsidRDefault="00CC2F94">
            <w:pPr>
              <w:keepNext/>
              <w:spacing w:before="40" w:after="40" w:line="240" w:lineRule="auto"/>
              <w:jc w:val="center"/>
            </w:pPr>
            <w:r>
              <w:rPr>
                <w:b/>
              </w:rPr>
              <w:t>Nivel de cumplimiento</w:t>
            </w:r>
          </w:p>
        </w:tc>
      </w:tr>
      <w:tr w:rsidR="007024CC" w14:paraId="72402257"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387EE5B4"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773EFE75"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46B4C710"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204594B2"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28662903" w14:textId="77777777" w:rsidR="007024CC" w:rsidRDefault="00CC2F94">
            <w:pPr>
              <w:keepNext/>
              <w:spacing w:before="40" w:after="40" w:line="240" w:lineRule="auto"/>
              <w:jc w:val="center"/>
            </w:pPr>
            <w:r>
              <w:rPr>
                <w:b/>
              </w:rPr>
              <w:t>NC</w:t>
            </w:r>
          </w:p>
        </w:tc>
      </w:tr>
      <w:tr w:rsidR="007024CC" w:rsidRPr="00F42274" w14:paraId="31ACBDBD"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21726409" w14:textId="77777777" w:rsidR="007024CC" w:rsidRPr="00EC4B4D" w:rsidRDefault="00CC2F94">
            <w:pPr>
              <w:keepNext/>
              <w:spacing w:before="40" w:after="40" w:line="240" w:lineRule="auto"/>
              <w:jc w:val="center"/>
              <w:rPr>
                <w:lang w:val="es-PY"/>
              </w:rPr>
            </w:pPr>
            <w:r w:rsidRPr="00EC4B4D">
              <w:rPr>
                <w:b/>
                <w:lang w:val="es-PY"/>
              </w:rPr>
              <w:t>Pertinencia de la estructura organizacional de la carrera</w:t>
            </w:r>
          </w:p>
          <w:p w14:paraId="3C746DA2"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599EBAD0"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La estructura organizacional responde a las exigencias de la carrera.</w:t>
            </w:r>
          </w:p>
        </w:tc>
        <w:tc>
          <w:tcPr>
            <w:tcW w:w="903" w:type="dxa"/>
            <w:gridSpan w:val="2"/>
            <w:shd w:val="clear" w:color="auto" w:fill="FFFFCC"/>
            <w:tcMar>
              <w:top w:w="60" w:type="dxa"/>
              <w:left w:w="85" w:type="dxa"/>
              <w:bottom w:w="60" w:type="dxa"/>
              <w:right w:w="85" w:type="dxa"/>
            </w:tcMar>
            <w:vAlign w:val="center"/>
          </w:tcPr>
          <w:p w14:paraId="3971AB09"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8BB3A3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1B4D71A" w14:textId="77777777" w:rsidR="007024CC" w:rsidRPr="009A1154" w:rsidRDefault="007024CC">
            <w:pPr>
              <w:keepNext/>
              <w:spacing w:before="40" w:after="40" w:line="240" w:lineRule="auto"/>
              <w:rPr>
                <w:lang w:val="es-PY"/>
              </w:rPr>
            </w:pPr>
          </w:p>
        </w:tc>
      </w:tr>
      <w:tr w:rsidR="007024CC" w:rsidRPr="00F42274" w14:paraId="5D1AAE86"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4AF7C577"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1E5F3CDA"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La estructura organizacional permite una coordinación de todas las instancias para lograr los objetivos de la carrera.</w:t>
            </w:r>
          </w:p>
        </w:tc>
        <w:tc>
          <w:tcPr>
            <w:tcW w:w="903" w:type="dxa"/>
            <w:gridSpan w:val="2"/>
            <w:shd w:val="clear" w:color="auto" w:fill="FFFFCC"/>
            <w:tcMar>
              <w:top w:w="60" w:type="dxa"/>
              <w:left w:w="85" w:type="dxa"/>
              <w:bottom w:w="60" w:type="dxa"/>
              <w:right w:w="85" w:type="dxa"/>
            </w:tcMar>
            <w:vAlign w:val="center"/>
          </w:tcPr>
          <w:p w14:paraId="46AE29C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2855BB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11C133B" w14:textId="77777777" w:rsidR="007024CC" w:rsidRPr="009A1154" w:rsidRDefault="007024CC">
            <w:pPr>
              <w:keepNext/>
              <w:spacing w:before="40" w:after="40" w:line="240" w:lineRule="auto"/>
              <w:rPr>
                <w:lang w:val="es-PY"/>
              </w:rPr>
            </w:pPr>
          </w:p>
        </w:tc>
      </w:tr>
      <w:tr w:rsidR="007024CC" w:rsidRPr="00F42274" w14:paraId="7CDC1ED8"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63A640B1"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7C0CA35C"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Las distintas instancias de la estructura organizacional están formalizadas y tienen definidas sus funciones.</w:t>
            </w:r>
          </w:p>
        </w:tc>
        <w:tc>
          <w:tcPr>
            <w:tcW w:w="903" w:type="dxa"/>
            <w:gridSpan w:val="2"/>
            <w:shd w:val="clear" w:color="auto" w:fill="FFFFCC"/>
            <w:tcMar>
              <w:top w:w="60" w:type="dxa"/>
              <w:left w:w="85" w:type="dxa"/>
              <w:bottom w:w="60" w:type="dxa"/>
              <w:right w:w="85" w:type="dxa"/>
            </w:tcMar>
            <w:vAlign w:val="center"/>
          </w:tcPr>
          <w:p w14:paraId="0BE3F131"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2A8A68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B08D4E4" w14:textId="77777777" w:rsidR="007024CC" w:rsidRPr="009A1154" w:rsidRDefault="007024CC">
            <w:pPr>
              <w:keepNext/>
              <w:spacing w:before="40" w:after="40" w:line="240" w:lineRule="auto"/>
              <w:rPr>
                <w:lang w:val="es-PY"/>
              </w:rPr>
            </w:pPr>
          </w:p>
        </w:tc>
      </w:tr>
      <w:tr w:rsidR="007024CC" w:rsidRPr="00F42274" w14:paraId="4671AD67"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23983384"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20FD09ED"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Los cargos definidos en la estructura organizacional están cubiertos y formalizados.</w:t>
            </w:r>
          </w:p>
        </w:tc>
        <w:tc>
          <w:tcPr>
            <w:tcW w:w="903" w:type="dxa"/>
            <w:gridSpan w:val="2"/>
            <w:shd w:val="clear" w:color="auto" w:fill="FFFFCC"/>
            <w:tcMar>
              <w:top w:w="60" w:type="dxa"/>
              <w:left w:w="85" w:type="dxa"/>
              <w:bottom w:w="60" w:type="dxa"/>
              <w:right w:w="85" w:type="dxa"/>
            </w:tcMar>
            <w:vAlign w:val="center"/>
          </w:tcPr>
          <w:p w14:paraId="26727AB4"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0DA084F"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77D8C07" w14:textId="77777777" w:rsidR="007024CC" w:rsidRPr="009A1154" w:rsidRDefault="007024CC">
            <w:pPr>
              <w:keepNext/>
              <w:spacing w:before="40" w:after="40" w:line="240" w:lineRule="auto"/>
              <w:rPr>
                <w:lang w:val="es-PY"/>
              </w:rPr>
            </w:pPr>
          </w:p>
        </w:tc>
      </w:tr>
      <w:tr w:rsidR="007024CC" w14:paraId="4990DEBD"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12161F7D"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75C2B46E" w14:textId="77777777" w:rsidR="007024CC" w:rsidRDefault="00CC2F94">
            <w:pPr>
              <w:keepNext/>
              <w:spacing w:before="40" w:after="40" w:line="240" w:lineRule="auto"/>
              <w:jc w:val="center"/>
            </w:pPr>
            <w:r>
              <w:rPr>
                <w:b/>
              </w:rPr>
              <w:t>Medios de verificación</w:t>
            </w:r>
          </w:p>
        </w:tc>
      </w:tr>
      <w:tr w:rsidR="007024CC" w:rsidRPr="00F42274" w14:paraId="2EED4841" w14:textId="77777777" w:rsidTr="00F42274">
        <w:trPr>
          <w:trHeight w:val="5200"/>
          <w:jc w:val="center"/>
        </w:trPr>
        <w:tc>
          <w:tcPr>
            <w:tcW w:w="6658" w:type="dxa"/>
            <w:gridSpan w:val="3"/>
            <w:shd w:val="clear" w:color="auto" w:fill="FFFFFF"/>
            <w:tcMar>
              <w:top w:w="85" w:type="dxa"/>
              <w:left w:w="85" w:type="dxa"/>
              <w:bottom w:w="85" w:type="dxa"/>
              <w:right w:w="85" w:type="dxa"/>
            </w:tcMar>
          </w:tcPr>
          <w:p w14:paraId="55BDDF63" w14:textId="77777777" w:rsidR="007024CC" w:rsidRPr="009A1154" w:rsidRDefault="00CC2F94">
            <w:pPr>
              <w:spacing w:after="60" w:line="240" w:lineRule="auto"/>
              <w:jc w:val="both"/>
              <w:rPr>
                <w:lang w:val="es-PY"/>
              </w:rPr>
            </w:pPr>
            <w:r w:rsidRPr="009A1154">
              <w:rPr>
                <w:color w:val="A6A6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p>
          <w:p w14:paraId="702FB3ED" w14:textId="77777777" w:rsidR="007024CC" w:rsidRPr="009A1154" w:rsidRDefault="00CC2F94">
            <w:pPr>
              <w:spacing w:after="60" w:line="240" w:lineRule="auto"/>
              <w:jc w:val="both"/>
              <w:rPr>
                <w:lang w:val="es-PY"/>
              </w:rPr>
            </w:pPr>
            <w:r w:rsidRPr="009A1154">
              <w:rPr>
                <w:color w:val="A6A6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71167891" w14:textId="77777777" w:rsidR="007024CC" w:rsidRPr="009A1154" w:rsidRDefault="007024CC">
            <w:pPr>
              <w:spacing w:before="120"/>
              <w:rPr>
                <w:lang w:val="es-PY"/>
              </w:rPr>
            </w:pPr>
          </w:p>
        </w:tc>
        <w:tc>
          <w:tcPr>
            <w:tcW w:w="2692" w:type="dxa"/>
            <w:gridSpan w:val="3"/>
            <w:shd w:val="clear" w:color="auto" w:fill="FFFFFF"/>
            <w:tcMar>
              <w:top w:w="85" w:type="dxa"/>
              <w:left w:w="85" w:type="dxa"/>
              <w:bottom w:w="85" w:type="dxa"/>
              <w:right w:w="85" w:type="dxa"/>
            </w:tcMar>
          </w:tcPr>
          <w:p w14:paraId="061C3B0E" w14:textId="77777777" w:rsidR="007024CC" w:rsidRPr="009A1154" w:rsidRDefault="00CC2F94">
            <w:pPr>
              <w:spacing w:after="60" w:line="240" w:lineRule="auto"/>
              <w:jc w:val="both"/>
              <w:rPr>
                <w:lang w:val="es-PY"/>
              </w:rPr>
            </w:pPr>
            <w:r w:rsidRPr="009A1154">
              <w:rPr>
                <w:color w:val="A6A6A6"/>
                <w:sz w:val="20"/>
                <w:lang w:val="es-PY"/>
              </w:rPr>
              <w:t>Enumerar los Medios de Verificación, ejemplo:</w:t>
            </w:r>
          </w:p>
          <w:p w14:paraId="04123C9D" w14:textId="77777777" w:rsidR="007024CC" w:rsidRPr="009A1154" w:rsidRDefault="00CC2F94">
            <w:pPr>
              <w:spacing w:after="60" w:line="240" w:lineRule="auto"/>
              <w:jc w:val="both"/>
              <w:rPr>
                <w:lang w:val="es-PY"/>
              </w:rPr>
            </w:pPr>
            <w:r w:rsidRPr="009A1154">
              <w:rPr>
                <w:color w:val="A6A6A6"/>
                <w:sz w:val="20"/>
                <w:lang w:val="es-PY"/>
              </w:rPr>
              <w:t>Anexo 1. Estatuto</w:t>
            </w:r>
          </w:p>
          <w:p w14:paraId="4AAC132C" w14:textId="77777777" w:rsidR="007024CC" w:rsidRPr="009A1154" w:rsidRDefault="00CC2F94">
            <w:pPr>
              <w:spacing w:after="60" w:line="240" w:lineRule="auto"/>
              <w:jc w:val="both"/>
              <w:rPr>
                <w:lang w:val="es-PY"/>
              </w:rPr>
            </w:pPr>
            <w:r w:rsidRPr="009A1154">
              <w:rPr>
                <w:color w:val="A6A6A6"/>
                <w:sz w:val="20"/>
                <w:lang w:val="es-PY"/>
              </w:rPr>
              <w:t>Anexo 2. Manual de Funciones</w:t>
            </w:r>
          </w:p>
          <w:p w14:paraId="46686B68" w14:textId="77777777" w:rsidR="007024CC" w:rsidRPr="009A1154" w:rsidRDefault="007024CC">
            <w:pPr>
              <w:spacing w:before="120"/>
              <w:rPr>
                <w:lang w:val="es-PY"/>
              </w:rPr>
            </w:pPr>
          </w:p>
        </w:tc>
      </w:tr>
    </w:tbl>
    <w:p w14:paraId="5FF9A66D" w14:textId="77777777" w:rsidR="007024CC" w:rsidRPr="009A1154" w:rsidRDefault="007024CC">
      <w:pPr>
        <w:spacing w:line="240" w:lineRule="auto"/>
        <w:rPr>
          <w:lang w:val="es-PY"/>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59E84B28"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07728203" w14:textId="77777777" w:rsidR="007024CC" w:rsidRDefault="00CC2F94">
            <w:pPr>
              <w:keepNext/>
              <w:spacing w:before="40" w:after="40" w:line="240" w:lineRule="auto"/>
              <w:jc w:val="center"/>
            </w:pPr>
            <w:r>
              <w:rPr>
                <w:b/>
              </w:rPr>
              <w:lastRenderedPageBreak/>
              <w:t>Criterio 1.1.2</w:t>
            </w:r>
          </w:p>
        </w:tc>
        <w:tc>
          <w:tcPr>
            <w:tcW w:w="4231" w:type="dxa"/>
            <w:vMerge w:val="restart"/>
            <w:shd w:val="clear" w:color="auto" w:fill="D5DCE4"/>
            <w:tcMar>
              <w:top w:w="60" w:type="dxa"/>
              <w:left w:w="85" w:type="dxa"/>
              <w:bottom w:w="60" w:type="dxa"/>
              <w:right w:w="85" w:type="dxa"/>
            </w:tcMar>
            <w:vAlign w:val="center"/>
          </w:tcPr>
          <w:p w14:paraId="4EF25B78"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42ABF524" w14:textId="77777777" w:rsidR="007024CC" w:rsidRDefault="00CC2F94">
            <w:pPr>
              <w:keepNext/>
              <w:spacing w:before="40" w:after="40" w:line="240" w:lineRule="auto"/>
              <w:jc w:val="center"/>
            </w:pPr>
            <w:r>
              <w:rPr>
                <w:b/>
              </w:rPr>
              <w:t>Nivel de cumplimiento</w:t>
            </w:r>
          </w:p>
        </w:tc>
      </w:tr>
      <w:tr w:rsidR="007024CC" w14:paraId="3EAFCD5D"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3F9818A5"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48F646FC"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2B0E119B"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55C63BE7"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30F4E988" w14:textId="77777777" w:rsidR="007024CC" w:rsidRDefault="00CC2F94">
            <w:pPr>
              <w:keepNext/>
              <w:spacing w:before="40" w:after="40" w:line="240" w:lineRule="auto"/>
              <w:jc w:val="center"/>
            </w:pPr>
            <w:r>
              <w:rPr>
                <w:b/>
              </w:rPr>
              <w:t>NC</w:t>
            </w:r>
          </w:p>
        </w:tc>
      </w:tr>
      <w:tr w:rsidR="007024CC" w:rsidRPr="00F42274" w14:paraId="1E43A253"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79664325" w14:textId="77777777" w:rsidR="007024CC" w:rsidRPr="00EC4B4D" w:rsidRDefault="00CC2F94">
            <w:pPr>
              <w:keepNext/>
              <w:spacing w:before="40" w:after="40" w:line="240" w:lineRule="auto"/>
              <w:jc w:val="center"/>
              <w:rPr>
                <w:lang w:val="es-PY"/>
              </w:rPr>
            </w:pPr>
            <w:r w:rsidRPr="00EC4B4D">
              <w:rPr>
                <w:b/>
                <w:lang w:val="es-PY"/>
              </w:rPr>
              <w:t>Eficacia en la aplicación de las normativas y reglamentaciones que rigen la carrera</w:t>
            </w:r>
          </w:p>
          <w:p w14:paraId="632AE4E4"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7F9BE1CE"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Las normativas y reglamentaciones se encuentran formalizadas y difundidas por medios accesibles.</w:t>
            </w:r>
          </w:p>
        </w:tc>
        <w:tc>
          <w:tcPr>
            <w:tcW w:w="903" w:type="dxa"/>
            <w:gridSpan w:val="2"/>
            <w:shd w:val="clear" w:color="auto" w:fill="FFFFCC"/>
            <w:tcMar>
              <w:top w:w="60" w:type="dxa"/>
              <w:left w:w="85" w:type="dxa"/>
              <w:bottom w:w="60" w:type="dxa"/>
              <w:right w:w="85" w:type="dxa"/>
            </w:tcMar>
            <w:vAlign w:val="center"/>
          </w:tcPr>
          <w:p w14:paraId="1A329A0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24B60CC"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0CD47AE" w14:textId="77777777" w:rsidR="007024CC" w:rsidRPr="009A1154" w:rsidRDefault="007024CC">
            <w:pPr>
              <w:keepNext/>
              <w:spacing w:before="40" w:after="40" w:line="240" w:lineRule="auto"/>
              <w:rPr>
                <w:lang w:val="es-PY"/>
              </w:rPr>
            </w:pPr>
          </w:p>
        </w:tc>
      </w:tr>
      <w:tr w:rsidR="007024CC" w:rsidRPr="00F42274" w14:paraId="3339E4B9"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23B701E7"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3ED0B3CA"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Las normativas y reglamentaciones son conocidas y se aplican sistemáticamente.</w:t>
            </w:r>
          </w:p>
        </w:tc>
        <w:tc>
          <w:tcPr>
            <w:tcW w:w="903" w:type="dxa"/>
            <w:gridSpan w:val="2"/>
            <w:shd w:val="clear" w:color="auto" w:fill="FFFFCC"/>
            <w:tcMar>
              <w:top w:w="60" w:type="dxa"/>
              <w:left w:w="85" w:type="dxa"/>
              <w:bottom w:w="60" w:type="dxa"/>
              <w:right w:w="85" w:type="dxa"/>
            </w:tcMar>
            <w:vAlign w:val="center"/>
          </w:tcPr>
          <w:p w14:paraId="678E210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296D34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F351A2B" w14:textId="77777777" w:rsidR="007024CC" w:rsidRPr="009A1154" w:rsidRDefault="007024CC">
            <w:pPr>
              <w:keepNext/>
              <w:spacing w:before="40" w:after="40" w:line="240" w:lineRule="auto"/>
              <w:rPr>
                <w:lang w:val="es-PY"/>
              </w:rPr>
            </w:pPr>
          </w:p>
        </w:tc>
      </w:tr>
      <w:tr w:rsidR="007024CC" w:rsidRPr="00F42274" w14:paraId="4393FC9C"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4F0865D9"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10380B1B"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Las normativas que rigen la carrera contemplan aspectos relacionados con la inclusión, el desempeño ético de sus miembros y el respeto a la propiedad intelectual.</w:t>
            </w:r>
          </w:p>
        </w:tc>
        <w:tc>
          <w:tcPr>
            <w:tcW w:w="903" w:type="dxa"/>
            <w:gridSpan w:val="2"/>
            <w:shd w:val="clear" w:color="auto" w:fill="FFFFCC"/>
            <w:tcMar>
              <w:top w:w="60" w:type="dxa"/>
              <w:left w:w="85" w:type="dxa"/>
              <w:bottom w:w="60" w:type="dxa"/>
              <w:right w:w="85" w:type="dxa"/>
            </w:tcMar>
            <w:vAlign w:val="center"/>
          </w:tcPr>
          <w:p w14:paraId="510EB30B"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BF79B97"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518CD98" w14:textId="77777777" w:rsidR="007024CC" w:rsidRPr="009A1154" w:rsidRDefault="007024CC">
            <w:pPr>
              <w:keepNext/>
              <w:spacing w:before="40" w:after="40" w:line="240" w:lineRule="auto"/>
              <w:rPr>
                <w:lang w:val="es-PY"/>
              </w:rPr>
            </w:pPr>
          </w:p>
        </w:tc>
      </w:tr>
      <w:tr w:rsidR="007024CC" w:rsidRPr="00F42274" w14:paraId="256B86C1"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1F4ED5F3"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2E72869F"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Se cuenta con normativas claras para la homologación de asignaturas y la validación de los resultados de aprendizaje obtenidos en el marco de la movilidad estudiantil, tanto nacional como internacional.</w:t>
            </w:r>
          </w:p>
        </w:tc>
        <w:tc>
          <w:tcPr>
            <w:tcW w:w="903" w:type="dxa"/>
            <w:gridSpan w:val="2"/>
            <w:shd w:val="clear" w:color="auto" w:fill="FFFFCC"/>
            <w:tcMar>
              <w:top w:w="60" w:type="dxa"/>
              <w:left w:w="85" w:type="dxa"/>
              <w:bottom w:w="60" w:type="dxa"/>
              <w:right w:w="85" w:type="dxa"/>
            </w:tcMar>
            <w:vAlign w:val="center"/>
          </w:tcPr>
          <w:p w14:paraId="7AA35634"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72EFDE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0D062D0" w14:textId="77777777" w:rsidR="007024CC" w:rsidRPr="009A1154" w:rsidRDefault="007024CC">
            <w:pPr>
              <w:keepNext/>
              <w:spacing w:before="40" w:after="40" w:line="240" w:lineRule="auto"/>
              <w:rPr>
                <w:lang w:val="es-PY"/>
              </w:rPr>
            </w:pPr>
          </w:p>
        </w:tc>
      </w:tr>
      <w:tr w:rsidR="007024CC" w:rsidRPr="00F42274" w14:paraId="7BB1567C"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291D4EA4"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645EA9B7" w14:textId="77777777" w:rsidR="007024CC" w:rsidRPr="00EC4B4D" w:rsidRDefault="00CC2F94">
            <w:pPr>
              <w:keepNext/>
              <w:spacing w:before="40" w:after="40" w:line="240" w:lineRule="auto"/>
              <w:ind w:left="369" w:hanging="369"/>
              <w:jc w:val="both"/>
              <w:rPr>
                <w:lang w:val="es-PY"/>
              </w:rPr>
            </w:pPr>
            <w:r w:rsidRPr="00EC4B4D">
              <w:rPr>
                <w:lang w:val="es-PY"/>
              </w:rPr>
              <w:t>e.</w:t>
            </w:r>
            <w:r w:rsidRPr="00EC4B4D">
              <w:rPr>
                <w:lang w:val="es-PY"/>
              </w:rPr>
              <w:tab/>
              <w:t>Las normativas y reglamentaciones se actualizan de acuerdo con las necesidades emergentes.</w:t>
            </w:r>
          </w:p>
        </w:tc>
        <w:tc>
          <w:tcPr>
            <w:tcW w:w="903" w:type="dxa"/>
            <w:gridSpan w:val="2"/>
            <w:shd w:val="clear" w:color="auto" w:fill="FFFFCC"/>
            <w:tcMar>
              <w:top w:w="60" w:type="dxa"/>
              <w:left w:w="85" w:type="dxa"/>
              <w:bottom w:w="60" w:type="dxa"/>
              <w:right w:w="85" w:type="dxa"/>
            </w:tcMar>
            <w:vAlign w:val="center"/>
          </w:tcPr>
          <w:p w14:paraId="1EA1BDE7"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DFF1A6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EA42F23" w14:textId="77777777" w:rsidR="007024CC" w:rsidRPr="009A1154" w:rsidRDefault="007024CC">
            <w:pPr>
              <w:keepNext/>
              <w:spacing w:before="40" w:after="40" w:line="240" w:lineRule="auto"/>
              <w:rPr>
                <w:lang w:val="es-PY"/>
              </w:rPr>
            </w:pPr>
          </w:p>
        </w:tc>
      </w:tr>
      <w:tr w:rsidR="007024CC" w14:paraId="1A86696F"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5D4FCE27"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59A498CA" w14:textId="77777777" w:rsidR="007024CC" w:rsidRDefault="00CC2F94">
            <w:pPr>
              <w:keepNext/>
              <w:spacing w:before="40" w:after="40" w:line="240" w:lineRule="auto"/>
              <w:jc w:val="center"/>
            </w:pPr>
            <w:r>
              <w:rPr>
                <w:b/>
              </w:rPr>
              <w:t>Medios de verificación</w:t>
            </w:r>
          </w:p>
        </w:tc>
      </w:tr>
      <w:tr w:rsidR="007024CC" w14:paraId="1C052940"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318777F4" w14:textId="77777777" w:rsidR="007024CC" w:rsidRDefault="007024CC">
            <w:pPr>
              <w:spacing w:before="40" w:after="40" w:line="240" w:lineRule="auto"/>
            </w:pPr>
          </w:p>
          <w:p w14:paraId="3511A10F" w14:textId="77777777" w:rsidR="009A1154" w:rsidRDefault="009A1154">
            <w:pPr>
              <w:spacing w:before="40" w:after="40" w:line="240" w:lineRule="auto"/>
            </w:pPr>
          </w:p>
          <w:p w14:paraId="005C98FD" w14:textId="77777777" w:rsidR="009A1154" w:rsidRDefault="009A1154">
            <w:pPr>
              <w:spacing w:before="40" w:after="40" w:line="240" w:lineRule="auto"/>
            </w:pPr>
          </w:p>
          <w:p w14:paraId="7B65E1E5" w14:textId="77777777" w:rsidR="009A1154" w:rsidRDefault="009A1154">
            <w:pPr>
              <w:spacing w:before="40" w:after="40" w:line="240" w:lineRule="auto"/>
            </w:pPr>
          </w:p>
          <w:p w14:paraId="0E98130B" w14:textId="77777777" w:rsidR="009A1154" w:rsidRDefault="009A1154">
            <w:pPr>
              <w:spacing w:before="40" w:after="40" w:line="240" w:lineRule="auto"/>
            </w:pPr>
          </w:p>
          <w:p w14:paraId="7B1F50CE" w14:textId="77777777" w:rsidR="009A1154" w:rsidRDefault="009A1154">
            <w:pPr>
              <w:spacing w:before="40" w:after="40" w:line="240" w:lineRule="auto"/>
            </w:pPr>
          </w:p>
          <w:p w14:paraId="7B6BD76F" w14:textId="77777777" w:rsidR="009A1154" w:rsidRDefault="009A1154">
            <w:pPr>
              <w:spacing w:before="40" w:after="40" w:line="240" w:lineRule="auto"/>
            </w:pPr>
          </w:p>
          <w:p w14:paraId="7334AD0A" w14:textId="77777777" w:rsidR="009A1154" w:rsidRDefault="009A1154">
            <w:pPr>
              <w:spacing w:before="40" w:after="40" w:line="240" w:lineRule="auto"/>
            </w:pPr>
          </w:p>
          <w:p w14:paraId="46DF523E" w14:textId="77777777" w:rsidR="009A1154" w:rsidRDefault="009A1154">
            <w:pPr>
              <w:spacing w:before="40" w:after="40" w:line="240" w:lineRule="auto"/>
            </w:pPr>
          </w:p>
          <w:p w14:paraId="0062E6E0" w14:textId="77777777" w:rsidR="009A1154" w:rsidRDefault="009A1154">
            <w:pPr>
              <w:spacing w:before="40" w:after="40" w:line="240" w:lineRule="auto"/>
            </w:pPr>
          </w:p>
          <w:p w14:paraId="6D3FC463" w14:textId="77777777" w:rsidR="009A1154" w:rsidRDefault="009A1154">
            <w:pPr>
              <w:spacing w:before="40" w:after="40" w:line="240" w:lineRule="auto"/>
            </w:pPr>
          </w:p>
          <w:p w14:paraId="425DFFD4" w14:textId="77777777" w:rsidR="009A1154" w:rsidRDefault="009A1154">
            <w:pPr>
              <w:spacing w:before="40" w:after="40" w:line="240" w:lineRule="auto"/>
            </w:pPr>
          </w:p>
          <w:p w14:paraId="2B2C459A" w14:textId="77777777" w:rsidR="009A1154" w:rsidRDefault="009A1154">
            <w:pPr>
              <w:spacing w:before="40" w:after="40" w:line="240" w:lineRule="auto"/>
            </w:pPr>
          </w:p>
          <w:p w14:paraId="5C76F9C3" w14:textId="77777777" w:rsidR="009A1154" w:rsidRDefault="009A1154">
            <w:pPr>
              <w:spacing w:before="40" w:after="40" w:line="240" w:lineRule="auto"/>
            </w:pPr>
          </w:p>
          <w:p w14:paraId="5B589F5B" w14:textId="77777777" w:rsidR="009A1154" w:rsidRDefault="009A1154">
            <w:pPr>
              <w:spacing w:before="40" w:after="40" w:line="240" w:lineRule="auto"/>
            </w:pPr>
          </w:p>
          <w:p w14:paraId="71E64703" w14:textId="77777777" w:rsidR="009A1154" w:rsidRDefault="009A1154">
            <w:pPr>
              <w:spacing w:before="40" w:after="40" w:line="240" w:lineRule="auto"/>
            </w:pPr>
          </w:p>
          <w:p w14:paraId="2A3F3FF1" w14:textId="77777777" w:rsidR="009A1154" w:rsidRDefault="009A1154">
            <w:pPr>
              <w:spacing w:before="40" w:after="40" w:line="240" w:lineRule="auto"/>
            </w:pPr>
          </w:p>
          <w:p w14:paraId="5784D226" w14:textId="77777777" w:rsidR="009A1154" w:rsidRDefault="009A1154">
            <w:pPr>
              <w:spacing w:before="40" w:after="40" w:line="240" w:lineRule="auto"/>
            </w:pPr>
          </w:p>
          <w:p w14:paraId="1D7ECE3A" w14:textId="77777777" w:rsidR="009A1154" w:rsidRDefault="009A1154">
            <w:pPr>
              <w:spacing w:before="40" w:after="40" w:line="240" w:lineRule="auto"/>
            </w:pPr>
          </w:p>
        </w:tc>
        <w:tc>
          <w:tcPr>
            <w:tcW w:w="2692" w:type="dxa"/>
            <w:gridSpan w:val="3"/>
            <w:shd w:val="clear" w:color="auto" w:fill="FFFFFF"/>
            <w:tcMar>
              <w:top w:w="85" w:type="dxa"/>
              <w:left w:w="85" w:type="dxa"/>
              <w:bottom w:w="85" w:type="dxa"/>
              <w:right w:w="85" w:type="dxa"/>
            </w:tcMar>
          </w:tcPr>
          <w:p w14:paraId="24BA596B" w14:textId="77777777" w:rsidR="007024CC" w:rsidRDefault="007024CC">
            <w:pPr>
              <w:spacing w:before="40" w:after="40" w:line="240" w:lineRule="auto"/>
            </w:pPr>
          </w:p>
        </w:tc>
      </w:tr>
    </w:tbl>
    <w:p w14:paraId="0D0C4BC1"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6C470B05" w14:textId="77777777">
        <w:trPr>
          <w:cantSplit/>
          <w:trHeight w:val="380"/>
          <w:tblHeader/>
          <w:jc w:val="center"/>
        </w:trPr>
        <w:tc>
          <w:tcPr>
            <w:tcW w:w="9350" w:type="dxa"/>
            <w:gridSpan w:val="6"/>
            <w:shd w:val="clear" w:color="auto" w:fill="44546A"/>
            <w:tcMar>
              <w:top w:w="60" w:type="dxa"/>
              <w:left w:w="85" w:type="dxa"/>
              <w:bottom w:w="60" w:type="dxa"/>
              <w:right w:w="85" w:type="dxa"/>
            </w:tcMar>
            <w:vAlign w:val="center"/>
          </w:tcPr>
          <w:p w14:paraId="2BC2D3E0" w14:textId="77777777" w:rsidR="007024CC" w:rsidRDefault="00CC2F94" w:rsidP="009A1154">
            <w:pPr>
              <w:keepNext/>
              <w:spacing w:before="40" w:after="40" w:line="240" w:lineRule="auto"/>
            </w:pPr>
            <w:r>
              <w:rPr>
                <w:b/>
                <w:color w:val="FFFFFF"/>
              </w:rPr>
              <w:lastRenderedPageBreak/>
              <w:t>Componente 2. Gestión</w:t>
            </w:r>
          </w:p>
        </w:tc>
      </w:tr>
      <w:tr w:rsidR="007024CC" w14:paraId="094D3ED5"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7C7EA610" w14:textId="77777777" w:rsidR="007024CC" w:rsidRDefault="00CC2F94">
            <w:pPr>
              <w:keepNext/>
              <w:spacing w:before="40" w:after="40" w:line="240" w:lineRule="auto"/>
              <w:jc w:val="center"/>
            </w:pPr>
            <w:r>
              <w:rPr>
                <w:b/>
              </w:rPr>
              <w:t>Criterio 1.2.1</w:t>
            </w:r>
          </w:p>
        </w:tc>
        <w:tc>
          <w:tcPr>
            <w:tcW w:w="4231" w:type="dxa"/>
            <w:vMerge w:val="restart"/>
            <w:shd w:val="clear" w:color="auto" w:fill="D5DCE4"/>
            <w:tcMar>
              <w:top w:w="60" w:type="dxa"/>
              <w:left w:w="85" w:type="dxa"/>
              <w:bottom w:w="60" w:type="dxa"/>
              <w:right w:w="85" w:type="dxa"/>
            </w:tcMar>
            <w:vAlign w:val="center"/>
          </w:tcPr>
          <w:p w14:paraId="21B5BFB5"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54883B06" w14:textId="77777777" w:rsidR="007024CC" w:rsidRDefault="00CC2F94">
            <w:pPr>
              <w:keepNext/>
              <w:spacing w:before="40" w:after="40" w:line="240" w:lineRule="auto"/>
              <w:jc w:val="center"/>
            </w:pPr>
            <w:r>
              <w:rPr>
                <w:b/>
              </w:rPr>
              <w:t>Nivel de cumplimiento</w:t>
            </w:r>
          </w:p>
        </w:tc>
      </w:tr>
      <w:tr w:rsidR="007024CC" w14:paraId="26441054"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73702933"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30E96FBB"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0670297C"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17F437A4"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0F074DE5" w14:textId="77777777" w:rsidR="007024CC" w:rsidRDefault="00CC2F94">
            <w:pPr>
              <w:keepNext/>
              <w:spacing w:before="40" w:after="40" w:line="240" w:lineRule="auto"/>
              <w:jc w:val="center"/>
            </w:pPr>
            <w:r>
              <w:rPr>
                <w:b/>
              </w:rPr>
              <w:t>NC</w:t>
            </w:r>
          </w:p>
        </w:tc>
      </w:tr>
      <w:tr w:rsidR="007024CC" w:rsidRPr="00F42274" w14:paraId="388F0FB4"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1C331A98" w14:textId="77777777" w:rsidR="007024CC" w:rsidRPr="00EC4B4D" w:rsidRDefault="00CC2F94">
            <w:pPr>
              <w:keepNext/>
              <w:spacing w:before="40" w:after="40" w:line="240" w:lineRule="auto"/>
              <w:jc w:val="center"/>
              <w:rPr>
                <w:lang w:val="es-PY"/>
              </w:rPr>
            </w:pPr>
            <w:r w:rsidRPr="00EC4B4D">
              <w:rPr>
                <w:b/>
                <w:lang w:val="es-PY"/>
              </w:rPr>
              <w:t>Pertinencia de la planificación del Plan de Estudio</w:t>
            </w:r>
          </w:p>
          <w:p w14:paraId="6F8FF5E8"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00D9CA6F"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Se prevé talento humano (directivos, docentes especialistas en educación a distancia, tutores, asesores infopedagógicos, soporte tecnológico y administrativo) con formación y experiencia en entornos virtuales.</w:t>
            </w:r>
          </w:p>
        </w:tc>
        <w:tc>
          <w:tcPr>
            <w:tcW w:w="903" w:type="dxa"/>
            <w:gridSpan w:val="2"/>
            <w:shd w:val="clear" w:color="auto" w:fill="FFFFCC"/>
            <w:tcMar>
              <w:top w:w="60" w:type="dxa"/>
              <w:left w:w="85" w:type="dxa"/>
              <w:bottom w:w="60" w:type="dxa"/>
              <w:right w:w="85" w:type="dxa"/>
            </w:tcMar>
            <w:vAlign w:val="center"/>
          </w:tcPr>
          <w:p w14:paraId="3E37AF4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94B53E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9DE19C2" w14:textId="77777777" w:rsidR="007024CC" w:rsidRPr="009A1154" w:rsidRDefault="007024CC">
            <w:pPr>
              <w:keepNext/>
              <w:spacing w:before="40" w:after="40" w:line="240" w:lineRule="auto"/>
              <w:rPr>
                <w:lang w:val="es-PY"/>
              </w:rPr>
            </w:pPr>
          </w:p>
        </w:tc>
      </w:tr>
      <w:tr w:rsidR="007024CC" w:rsidRPr="00F42274" w14:paraId="6D8116CF"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635A3944"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1753CD7B"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Se prevé una asignación presupuestaria suficiente para garantizar el desarrollo de la propuesta académica en modalidad virtual, incluyendo plataformas, licencias, recursos digitales, formación docente y soporte técnico.</w:t>
            </w:r>
          </w:p>
        </w:tc>
        <w:tc>
          <w:tcPr>
            <w:tcW w:w="903" w:type="dxa"/>
            <w:gridSpan w:val="2"/>
            <w:shd w:val="clear" w:color="auto" w:fill="FFFFCC"/>
            <w:tcMar>
              <w:top w:w="60" w:type="dxa"/>
              <w:left w:w="85" w:type="dxa"/>
              <w:bottom w:w="60" w:type="dxa"/>
              <w:right w:w="85" w:type="dxa"/>
            </w:tcMar>
            <w:vAlign w:val="center"/>
          </w:tcPr>
          <w:p w14:paraId="04FEB11E"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9DD7FA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177D709" w14:textId="77777777" w:rsidR="007024CC" w:rsidRPr="009A1154" w:rsidRDefault="007024CC">
            <w:pPr>
              <w:keepNext/>
              <w:spacing w:before="40" w:after="40" w:line="240" w:lineRule="auto"/>
              <w:rPr>
                <w:lang w:val="es-PY"/>
              </w:rPr>
            </w:pPr>
          </w:p>
        </w:tc>
      </w:tr>
      <w:tr w:rsidR="007024CC" w:rsidRPr="00F42274" w14:paraId="7C6605D0"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0C54F94A"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32EC5517"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Se prevé infraestructura tecnológica adecuada (plataformas virtuales, conectividad, equipamiento, herramientas digitales) que atienda criterios de accesibilidad e inclusión.</w:t>
            </w:r>
          </w:p>
        </w:tc>
        <w:tc>
          <w:tcPr>
            <w:tcW w:w="903" w:type="dxa"/>
            <w:gridSpan w:val="2"/>
            <w:shd w:val="clear" w:color="auto" w:fill="FFFFCC"/>
            <w:tcMar>
              <w:top w:w="60" w:type="dxa"/>
              <w:left w:w="85" w:type="dxa"/>
              <w:bottom w:w="60" w:type="dxa"/>
              <w:right w:w="85" w:type="dxa"/>
            </w:tcMar>
            <w:vAlign w:val="center"/>
          </w:tcPr>
          <w:p w14:paraId="2F891897"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9812C67"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B913333" w14:textId="77777777" w:rsidR="007024CC" w:rsidRPr="009A1154" w:rsidRDefault="007024CC">
            <w:pPr>
              <w:keepNext/>
              <w:spacing w:before="40" w:after="40" w:line="240" w:lineRule="auto"/>
              <w:rPr>
                <w:lang w:val="es-PY"/>
              </w:rPr>
            </w:pPr>
          </w:p>
        </w:tc>
      </w:tr>
      <w:tr w:rsidR="007024CC" w:rsidRPr="00F42274" w14:paraId="4DC4BF8E"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70F9F80B"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40ADA506"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Se cuenta con mecanismos de ajustes razonables en el entorno virtual orientados a garantizar el acceso, la permanencia y el aprendizaje de personas con discapacidad.</w:t>
            </w:r>
          </w:p>
        </w:tc>
        <w:tc>
          <w:tcPr>
            <w:tcW w:w="903" w:type="dxa"/>
            <w:gridSpan w:val="2"/>
            <w:shd w:val="clear" w:color="auto" w:fill="FFFFCC"/>
            <w:tcMar>
              <w:top w:w="60" w:type="dxa"/>
              <w:left w:w="85" w:type="dxa"/>
              <w:bottom w:w="60" w:type="dxa"/>
              <w:right w:w="85" w:type="dxa"/>
            </w:tcMar>
            <w:vAlign w:val="center"/>
          </w:tcPr>
          <w:p w14:paraId="60A0A7BA"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E4F6E87"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84FF05C" w14:textId="77777777" w:rsidR="007024CC" w:rsidRPr="009A1154" w:rsidRDefault="007024CC">
            <w:pPr>
              <w:keepNext/>
              <w:spacing w:before="40" w:after="40" w:line="240" w:lineRule="auto"/>
              <w:rPr>
                <w:lang w:val="es-PY"/>
              </w:rPr>
            </w:pPr>
          </w:p>
        </w:tc>
      </w:tr>
      <w:tr w:rsidR="007024CC" w:rsidRPr="00F42274" w14:paraId="632FBCA1"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0FF58507"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58FD1A3C" w14:textId="77777777" w:rsidR="007024CC" w:rsidRPr="00EC4B4D" w:rsidRDefault="00CC2F94">
            <w:pPr>
              <w:keepNext/>
              <w:spacing w:before="40" w:after="40" w:line="240" w:lineRule="auto"/>
              <w:ind w:left="369" w:hanging="369"/>
              <w:jc w:val="both"/>
              <w:rPr>
                <w:lang w:val="es-PY"/>
              </w:rPr>
            </w:pPr>
            <w:r w:rsidRPr="00EC4B4D">
              <w:rPr>
                <w:lang w:val="es-PY"/>
              </w:rPr>
              <w:t>e.</w:t>
            </w:r>
            <w:r w:rsidRPr="00EC4B4D">
              <w:rPr>
                <w:lang w:val="es-PY"/>
              </w:rPr>
              <w:tab/>
              <w:t>Se cuenta con protocolos de contingencia tecnológica que aseguren la continuidad de las actividades académicas ante fallas del entorno virtual o eventos de fuerza mayor.</w:t>
            </w:r>
          </w:p>
        </w:tc>
        <w:tc>
          <w:tcPr>
            <w:tcW w:w="903" w:type="dxa"/>
            <w:gridSpan w:val="2"/>
            <w:shd w:val="clear" w:color="auto" w:fill="FFFFCC"/>
            <w:tcMar>
              <w:top w:w="60" w:type="dxa"/>
              <w:left w:w="85" w:type="dxa"/>
              <w:bottom w:w="60" w:type="dxa"/>
              <w:right w:w="85" w:type="dxa"/>
            </w:tcMar>
            <w:vAlign w:val="center"/>
          </w:tcPr>
          <w:p w14:paraId="00E44E9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1A77B5A"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13401A4" w14:textId="77777777" w:rsidR="007024CC" w:rsidRPr="009A1154" w:rsidRDefault="007024CC">
            <w:pPr>
              <w:keepNext/>
              <w:spacing w:before="40" w:after="40" w:line="240" w:lineRule="auto"/>
              <w:rPr>
                <w:lang w:val="es-PY"/>
              </w:rPr>
            </w:pPr>
          </w:p>
        </w:tc>
      </w:tr>
      <w:tr w:rsidR="007024CC" w:rsidRPr="00F42274" w14:paraId="26A1A047"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39645457"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59045E01" w14:textId="77777777" w:rsidR="007024CC" w:rsidRPr="00EC4B4D" w:rsidRDefault="00CC2F94">
            <w:pPr>
              <w:keepNext/>
              <w:spacing w:before="40" w:after="40" w:line="240" w:lineRule="auto"/>
              <w:ind w:left="369" w:hanging="369"/>
              <w:jc w:val="both"/>
              <w:rPr>
                <w:lang w:val="es-PY"/>
              </w:rPr>
            </w:pPr>
            <w:r w:rsidRPr="00EC4B4D">
              <w:rPr>
                <w:lang w:val="es-PY"/>
              </w:rPr>
              <w:t>f.</w:t>
            </w:r>
            <w:r w:rsidRPr="00EC4B4D">
              <w:rPr>
                <w:lang w:val="es-PY"/>
              </w:rPr>
              <w:tab/>
              <w:t>Se prevé la admisión de un número de estudiantes acorde con la capacidad operativa, considerando el número de tutores, la capacidad tecnológica y los servicios de apoyo en línea.</w:t>
            </w:r>
          </w:p>
        </w:tc>
        <w:tc>
          <w:tcPr>
            <w:tcW w:w="903" w:type="dxa"/>
            <w:gridSpan w:val="2"/>
            <w:shd w:val="clear" w:color="auto" w:fill="FFFFCC"/>
            <w:tcMar>
              <w:top w:w="60" w:type="dxa"/>
              <w:left w:w="85" w:type="dxa"/>
              <w:bottom w:w="60" w:type="dxa"/>
              <w:right w:w="85" w:type="dxa"/>
            </w:tcMar>
            <w:vAlign w:val="center"/>
          </w:tcPr>
          <w:p w14:paraId="1797226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C0ED129"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F7AD746" w14:textId="77777777" w:rsidR="007024CC" w:rsidRPr="009A1154" w:rsidRDefault="007024CC">
            <w:pPr>
              <w:keepNext/>
              <w:spacing w:before="40" w:after="40" w:line="240" w:lineRule="auto"/>
              <w:rPr>
                <w:lang w:val="es-PY"/>
              </w:rPr>
            </w:pPr>
          </w:p>
        </w:tc>
      </w:tr>
      <w:tr w:rsidR="007024CC" w14:paraId="7AC82555"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218E8369"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73540EC9" w14:textId="77777777" w:rsidR="007024CC" w:rsidRDefault="00CC2F94">
            <w:pPr>
              <w:keepNext/>
              <w:spacing w:before="40" w:after="40" w:line="240" w:lineRule="auto"/>
              <w:jc w:val="center"/>
            </w:pPr>
            <w:r>
              <w:rPr>
                <w:b/>
              </w:rPr>
              <w:t>Medios de verificación</w:t>
            </w:r>
          </w:p>
        </w:tc>
      </w:tr>
      <w:tr w:rsidR="007024CC" w14:paraId="62BCAC90"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6B4D38DE" w14:textId="77777777" w:rsidR="007024CC" w:rsidRDefault="007024CC">
            <w:pPr>
              <w:spacing w:before="40" w:after="40" w:line="240" w:lineRule="auto"/>
            </w:pPr>
          </w:p>
        </w:tc>
        <w:tc>
          <w:tcPr>
            <w:tcW w:w="2692" w:type="dxa"/>
            <w:gridSpan w:val="3"/>
            <w:shd w:val="clear" w:color="auto" w:fill="FFFFFF"/>
            <w:tcMar>
              <w:top w:w="85" w:type="dxa"/>
              <w:left w:w="85" w:type="dxa"/>
              <w:bottom w:w="85" w:type="dxa"/>
              <w:right w:w="85" w:type="dxa"/>
            </w:tcMar>
          </w:tcPr>
          <w:p w14:paraId="0C8B9AC2" w14:textId="77777777" w:rsidR="007024CC" w:rsidRDefault="007024CC">
            <w:pPr>
              <w:spacing w:before="40" w:after="40" w:line="240" w:lineRule="auto"/>
            </w:pPr>
          </w:p>
        </w:tc>
      </w:tr>
    </w:tbl>
    <w:p w14:paraId="7B34F0F7"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5"/>
        <w:gridCol w:w="4675"/>
      </w:tblGrid>
      <w:tr w:rsidR="007024CC" w:rsidRPr="00F42274" w14:paraId="4C5FD49F" w14:textId="77777777">
        <w:trPr>
          <w:cantSplit/>
          <w:trHeight w:val="380"/>
          <w:jc w:val="center"/>
        </w:trPr>
        <w:tc>
          <w:tcPr>
            <w:tcW w:w="9350" w:type="dxa"/>
            <w:gridSpan w:val="2"/>
            <w:shd w:val="clear" w:color="auto" w:fill="323E4F"/>
            <w:tcMar>
              <w:top w:w="60" w:type="dxa"/>
              <w:left w:w="85" w:type="dxa"/>
              <w:bottom w:w="60" w:type="dxa"/>
              <w:right w:w="85" w:type="dxa"/>
            </w:tcMar>
            <w:vAlign w:val="center"/>
          </w:tcPr>
          <w:p w14:paraId="390D4012" w14:textId="77777777" w:rsidR="007024CC" w:rsidRPr="009A1154" w:rsidRDefault="00CC2F94">
            <w:pPr>
              <w:keepNext/>
              <w:spacing w:before="40" w:after="40" w:line="240" w:lineRule="auto"/>
              <w:jc w:val="center"/>
              <w:rPr>
                <w:lang w:val="es-PY"/>
              </w:rPr>
            </w:pPr>
            <w:r w:rsidRPr="009A1154">
              <w:rPr>
                <w:b/>
                <w:color w:val="FFFFFF"/>
                <w:sz w:val="20"/>
                <w:lang w:val="es-PY"/>
              </w:rPr>
              <w:lastRenderedPageBreak/>
              <w:t>Fortalezas y Debilidades del Cumplimiento de Criterios de la Dimensión Evaluada</w:t>
            </w:r>
          </w:p>
        </w:tc>
      </w:tr>
      <w:tr w:rsidR="007024CC" w14:paraId="167577CD" w14:textId="77777777">
        <w:trPr>
          <w:cantSplit/>
          <w:trHeight w:val="340"/>
          <w:jc w:val="center"/>
        </w:trPr>
        <w:tc>
          <w:tcPr>
            <w:tcW w:w="4675" w:type="dxa"/>
            <w:shd w:val="clear" w:color="auto" w:fill="D5DCE4"/>
            <w:tcMar>
              <w:top w:w="60" w:type="dxa"/>
              <w:left w:w="85" w:type="dxa"/>
              <w:bottom w:w="60" w:type="dxa"/>
              <w:right w:w="85" w:type="dxa"/>
            </w:tcMar>
            <w:vAlign w:val="center"/>
          </w:tcPr>
          <w:p w14:paraId="136CA8B0" w14:textId="77777777" w:rsidR="007024CC" w:rsidRDefault="00CC2F94">
            <w:pPr>
              <w:keepNext/>
              <w:spacing w:before="40" w:after="40" w:line="240" w:lineRule="auto"/>
              <w:jc w:val="center"/>
            </w:pPr>
            <w:r>
              <w:rPr>
                <w:b/>
              </w:rPr>
              <w:t>Fortalezas</w:t>
            </w:r>
          </w:p>
        </w:tc>
        <w:tc>
          <w:tcPr>
            <w:tcW w:w="4675" w:type="dxa"/>
            <w:shd w:val="clear" w:color="auto" w:fill="D5DCE4"/>
            <w:tcMar>
              <w:top w:w="60" w:type="dxa"/>
              <w:left w:w="85" w:type="dxa"/>
              <w:bottom w:w="60" w:type="dxa"/>
              <w:right w:w="85" w:type="dxa"/>
            </w:tcMar>
            <w:vAlign w:val="center"/>
          </w:tcPr>
          <w:p w14:paraId="4A902202" w14:textId="77777777" w:rsidR="007024CC" w:rsidRDefault="00CC2F94">
            <w:pPr>
              <w:keepNext/>
              <w:spacing w:before="40" w:after="40" w:line="240" w:lineRule="auto"/>
              <w:jc w:val="center"/>
            </w:pPr>
            <w:r>
              <w:rPr>
                <w:b/>
              </w:rPr>
              <w:t>Debilidades</w:t>
            </w:r>
          </w:p>
        </w:tc>
      </w:tr>
      <w:tr w:rsidR="007024CC" w:rsidRPr="00F42274" w14:paraId="0F5FE331" w14:textId="77777777">
        <w:trPr>
          <w:trHeight w:val="3800"/>
          <w:jc w:val="center"/>
        </w:trPr>
        <w:tc>
          <w:tcPr>
            <w:tcW w:w="4675" w:type="dxa"/>
            <w:shd w:val="clear" w:color="auto" w:fill="FFFFFF"/>
            <w:tcMar>
              <w:top w:w="85" w:type="dxa"/>
              <w:left w:w="85" w:type="dxa"/>
              <w:bottom w:w="85" w:type="dxa"/>
              <w:right w:w="85" w:type="dxa"/>
            </w:tcMar>
          </w:tcPr>
          <w:p w14:paraId="3381BB7B" w14:textId="77777777" w:rsidR="007024CC" w:rsidRPr="009A1154" w:rsidRDefault="00CC2F94">
            <w:pPr>
              <w:keepNext/>
              <w:spacing w:after="60" w:line="240" w:lineRule="auto"/>
              <w:jc w:val="both"/>
            </w:pPr>
            <w:r w:rsidRPr="009A1154">
              <w:rPr>
                <w:color w:val="A6A6A6"/>
                <w:sz w:val="20"/>
                <w:lang w:val="es-PY"/>
              </w:rPr>
              <w:t xml:space="preserve">Describen los aspectos en los que la carrera demuestra un nivel superior al esperado, innovaciones, buenas prácticas o resultados sobresalientes que contribuyen significativamente al logro del criterio de calidad. </w:t>
            </w:r>
            <w:r w:rsidRPr="009A1154">
              <w:rPr>
                <w:color w:val="A6A6A6"/>
                <w:sz w:val="20"/>
              </w:rPr>
              <w:t>No constituyen mero cumplimiento de los indicadores.</w:t>
            </w:r>
          </w:p>
          <w:p w14:paraId="13022684" w14:textId="77777777" w:rsidR="007024CC" w:rsidRPr="009A1154" w:rsidRDefault="007024CC">
            <w:pPr>
              <w:keepNext/>
              <w:spacing w:before="120"/>
            </w:pPr>
          </w:p>
        </w:tc>
        <w:tc>
          <w:tcPr>
            <w:tcW w:w="4675" w:type="dxa"/>
            <w:shd w:val="clear" w:color="auto" w:fill="FFFFFF"/>
            <w:tcMar>
              <w:top w:w="85" w:type="dxa"/>
              <w:left w:w="85" w:type="dxa"/>
              <w:bottom w:w="85" w:type="dxa"/>
              <w:right w:w="85" w:type="dxa"/>
            </w:tcMar>
          </w:tcPr>
          <w:p w14:paraId="548C5EB5" w14:textId="77777777" w:rsidR="007024CC" w:rsidRPr="009A1154" w:rsidRDefault="00CC2F94">
            <w:pPr>
              <w:keepNext/>
              <w:spacing w:after="60" w:line="240" w:lineRule="auto"/>
              <w:jc w:val="both"/>
              <w:rPr>
                <w:lang w:val="es-PY"/>
              </w:rPr>
            </w:pPr>
            <w:r w:rsidRPr="009A1154">
              <w:rPr>
                <w:color w:val="A6A6A6"/>
                <w:sz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281A2DE8" w14:textId="77777777" w:rsidR="007024CC" w:rsidRPr="009A1154" w:rsidRDefault="007024CC">
            <w:pPr>
              <w:keepNext/>
              <w:spacing w:before="120"/>
              <w:rPr>
                <w:lang w:val="es-PY"/>
              </w:rPr>
            </w:pPr>
          </w:p>
        </w:tc>
      </w:tr>
      <w:tr w:rsidR="007024CC" w14:paraId="2796704D" w14:textId="77777777">
        <w:trPr>
          <w:cantSplit/>
          <w:trHeight w:val="380"/>
          <w:jc w:val="center"/>
        </w:trPr>
        <w:tc>
          <w:tcPr>
            <w:tcW w:w="9350" w:type="dxa"/>
            <w:gridSpan w:val="2"/>
            <w:shd w:val="clear" w:color="auto" w:fill="323E4F"/>
            <w:tcMar>
              <w:top w:w="60" w:type="dxa"/>
              <w:left w:w="85" w:type="dxa"/>
              <w:bottom w:w="60" w:type="dxa"/>
              <w:right w:w="85" w:type="dxa"/>
            </w:tcMar>
            <w:vAlign w:val="center"/>
          </w:tcPr>
          <w:p w14:paraId="6C9B9455" w14:textId="77777777" w:rsidR="007024CC" w:rsidRDefault="00CC2F94">
            <w:pPr>
              <w:keepNext/>
              <w:spacing w:before="40" w:after="40" w:line="240" w:lineRule="auto"/>
              <w:jc w:val="center"/>
            </w:pPr>
            <w:proofErr w:type="spellStart"/>
            <w:r>
              <w:rPr>
                <w:b/>
                <w:color w:val="FFFFFF"/>
                <w:sz w:val="20"/>
              </w:rPr>
              <w:t>Oportunidades</w:t>
            </w:r>
            <w:proofErr w:type="spellEnd"/>
            <w:r>
              <w:rPr>
                <w:b/>
                <w:color w:val="FFFFFF"/>
                <w:sz w:val="20"/>
              </w:rPr>
              <w:t xml:space="preserve"> de </w:t>
            </w:r>
            <w:proofErr w:type="spellStart"/>
            <w:r>
              <w:rPr>
                <w:b/>
                <w:color w:val="FFFFFF"/>
                <w:sz w:val="20"/>
              </w:rPr>
              <w:t>Mejora</w:t>
            </w:r>
            <w:proofErr w:type="spellEnd"/>
          </w:p>
        </w:tc>
      </w:tr>
      <w:tr w:rsidR="007024CC" w:rsidRPr="00F42274" w14:paraId="5C9C3B63" w14:textId="77777777">
        <w:trPr>
          <w:trHeight w:val="3800"/>
          <w:jc w:val="center"/>
        </w:trPr>
        <w:tc>
          <w:tcPr>
            <w:tcW w:w="9350" w:type="dxa"/>
            <w:gridSpan w:val="2"/>
            <w:shd w:val="clear" w:color="auto" w:fill="FFFFFF"/>
            <w:tcMar>
              <w:top w:w="85" w:type="dxa"/>
              <w:left w:w="85" w:type="dxa"/>
              <w:bottom w:w="85" w:type="dxa"/>
              <w:right w:w="85" w:type="dxa"/>
            </w:tcMar>
          </w:tcPr>
          <w:p w14:paraId="515EF158" w14:textId="77777777" w:rsidR="007024CC" w:rsidRPr="009A1154" w:rsidRDefault="00CC2F94">
            <w:pPr>
              <w:spacing w:after="60" w:line="240" w:lineRule="auto"/>
              <w:jc w:val="both"/>
              <w:rPr>
                <w:lang w:val="es-PY"/>
              </w:rPr>
            </w:pPr>
            <w:r w:rsidRPr="009A1154">
              <w:rPr>
                <w:color w:val="A6A6A6"/>
                <w:sz w:val="20"/>
                <w:lang w:val="es-PY"/>
              </w:rPr>
              <w:t>Las oportunidades de mejoras deben:</w:t>
            </w:r>
          </w:p>
          <w:p w14:paraId="425D9FB9" w14:textId="77777777" w:rsidR="007024CC" w:rsidRPr="009A1154" w:rsidRDefault="00CC2F94">
            <w:pPr>
              <w:spacing w:after="60" w:line="240" w:lineRule="auto"/>
              <w:jc w:val="both"/>
              <w:rPr>
                <w:lang w:val="es-PY"/>
              </w:rPr>
            </w:pPr>
            <w:r w:rsidRPr="009A1154">
              <w:rPr>
                <w:color w:val="A6A6A6"/>
                <w:sz w:val="20"/>
                <w:lang w:val="es-PY"/>
              </w:rPr>
              <w:t>Estar directamente vinculadas con las debilidades o hallazgos identificados.</w:t>
            </w:r>
          </w:p>
          <w:p w14:paraId="1CC5657C" w14:textId="77777777" w:rsidR="007024CC" w:rsidRPr="009A1154" w:rsidRDefault="00CC2F94">
            <w:pPr>
              <w:spacing w:after="60" w:line="240" w:lineRule="auto"/>
              <w:jc w:val="both"/>
              <w:rPr>
                <w:lang w:val="es-PY"/>
              </w:rPr>
            </w:pPr>
            <w:r w:rsidRPr="009A1154">
              <w:rPr>
                <w:color w:val="A6A6A6"/>
                <w:sz w:val="20"/>
                <w:lang w:val="es-PY"/>
              </w:rPr>
              <w:t>Ser viables y pertinentes en el marco del contexto institucional.</w:t>
            </w:r>
          </w:p>
          <w:p w14:paraId="5BD30164" w14:textId="77777777" w:rsidR="007024CC" w:rsidRPr="009A1154" w:rsidRDefault="00CC2F94">
            <w:pPr>
              <w:spacing w:after="60" w:line="240" w:lineRule="auto"/>
              <w:jc w:val="both"/>
              <w:rPr>
                <w:lang w:val="es-PY"/>
              </w:rPr>
            </w:pPr>
            <w:r w:rsidRPr="009A1154">
              <w:rPr>
                <w:color w:val="A6A6A6"/>
                <w:sz w:val="20"/>
                <w:lang w:val="es-PY"/>
              </w:rPr>
              <w:t>Orientar hacia la consolidación de procesos de mejora continua.</w:t>
            </w:r>
          </w:p>
          <w:p w14:paraId="48E92DC6" w14:textId="77777777" w:rsidR="007024CC" w:rsidRPr="009A1154" w:rsidRDefault="00CC2F94">
            <w:pPr>
              <w:spacing w:after="60" w:line="240" w:lineRule="auto"/>
              <w:jc w:val="both"/>
              <w:rPr>
                <w:lang w:val="es-PY"/>
              </w:rPr>
            </w:pPr>
            <w:r w:rsidRPr="009A1154">
              <w:rPr>
                <w:color w:val="A6A6A6"/>
                <w:sz w:val="20"/>
                <w:lang w:val="es-PY"/>
              </w:rPr>
              <w:t>Evitar generalidades o apreciaciones vagas, ofreciendo lineamientos claros para la planificación estratégica.</w:t>
            </w:r>
          </w:p>
          <w:p w14:paraId="348DD39B" w14:textId="77777777" w:rsidR="007024CC" w:rsidRPr="009A1154" w:rsidRDefault="00CC2F94">
            <w:pPr>
              <w:spacing w:after="60" w:line="240" w:lineRule="auto"/>
              <w:jc w:val="both"/>
              <w:rPr>
                <w:lang w:val="es-PY"/>
              </w:rPr>
            </w:pPr>
            <w:r w:rsidRPr="009A1154">
              <w:rPr>
                <w:color w:val="A6A6A6"/>
                <w:sz w:val="20"/>
                <w:lang w:val="es-PY"/>
              </w:rPr>
              <w:t>Estas recomendaciones complementan los resultados, ya que no solo describen la situación encontrada, sino que también proyectan acciones posibles para avanzar hacia niveles superiores de calidad.</w:t>
            </w:r>
          </w:p>
          <w:p w14:paraId="3FFBB082" w14:textId="77777777" w:rsidR="007024CC" w:rsidRDefault="007024CC">
            <w:pPr>
              <w:spacing w:before="120"/>
              <w:rPr>
                <w:lang w:val="es-PY"/>
              </w:rPr>
            </w:pPr>
          </w:p>
          <w:p w14:paraId="35AF44D7" w14:textId="77777777" w:rsidR="009A1154" w:rsidRDefault="009A1154">
            <w:pPr>
              <w:spacing w:before="120"/>
              <w:rPr>
                <w:lang w:val="es-PY"/>
              </w:rPr>
            </w:pPr>
          </w:p>
          <w:p w14:paraId="1FF0CF3D" w14:textId="77777777" w:rsidR="009A1154" w:rsidRDefault="009A1154">
            <w:pPr>
              <w:spacing w:before="120"/>
              <w:rPr>
                <w:lang w:val="es-PY"/>
              </w:rPr>
            </w:pPr>
          </w:p>
          <w:p w14:paraId="744B168C" w14:textId="77777777" w:rsidR="009A1154" w:rsidRDefault="009A1154">
            <w:pPr>
              <w:spacing w:before="120"/>
              <w:rPr>
                <w:lang w:val="es-PY"/>
              </w:rPr>
            </w:pPr>
          </w:p>
          <w:p w14:paraId="7FACEC52" w14:textId="77777777" w:rsidR="009A1154" w:rsidRDefault="009A1154">
            <w:pPr>
              <w:spacing w:before="120"/>
              <w:rPr>
                <w:lang w:val="es-PY"/>
              </w:rPr>
            </w:pPr>
          </w:p>
          <w:p w14:paraId="27F3028C" w14:textId="77777777" w:rsidR="009A1154" w:rsidRDefault="009A1154">
            <w:pPr>
              <w:spacing w:before="120"/>
              <w:rPr>
                <w:lang w:val="es-PY"/>
              </w:rPr>
            </w:pPr>
          </w:p>
          <w:p w14:paraId="30B578F8" w14:textId="77777777" w:rsidR="009A1154" w:rsidRDefault="009A1154">
            <w:pPr>
              <w:spacing w:before="120"/>
              <w:rPr>
                <w:lang w:val="es-PY"/>
              </w:rPr>
            </w:pPr>
          </w:p>
          <w:p w14:paraId="3CEEA034" w14:textId="77777777" w:rsidR="009A1154" w:rsidRDefault="009A1154">
            <w:pPr>
              <w:spacing w:before="120"/>
              <w:rPr>
                <w:lang w:val="es-PY"/>
              </w:rPr>
            </w:pPr>
          </w:p>
          <w:p w14:paraId="2984CA20" w14:textId="77777777" w:rsidR="009A1154" w:rsidRDefault="009A1154">
            <w:pPr>
              <w:spacing w:before="120"/>
              <w:rPr>
                <w:lang w:val="es-PY"/>
              </w:rPr>
            </w:pPr>
          </w:p>
          <w:p w14:paraId="664B024B" w14:textId="77777777" w:rsidR="009A1154" w:rsidRDefault="009A1154">
            <w:pPr>
              <w:spacing w:before="120"/>
              <w:rPr>
                <w:lang w:val="es-PY"/>
              </w:rPr>
            </w:pPr>
          </w:p>
          <w:p w14:paraId="66A3DAD3" w14:textId="77777777" w:rsidR="009A1154" w:rsidRDefault="009A1154">
            <w:pPr>
              <w:spacing w:before="120"/>
              <w:rPr>
                <w:lang w:val="es-PY"/>
              </w:rPr>
            </w:pPr>
          </w:p>
          <w:p w14:paraId="370EB9DA" w14:textId="77777777" w:rsidR="009A1154" w:rsidRDefault="009A1154">
            <w:pPr>
              <w:spacing w:before="120"/>
              <w:rPr>
                <w:lang w:val="es-PY"/>
              </w:rPr>
            </w:pPr>
          </w:p>
          <w:p w14:paraId="4AFCBAEF" w14:textId="77777777" w:rsidR="009A1154" w:rsidRPr="009A1154" w:rsidRDefault="009A1154">
            <w:pPr>
              <w:spacing w:before="120"/>
              <w:rPr>
                <w:lang w:val="es-PY"/>
              </w:rPr>
            </w:pPr>
          </w:p>
        </w:tc>
      </w:tr>
    </w:tbl>
    <w:p w14:paraId="709F39A0" w14:textId="77777777" w:rsidR="007024CC" w:rsidRPr="009A1154" w:rsidRDefault="007024CC">
      <w:pPr>
        <w:spacing w:line="240" w:lineRule="auto"/>
        <w:rPr>
          <w:lang w:val="es-PY"/>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74ABE778" w14:textId="77777777">
        <w:trPr>
          <w:cantSplit/>
          <w:trHeight w:val="380"/>
          <w:tblHeader/>
          <w:jc w:val="center"/>
        </w:trPr>
        <w:tc>
          <w:tcPr>
            <w:tcW w:w="9350" w:type="dxa"/>
            <w:gridSpan w:val="6"/>
            <w:shd w:val="clear" w:color="auto" w:fill="323E4F"/>
            <w:tcMar>
              <w:top w:w="60" w:type="dxa"/>
              <w:left w:w="85" w:type="dxa"/>
              <w:bottom w:w="60" w:type="dxa"/>
              <w:right w:w="85" w:type="dxa"/>
            </w:tcMar>
            <w:vAlign w:val="center"/>
          </w:tcPr>
          <w:p w14:paraId="2772A836" w14:textId="77777777" w:rsidR="007024CC" w:rsidRDefault="00CC2F94" w:rsidP="00EC4B4D">
            <w:pPr>
              <w:keepNext/>
              <w:spacing w:before="40" w:after="40" w:line="240" w:lineRule="auto"/>
            </w:pPr>
            <w:r>
              <w:rPr>
                <w:b/>
                <w:color w:val="FFFFFF"/>
                <w:sz w:val="24"/>
              </w:rPr>
              <w:lastRenderedPageBreak/>
              <w:t>DIMENSIÓN 2. PROYECTO ACADÉMICO</w:t>
            </w:r>
          </w:p>
        </w:tc>
      </w:tr>
      <w:tr w:rsidR="007024CC" w14:paraId="6D4E8520" w14:textId="77777777">
        <w:trPr>
          <w:cantSplit/>
          <w:trHeight w:val="380"/>
          <w:tblHeader/>
          <w:jc w:val="center"/>
        </w:trPr>
        <w:tc>
          <w:tcPr>
            <w:tcW w:w="9350" w:type="dxa"/>
            <w:gridSpan w:val="6"/>
            <w:shd w:val="clear" w:color="auto" w:fill="44546A"/>
            <w:tcMar>
              <w:top w:w="60" w:type="dxa"/>
              <w:left w:w="85" w:type="dxa"/>
              <w:bottom w:w="60" w:type="dxa"/>
              <w:right w:w="85" w:type="dxa"/>
            </w:tcMar>
            <w:vAlign w:val="center"/>
          </w:tcPr>
          <w:p w14:paraId="01DBEE38" w14:textId="77777777" w:rsidR="007024CC" w:rsidRDefault="00CC2F94" w:rsidP="00EC4B4D">
            <w:pPr>
              <w:keepNext/>
              <w:spacing w:before="40" w:after="40" w:line="240" w:lineRule="auto"/>
            </w:pPr>
            <w:r>
              <w:rPr>
                <w:b/>
                <w:color w:val="FFFFFF"/>
              </w:rPr>
              <w:t>Componente 1. Plan de Estudio</w:t>
            </w:r>
          </w:p>
        </w:tc>
      </w:tr>
      <w:tr w:rsidR="007024CC" w14:paraId="779E4488"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785611F6" w14:textId="77777777" w:rsidR="007024CC" w:rsidRDefault="00CC2F94">
            <w:pPr>
              <w:keepNext/>
              <w:spacing w:before="40" w:after="40" w:line="240" w:lineRule="auto"/>
              <w:jc w:val="center"/>
            </w:pPr>
            <w:r>
              <w:rPr>
                <w:b/>
              </w:rPr>
              <w:t>Criterio 2.1.1</w:t>
            </w:r>
          </w:p>
        </w:tc>
        <w:tc>
          <w:tcPr>
            <w:tcW w:w="4231" w:type="dxa"/>
            <w:vMerge w:val="restart"/>
            <w:shd w:val="clear" w:color="auto" w:fill="D5DCE4"/>
            <w:tcMar>
              <w:top w:w="60" w:type="dxa"/>
              <w:left w:w="85" w:type="dxa"/>
              <w:bottom w:w="60" w:type="dxa"/>
              <w:right w:w="85" w:type="dxa"/>
            </w:tcMar>
            <w:vAlign w:val="center"/>
          </w:tcPr>
          <w:p w14:paraId="18FC0C85"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1879116D" w14:textId="77777777" w:rsidR="007024CC" w:rsidRDefault="00CC2F94">
            <w:pPr>
              <w:keepNext/>
              <w:spacing w:before="40" w:after="40" w:line="240" w:lineRule="auto"/>
              <w:jc w:val="center"/>
            </w:pPr>
            <w:r>
              <w:rPr>
                <w:b/>
              </w:rPr>
              <w:t>Nivel de cumplimiento</w:t>
            </w:r>
          </w:p>
        </w:tc>
      </w:tr>
      <w:tr w:rsidR="007024CC" w14:paraId="735A7547"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0DB80F9E"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693BDDC3"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38B778FA"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71A8E150"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76D8B9BD" w14:textId="77777777" w:rsidR="007024CC" w:rsidRDefault="00CC2F94">
            <w:pPr>
              <w:keepNext/>
              <w:spacing w:before="40" w:after="40" w:line="240" w:lineRule="auto"/>
              <w:jc w:val="center"/>
            </w:pPr>
            <w:r>
              <w:rPr>
                <w:b/>
              </w:rPr>
              <w:t>NC</w:t>
            </w:r>
          </w:p>
        </w:tc>
      </w:tr>
      <w:tr w:rsidR="007024CC" w:rsidRPr="00F42274" w14:paraId="26B6DB09"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70521B1A" w14:textId="77777777" w:rsidR="007024CC" w:rsidRPr="00EC4B4D" w:rsidRDefault="00CC2F94">
            <w:pPr>
              <w:keepNext/>
              <w:spacing w:before="40" w:after="40" w:line="240" w:lineRule="auto"/>
              <w:jc w:val="center"/>
              <w:rPr>
                <w:lang w:val="es-PY"/>
              </w:rPr>
            </w:pPr>
            <w:r w:rsidRPr="00EC4B4D">
              <w:rPr>
                <w:b/>
                <w:lang w:val="es-PY"/>
              </w:rPr>
              <w:t>Eficacia en la implementación del Plan de Estudio</w:t>
            </w:r>
          </w:p>
          <w:p w14:paraId="18E6AD75"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64992277"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El Plan de Estudio se implementa conforme a lo planificado.</w:t>
            </w:r>
          </w:p>
        </w:tc>
        <w:tc>
          <w:tcPr>
            <w:tcW w:w="903" w:type="dxa"/>
            <w:gridSpan w:val="2"/>
            <w:shd w:val="clear" w:color="auto" w:fill="FFFFCC"/>
            <w:tcMar>
              <w:top w:w="60" w:type="dxa"/>
              <w:left w:w="85" w:type="dxa"/>
              <w:bottom w:w="60" w:type="dxa"/>
              <w:right w:w="85" w:type="dxa"/>
            </w:tcMar>
            <w:vAlign w:val="center"/>
          </w:tcPr>
          <w:p w14:paraId="61CC1B9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E4AC944"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6182100" w14:textId="77777777" w:rsidR="007024CC" w:rsidRPr="009A1154" w:rsidRDefault="007024CC">
            <w:pPr>
              <w:keepNext/>
              <w:spacing w:before="40" w:after="40" w:line="240" w:lineRule="auto"/>
              <w:rPr>
                <w:lang w:val="es-PY"/>
              </w:rPr>
            </w:pPr>
          </w:p>
        </w:tc>
      </w:tr>
      <w:tr w:rsidR="007024CC" w:rsidRPr="00F42274" w14:paraId="6079BBE4"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4FFDC089"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54D0208F"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Existe evidencia del seguimiento sistemático de las actividades prácticas realizadas por los estudiantes dentro y/o fuera del entorno virtual de aprendizaje, de acuerdo con el modelo pedagógico y tecnológico adoptado por la carrera.</w:t>
            </w:r>
          </w:p>
        </w:tc>
        <w:tc>
          <w:tcPr>
            <w:tcW w:w="903" w:type="dxa"/>
            <w:gridSpan w:val="2"/>
            <w:shd w:val="clear" w:color="auto" w:fill="FFFFCC"/>
            <w:tcMar>
              <w:top w:w="60" w:type="dxa"/>
              <w:left w:w="85" w:type="dxa"/>
              <w:bottom w:w="60" w:type="dxa"/>
              <w:right w:w="85" w:type="dxa"/>
            </w:tcMar>
            <w:vAlign w:val="center"/>
          </w:tcPr>
          <w:p w14:paraId="4F7DF127"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D9951E4"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DE760CE" w14:textId="77777777" w:rsidR="007024CC" w:rsidRPr="009A1154" w:rsidRDefault="007024CC">
            <w:pPr>
              <w:keepNext/>
              <w:spacing w:before="40" w:after="40" w:line="240" w:lineRule="auto"/>
              <w:rPr>
                <w:lang w:val="es-PY"/>
              </w:rPr>
            </w:pPr>
          </w:p>
        </w:tc>
      </w:tr>
      <w:tr w:rsidR="007024CC" w:rsidRPr="00F42274" w14:paraId="521F8CA4"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3929F9D0"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1A616E31"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El número máximo de estudiantes en clases (teóricas y prácticas) por curso es de 40.</w:t>
            </w:r>
          </w:p>
        </w:tc>
        <w:tc>
          <w:tcPr>
            <w:tcW w:w="903" w:type="dxa"/>
            <w:gridSpan w:val="2"/>
            <w:shd w:val="clear" w:color="auto" w:fill="FFFFCC"/>
            <w:tcMar>
              <w:top w:w="60" w:type="dxa"/>
              <w:left w:w="85" w:type="dxa"/>
              <w:bottom w:w="60" w:type="dxa"/>
              <w:right w:w="85" w:type="dxa"/>
            </w:tcMar>
            <w:vAlign w:val="center"/>
          </w:tcPr>
          <w:p w14:paraId="26CD082C"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2BF469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F030690" w14:textId="77777777" w:rsidR="007024CC" w:rsidRPr="009A1154" w:rsidRDefault="007024CC">
            <w:pPr>
              <w:keepNext/>
              <w:spacing w:before="40" w:after="40" w:line="240" w:lineRule="auto"/>
              <w:rPr>
                <w:lang w:val="es-PY"/>
              </w:rPr>
            </w:pPr>
          </w:p>
        </w:tc>
      </w:tr>
      <w:tr w:rsidR="007024CC" w:rsidRPr="00F42274" w14:paraId="0E44A679"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1F63509D"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40185321"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Se aplican procedimientos de actualización de los programas del Plan de Estudio, según necesidades.</w:t>
            </w:r>
          </w:p>
        </w:tc>
        <w:tc>
          <w:tcPr>
            <w:tcW w:w="903" w:type="dxa"/>
            <w:gridSpan w:val="2"/>
            <w:shd w:val="clear" w:color="auto" w:fill="FFFFCC"/>
            <w:tcMar>
              <w:top w:w="60" w:type="dxa"/>
              <w:left w:w="85" w:type="dxa"/>
              <w:bottom w:w="60" w:type="dxa"/>
              <w:right w:w="85" w:type="dxa"/>
            </w:tcMar>
            <w:vAlign w:val="center"/>
          </w:tcPr>
          <w:p w14:paraId="0039E66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8485628"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A1E0F7B" w14:textId="77777777" w:rsidR="007024CC" w:rsidRPr="009A1154" w:rsidRDefault="007024CC">
            <w:pPr>
              <w:keepNext/>
              <w:spacing w:before="40" w:after="40" w:line="240" w:lineRule="auto"/>
              <w:rPr>
                <w:lang w:val="es-PY"/>
              </w:rPr>
            </w:pPr>
          </w:p>
        </w:tc>
      </w:tr>
      <w:tr w:rsidR="007024CC" w:rsidRPr="00F42274" w14:paraId="03BD4D02"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7AB319B0"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43ED7BCF" w14:textId="77777777" w:rsidR="007024CC" w:rsidRPr="00EC4B4D" w:rsidRDefault="00CC2F94">
            <w:pPr>
              <w:keepNext/>
              <w:spacing w:before="40" w:after="40" w:line="240" w:lineRule="auto"/>
              <w:ind w:left="369" w:hanging="369"/>
              <w:jc w:val="both"/>
              <w:rPr>
                <w:lang w:val="es-PY"/>
              </w:rPr>
            </w:pPr>
            <w:r w:rsidRPr="00EC4B4D">
              <w:rPr>
                <w:lang w:val="es-PY"/>
              </w:rPr>
              <w:t>e.</w:t>
            </w:r>
            <w:r w:rsidRPr="00EC4B4D">
              <w:rPr>
                <w:lang w:val="es-PY"/>
              </w:rPr>
              <w:tab/>
              <w:t>Se implementan mecanismos de integración de materias/asignaturas y/o áreas de conocimiento entre sí.</w:t>
            </w:r>
          </w:p>
        </w:tc>
        <w:tc>
          <w:tcPr>
            <w:tcW w:w="903" w:type="dxa"/>
            <w:gridSpan w:val="2"/>
            <w:shd w:val="clear" w:color="auto" w:fill="FFFFCC"/>
            <w:tcMar>
              <w:top w:w="60" w:type="dxa"/>
              <w:left w:w="85" w:type="dxa"/>
              <w:bottom w:w="60" w:type="dxa"/>
              <w:right w:w="85" w:type="dxa"/>
            </w:tcMar>
            <w:vAlign w:val="center"/>
          </w:tcPr>
          <w:p w14:paraId="08B38C3E"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B17EA68"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F88875A" w14:textId="77777777" w:rsidR="007024CC" w:rsidRPr="009A1154" w:rsidRDefault="007024CC">
            <w:pPr>
              <w:keepNext/>
              <w:spacing w:before="40" w:after="40" w:line="240" w:lineRule="auto"/>
              <w:rPr>
                <w:lang w:val="es-PY"/>
              </w:rPr>
            </w:pPr>
          </w:p>
        </w:tc>
      </w:tr>
      <w:tr w:rsidR="007024CC" w14:paraId="255053B8"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103FF9E1"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0161F067" w14:textId="77777777" w:rsidR="007024CC" w:rsidRDefault="00CC2F94">
            <w:pPr>
              <w:keepNext/>
              <w:spacing w:before="40" w:after="40" w:line="240" w:lineRule="auto"/>
              <w:jc w:val="center"/>
            </w:pPr>
            <w:r>
              <w:rPr>
                <w:b/>
              </w:rPr>
              <w:t>Medios de verificación</w:t>
            </w:r>
          </w:p>
        </w:tc>
      </w:tr>
      <w:tr w:rsidR="007024CC" w14:paraId="2F4D9102"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15A88B72" w14:textId="77777777" w:rsidR="007024CC" w:rsidRDefault="007024CC">
            <w:pPr>
              <w:spacing w:before="40" w:after="40" w:line="240" w:lineRule="auto"/>
            </w:pPr>
          </w:p>
          <w:p w14:paraId="7DFA4BF8" w14:textId="77777777" w:rsidR="009A1154" w:rsidRDefault="009A1154">
            <w:pPr>
              <w:spacing w:before="40" w:after="40" w:line="240" w:lineRule="auto"/>
            </w:pPr>
          </w:p>
          <w:p w14:paraId="06417075" w14:textId="77777777" w:rsidR="009A1154" w:rsidRDefault="009A1154">
            <w:pPr>
              <w:spacing w:before="40" w:after="40" w:line="240" w:lineRule="auto"/>
            </w:pPr>
          </w:p>
          <w:p w14:paraId="1783DE0C" w14:textId="77777777" w:rsidR="009A1154" w:rsidRDefault="009A1154">
            <w:pPr>
              <w:spacing w:before="40" w:after="40" w:line="240" w:lineRule="auto"/>
            </w:pPr>
          </w:p>
          <w:p w14:paraId="38EA25E9" w14:textId="77777777" w:rsidR="009A1154" w:rsidRDefault="009A1154">
            <w:pPr>
              <w:spacing w:before="40" w:after="40" w:line="240" w:lineRule="auto"/>
            </w:pPr>
          </w:p>
          <w:p w14:paraId="09BD344A" w14:textId="77777777" w:rsidR="009A1154" w:rsidRDefault="009A1154">
            <w:pPr>
              <w:spacing w:before="40" w:after="40" w:line="240" w:lineRule="auto"/>
            </w:pPr>
          </w:p>
          <w:p w14:paraId="3A8BA9CA" w14:textId="77777777" w:rsidR="009A1154" w:rsidRDefault="009A1154">
            <w:pPr>
              <w:spacing w:before="40" w:after="40" w:line="240" w:lineRule="auto"/>
            </w:pPr>
          </w:p>
          <w:p w14:paraId="1AFD78FC" w14:textId="77777777" w:rsidR="009A1154" w:rsidRDefault="009A1154">
            <w:pPr>
              <w:spacing w:before="40" w:after="40" w:line="240" w:lineRule="auto"/>
            </w:pPr>
          </w:p>
          <w:p w14:paraId="091723C8" w14:textId="77777777" w:rsidR="009A1154" w:rsidRDefault="009A1154">
            <w:pPr>
              <w:spacing w:before="40" w:after="40" w:line="240" w:lineRule="auto"/>
            </w:pPr>
          </w:p>
          <w:p w14:paraId="57C46707" w14:textId="77777777" w:rsidR="009A1154" w:rsidRDefault="009A1154">
            <w:pPr>
              <w:spacing w:before="40" w:after="40" w:line="240" w:lineRule="auto"/>
            </w:pPr>
          </w:p>
          <w:p w14:paraId="24B15A4D" w14:textId="77777777" w:rsidR="009A1154" w:rsidRDefault="009A1154">
            <w:pPr>
              <w:spacing w:before="40" w:after="40" w:line="240" w:lineRule="auto"/>
            </w:pPr>
          </w:p>
          <w:p w14:paraId="42E1FEE2" w14:textId="77777777" w:rsidR="009A1154" w:rsidRDefault="009A1154">
            <w:pPr>
              <w:spacing w:before="40" w:after="40" w:line="240" w:lineRule="auto"/>
            </w:pPr>
          </w:p>
          <w:p w14:paraId="72FC05CE" w14:textId="77777777" w:rsidR="009A1154" w:rsidRDefault="009A1154">
            <w:pPr>
              <w:spacing w:before="40" w:after="40" w:line="240" w:lineRule="auto"/>
            </w:pPr>
          </w:p>
          <w:p w14:paraId="4977AAA5" w14:textId="77777777" w:rsidR="009A1154" w:rsidRDefault="009A1154">
            <w:pPr>
              <w:spacing w:before="40" w:after="40" w:line="240" w:lineRule="auto"/>
            </w:pPr>
          </w:p>
          <w:p w14:paraId="0EDA4AB2" w14:textId="77777777" w:rsidR="009A1154" w:rsidRDefault="009A1154">
            <w:pPr>
              <w:spacing w:before="40" w:after="40" w:line="240" w:lineRule="auto"/>
            </w:pPr>
          </w:p>
          <w:p w14:paraId="67703E77" w14:textId="77777777" w:rsidR="009A1154" w:rsidRDefault="009A1154">
            <w:pPr>
              <w:spacing w:before="40" w:after="40" w:line="240" w:lineRule="auto"/>
            </w:pPr>
          </w:p>
          <w:p w14:paraId="58195716" w14:textId="77777777" w:rsidR="009A1154" w:rsidRDefault="009A1154">
            <w:pPr>
              <w:spacing w:before="40" w:after="40" w:line="240" w:lineRule="auto"/>
            </w:pPr>
          </w:p>
          <w:p w14:paraId="5F2ECA7F" w14:textId="77777777" w:rsidR="009A1154" w:rsidRDefault="009A1154">
            <w:pPr>
              <w:spacing w:before="40" w:after="40" w:line="240" w:lineRule="auto"/>
            </w:pPr>
          </w:p>
        </w:tc>
        <w:tc>
          <w:tcPr>
            <w:tcW w:w="2692" w:type="dxa"/>
            <w:gridSpan w:val="3"/>
            <w:shd w:val="clear" w:color="auto" w:fill="FFFFFF"/>
            <w:tcMar>
              <w:top w:w="85" w:type="dxa"/>
              <w:left w:w="85" w:type="dxa"/>
              <w:bottom w:w="85" w:type="dxa"/>
              <w:right w:w="85" w:type="dxa"/>
            </w:tcMar>
          </w:tcPr>
          <w:p w14:paraId="211B4C5F" w14:textId="77777777" w:rsidR="007024CC" w:rsidRDefault="007024CC">
            <w:pPr>
              <w:spacing w:before="40" w:after="40" w:line="240" w:lineRule="auto"/>
            </w:pPr>
          </w:p>
        </w:tc>
      </w:tr>
    </w:tbl>
    <w:p w14:paraId="4DC0D1EB"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rsidRPr="00F42274" w14:paraId="728E9D20" w14:textId="77777777">
        <w:trPr>
          <w:cantSplit/>
          <w:trHeight w:val="380"/>
          <w:tblHeader/>
          <w:jc w:val="center"/>
        </w:trPr>
        <w:tc>
          <w:tcPr>
            <w:tcW w:w="9350" w:type="dxa"/>
            <w:gridSpan w:val="6"/>
            <w:shd w:val="clear" w:color="auto" w:fill="44546A"/>
            <w:tcMar>
              <w:top w:w="60" w:type="dxa"/>
              <w:left w:w="85" w:type="dxa"/>
              <w:bottom w:w="60" w:type="dxa"/>
              <w:right w:w="85" w:type="dxa"/>
            </w:tcMar>
            <w:vAlign w:val="center"/>
          </w:tcPr>
          <w:p w14:paraId="7941F631" w14:textId="77777777" w:rsidR="007024CC" w:rsidRPr="009A1154" w:rsidRDefault="00CC2F94" w:rsidP="00F42274">
            <w:pPr>
              <w:keepNext/>
              <w:spacing w:before="40" w:after="40" w:line="240" w:lineRule="auto"/>
              <w:rPr>
                <w:lang w:val="es-PY"/>
              </w:rPr>
            </w:pPr>
            <w:r w:rsidRPr="009A1154">
              <w:rPr>
                <w:b/>
                <w:color w:val="FFFFFF"/>
                <w:lang w:val="es-PY"/>
              </w:rPr>
              <w:lastRenderedPageBreak/>
              <w:t>Componente 2. Proceso de Formación Académica de los Estudiantes</w:t>
            </w:r>
          </w:p>
        </w:tc>
      </w:tr>
      <w:tr w:rsidR="007024CC" w14:paraId="43ACB840"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642EC10B" w14:textId="77777777" w:rsidR="007024CC" w:rsidRDefault="00CC2F94">
            <w:pPr>
              <w:keepNext/>
              <w:spacing w:before="40" w:after="40" w:line="240" w:lineRule="auto"/>
              <w:jc w:val="center"/>
            </w:pPr>
            <w:r>
              <w:rPr>
                <w:b/>
              </w:rPr>
              <w:t>Criterio 2.2.1</w:t>
            </w:r>
          </w:p>
        </w:tc>
        <w:tc>
          <w:tcPr>
            <w:tcW w:w="4231" w:type="dxa"/>
            <w:vMerge w:val="restart"/>
            <w:shd w:val="clear" w:color="auto" w:fill="D5DCE4"/>
            <w:tcMar>
              <w:top w:w="60" w:type="dxa"/>
              <w:left w:w="85" w:type="dxa"/>
              <w:bottom w:w="60" w:type="dxa"/>
              <w:right w:w="85" w:type="dxa"/>
            </w:tcMar>
            <w:vAlign w:val="center"/>
          </w:tcPr>
          <w:p w14:paraId="70B0BCE7"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474BD810" w14:textId="77777777" w:rsidR="007024CC" w:rsidRDefault="00CC2F94">
            <w:pPr>
              <w:keepNext/>
              <w:spacing w:before="40" w:after="40" w:line="240" w:lineRule="auto"/>
              <w:jc w:val="center"/>
            </w:pPr>
            <w:r>
              <w:rPr>
                <w:b/>
              </w:rPr>
              <w:t>Nivel de cumplimiento</w:t>
            </w:r>
          </w:p>
        </w:tc>
      </w:tr>
      <w:tr w:rsidR="007024CC" w14:paraId="7351A8C9"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5425524E"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36D3591F"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650ECB7B"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03A129FE"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58D4B5DC" w14:textId="77777777" w:rsidR="007024CC" w:rsidRDefault="00CC2F94">
            <w:pPr>
              <w:keepNext/>
              <w:spacing w:before="40" w:after="40" w:line="240" w:lineRule="auto"/>
              <w:jc w:val="center"/>
            </w:pPr>
            <w:r>
              <w:rPr>
                <w:b/>
              </w:rPr>
              <w:t>NC</w:t>
            </w:r>
          </w:p>
        </w:tc>
      </w:tr>
      <w:tr w:rsidR="007024CC" w:rsidRPr="00F42274" w14:paraId="4C6BFBDE"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1EC52E7E" w14:textId="77777777" w:rsidR="007024CC" w:rsidRPr="00EC4B4D" w:rsidRDefault="00CC2F94">
            <w:pPr>
              <w:keepNext/>
              <w:spacing w:before="40" w:after="40" w:line="240" w:lineRule="auto"/>
              <w:jc w:val="center"/>
              <w:rPr>
                <w:lang w:val="es-PY"/>
              </w:rPr>
            </w:pPr>
            <w:r w:rsidRPr="00EC4B4D">
              <w:rPr>
                <w:b/>
                <w:lang w:val="es-PY"/>
              </w:rPr>
              <w:t>Eficacia de los procesos de enseñanza-aprendizaje</w:t>
            </w:r>
          </w:p>
          <w:p w14:paraId="0D955AD6"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35CA8D06"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Los contenidos desarrollados se corresponden con lo establecido en los programas de estudio y contribuyen al logro de los resultados de aprendizaje previstos.</w:t>
            </w:r>
          </w:p>
        </w:tc>
        <w:tc>
          <w:tcPr>
            <w:tcW w:w="903" w:type="dxa"/>
            <w:gridSpan w:val="2"/>
            <w:shd w:val="clear" w:color="auto" w:fill="FFFFCC"/>
            <w:tcMar>
              <w:top w:w="60" w:type="dxa"/>
              <w:left w:w="85" w:type="dxa"/>
              <w:bottom w:w="60" w:type="dxa"/>
              <w:right w:w="85" w:type="dxa"/>
            </w:tcMar>
            <w:vAlign w:val="center"/>
          </w:tcPr>
          <w:p w14:paraId="3690EB6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0A2DE0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32C7AB3" w14:textId="77777777" w:rsidR="007024CC" w:rsidRPr="009A1154" w:rsidRDefault="007024CC">
            <w:pPr>
              <w:keepNext/>
              <w:spacing w:before="40" w:after="40" w:line="240" w:lineRule="auto"/>
              <w:rPr>
                <w:lang w:val="es-PY"/>
              </w:rPr>
            </w:pPr>
          </w:p>
        </w:tc>
      </w:tr>
      <w:tr w:rsidR="007024CC" w:rsidRPr="00F42274" w14:paraId="778B45BE"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65AA617E"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546B038D"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Las estrategias metodológicas y evaluativas aplicadas favorecen el logro de los aprendizajes, considerando la diversidad de los estudiantes.</w:t>
            </w:r>
          </w:p>
        </w:tc>
        <w:tc>
          <w:tcPr>
            <w:tcW w:w="903" w:type="dxa"/>
            <w:gridSpan w:val="2"/>
            <w:shd w:val="clear" w:color="auto" w:fill="FFFFCC"/>
            <w:tcMar>
              <w:top w:w="60" w:type="dxa"/>
              <w:left w:w="85" w:type="dxa"/>
              <w:bottom w:w="60" w:type="dxa"/>
              <w:right w:w="85" w:type="dxa"/>
            </w:tcMar>
            <w:vAlign w:val="center"/>
          </w:tcPr>
          <w:p w14:paraId="28741DD4"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9A90D2F"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56B7C45" w14:textId="77777777" w:rsidR="007024CC" w:rsidRPr="009A1154" w:rsidRDefault="007024CC">
            <w:pPr>
              <w:keepNext/>
              <w:spacing w:before="40" w:after="40" w:line="240" w:lineRule="auto"/>
              <w:rPr>
                <w:lang w:val="es-PY"/>
              </w:rPr>
            </w:pPr>
          </w:p>
        </w:tc>
      </w:tr>
      <w:tr w:rsidR="007024CC" w:rsidRPr="00F42274" w14:paraId="3A010D21"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34FF92B2"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4BAB7621"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Las estrategias de enseñanza y evaluación son coherentes con la naturaleza de la asignatura y con el enfoque pedagógico adoptado para la modalidad, y permiten verificar el logro de los aprendizajes.</w:t>
            </w:r>
          </w:p>
        </w:tc>
        <w:tc>
          <w:tcPr>
            <w:tcW w:w="903" w:type="dxa"/>
            <w:gridSpan w:val="2"/>
            <w:shd w:val="clear" w:color="auto" w:fill="FFFFCC"/>
            <w:tcMar>
              <w:top w:w="60" w:type="dxa"/>
              <w:left w:w="85" w:type="dxa"/>
              <w:bottom w:w="60" w:type="dxa"/>
              <w:right w:w="85" w:type="dxa"/>
            </w:tcMar>
            <w:vAlign w:val="center"/>
          </w:tcPr>
          <w:p w14:paraId="0BDFA410"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DA5A5A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6D08EBE" w14:textId="77777777" w:rsidR="007024CC" w:rsidRPr="009A1154" w:rsidRDefault="007024CC">
            <w:pPr>
              <w:keepNext/>
              <w:spacing w:before="40" w:after="40" w:line="240" w:lineRule="auto"/>
              <w:rPr>
                <w:lang w:val="es-PY"/>
              </w:rPr>
            </w:pPr>
          </w:p>
        </w:tc>
      </w:tr>
      <w:tr w:rsidR="007024CC" w:rsidRPr="00F42274" w14:paraId="258FE37E"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55617970"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177C9E59"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Los materiales digitales, impresos y medios tecnológicos utilizados son adecuados para la modalidad de enseñanza implementada.</w:t>
            </w:r>
          </w:p>
        </w:tc>
        <w:tc>
          <w:tcPr>
            <w:tcW w:w="903" w:type="dxa"/>
            <w:gridSpan w:val="2"/>
            <w:shd w:val="clear" w:color="auto" w:fill="FFFFCC"/>
            <w:tcMar>
              <w:top w:w="60" w:type="dxa"/>
              <w:left w:w="85" w:type="dxa"/>
              <w:bottom w:w="60" w:type="dxa"/>
              <w:right w:w="85" w:type="dxa"/>
            </w:tcMar>
            <w:vAlign w:val="center"/>
          </w:tcPr>
          <w:p w14:paraId="22D37BF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646D4EC"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6632BB1" w14:textId="77777777" w:rsidR="007024CC" w:rsidRPr="009A1154" w:rsidRDefault="007024CC">
            <w:pPr>
              <w:keepNext/>
              <w:spacing w:before="40" w:after="40" w:line="240" w:lineRule="auto"/>
              <w:rPr>
                <w:lang w:val="es-PY"/>
              </w:rPr>
            </w:pPr>
          </w:p>
        </w:tc>
      </w:tr>
      <w:tr w:rsidR="007024CC" w:rsidRPr="00F42274" w14:paraId="2AFB39C5"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1C172979"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3F9ED27C" w14:textId="77777777" w:rsidR="007024CC" w:rsidRPr="00EC4B4D" w:rsidRDefault="00CC2F94">
            <w:pPr>
              <w:keepNext/>
              <w:spacing w:before="40" w:after="40" w:line="240" w:lineRule="auto"/>
              <w:ind w:left="369" w:hanging="369"/>
              <w:jc w:val="both"/>
              <w:rPr>
                <w:lang w:val="es-PY"/>
              </w:rPr>
            </w:pPr>
            <w:r w:rsidRPr="00EC4B4D">
              <w:rPr>
                <w:lang w:val="es-PY"/>
              </w:rPr>
              <w:t>e.</w:t>
            </w:r>
            <w:r w:rsidRPr="00EC4B4D">
              <w:rPr>
                <w:lang w:val="es-PY"/>
              </w:rPr>
              <w:tab/>
              <w:t>Se brinda a los estudiantes, a través de aplicaciones sincrónicas y asincrónicas, orientaciones pedagógicas y orientaciones sobre diferentes temas relacionados con la carrera.</w:t>
            </w:r>
          </w:p>
        </w:tc>
        <w:tc>
          <w:tcPr>
            <w:tcW w:w="903" w:type="dxa"/>
            <w:gridSpan w:val="2"/>
            <w:shd w:val="clear" w:color="auto" w:fill="FFFFCC"/>
            <w:tcMar>
              <w:top w:w="60" w:type="dxa"/>
              <w:left w:w="85" w:type="dxa"/>
              <w:bottom w:w="60" w:type="dxa"/>
              <w:right w:w="85" w:type="dxa"/>
            </w:tcMar>
            <w:vAlign w:val="center"/>
          </w:tcPr>
          <w:p w14:paraId="4AFDBC7B"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334A7EF"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61B28DC" w14:textId="77777777" w:rsidR="007024CC" w:rsidRPr="009A1154" w:rsidRDefault="007024CC">
            <w:pPr>
              <w:keepNext/>
              <w:spacing w:before="40" w:after="40" w:line="240" w:lineRule="auto"/>
              <w:rPr>
                <w:lang w:val="es-PY"/>
              </w:rPr>
            </w:pPr>
          </w:p>
        </w:tc>
      </w:tr>
      <w:tr w:rsidR="007024CC" w:rsidRPr="00F42274" w14:paraId="5C2E0273"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02E40DBE"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01EFD6F8" w14:textId="77777777" w:rsidR="007024CC" w:rsidRPr="00EC4B4D" w:rsidRDefault="00CC2F94">
            <w:pPr>
              <w:keepNext/>
              <w:spacing w:before="40" w:after="40" w:line="240" w:lineRule="auto"/>
              <w:ind w:left="369" w:hanging="369"/>
              <w:jc w:val="both"/>
              <w:rPr>
                <w:lang w:val="es-PY"/>
              </w:rPr>
            </w:pPr>
            <w:r w:rsidRPr="00EC4B4D">
              <w:rPr>
                <w:lang w:val="es-PY"/>
              </w:rPr>
              <w:t>f.</w:t>
            </w:r>
            <w:r w:rsidRPr="00EC4B4D">
              <w:rPr>
                <w:lang w:val="es-PY"/>
              </w:rPr>
              <w:tab/>
              <w:t>Los procesos de enseñanza fomentan el aprendizaje autónomo y colaborativo del estudiante.</w:t>
            </w:r>
          </w:p>
        </w:tc>
        <w:tc>
          <w:tcPr>
            <w:tcW w:w="903" w:type="dxa"/>
            <w:gridSpan w:val="2"/>
            <w:shd w:val="clear" w:color="auto" w:fill="FFFFCC"/>
            <w:tcMar>
              <w:top w:w="60" w:type="dxa"/>
              <w:left w:w="85" w:type="dxa"/>
              <w:bottom w:w="60" w:type="dxa"/>
              <w:right w:w="85" w:type="dxa"/>
            </w:tcMar>
            <w:vAlign w:val="center"/>
          </w:tcPr>
          <w:p w14:paraId="69168A4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0C3169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7463A0D" w14:textId="77777777" w:rsidR="007024CC" w:rsidRPr="009A1154" w:rsidRDefault="007024CC">
            <w:pPr>
              <w:keepNext/>
              <w:spacing w:before="40" w:after="40" w:line="240" w:lineRule="auto"/>
              <w:rPr>
                <w:lang w:val="es-PY"/>
              </w:rPr>
            </w:pPr>
          </w:p>
        </w:tc>
      </w:tr>
      <w:tr w:rsidR="007024CC" w14:paraId="31F9F978"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6C20EE2F"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465E7D4E" w14:textId="77777777" w:rsidR="007024CC" w:rsidRDefault="00CC2F94">
            <w:pPr>
              <w:keepNext/>
              <w:spacing w:before="40" w:after="40" w:line="240" w:lineRule="auto"/>
              <w:jc w:val="center"/>
            </w:pPr>
            <w:r>
              <w:rPr>
                <w:b/>
              </w:rPr>
              <w:t>Medios de verificación</w:t>
            </w:r>
          </w:p>
        </w:tc>
      </w:tr>
      <w:tr w:rsidR="007024CC" w14:paraId="22B4AFD6"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5DE44C28" w14:textId="77777777" w:rsidR="007024CC" w:rsidRDefault="007024CC">
            <w:pPr>
              <w:spacing w:before="40" w:after="40" w:line="240" w:lineRule="auto"/>
            </w:pPr>
          </w:p>
          <w:p w14:paraId="1A4A7306" w14:textId="77777777" w:rsidR="009A1154" w:rsidRDefault="009A1154">
            <w:pPr>
              <w:spacing w:before="40" w:after="40" w:line="240" w:lineRule="auto"/>
            </w:pPr>
          </w:p>
          <w:p w14:paraId="352B7483" w14:textId="77777777" w:rsidR="009A1154" w:rsidRDefault="009A1154">
            <w:pPr>
              <w:spacing w:before="40" w:after="40" w:line="240" w:lineRule="auto"/>
            </w:pPr>
          </w:p>
          <w:p w14:paraId="5F219C6E" w14:textId="77777777" w:rsidR="009A1154" w:rsidRDefault="009A1154">
            <w:pPr>
              <w:spacing w:before="40" w:after="40" w:line="240" w:lineRule="auto"/>
            </w:pPr>
          </w:p>
          <w:p w14:paraId="277B15CF" w14:textId="77777777" w:rsidR="009A1154" w:rsidRDefault="009A1154">
            <w:pPr>
              <w:spacing w:before="40" w:after="40" w:line="240" w:lineRule="auto"/>
            </w:pPr>
          </w:p>
          <w:p w14:paraId="3800649E" w14:textId="77777777" w:rsidR="009A1154" w:rsidRDefault="009A1154">
            <w:pPr>
              <w:spacing w:before="40" w:after="40" w:line="240" w:lineRule="auto"/>
            </w:pPr>
          </w:p>
          <w:p w14:paraId="0220C0A4" w14:textId="77777777" w:rsidR="009A1154" w:rsidRDefault="009A1154">
            <w:pPr>
              <w:spacing w:before="40" w:after="40" w:line="240" w:lineRule="auto"/>
            </w:pPr>
          </w:p>
          <w:p w14:paraId="3D8B12BE" w14:textId="77777777" w:rsidR="009A1154" w:rsidRDefault="009A1154">
            <w:pPr>
              <w:spacing w:before="40" w:after="40" w:line="240" w:lineRule="auto"/>
            </w:pPr>
          </w:p>
          <w:p w14:paraId="1B5AE196" w14:textId="77777777" w:rsidR="009A1154" w:rsidRDefault="009A1154">
            <w:pPr>
              <w:spacing w:before="40" w:after="40" w:line="240" w:lineRule="auto"/>
            </w:pPr>
          </w:p>
          <w:p w14:paraId="088D0AD1" w14:textId="77777777" w:rsidR="009A1154" w:rsidRDefault="009A1154">
            <w:pPr>
              <w:spacing w:before="40" w:after="40" w:line="240" w:lineRule="auto"/>
            </w:pPr>
          </w:p>
          <w:p w14:paraId="25E4A6CE" w14:textId="77777777" w:rsidR="009A1154" w:rsidRDefault="009A1154">
            <w:pPr>
              <w:spacing w:before="40" w:after="40" w:line="240" w:lineRule="auto"/>
            </w:pPr>
          </w:p>
          <w:p w14:paraId="4FDFED20" w14:textId="77777777" w:rsidR="009A1154" w:rsidRDefault="009A1154">
            <w:pPr>
              <w:spacing w:before="40" w:after="40" w:line="240" w:lineRule="auto"/>
            </w:pPr>
          </w:p>
          <w:p w14:paraId="5C98B89E" w14:textId="77777777" w:rsidR="009A1154" w:rsidRDefault="009A1154">
            <w:pPr>
              <w:spacing w:before="40" w:after="40" w:line="240" w:lineRule="auto"/>
            </w:pPr>
          </w:p>
        </w:tc>
        <w:tc>
          <w:tcPr>
            <w:tcW w:w="2692" w:type="dxa"/>
            <w:gridSpan w:val="3"/>
            <w:shd w:val="clear" w:color="auto" w:fill="FFFFFF"/>
            <w:tcMar>
              <w:top w:w="85" w:type="dxa"/>
              <w:left w:w="85" w:type="dxa"/>
              <w:bottom w:w="85" w:type="dxa"/>
              <w:right w:w="85" w:type="dxa"/>
            </w:tcMar>
          </w:tcPr>
          <w:p w14:paraId="69EF76FD" w14:textId="77777777" w:rsidR="007024CC" w:rsidRDefault="007024CC">
            <w:pPr>
              <w:spacing w:before="40" w:after="40" w:line="240" w:lineRule="auto"/>
            </w:pPr>
          </w:p>
        </w:tc>
      </w:tr>
    </w:tbl>
    <w:p w14:paraId="08CA7C1D"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00F7D62B"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5B081011" w14:textId="77777777" w:rsidR="007024CC" w:rsidRDefault="00CC2F94">
            <w:pPr>
              <w:keepNext/>
              <w:spacing w:before="40" w:after="40" w:line="240" w:lineRule="auto"/>
              <w:jc w:val="center"/>
            </w:pPr>
            <w:r>
              <w:rPr>
                <w:b/>
              </w:rPr>
              <w:lastRenderedPageBreak/>
              <w:t>Criterio 2.2.2</w:t>
            </w:r>
          </w:p>
        </w:tc>
        <w:tc>
          <w:tcPr>
            <w:tcW w:w="4231" w:type="dxa"/>
            <w:vMerge w:val="restart"/>
            <w:shd w:val="clear" w:color="auto" w:fill="D5DCE4"/>
            <w:tcMar>
              <w:top w:w="60" w:type="dxa"/>
              <w:left w:w="85" w:type="dxa"/>
              <w:bottom w:w="60" w:type="dxa"/>
              <w:right w:w="85" w:type="dxa"/>
            </w:tcMar>
            <w:vAlign w:val="center"/>
          </w:tcPr>
          <w:p w14:paraId="5F5D4A78"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18FEC5D2" w14:textId="77777777" w:rsidR="007024CC" w:rsidRDefault="00CC2F94">
            <w:pPr>
              <w:keepNext/>
              <w:spacing w:before="40" w:after="40" w:line="240" w:lineRule="auto"/>
              <w:jc w:val="center"/>
            </w:pPr>
            <w:r>
              <w:rPr>
                <w:b/>
              </w:rPr>
              <w:t>Nivel de cumplimiento</w:t>
            </w:r>
          </w:p>
        </w:tc>
      </w:tr>
      <w:tr w:rsidR="007024CC" w14:paraId="444E1AC5"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3EDFF109"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302EAFB4"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0A174BA2"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3ABD4504"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0A0D8904" w14:textId="77777777" w:rsidR="007024CC" w:rsidRDefault="00CC2F94">
            <w:pPr>
              <w:keepNext/>
              <w:spacing w:before="40" w:after="40" w:line="240" w:lineRule="auto"/>
              <w:jc w:val="center"/>
            </w:pPr>
            <w:r>
              <w:rPr>
                <w:b/>
              </w:rPr>
              <w:t>NC</w:t>
            </w:r>
          </w:p>
        </w:tc>
      </w:tr>
      <w:tr w:rsidR="007024CC" w:rsidRPr="00F42274" w14:paraId="40B26D56"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0365D9E0" w14:textId="77777777" w:rsidR="007024CC" w:rsidRPr="00EC4B4D" w:rsidRDefault="00CC2F94">
            <w:pPr>
              <w:keepNext/>
              <w:spacing w:before="40" w:after="40" w:line="240" w:lineRule="auto"/>
              <w:jc w:val="center"/>
              <w:rPr>
                <w:lang w:val="es-PY"/>
              </w:rPr>
            </w:pPr>
            <w:r w:rsidRPr="00EC4B4D">
              <w:rPr>
                <w:b/>
                <w:lang w:val="es-PY"/>
              </w:rPr>
              <w:t>Pertinencia de los soportes instruccionales y técnicos</w:t>
            </w:r>
          </w:p>
          <w:p w14:paraId="756425D6"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1E0C7D2D"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Se establecen lineamientos instruccionales para el diseño de las asignaturas a distancia.</w:t>
            </w:r>
          </w:p>
        </w:tc>
        <w:tc>
          <w:tcPr>
            <w:tcW w:w="903" w:type="dxa"/>
            <w:gridSpan w:val="2"/>
            <w:shd w:val="clear" w:color="auto" w:fill="FFFFCC"/>
            <w:tcMar>
              <w:top w:w="60" w:type="dxa"/>
              <w:left w:w="85" w:type="dxa"/>
              <w:bottom w:w="60" w:type="dxa"/>
              <w:right w:w="85" w:type="dxa"/>
            </w:tcMar>
            <w:vAlign w:val="center"/>
          </w:tcPr>
          <w:p w14:paraId="602AF9B1"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BB9ED0A"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6C78E7E" w14:textId="77777777" w:rsidR="007024CC" w:rsidRPr="009A1154" w:rsidRDefault="007024CC">
            <w:pPr>
              <w:keepNext/>
              <w:spacing w:before="40" w:after="40" w:line="240" w:lineRule="auto"/>
              <w:rPr>
                <w:lang w:val="es-PY"/>
              </w:rPr>
            </w:pPr>
          </w:p>
        </w:tc>
      </w:tr>
      <w:tr w:rsidR="007024CC" w:rsidRPr="00F42274" w14:paraId="461B49BA"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181955DC"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1EFF95B1"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Se ofrece al estudiante una guía sobre la estructura de las asignaturas, su papel como estudiante a distancia y el uso del entorno virtual de aprendizaje.</w:t>
            </w:r>
          </w:p>
        </w:tc>
        <w:tc>
          <w:tcPr>
            <w:tcW w:w="903" w:type="dxa"/>
            <w:gridSpan w:val="2"/>
            <w:shd w:val="clear" w:color="auto" w:fill="FFFFCC"/>
            <w:tcMar>
              <w:top w:w="60" w:type="dxa"/>
              <w:left w:w="85" w:type="dxa"/>
              <w:bottom w:w="60" w:type="dxa"/>
              <w:right w:w="85" w:type="dxa"/>
            </w:tcMar>
            <w:vAlign w:val="center"/>
          </w:tcPr>
          <w:p w14:paraId="4E1E66B1"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F56616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FE382BD" w14:textId="77777777" w:rsidR="007024CC" w:rsidRPr="009A1154" w:rsidRDefault="007024CC">
            <w:pPr>
              <w:keepNext/>
              <w:spacing w:before="40" w:after="40" w:line="240" w:lineRule="auto"/>
              <w:rPr>
                <w:lang w:val="es-PY"/>
              </w:rPr>
            </w:pPr>
          </w:p>
        </w:tc>
      </w:tr>
      <w:tr w:rsidR="007024CC" w:rsidRPr="00F42274" w14:paraId="6927CF6F"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1FE83FD6"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2BE5B15C"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Se utilizan pautas internacionales de accesibilidad web.</w:t>
            </w:r>
          </w:p>
        </w:tc>
        <w:tc>
          <w:tcPr>
            <w:tcW w:w="903" w:type="dxa"/>
            <w:gridSpan w:val="2"/>
            <w:shd w:val="clear" w:color="auto" w:fill="FFFFCC"/>
            <w:tcMar>
              <w:top w:w="60" w:type="dxa"/>
              <w:left w:w="85" w:type="dxa"/>
              <w:bottom w:w="60" w:type="dxa"/>
              <w:right w:w="85" w:type="dxa"/>
            </w:tcMar>
            <w:vAlign w:val="center"/>
          </w:tcPr>
          <w:p w14:paraId="25D1EE3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1AD6F8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59B7D6E" w14:textId="77777777" w:rsidR="007024CC" w:rsidRPr="009A1154" w:rsidRDefault="007024CC">
            <w:pPr>
              <w:keepNext/>
              <w:spacing w:before="40" w:after="40" w:line="240" w:lineRule="auto"/>
              <w:rPr>
                <w:lang w:val="es-PY"/>
              </w:rPr>
            </w:pPr>
          </w:p>
        </w:tc>
      </w:tr>
      <w:tr w:rsidR="007024CC" w:rsidRPr="00F42274" w14:paraId="46DD18D5"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374DCA70"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3E5C00DB"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Existe un servicio de soporte técnico accesible y ágil para resolver incidencias del entorno virtual de aprendizaje.</w:t>
            </w:r>
          </w:p>
        </w:tc>
        <w:tc>
          <w:tcPr>
            <w:tcW w:w="903" w:type="dxa"/>
            <w:gridSpan w:val="2"/>
            <w:shd w:val="clear" w:color="auto" w:fill="FFFFCC"/>
            <w:tcMar>
              <w:top w:w="60" w:type="dxa"/>
              <w:left w:w="85" w:type="dxa"/>
              <w:bottom w:w="60" w:type="dxa"/>
              <w:right w:w="85" w:type="dxa"/>
            </w:tcMar>
            <w:vAlign w:val="center"/>
          </w:tcPr>
          <w:p w14:paraId="6A99A70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3AA813B"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F2C704D" w14:textId="77777777" w:rsidR="007024CC" w:rsidRPr="009A1154" w:rsidRDefault="007024CC">
            <w:pPr>
              <w:keepNext/>
              <w:spacing w:before="40" w:after="40" w:line="240" w:lineRule="auto"/>
              <w:rPr>
                <w:lang w:val="es-PY"/>
              </w:rPr>
            </w:pPr>
          </w:p>
        </w:tc>
      </w:tr>
      <w:tr w:rsidR="007024CC" w14:paraId="61621C3F"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2B0E7B92"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65A761DC" w14:textId="77777777" w:rsidR="007024CC" w:rsidRDefault="00CC2F94">
            <w:pPr>
              <w:keepNext/>
              <w:spacing w:before="40" w:after="40" w:line="240" w:lineRule="auto"/>
              <w:jc w:val="center"/>
            </w:pPr>
            <w:r>
              <w:rPr>
                <w:b/>
              </w:rPr>
              <w:t>Medios de verificación</w:t>
            </w:r>
          </w:p>
        </w:tc>
      </w:tr>
      <w:tr w:rsidR="007024CC" w14:paraId="333F1150"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0BE2893D" w14:textId="77777777" w:rsidR="007024CC" w:rsidRDefault="007024CC">
            <w:pPr>
              <w:spacing w:before="40" w:after="40" w:line="240" w:lineRule="auto"/>
            </w:pPr>
          </w:p>
          <w:p w14:paraId="0CB78F4D" w14:textId="77777777" w:rsidR="009A1154" w:rsidRDefault="009A1154">
            <w:pPr>
              <w:spacing w:before="40" w:after="40" w:line="240" w:lineRule="auto"/>
            </w:pPr>
          </w:p>
          <w:p w14:paraId="790141E7" w14:textId="77777777" w:rsidR="009A1154" w:rsidRDefault="009A1154">
            <w:pPr>
              <w:spacing w:before="40" w:after="40" w:line="240" w:lineRule="auto"/>
            </w:pPr>
          </w:p>
          <w:p w14:paraId="404A3F51" w14:textId="77777777" w:rsidR="009A1154" w:rsidRDefault="009A1154">
            <w:pPr>
              <w:spacing w:before="40" w:after="40" w:line="240" w:lineRule="auto"/>
            </w:pPr>
          </w:p>
          <w:p w14:paraId="7B6BDEC3" w14:textId="77777777" w:rsidR="009A1154" w:rsidRDefault="009A1154">
            <w:pPr>
              <w:spacing w:before="40" w:after="40" w:line="240" w:lineRule="auto"/>
            </w:pPr>
          </w:p>
          <w:p w14:paraId="744DE4F5" w14:textId="77777777" w:rsidR="009A1154" w:rsidRDefault="009A1154">
            <w:pPr>
              <w:spacing w:before="40" w:after="40" w:line="240" w:lineRule="auto"/>
            </w:pPr>
          </w:p>
          <w:p w14:paraId="6B559099" w14:textId="77777777" w:rsidR="009A1154" w:rsidRDefault="009A1154">
            <w:pPr>
              <w:spacing w:before="40" w:after="40" w:line="240" w:lineRule="auto"/>
            </w:pPr>
          </w:p>
          <w:p w14:paraId="4C9938B0" w14:textId="77777777" w:rsidR="009A1154" w:rsidRDefault="009A1154">
            <w:pPr>
              <w:spacing w:before="40" w:after="40" w:line="240" w:lineRule="auto"/>
            </w:pPr>
          </w:p>
          <w:p w14:paraId="2D20A290" w14:textId="77777777" w:rsidR="009A1154" w:rsidRDefault="009A1154">
            <w:pPr>
              <w:spacing w:before="40" w:after="40" w:line="240" w:lineRule="auto"/>
            </w:pPr>
          </w:p>
          <w:p w14:paraId="580933FF" w14:textId="77777777" w:rsidR="009A1154" w:rsidRDefault="009A1154">
            <w:pPr>
              <w:spacing w:before="40" w:after="40" w:line="240" w:lineRule="auto"/>
            </w:pPr>
          </w:p>
          <w:p w14:paraId="741C94A0" w14:textId="77777777" w:rsidR="009A1154" w:rsidRDefault="009A1154">
            <w:pPr>
              <w:spacing w:before="40" w:after="40" w:line="240" w:lineRule="auto"/>
            </w:pPr>
          </w:p>
          <w:p w14:paraId="077EB9E9" w14:textId="77777777" w:rsidR="009A1154" w:rsidRDefault="009A1154">
            <w:pPr>
              <w:spacing w:before="40" w:after="40" w:line="240" w:lineRule="auto"/>
            </w:pPr>
          </w:p>
          <w:p w14:paraId="23AED5D2" w14:textId="77777777" w:rsidR="009A1154" w:rsidRDefault="009A1154">
            <w:pPr>
              <w:spacing w:before="40" w:after="40" w:line="240" w:lineRule="auto"/>
            </w:pPr>
          </w:p>
          <w:p w14:paraId="054D9948" w14:textId="77777777" w:rsidR="009A1154" w:rsidRDefault="009A1154">
            <w:pPr>
              <w:spacing w:before="40" w:after="40" w:line="240" w:lineRule="auto"/>
            </w:pPr>
          </w:p>
          <w:p w14:paraId="0CFE1748" w14:textId="77777777" w:rsidR="009A1154" w:rsidRDefault="009A1154">
            <w:pPr>
              <w:spacing w:before="40" w:after="40" w:line="240" w:lineRule="auto"/>
            </w:pPr>
          </w:p>
          <w:p w14:paraId="0ACFDA82" w14:textId="77777777" w:rsidR="009A1154" w:rsidRDefault="009A1154">
            <w:pPr>
              <w:spacing w:before="40" w:after="40" w:line="240" w:lineRule="auto"/>
            </w:pPr>
          </w:p>
          <w:p w14:paraId="62FE6D4A" w14:textId="77777777" w:rsidR="009A1154" w:rsidRDefault="009A1154">
            <w:pPr>
              <w:spacing w:before="40" w:after="40" w:line="240" w:lineRule="auto"/>
            </w:pPr>
          </w:p>
          <w:p w14:paraId="55B39556" w14:textId="77777777" w:rsidR="009A1154" w:rsidRDefault="009A1154">
            <w:pPr>
              <w:spacing w:before="40" w:after="40" w:line="240" w:lineRule="auto"/>
            </w:pPr>
          </w:p>
          <w:p w14:paraId="6574DBD5" w14:textId="77777777" w:rsidR="009A1154" w:rsidRDefault="009A1154">
            <w:pPr>
              <w:spacing w:before="40" w:after="40" w:line="240" w:lineRule="auto"/>
            </w:pPr>
          </w:p>
          <w:p w14:paraId="4F22612E" w14:textId="77777777" w:rsidR="009A1154" w:rsidRDefault="009A1154">
            <w:pPr>
              <w:spacing w:before="40" w:after="40" w:line="240" w:lineRule="auto"/>
            </w:pPr>
          </w:p>
          <w:p w14:paraId="74F703A4" w14:textId="77777777" w:rsidR="009A1154" w:rsidRDefault="009A1154">
            <w:pPr>
              <w:spacing w:before="40" w:after="40" w:line="240" w:lineRule="auto"/>
            </w:pPr>
          </w:p>
          <w:p w14:paraId="435393ED" w14:textId="77777777" w:rsidR="009A1154" w:rsidRDefault="009A1154">
            <w:pPr>
              <w:spacing w:before="40" w:after="40" w:line="240" w:lineRule="auto"/>
            </w:pPr>
          </w:p>
          <w:p w14:paraId="785ED3EB" w14:textId="77777777" w:rsidR="009A1154" w:rsidRDefault="009A1154">
            <w:pPr>
              <w:spacing w:before="40" w:after="40" w:line="240" w:lineRule="auto"/>
            </w:pPr>
          </w:p>
          <w:p w14:paraId="68F4E2FE" w14:textId="77777777" w:rsidR="009A1154" w:rsidRDefault="009A1154">
            <w:pPr>
              <w:spacing w:before="40" w:after="40" w:line="240" w:lineRule="auto"/>
            </w:pPr>
          </w:p>
          <w:p w14:paraId="15B51799" w14:textId="77777777" w:rsidR="009A1154" w:rsidRDefault="009A1154">
            <w:pPr>
              <w:spacing w:before="40" w:after="40" w:line="240" w:lineRule="auto"/>
            </w:pPr>
          </w:p>
          <w:p w14:paraId="5F56FC95" w14:textId="77777777" w:rsidR="009A1154" w:rsidRDefault="009A1154">
            <w:pPr>
              <w:spacing w:before="40" w:after="40" w:line="240" w:lineRule="auto"/>
            </w:pPr>
          </w:p>
          <w:p w14:paraId="2724BC38" w14:textId="77777777" w:rsidR="009A1154" w:rsidRDefault="009A1154">
            <w:pPr>
              <w:spacing w:before="40" w:after="40" w:line="240" w:lineRule="auto"/>
            </w:pPr>
          </w:p>
        </w:tc>
        <w:tc>
          <w:tcPr>
            <w:tcW w:w="2692" w:type="dxa"/>
            <w:gridSpan w:val="3"/>
            <w:shd w:val="clear" w:color="auto" w:fill="FFFFFF"/>
            <w:tcMar>
              <w:top w:w="85" w:type="dxa"/>
              <w:left w:w="85" w:type="dxa"/>
              <w:bottom w:w="85" w:type="dxa"/>
              <w:right w:w="85" w:type="dxa"/>
            </w:tcMar>
          </w:tcPr>
          <w:p w14:paraId="47556CE3" w14:textId="77777777" w:rsidR="007024CC" w:rsidRDefault="007024CC">
            <w:pPr>
              <w:spacing w:before="40" w:after="40" w:line="240" w:lineRule="auto"/>
            </w:pPr>
          </w:p>
        </w:tc>
      </w:tr>
    </w:tbl>
    <w:p w14:paraId="15880388"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652D3A84"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1DFC273D" w14:textId="77777777" w:rsidR="007024CC" w:rsidRDefault="00CC2F94">
            <w:pPr>
              <w:keepNext/>
              <w:spacing w:before="40" w:after="40" w:line="240" w:lineRule="auto"/>
              <w:jc w:val="center"/>
            </w:pPr>
            <w:r>
              <w:rPr>
                <w:b/>
              </w:rPr>
              <w:lastRenderedPageBreak/>
              <w:t>Criterio 2.2.3</w:t>
            </w:r>
          </w:p>
        </w:tc>
        <w:tc>
          <w:tcPr>
            <w:tcW w:w="4231" w:type="dxa"/>
            <w:vMerge w:val="restart"/>
            <w:shd w:val="clear" w:color="auto" w:fill="D5DCE4"/>
            <w:tcMar>
              <w:top w:w="60" w:type="dxa"/>
              <w:left w:w="85" w:type="dxa"/>
              <w:bottom w:w="60" w:type="dxa"/>
              <w:right w:w="85" w:type="dxa"/>
            </w:tcMar>
            <w:vAlign w:val="center"/>
          </w:tcPr>
          <w:p w14:paraId="6D7A16CA"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7FC93618" w14:textId="77777777" w:rsidR="007024CC" w:rsidRDefault="00CC2F94">
            <w:pPr>
              <w:keepNext/>
              <w:spacing w:before="40" w:after="40" w:line="240" w:lineRule="auto"/>
              <w:jc w:val="center"/>
            </w:pPr>
            <w:r>
              <w:rPr>
                <w:b/>
              </w:rPr>
              <w:t>Nivel de cumplimiento</w:t>
            </w:r>
          </w:p>
        </w:tc>
      </w:tr>
      <w:tr w:rsidR="007024CC" w14:paraId="2D09D981"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132AC747"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6B2BA2CA"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041121D6"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204BCB5D"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16C5603E" w14:textId="77777777" w:rsidR="007024CC" w:rsidRDefault="00CC2F94">
            <w:pPr>
              <w:keepNext/>
              <w:spacing w:before="40" w:after="40" w:line="240" w:lineRule="auto"/>
              <w:jc w:val="center"/>
            </w:pPr>
            <w:r>
              <w:rPr>
                <w:b/>
              </w:rPr>
              <w:t>NC</w:t>
            </w:r>
          </w:p>
        </w:tc>
      </w:tr>
      <w:tr w:rsidR="007024CC" w:rsidRPr="00F42274" w14:paraId="0635B364"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6DE9FF6E" w14:textId="77777777" w:rsidR="007024CC" w:rsidRPr="00EC4B4D" w:rsidRDefault="00CC2F94">
            <w:pPr>
              <w:keepNext/>
              <w:spacing w:before="40" w:after="40" w:line="240" w:lineRule="auto"/>
              <w:jc w:val="center"/>
              <w:rPr>
                <w:lang w:val="es-PY"/>
              </w:rPr>
            </w:pPr>
            <w:r w:rsidRPr="00EC4B4D">
              <w:rPr>
                <w:b/>
                <w:lang w:val="es-PY"/>
              </w:rPr>
              <w:t>Eficacia de los mecanismos de orientación académica a la población estudiantil</w:t>
            </w:r>
          </w:p>
          <w:p w14:paraId="44F9096F"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20EBC583"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Las actividades de orientación académica se implementan conforme a la planificación establecida y con cobertura efectiva.</w:t>
            </w:r>
          </w:p>
        </w:tc>
        <w:tc>
          <w:tcPr>
            <w:tcW w:w="903" w:type="dxa"/>
            <w:gridSpan w:val="2"/>
            <w:shd w:val="clear" w:color="auto" w:fill="FFFFCC"/>
            <w:tcMar>
              <w:top w:w="60" w:type="dxa"/>
              <w:left w:w="85" w:type="dxa"/>
              <w:bottom w:w="60" w:type="dxa"/>
              <w:right w:w="85" w:type="dxa"/>
            </w:tcMar>
            <w:vAlign w:val="center"/>
          </w:tcPr>
          <w:p w14:paraId="1004F26F"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8D5368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698FD2F" w14:textId="77777777" w:rsidR="007024CC" w:rsidRPr="009A1154" w:rsidRDefault="007024CC">
            <w:pPr>
              <w:keepNext/>
              <w:spacing w:before="40" w:after="40" w:line="240" w:lineRule="auto"/>
              <w:rPr>
                <w:lang w:val="es-PY"/>
              </w:rPr>
            </w:pPr>
          </w:p>
        </w:tc>
      </w:tr>
      <w:tr w:rsidR="007024CC" w:rsidRPr="00F42274" w14:paraId="3E428D6B"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552FC976"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25508E4F"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Las actividades de orientación académica responden a las necesidades detectadas en la población estudiantil y generan mejoras en su desempeño académico.</w:t>
            </w:r>
          </w:p>
        </w:tc>
        <w:tc>
          <w:tcPr>
            <w:tcW w:w="903" w:type="dxa"/>
            <w:gridSpan w:val="2"/>
            <w:shd w:val="clear" w:color="auto" w:fill="FFFFCC"/>
            <w:tcMar>
              <w:top w:w="60" w:type="dxa"/>
              <w:left w:w="85" w:type="dxa"/>
              <w:bottom w:w="60" w:type="dxa"/>
              <w:right w:w="85" w:type="dxa"/>
            </w:tcMar>
            <w:vAlign w:val="center"/>
          </w:tcPr>
          <w:p w14:paraId="1E70296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FF0C01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206E9C1" w14:textId="77777777" w:rsidR="007024CC" w:rsidRPr="009A1154" w:rsidRDefault="007024CC">
            <w:pPr>
              <w:keepNext/>
              <w:spacing w:before="40" w:after="40" w:line="240" w:lineRule="auto"/>
              <w:rPr>
                <w:lang w:val="es-PY"/>
              </w:rPr>
            </w:pPr>
          </w:p>
        </w:tc>
      </w:tr>
      <w:tr w:rsidR="007024CC" w:rsidRPr="00F42274" w14:paraId="6145E0FE"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1A3828D3"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7782F027"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Los resultados de las actividades de orientación académica muestran mejoras en la adaptación, permanencia, traslado y reinserción de los estudiantes.</w:t>
            </w:r>
          </w:p>
        </w:tc>
        <w:tc>
          <w:tcPr>
            <w:tcW w:w="903" w:type="dxa"/>
            <w:gridSpan w:val="2"/>
            <w:shd w:val="clear" w:color="auto" w:fill="FFFFCC"/>
            <w:tcMar>
              <w:top w:w="60" w:type="dxa"/>
              <w:left w:w="85" w:type="dxa"/>
              <w:bottom w:w="60" w:type="dxa"/>
              <w:right w:w="85" w:type="dxa"/>
            </w:tcMar>
            <w:vAlign w:val="center"/>
          </w:tcPr>
          <w:p w14:paraId="75440FA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F18C9A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4FC61F0" w14:textId="77777777" w:rsidR="007024CC" w:rsidRPr="009A1154" w:rsidRDefault="007024CC">
            <w:pPr>
              <w:keepNext/>
              <w:spacing w:before="40" w:after="40" w:line="240" w:lineRule="auto"/>
              <w:rPr>
                <w:lang w:val="es-PY"/>
              </w:rPr>
            </w:pPr>
          </w:p>
        </w:tc>
      </w:tr>
      <w:tr w:rsidR="007024CC" w:rsidRPr="00F42274" w14:paraId="00FBFA1B"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50D561F0"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251B2315"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Los mecanismos de orientación académica facilitan la inserción efectiva de los estudiantes en actividades de docencia, investigación y extensión.</w:t>
            </w:r>
          </w:p>
        </w:tc>
        <w:tc>
          <w:tcPr>
            <w:tcW w:w="903" w:type="dxa"/>
            <w:gridSpan w:val="2"/>
            <w:shd w:val="clear" w:color="auto" w:fill="FFFFCC"/>
            <w:tcMar>
              <w:top w:w="60" w:type="dxa"/>
              <w:left w:w="85" w:type="dxa"/>
              <w:bottom w:w="60" w:type="dxa"/>
              <w:right w:w="85" w:type="dxa"/>
            </w:tcMar>
            <w:vAlign w:val="center"/>
          </w:tcPr>
          <w:p w14:paraId="1D1DAFE0"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6F0F6A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53302B7" w14:textId="77777777" w:rsidR="007024CC" w:rsidRPr="009A1154" w:rsidRDefault="007024CC">
            <w:pPr>
              <w:keepNext/>
              <w:spacing w:before="40" w:after="40" w:line="240" w:lineRule="auto"/>
              <w:rPr>
                <w:lang w:val="es-PY"/>
              </w:rPr>
            </w:pPr>
          </w:p>
        </w:tc>
      </w:tr>
      <w:tr w:rsidR="007024CC" w14:paraId="453157D6"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5DB68632"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3E470255" w14:textId="77777777" w:rsidR="007024CC" w:rsidRDefault="00CC2F94">
            <w:pPr>
              <w:keepNext/>
              <w:spacing w:before="40" w:after="40" w:line="240" w:lineRule="auto"/>
              <w:jc w:val="center"/>
            </w:pPr>
            <w:r>
              <w:rPr>
                <w:b/>
              </w:rPr>
              <w:t>Medios de verificación</w:t>
            </w:r>
          </w:p>
        </w:tc>
      </w:tr>
      <w:tr w:rsidR="007024CC" w14:paraId="2E44AF09"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1103883C" w14:textId="77777777" w:rsidR="007024CC" w:rsidRDefault="007024CC">
            <w:pPr>
              <w:spacing w:before="40" w:after="40" w:line="240" w:lineRule="auto"/>
            </w:pPr>
          </w:p>
          <w:p w14:paraId="4F8E10F4" w14:textId="77777777" w:rsidR="009A1154" w:rsidRDefault="009A1154">
            <w:pPr>
              <w:spacing w:before="40" w:after="40" w:line="240" w:lineRule="auto"/>
            </w:pPr>
          </w:p>
          <w:p w14:paraId="182D5276" w14:textId="77777777" w:rsidR="009A1154" w:rsidRDefault="009A1154">
            <w:pPr>
              <w:spacing w:before="40" w:after="40" w:line="240" w:lineRule="auto"/>
            </w:pPr>
          </w:p>
          <w:p w14:paraId="1DC128F9" w14:textId="77777777" w:rsidR="009A1154" w:rsidRDefault="009A1154">
            <w:pPr>
              <w:spacing w:before="40" w:after="40" w:line="240" w:lineRule="auto"/>
            </w:pPr>
          </w:p>
          <w:p w14:paraId="164DA377" w14:textId="77777777" w:rsidR="009A1154" w:rsidRDefault="009A1154">
            <w:pPr>
              <w:spacing w:before="40" w:after="40" w:line="240" w:lineRule="auto"/>
            </w:pPr>
          </w:p>
          <w:p w14:paraId="3B84B8E3" w14:textId="77777777" w:rsidR="009A1154" w:rsidRDefault="009A1154">
            <w:pPr>
              <w:spacing w:before="40" w:after="40" w:line="240" w:lineRule="auto"/>
            </w:pPr>
          </w:p>
          <w:p w14:paraId="6DB5C031" w14:textId="77777777" w:rsidR="009A1154" w:rsidRDefault="009A1154">
            <w:pPr>
              <w:spacing w:before="40" w:after="40" w:line="240" w:lineRule="auto"/>
            </w:pPr>
          </w:p>
          <w:p w14:paraId="709B0EEF" w14:textId="77777777" w:rsidR="009A1154" w:rsidRDefault="009A1154">
            <w:pPr>
              <w:spacing w:before="40" w:after="40" w:line="240" w:lineRule="auto"/>
            </w:pPr>
          </w:p>
          <w:p w14:paraId="0798DFD6" w14:textId="77777777" w:rsidR="009A1154" w:rsidRDefault="009A1154">
            <w:pPr>
              <w:spacing w:before="40" w:after="40" w:line="240" w:lineRule="auto"/>
            </w:pPr>
          </w:p>
          <w:p w14:paraId="0ECFD5B5" w14:textId="77777777" w:rsidR="009A1154" w:rsidRDefault="009A1154">
            <w:pPr>
              <w:spacing w:before="40" w:after="40" w:line="240" w:lineRule="auto"/>
            </w:pPr>
          </w:p>
          <w:p w14:paraId="564646BC" w14:textId="77777777" w:rsidR="009A1154" w:rsidRDefault="009A1154">
            <w:pPr>
              <w:spacing w:before="40" w:after="40" w:line="240" w:lineRule="auto"/>
            </w:pPr>
          </w:p>
          <w:p w14:paraId="61148D29" w14:textId="77777777" w:rsidR="009A1154" w:rsidRDefault="009A1154">
            <w:pPr>
              <w:spacing w:before="40" w:after="40" w:line="240" w:lineRule="auto"/>
            </w:pPr>
          </w:p>
          <w:p w14:paraId="6C784931" w14:textId="77777777" w:rsidR="009A1154" w:rsidRDefault="009A1154">
            <w:pPr>
              <w:spacing w:before="40" w:after="40" w:line="240" w:lineRule="auto"/>
            </w:pPr>
          </w:p>
          <w:p w14:paraId="5D9CBAD6" w14:textId="77777777" w:rsidR="009A1154" w:rsidRDefault="009A1154">
            <w:pPr>
              <w:spacing w:before="40" w:after="40" w:line="240" w:lineRule="auto"/>
            </w:pPr>
          </w:p>
          <w:p w14:paraId="60B87C15" w14:textId="77777777" w:rsidR="009A1154" w:rsidRDefault="009A1154">
            <w:pPr>
              <w:spacing w:before="40" w:after="40" w:line="240" w:lineRule="auto"/>
            </w:pPr>
          </w:p>
          <w:p w14:paraId="207D1164" w14:textId="77777777" w:rsidR="009A1154" w:rsidRDefault="009A1154">
            <w:pPr>
              <w:spacing w:before="40" w:after="40" w:line="240" w:lineRule="auto"/>
            </w:pPr>
          </w:p>
          <w:p w14:paraId="7910E20C" w14:textId="77777777" w:rsidR="009A1154" w:rsidRDefault="009A1154">
            <w:pPr>
              <w:spacing w:before="40" w:after="40" w:line="240" w:lineRule="auto"/>
            </w:pPr>
          </w:p>
          <w:p w14:paraId="17BCD375" w14:textId="77777777" w:rsidR="009A1154" w:rsidRDefault="009A1154">
            <w:pPr>
              <w:spacing w:before="40" w:after="40" w:line="240" w:lineRule="auto"/>
            </w:pPr>
          </w:p>
          <w:p w14:paraId="4208F4F6" w14:textId="77777777" w:rsidR="009A1154" w:rsidRDefault="009A1154">
            <w:pPr>
              <w:spacing w:before="40" w:after="40" w:line="240" w:lineRule="auto"/>
            </w:pPr>
          </w:p>
          <w:p w14:paraId="6CAA69D1" w14:textId="77777777" w:rsidR="009A1154" w:rsidRDefault="009A1154">
            <w:pPr>
              <w:spacing w:before="40" w:after="40" w:line="240" w:lineRule="auto"/>
            </w:pPr>
          </w:p>
          <w:p w14:paraId="60AA58B5" w14:textId="77777777" w:rsidR="009A1154" w:rsidRDefault="009A1154">
            <w:pPr>
              <w:spacing w:before="40" w:after="40" w:line="240" w:lineRule="auto"/>
            </w:pPr>
          </w:p>
          <w:p w14:paraId="0219F33F" w14:textId="77777777" w:rsidR="009A1154" w:rsidRDefault="009A1154">
            <w:pPr>
              <w:spacing w:before="40" w:after="40" w:line="240" w:lineRule="auto"/>
            </w:pPr>
          </w:p>
          <w:p w14:paraId="3895630C" w14:textId="77777777" w:rsidR="009A1154" w:rsidRDefault="009A1154">
            <w:pPr>
              <w:spacing w:before="40" w:after="40" w:line="240" w:lineRule="auto"/>
            </w:pPr>
          </w:p>
        </w:tc>
        <w:tc>
          <w:tcPr>
            <w:tcW w:w="2692" w:type="dxa"/>
            <w:gridSpan w:val="3"/>
            <w:shd w:val="clear" w:color="auto" w:fill="FFFFFF"/>
            <w:tcMar>
              <w:top w:w="85" w:type="dxa"/>
              <w:left w:w="85" w:type="dxa"/>
              <w:bottom w:w="85" w:type="dxa"/>
              <w:right w:w="85" w:type="dxa"/>
            </w:tcMar>
          </w:tcPr>
          <w:p w14:paraId="56058ED0" w14:textId="77777777" w:rsidR="007024CC" w:rsidRDefault="007024CC">
            <w:pPr>
              <w:spacing w:before="40" w:after="40" w:line="240" w:lineRule="auto"/>
            </w:pPr>
          </w:p>
        </w:tc>
      </w:tr>
    </w:tbl>
    <w:p w14:paraId="1BFBAE35"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20EBD1BD" w14:textId="77777777">
        <w:trPr>
          <w:cantSplit/>
          <w:trHeight w:val="380"/>
          <w:tblHeader/>
          <w:jc w:val="center"/>
        </w:trPr>
        <w:tc>
          <w:tcPr>
            <w:tcW w:w="9350" w:type="dxa"/>
            <w:gridSpan w:val="6"/>
            <w:shd w:val="clear" w:color="auto" w:fill="44546A"/>
            <w:tcMar>
              <w:top w:w="60" w:type="dxa"/>
              <w:left w:w="85" w:type="dxa"/>
              <w:bottom w:w="60" w:type="dxa"/>
              <w:right w:w="85" w:type="dxa"/>
            </w:tcMar>
            <w:vAlign w:val="center"/>
          </w:tcPr>
          <w:p w14:paraId="2156FB1A" w14:textId="77777777" w:rsidR="007024CC" w:rsidRDefault="00CC2F94" w:rsidP="00F42274">
            <w:pPr>
              <w:keepNext/>
              <w:spacing w:before="40" w:after="40" w:line="240" w:lineRule="auto"/>
            </w:pPr>
            <w:r>
              <w:rPr>
                <w:b/>
                <w:color w:val="FFFFFF"/>
              </w:rPr>
              <w:lastRenderedPageBreak/>
              <w:t>Componente 3. Investigación y Extensión</w:t>
            </w:r>
          </w:p>
        </w:tc>
      </w:tr>
      <w:tr w:rsidR="007024CC" w14:paraId="5610AFC8"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11DA0978" w14:textId="77777777" w:rsidR="007024CC" w:rsidRDefault="00CC2F94">
            <w:pPr>
              <w:keepNext/>
              <w:spacing w:before="40" w:after="40" w:line="240" w:lineRule="auto"/>
              <w:jc w:val="center"/>
            </w:pPr>
            <w:r>
              <w:rPr>
                <w:b/>
              </w:rPr>
              <w:t>Criterio 2.3.1</w:t>
            </w:r>
          </w:p>
        </w:tc>
        <w:tc>
          <w:tcPr>
            <w:tcW w:w="4231" w:type="dxa"/>
            <w:vMerge w:val="restart"/>
            <w:shd w:val="clear" w:color="auto" w:fill="D5DCE4"/>
            <w:tcMar>
              <w:top w:w="60" w:type="dxa"/>
              <w:left w:w="85" w:type="dxa"/>
              <w:bottom w:w="60" w:type="dxa"/>
              <w:right w:w="85" w:type="dxa"/>
            </w:tcMar>
            <w:vAlign w:val="center"/>
          </w:tcPr>
          <w:p w14:paraId="74A9F0D8" w14:textId="77777777" w:rsidR="007024CC" w:rsidRPr="00EC4B4D" w:rsidRDefault="00CC2F94">
            <w:pPr>
              <w:keepNext/>
              <w:spacing w:before="40" w:after="40" w:line="240" w:lineRule="auto"/>
              <w:jc w:val="center"/>
              <w:rPr>
                <w:b/>
              </w:rPr>
            </w:pPr>
            <w:r w:rsidRPr="00EC4B4D">
              <w:rPr>
                <w:b/>
              </w:rPr>
              <w:t>Indicadores</w:t>
            </w:r>
          </w:p>
        </w:tc>
        <w:tc>
          <w:tcPr>
            <w:tcW w:w="2709" w:type="dxa"/>
            <w:gridSpan w:val="4"/>
            <w:shd w:val="clear" w:color="auto" w:fill="D5DCE4"/>
            <w:tcMar>
              <w:top w:w="60" w:type="dxa"/>
              <w:left w:w="85" w:type="dxa"/>
              <w:bottom w:w="60" w:type="dxa"/>
              <w:right w:w="85" w:type="dxa"/>
            </w:tcMar>
            <w:vAlign w:val="center"/>
          </w:tcPr>
          <w:p w14:paraId="36898DC6" w14:textId="77777777" w:rsidR="007024CC" w:rsidRDefault="00CC2F94">
            <w:pPr>
              <w:keepNext/>
              <w:spacing w:before="40" w:after="40" w:line="240" w:lineRule="auto"/>
              <w:jc w:val="center"/>
            </w:pPr>
            <w:r>
              <w:rPr>
                <w:b/>
              </w:rPr>
              <w:t>Nivel de cumplimiento</w:t>
            </w:r>
          </w:p>
        </w:tc>
      </w:tr>
      <w:tr w:rsidR="007024CC" w14:paraId="1E9B7A77"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5934771A"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4CCA0C6B" w14:textId="77777777" w:rsidR="007024CC" w:rsidRPr="00EC4B4D" w:rsidRDefault="007024CC">
            <w:pPr>
              <w:keepNext/>
            </w:pPr>
          </w:p>
        </w:tc>
        <w:tc>
          <w:tcPr>
            <w:tcW w:w="903" w:type="dxa"/>
            <w:gridSpan w:val="2"/>
            <w:shd w:val="clear" w:color="auto" w:fill="D5DCE4"/>
            <w:tcMar>
              <w:top w:w="60" w:type="dxa"/>
              <w:left w:w="85" w:type="dxa"/>
              <w:bottom w:w="60" w:type="dxa"/>
              <w:right w:w="85" w:type="dxa"/>
            </w:tcMar>
            <w:vAlign w:val="center"/>
          </w:tcPr>
          <w:p w14:paraId="7E4B34E4"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26390EBC"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75F6F82B" w14:textId="77777777" w:rsidR="007024CC" w:rsidRDefault="00CC2F94">
            <w:pPr>
              <w:keepNext/>
              <w:spacing w:before="40" w:after="40" w:line="240" w:lineRule="auto"/>
              <w:jc w:val="center"/>
            </w:pPr>
            <w:r>
              <w:rPr>
                <w:b/>
              </w:rPr>
              <w:t>NC</w:t>
            </w:r>
          </w:p>
        </w:tc>
      </w:tr>
      <w:tr w:rsidR="00BF7FC4" w:rsidRPr="00F42274" w14:paraId="6B569FC9"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4DB5EFFC" w14:textId="77777777" w:rsidR="00BF7FC4" w:rsidRPr="00EC4B4D" w:rsidRDefault="00BF7FC4" w:rsidP="00BF7FC4">
            <w:pPr>
              <w:keepNext/>
              <w:spacing w:before="40" w:after="40" w:line="240" w:lineRule="auto"/>
              <w:jc w:val="center"/>
              <w:rPr>
                <w:lang w:val="es-PY"/>
              </w:rPr>
            </w:pPr>
            <w:r w:rsidRPr="00EC4B4D">
              <w:rPr>
                <w:b/>
                <w:lang w:val="es-PY"/>
              </w:rPr>
              <w:t>Pertinencia de los proyectos de investigación</w:t>
            </w:r>
          </w:p>
          <w:p w14:paraId="57C47EB2" w14:textId="77777777" w:rsidR="00BF7FC4" w:rsidRDefault="00BF7FC4" w:rsidP="00BF7FC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283D5EF0" w14:textId="0C9337E1" w:rsidR="00BF7FC4" w:rsidRPr="00BF7FC4" w:rsidRDefault="00BF7FC4" w:rsidP="00BF7FC4">
            <w:pPr>
              <w:pStyle w:val="Prrafodelista"/>
              <w:keepNext/>
              <w:numPr>
                <w:ilvl w:val="0"/>
                <w:numId w:val="11"/>
              </w:numPr>
              <w:spacing w:before="40" w:after="40" w:line="240" w:lineRule="auto"/>
              <w:ind w:left="336"/>
              <w:jc w:val="both"/>
              <w:rPr>
                <w:lang w:val="es-PY"/>
              </w:rPr>
            </w:pPr>
            <w:r w:rsidRPr="00BF7FC4">
              <w:rPr>
                <w:lang w:val="es-PY"/>
              </w:rPr>
              <w:t>Los proyectos de investigación responden a las líneas de investigación definidas.</w:t>
            </w:r>
          </w:p>
        </w:tc>
        <w:tc>
          <w:tcPr>
            <w:tcW w:w="903" w:type="dxa"/>
            <w:gridSpan w:val="2"/>
            <w:shd w:val="clear" w:color="auto" w:fill="FFFFCC"/>
            <w:tcMar>
              <w:top w:w="60" w:type="dxa"/>
              <w:left w:w="85" w:type="dxa"/>
              <w:bottom w:w="60" w:type="dxa"/>
              <w:right w:w="85" w:type="dxa"/>
            </w:tcMar>
            <w:vAlign w:val="center"/>
          </w:tcPr>
          <w:p w14:paraId="556FE2B8" w14:textId="77777777" w:rsidR="00BF7FC4" w:rsidRPr="009A1154" w:rsidRDefault="00BF7FC4" w:rsidP="00BF7FC4">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0599C43" w14:textId="77777777" w:rsidR="00BF7FC4" w:rsidRPr="009A1154" w:rsidRDefault="00BF7FC4" w:rsidP="00BF7FC4">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8CC9400" w14:textId="77777777" w:rsidR="00BF7FC4" w:rsidRPr="009A1154" w:rsidRDefault="00BF7FC4" w:rsidP="00BF7FC4">
            <w:pPr>
              <w:keepNext/>
              <w:spacing w:before="40" w:after="40" w:line="240" w:lineRule="auto"/>
              <w:rPr>
                <w:lang w:val="es-PY"/>
              </w:rPr>
            </w:pPr>
          </w:p>
        </w:tc>
      </w:tr>
      <w:tr w:rsidR="00BF7FC4" w:rsidRPr="00F42274" w14:paraId="5FA1F675"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753CCF69" w14:textId="77777777" w:rsidR="00BF7FC4" w:rsidRPr="009A1154" w:rsidRDefault="00BF7FC4" w:rsidP="00BF7FC4">
            <w:pPr>
              <w:keepNext/>
              <w:rPr>
                <w:lang w:val="es-PY"/>
              </w:rPr>
            </w:pPr>
          </w:p>
        </w:tc>
        <w:tc>
          <w:tcPr>
            <w:tcW w:w="4231" w:type="dxa"/>
            <w:shd w:val="clear" w:color="auto" w:fill="FFFFCC"/>
            <w:tcMar>
              <w:top w:w="60" w:type="dxa"/>
              <w:left w:w="85" w:type="dxa"/>
              <w:bottom w:w="60" w:type="dxa"/>
              <w:right w:w="85" w:type="dxa"/>
            </w:tcMar>
            <w:vAlign w:val="center"/>
          </w:tcPr>
          <w:p w14:paraId="38EDF6D7" w14:textId="76EE1EAF" w:rsidR="00BF7FC4" w:rsidRPr="00BF7FC4" w:rsidRDefault="00BF7FC4" w:rsidP="00BF7FC4">
            <w:pPr>
              <w:pStyle w:val="Prrafodelista"/>
              <w:keepNext/>
              <w:numPr>
                <w:ilvl w:val="0"/>
                <w:numId w:val="11"/>
              </w:numPr>
              <w:spacing w:before="40" w:after="40" w:line="240" w:lineRule="auto"/>
              <w:ind w:left="336"/>
              <w:jc w:val="both"/>
              <w:rPr>
                <w:lang w:val="es-PY"/>
              </w:rPr>
            </w:pPr>
            <w:r w:rsidRPr="00BF7FC4">
              <w:rPr>
                <w:lang w:val="es-PY"/>
              </w:rPr>
              <w:t>Los proyectos de investigación abordan problemáticas actuales y relevantes en el campo disciplinar de la carrera.</w:t>
            </w:r>
          </w:p>
        </w:tc>
        <w:tc>
          <w:tcPr>
            <w:tcW w:w="903" w:type="dxa"/>
            <w:gridSpan w:val="2"/>
            <w:shd w:val="clear" w:color="auto" w:fill="FFFFCC"/>
            <w:tcMar>
              <w:top w:w="60" w:type="dxa"/>
              <w:left w:w="85" w:type="dxa"/>
              <w:bottom w:w="60" w:type="dxa"/>
              <w:right w:w="85" w:type="dxa"/>
            </w:tcMar>
            <w:vAlign w:val="center"/>
          </w:tcPr>
          <w:p w14:paraId="1C236E26" w14:textId="77777777" w:rsidR="00BF7FC4" w:rsidRPr="009A1154" w:rsidRDefault="00BF7FC4" w:rsidP="00BF7FC4">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6456BB1" w14:textId="77777777" w:rsidR="00BF7FC4" w:rsidRPr="009A1154" w:rsidRDefault="00BF7FC4" w:rsidP="00BF7FC4">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0412E83" w14:textId="77777777" w:rsidR="00BF7FC4" w:rsidRPr="009A1154" w:rsidRDefault="00BF7FC4" w:rsidP="00BF7FC4">
            <w:pPr>
              <w:keepNext/>
              <w:spacing w:before="40" w:after="40" w:line="240" w:lineRule="auto"/>
              <w:rPr>
                <w:lang w:val="es-PY"/>
              </w:rPr>
            </w:pPr>
          </w:p>
        </w:tc>
      </w:tr>
      <w:tr w:rsidR="00BF7FC4" w:rsidRPr="00F42274" w14:paraId="38D0095A"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6378E069" w14:textId="77777777" w:rsidR="00BF7FC4" w:rsidRPr="009A1154" w:rsidRDefault="00BF7FC4" w:rsidP="00BF7FC4">
            <w:pPr>
              <w:keepNext/>
              <w:rPr>
                <w:lang w:val="es-PY"/>
              </w:rPr>
            </w:pPr>
          </w:p>
        </w:tc>
        <w:tc>
          <w:tcPr>
            <w:tcW w:w="4231" w:type="dxa"/>
            <w:shd w:val="clear" w:color="auto" w:fill="FFFFCC"/>
            <w:tcMar>
              <w:top w:w="60" w:type="dxa"/>
              <w:left w:w="85" w:type="dxa"/>
              <w:bottom w:w="60" w:type="dxa"/>
              <w:right w:w="85" w:type="dxa"/>
            </w:tcMar>
            <w:vAlign w:val="center"/>
          </w:tcPr>
          <w:p w14:paraId="2F4618AD" w14:textId="591BB120" w:rsidR="00BF7FC4" w:rsidRPr="00BF7FC4" w:rsidRDefault="00BF7FC4" w:rsidP="00BF7FC4">
            <w:pPr>
              <w:pStyle w:val="Prrafodelista"/>
              <w:keepNext/>
              <w:numPr>
                <w:ilvl w:val="0"/>
                <w:numId w:val="11"/>
              </w:numPr>
              <w:spacing w:before="40" w:after="40" w:line="240" w:lineRule="auto"/>
              <w:ind w:left="336"/>
              <w:jc w:val="both"/>
              <w:rPr>
                <w:lang w:val="es-PY"/>
              </w:rPr>
            </w:pPr>
            <w:r w:rsidRPr="00BF7FC4">
              <w:rPr>
                <w:lang w:val="es-PY"/>
              </w:rPr>
              <w:t>Los proyectos de investigación responden a las necesidades del entorno local o regional.</w:t>
            </w:r>
          </w:p>
        </w:tc>
        <w:tc>
          <w:tcPr>
            <w:tcW w:w="903" w:type="dxa"/>
            <w:gridSpan w:val="2"/>
            <w:shd w:val="clear" w:color="auto" w:fill="FFFFCC"/>
            <w:tcMar>
              <w:top w:w="60" w:type="dxa"/>
              <w:left w:w="85" w:type="dxa"/>
              <w:bottom w:w="60" w:type="dxa"/>
              <w:right w:w="85" w:type="dxa"/>
            </w:tcMar>
            <w:vAlign w:val="center"/>
          </w:tcPr>
          <w:p w14:paraId="2F2D7A58" w14:textId="77777777" w:rsidR="00BF7FC4" w:rsidRPr="009A1154" w:rsidRDefault="00BF7FC4" w:rsidP="00BF7FC4">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EBB3F1B" w14:textId="77777777" w:rsidR="00BF7FC4" w:rsidRPr="009A1154" w:rsidRDefault="00BF7FC4" w:rsidP="00BF7FC4">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070F766" w14:textId="77777777" w:rsidR="00BF7FC4" w:rsidRPr="009A1154" w:rsidRDefault="00BF7FC4" w:rsidP="00BF7FC4">
            <w:pPr>
              <w:keepNext/>
              <w:spacing w:before="40" w:after="40" w:line="240" w:lineRule="auto"/>
              <w:rPr>
                <w:lang w:val="es-PY"/>
              </w:rPr>
            </w:pPr>
          </w:p>
        </w:tc>
      </w:tr>
      <w:tr w:rsidR="00BF7FC4" w:rsidRPr="00F42274" w14:paraId="03CC601B"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2003A0EE" w14:textId="77777777" w:rsidR="00BF7FC4" w:rsidRPr="009A1154" w:rsidRDefault="00BF7FC4" w:rsidP="00BF7FC4">
            <w:pPr>
              <w:keepNext/>
              <w:rPr>
                <w:lang w:val="es-PY"/>
              </w:rPr>
            </w:pPr>
          </w:p>
        </w:tc>
        <w:tc>
          <w:tcPr>
            <w:tcW w:w="4231" w:type="dxa"/>
            <w:shd w:val="clear" w:color="auto" w:fill="FFFFCC"/>
            <w:tcMar>
              <w:top w:w="60" w:type="dxa"/>
              <w:left w:w="85" w:type="dxa"/>
              <w:bottom w:w="60" w:type="dxa"/>
              <w:right w:w="85" w:type="dxa"/>
            </w:tcMar>
            <w:vAlign w:val="center"/>
          </w:tcPr>
          <w:p w14:paraId="46419F21" w14:textId="09984C91" w:rsidR="00BF7FC4" w:rsidRPr="00BF7FC4" w:rsidRDefault="00BF7FC4" w:rsidP="00BF7FC4">
            <w:pPr>
              <w:pStyle w:val="Prrafodelista"/>
              <w:keepNext/>
              <w:numPr>
                <w:ilvl w:val="0"/>
                <w:numId w:val="11"/>
              </w:numPr>
              <w:spacing w:before="40" w:after="40" w:line="240" w:lineRule="auto"/>
              <w:ind w:left="336"/>
              <w:jc w:val="both"/>
              <w:rPr>
                <w:lang w:val="es-PY"/>
              </w:rPr>
            </w:pPr>
            <w:r w:rsidRPr="00BF7FC4">
              <w:rPr>
                <w:lang w:val="es-PY"/>
              </w:rPr>
              <w:t>Los proyectos de investigación consideran la participación de actores externos clave (comunidad, empresas, instituciones, etc.).</w:t>
            </w:r>
          </w:p>
        </w:tc>
        <w:tc>
          <w:tcPr>
            <w:tcW w:w="903" w:type="dxa"/>
            <w:gridSpan w:val="2"/>
            <w:shd w:val="clear" w:color="auto" w:fill="FFFFCC"/>
            <w:tcMar>
              <w:top w:w="60" w:type="dxa"/>
              <w:left w:w="85" w:type="dxa"/>
              <w:bottom w:w="60" w:type="dxa"/>
              <w:right w:w="85" w:type="dxa"/>
            </w:tcMar>
            <w:vAlign w:val="center"/>
          </w:tcPr>
          <w:p w14:paraId="5E829891" w14:textId="77777777" w:rsidR="00BF7FC4" w:rsidRPr="009A1154" w:rsidRDefault="00BF7FC4" w:rsidP="00BF7FC4">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323DBE0" w14:textId="77777777" w:rsidR="00BF7FC4" w:rsidRPr="009A1154" w:rsidRDefault="00BF7FC4" w:rsidP="00BF7FC4">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1B6FB1E" w14:textId="77777777" w:rsidR="00BF7FC4" w:rsidRPr="009A1154" w:rsidRDefault="00BF7FC4" w:rsidP="00BF7FC4">
            <w:pPr>
              <w:keepNext/>
              <w:spacing w:before="40" w:after="40" w:line="240" w:lineRule="auto"/>
              <w:rPr>
                <w:lang w:val="es-PY"/>
              </w:rPr>
            </w:pPr>
          </w:p>
        </w:tc>
      </w:tr>
      <w:tr w:rsidR="00BF7FC4" w:rsidRPr="00F42274" w14:paraId="0465C800"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528F93BF" w14:textId="77777777" w:rsidR="00BF7FC4" w:rsidRPr="009A1154" w:rsidRDefault="00BF7FC4" w:rsidP="00BF7FC4">
            <w:pPr>
              <w:keepNext/>
              <w:rPr>
                <w:lang w:val="es-PY"/>
              </w:rPr>
            </w:pPr>
          </w:p>
        </w:tc>
        <w:tc>
          <w:tcPr>
            <w:tcW w:w="4231" w:type="dxa"/>
            <w:shd w:val="clear" w:color="auto" w:fill="FFFFCC"/>
            <w:tcMar>
              <w:top w:w="60" w:type="dxa"/>
              <w:left w:w="85" w:type="dxa"/>
              <w:bottom w:w="60" w:type="dxa"/>
              <w:right w:w="85" w:type="dxa"/>
            </w:tcMar>
            <w:vAlign w:val="center"/>
          </w:tcPr>
          <w:p w14:paraId="6923D91B" w14:textId="3E75F8E7" w:rsidR="00BF7FC4" w:rsidRPr="00BF7FC4" w:rsidRDefault="00BF7FC4" w:rsidP="00BF7FC4">
            <w:pPr>
              <w:pStyle w:val="Prrafodelista"/>
              <w:keepNext/>
              <w:numPr>
                <w:ilvl w:val="0"/>
                <w:numId w:val="11"/>
              </w:numPr>
              <w:spacing w:before="40" w:after="40" w:line="240" w:lineRule="auto"/>
              <w:ind w:left="336"/>
              <w:jc w:val="both"/>
              <w:rPr>
                <w:lang w:val="es-PY"/>
              </w:rPr>
            </w:pPr>
            <w:r w:rsidRPr="00BF7FC4">
              <w:rPr>
                <w:lang w:val="es-PY"/>
              </w:rPr>
              <w:t>Las investigaciones desarrolladas responden a los objetivos de la carrera.</w:t>
            </w:r>
          </w:p>
        </w:tc>
        <w:tc>
          <w:tcPr>
            <w:tcW w:w="903" w:type="dxa"/>
            <w:gridSpan w:val="2"/>
            <w:shd w:val="clear" w:color="auto" w:fill="FFFFCC"/>
            <w:tcMar>
              <w:top w:w="60" w:type="dxa"/>
              <w:left w:w="85" w:type="dxa"/>
              <w:bottom w:w="60" w:type="dxa"/>
              <w:right w:w="85" w:type="dxa"/>
            </w:tcMar>
            <w:vAlign w:val="center"/>
          </w:tcPr>
          <w:p w14:paraId="1F4CCF08" w14:textId="77777777" w:rsidR="00BF7FC4" w:rsidRPr="009A1154" w:rsidRDefault="00BF7FC4" w:rsidP="00BF7FC4">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0AF20CC" w14:textId="77777777" w:rsidR="00BF7FC4" w:rsidRPr="009A1154" w:rsidRDefault="00BF7FC4" w:rsidP="00BF7FC4">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98A2979" w14:textId="77777777" w:rsidR="00BF7FC4" w:rsidRPr="009A1154" w:rsidRDefault="00BF7FC4" w:rsidP="00BF7FC4">
            <w:pPr>
              <w:keepNext/>
              <w:spacing w:before="40" w:after="40" w:line="240" w:lineRule="auto"/>
              <w:rPr>
                <w:lang w:val="es-PY"/>
              </w:rPr>
            </w:pPr>
          </w:p>
        </w:tc>
      </w:tr>
      <w:tr w:rsidR="007024CC" w14:paraId="18424C79"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4FB64E96"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1FF1BF3D" w14:textId="77777777" w:rsidR="007024CC" w:rsidRDefault="00CC2F94">
            <w:pPr>
              <w:keepNext/>
              <w:spacing w:before="40" w:after="40" w:line="240" w:lineRule="auto"/>
              <w:jc w:val="center"/>
            </w:pPr>
            <w:r>
              <w:rPr>
                <w:b/>
              </w:rPr>
              <w:t>Medios de verificación</w:t>
            </w:r>
          </w:p>
        </w:tc>
      </w:tr>
      <w:tr w:rsidR="007024CC" w14:paraId="79A488C5"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427C721B" w14:textId="77777777" w:rsidR="007024CC" w:rsidRDefault="007024CC">
            <w:pPr>
              <w:spacing w:before="40" w:after="40" w:line="240" w:lineRule="auto"/>
            </w:pPr>
          </w:p>
          <w:p w14:paraId="3B325FD5" w14:textId="77777777" w:rsidR="009A1154" w:rsidRDefault="009A1154">
            <w:pPr>
              <w:spacing w:before="40" w:after="40" w:line="240" w:lineRule="auto"/>
            </w:pPr>
          </w:p>
          <w:p w14:paraId="1693490C" w14:textId="77777777" w:rsidR="009A1154" w:rsidRDefault="009A1154">
            <w:pPr>
              <w:spacing w:before="40" w:after="40" w:line="240" w:lineRule="auto"/>
            </w:pPr>
          </w:p>
          <w:p w14:paraId="2B65FC98" w14:textId="77777777" w:rsidR="009A1154" w:rsidRDefault="009A1154">
            <w:pPr>
              <w:spacing w:before="40" w:after="40" w:line="240" w:lineRule="auto"/>
            </w:pPr>
          </w:p>
          <w:p w14:paraId="029825A5" w14:textId="77777777" w:rsidR="009A1154" w:rsidRDefault="009A1154">
            <w:pPr>
              <w:spacing w:before="40" w:after="40" w:line="240" w:lineRule="auto"/>
            </w:pPr>
          </w:p>
          <w:p w14:paraId="21E8D6ED" w14:textId="77777777" w:rsidR="009A1154" w:rsidRDefault="009A1154">
            <w:pPr>
              <w:spacing w:before="40" w:after="40" w:line="240" w:lineRule="auto"/>
            </w:pPr>
          </w:p>
          <w:p w14:paraId="7C8A0D79" w14:textId="77777777" w:rsidR="009A1154" w:rsidRDefault="009A1154">
            <w:pPr>
              <w:spacing w:before="40" w:after="40" w:line="240" w:lineRule="auto"/>
            </w:pPr>
          </w:p>
          <w:p w14:paraId="5733E7D2" w14:textId="77777777" w:rsidR="009A1154" w:rsidRDefault="009A1154">
            <w:pPr>
              <w:spacing w:before="40" w:after="40" w:line="240" w:lineRule="auto"/>
            </w:pPr>
          </w:p>
          <w:p w14:paraId="7D514FB5" w14:textId="77777777" w:rsidR="009A1154" w:rsidRDefault="009A1154">
            <w:pPr>
              <w:spacing w:before="40" w:after="40" w:line="240" w:lineRule="auto"/>
            </w:pPr>
          </w:p>
          <w:p w14:paraId="336BCC97" w14:textId="77777777" w:rsidR="009A1154" w:rsidRDefault="009A1154">
            <w:pPr>
              <w:spacing w:before="40" w:after="40" w:line="240" w:lineRule="auto"/>
            </w:pPr>
          </w:p>
          <w:p w14:paraId="49947DD1" w14:textId="77777777" w:rsidR="009A1154" w:rsidRDefault="009A1154">
            <w:pPr>
              <w:spacing w:before="40" w:after="40" w:line="240" w:lineRule="auto"/>
            </w:pPr>
          </w:p>
          <w:p w14:paraId="60ABA745" w14:textId="77777777" w:rsidR="009A1154" w:rsidRDefault="009A1154">
            <w:pPr>
              <w:spacing w:before="40" w:after="40" w:line="240" w:lineRule="auto"/>
            </w:pPr>
          </w:p>
          <w:p w14:paraId="343CF4EF" w14:textId="77777777" w:rsidR="009A1154" w:rsidRDefault="009A1154">
            <w:pPr>
              <w:spacing w:before="40" w:after="40" w:line="240" w:lineRule="auto"/>
            </w:pPr>
          </w:p>
          <w:p w14:paraId="218D39C3" w14:textId="77777777" w:rsidR="009A1154" w:rsidRDefault="009A1154">
            <w:pPr>
              <w:spacing w:before="40" w:after="40" w:line="240" w:lineRule="auto"/>
            </w:pPr>
          </w:p>
          <w:p w14:paraId="41EDA583" w14:textId="77777777" w:rsidR="009A1154" w:rsidRDefault="009A1154">
            <w:pPr>
              <w:spacing w:before="40" w:after="40" w:line="240" w:lineRule="auto"/>
            </w:pPr>
          </w:p>
          <w:p w14:paraId="54F36ADB" w14:textId="77777777" w:rsidR="009A1154" w:rsidRDefault="009A1154">
            <w:pPr>
              <w:spacing w:before="40" w:after="40" w:line="240" w:lineRule="auto"/>
            </w:pPr>
          </w:p>
          <w:p w14:paraId="19572C5A" w14:textId="77777777" w:rsidR="009A1154" w:rsidRDefault="009A1154">
            <w:pPr>
              <w:spacing w:before="40" w:after="40" w:line="240" w:lineRule="auto"/>
            </w:pPr>
          </w:p>
          <w:p w14:paraId="404D358A" w14:textId="77777777" w:rsidR="009A1154" w:rsidRDefault="009A1154">
            <w:pPr>
              <w:spacing w:before="40" w:after="40" w:line="240" w:lineRule="auto"/>
            </w:pPr>
          </w:p>
          <w:p w14:paraId="6D0BB57D" w14:textId="77777777" w:rsidR="009A1154" w:rsidRDefault="009A1154">
            <w:pPr>
              <w:spacing w:before="40" w:after="40" w:line="240" w:lineRule="auto"/>
            </w:pPr>
          </w:p>
          <w:p w14:paraId="753E6BC0" w14:textId="77777777" w:rsidR="009A1154" w:rsidRDefault="009A1154">
            <w:pPr>
              <w:spacing w:before="40" w:after="40" w:line="240" w:lineRule="auto"/>
            </w:pPr>
          </w:p>
          <w:p w14:paraId="76B8A1F4" w14:textId="77777777" w:rsidR="009A1154" w:rsidRDefault="009A1154">
            <w:pPr>
              <w:spacing w:before="40" w:after="40" w:line="240" w:lineRule="auto"/>
            </w:pPr>
          </w:p>
        </w:tc>
        <w:tc>
          <w:tcPr>
            <w:tcW w:w="2692" w:type="dxa"/>
            <w:gridSpan w:val="3"/>
            <w:shd w:val="clear" w:color="auto" w:fill="FFFFFF"/>
            <w:tcMar>
              <w:top w:w="85" w:type="dxa"/>
              <w:left w:w="85" w:type="dxa"/>
              <w:bottom w:w="85" w:type="dxa"/>
              <w:right w:w="85" w:type="dxa"/>
            </w:tcMar>
          </w:tcPr>
          <w:p w14:paraId="2429FB90" w14:textId="77777777" w:rsidR="007024CC" w:rsidRDefault="007024CC">
            <w:pPr>
              <w:spacing w:before="40" w:after="40" w:line="240" w:lineRule="auto"/>
            </w:pPr>
          </w:p>
        </w:tc>
      </w:tr>
    </w:tbl>
    <w:p w14:paraId="381FD604"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2F9D9FF7"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38623963" w14:textId="77777777" w:rsidR="007024CC" w:rsidRDefault="00CC2F94">
            <w:pPr>
              <w:keepNext/>
              <w:spacing w:before="40" w:after="40" w:line="240" w:lineRule="auto"/>
              <w:jc w:val="center"/>
            </w:pPr>
            <w:r>
              <w:rPr>
                <w:b/>
              </w:rPr>
              <w:lastRenderedPageBreak/>
              <w:t>Criterio 2.3.2</w:t>
            </w:r>
          </w:p>
        </w:tc>
        <w:tc>
          <w:tcPr>
            <w:tcW w:w="4231" w:type="dxa"/>
            <w:vMerge w:val="restart"/>
            <w:shd w:val="clear" w:color="auto" w:fill="D5DCE4"/>
            <w:tcMar>
              <w:top w:w="60" w:type="dxa"/>
              <w:left w:w="85" w:type="dxa"/>
              <w:bottom w:w="60" w:type="dxa"/>
              <w:right w:w="85" w:type="dxa"/>
            </w:tcMar>
            <w:vAlign w:val="center"/>
          </w:tcPr>
          <w:p w14:paraId="2B404DF4"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5CFB4BF3" w14:textId="77777777" w:rsidR="007024CC" w:rsidRDefault="00CC2F94">
            <w:pPr>
              <w:keepNext/>
              <w:spacing w:before="40" w:after="40" w:line="240" w:lineRule="auto"/>
              <w:jc w:val="center"/>
            </w:pPr>
            <w:r>
              <w:rPr>
                <w:b/>
              </w:rPr>
              <w:t>Nivel de cumplimiento</w:t>
            </w:r>
          </w:p>
        </w:tc>
      </w:tr>
      <w:tr w:rsidR="007024CC" w14:paraId="6D8831A4"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4D0E95C8"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4394E555"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422ED940"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1A515142"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3CA6FEC2" w14:textId="77777777" w:rsidR="007024CC" w:rsidRDefault="00CC2F94">
            <w:pPr>
              <w:keepNext/>
              <w:spacing w:before="40" w:after="40" w:line="240" w:lineRule="auto"/>
              <w:jc w:val="center"/>
            </w:pPr>
            <w:r>
              <w:rPr>
                <w:b/>
              </w:rPr>
              <w:t>NC</w:t>
            </w:r>
          </w:p>
        </w:tc>
      </w:tr>
      <w:tr w:rsidR="007024CC" w:rsidRPr="00F42274" w14:paraId="23FC7BA7"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1CE54044" w14:textId="77777777" w:rsidR="007024CC" w:rsidRPr="00EC4B4D" w:rsidRDefault="00CC2F94">
            <w:pPr>
              <w:keepNext/>
              <w:spacing w:before="40" w:after="40" w:line="240" w:lineRule="auto"/>
              <w:jc w:val="center"/>
              <w:rPr>
                <w:b/>
                <w:lang w:val="es-PY"/>
              </w:rPr>
            </w:pPr>
            <w:r w:rsidRPr="00EC4B4D">
              <w:rPr>
                <w:b/>
                <w:lang w:val="es-PY"/>
              </w:rPr>
              <w:t>Pertinencia de los proyectos de extensión</w:t>
            </w:r>
          </w:p>
          <w:p w14:paraId="21DF2288"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083C8D3B"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Los proyectos de extensión desarrollados responden a líneas definidas por la carrera.</w:t>
            </w:r>
          </w:p>
        </w:tc>
        <w:tc>
          <w:tcPr>
            <w:tcW w:w="903" w:type="dxa"/>
            <w:gridSpan w:val="2"/>
            <w:shd w:val="clear" w:color="auto" w:fill="FFFFCC"/>
            <w:tcMar>
              <w:top w:w="60" w:type="dxa"/>
              <w:left w:w="85" w:type="dxa"/>
              <w:bottom w:w="60" w:type="dxa"/>
              <w:right w:w="85" w:type="dxa"/>
            </w:tcMar>
            <w:vAlign w:val="center"/>
          </w:tcPr>
          <w:p w14:paraId="1602D16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527FC0B"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9FCD822" w14:textId="77777777" w:rsidR="007024CC" w:rsidRPr="009A1154" w:rsidRDefault="007024CC">
            <w:pPr>
              <w:keepNext/>
              <w:spacing w:before="40" w:after="40" w:line="240" w:lineRule="auto"/>
              <w:rPr>
                <w:lang w:val="es-PY"/>
              </w:rPr>
            </w:pPr>
          </w:p>
        </w:tc>
      </w:tr>
      <w:tr w:rsidR="007024CC" w:rsidRPr="00F42274" w14:paraId="715F84E8"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28206D57"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7F0F7ADE"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Los proyectos de extensión abordan problemáticas actuales y relevantes en el campo disciplinar de la carrera.</w:t>
            </w:r>
          </w:p>
        </w:tc>
        <w:tc>
          <w:tcPr>
            <w:tcW w:w="903" w:type="dxa"/>
            <w:gridSpan w:val="2"/>
            <w:shd w:val="clear" w:color="auto" w:fill="FFFFCC"/>
            <w:tcMar>
              <w:top w:w="60" w:type="dxa"/>
              <w:left w:w="85" w:type="dxa"/>
              <w:bottom w:w="60" w:type="dxa"/>
              <w:right w:w="85" w:type="dxa"/>
            </w:tcMar>
            <w:vAlign w:val="center"/>
          </w:tcPr>
          <w:p w14:paraId="0FE995CE"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F24BCC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F6A0571" w14:textId="77777777" w:rsidR="007024CC" w:rsidRPr="009A1154" w:rsidRDefault="007024CC">
            <w:pPr>
              <w:keepNext/>
              <w:spacing w:before="40" w:after="40" w:line="240" w:lineRule="auto"/>
              <w:rPr>
                <w:lang w:val="es-PY"/>
              </w:rPr>
            </w:pPr>
          </w:p>
        </w:tc>
      </w:tr>
      <w:tr w:rsidR="007024CC" w:rsidRPr="00F42274" w14:paraId="00822335"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787AB5B5"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1699E3A8"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Los proyectos de extensión realizados cuentan con la dotación de recursos necesarios para su desarrollo.</w:t>
            </w:r>
          </w:p>
        </w:tc>
        <w:tc>
          <w:tcPr>
            <w:tcW w:w="903" w:type="dxa"/>
            <w:gridSpan w:val="2"/>
            <w:shd w:val="clear" w:color="auto" w:fill="FFFFCC"/>
            <w:tcMar>
              <w:top w:w="60" w:type="dxa"/>
              <w:left w:w="85" w:type="dxa"/>
              <w:bottom w:w="60" w:type="dxa"/>
              <w:right w:w="85" w:type="dxa"/>
            </w:tcMar>
            <w:vAlign w:val="center"/>
          </w:tcPr>
          <w:p w14:paraId="28BF6419"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16FD22C"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9DEB993" w14:textId="77777777" w:rsidR="007024CC" w:rsidRPr="009A1154" w:rsidRDefault="007024CC">
            <w:pPr>
              <w:keepNext/>
              <w:spacing w:before="40" w:after="40" w:line="240" w:lineRule="auto"/>
              <w:rPr>
                <w:lang w:val="es-PY"/>
              </w:rPr>
            </w:pPr>
          </w:p>
        </w:tc>
      </w:tr>
      <w:tr w:rsidR="007024CC" w:rsidRPr="00F42274" w14:paraId="4818F615"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1B8D63D3"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1A3B58A4"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Los proyectos de extensión integran activamente a docentes y estudiantes en función de su vinculación con la formación académica.</w:t>
            </w:r>
          </w:p>
        </w:tc>
        <w:tc>
          <w:tcPr>
            <w:tcW w:w="903" w:type="dxa"/>
            <w:gridSpan w:val="2"/>
            <w:shd w:val="clear" w:color="auto" w:fill="FFFFCC"/>
            <w:tcMar>
              <w:top w:w="60" w:type="dxa"/>
              <w:left w:w="85" w:type="dxa"/>
              <w:bottom w:w="60" w:type="dxa"/>
              <w:right w:w="85" w:type="dxa"/>
            </w:tcMar>
            <w:vAlign w:val="center"/>
          </w:tcPr>
          <w:p w14:paraId="71C4596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4A6304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697C979" w14:textId="77777777" w:rsidR="007024CC" w:rsidRPr="009A1154" w:rsidRDefault="007024CC">
            <w:pPr>
              <w:keepNext/>
              <w:spacing w:before="40" w:after="40" w:line="240" w:lineRule="auto"/>
              <w:rPr>
                <w:lang w:val="es-PY"/>
              </w:rPr>
            </w:pPr>
          </w:p>
        </w:tc>
      </w:tr>
      <w:tr w:rsidR="007024CC" w:rsidRPr="00F42274" w14:paraId="2863CF5A"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00A55647"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61EBA2AE" w14:textId="77777777" w:rsidR="007024CC" w:rsidRPr="00EC4B4D" w:rsidRDefault="00CC2F94">
            <w:pPr>
              <w:keepNext/>
              <w:spacing w:before="40" w:after="40" w:line="240" w:lineRule="auto"/>
              <w:ind w:left="369" w:hanging="369"/>
              <w:jc w:val="both"/>
              <w:rPr>
                <w:lang w:val="es-PY"/>
              </w:rPr>
            </w:pPr>
            <w:r w:rsidRPr="00EC4B4D">
              <w:rPr>
                <w:lang w:val="es-PY"/>
              </w:rPr>
              <w:t>e.</w:t>
            </w:r>
            <w:r w:rsidRPr="00EC4B4D">
              <w:rPr>
                <w:lang w:val="es-PY"/>
              </w:rPr>
              <w:tab/>
              <w:t>Las actividades realizadas en el marco del desarrollo de los proyectos de extensión retroalimentan el aprendizaje de los estudiantes.</w:t>
            </w:r>
          </w:p>
        </w:tc>
        <w:tc>
          <w:tcPr>
            <w:tcW w:w="903" w:type="dxa"/>
            <w:gridSpan w:val="2"/>
            <w:shd w:val="clear" w:color="auto" w:fill="FFFFCC"/>
            <w:tcMar>
              <w:top w:w="60" w:type="dxa"/>
              <w:left w:w="85" w:type="dxa"/>
              <w:bottom w:w="60" w:type="dxa"/>
              <w:right w:w="85" w:type="dxa"/>
            </w:tcMar>
            <w:vAlign w:val="center"/>
          </w:tcPr>
          <w:p w14:paraId="27CCD298"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7B7C6F0"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057EE74" w14:textId="77777777" w:rsidR="007024CC" w:rsidRPr="009A1154" w:rsidRDefault="007024CC">
            <w:pPr>
              <w:keepNext/>
              <w:spacing w:before="40" w:after="40" w:line="240" w:lineRule="auto"/>
              <w:rPr>
                <w:lang w:val="es-PY"/>
              </w:rPr>
            </w:pPr>
          </w:p>
        </w:tc>
      </w:tr>
      <w:tr w:rsidR="007024CC" w14:paraId="05E79CFE"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1816892A"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3398BF17" w14:textId="77777777" w:rsidR="007024CC" w:rsidRDefault="00CC2F94">
            <w:pPr>
              <w:keepNext/>
              <w:spacing w:before="40" w:after="40" w:line="240" w:lineRule="auto"/>
              <w:jc w:val="center"/>
            </w:pPr>
            <w:r>
              <w:rPr>
                <w:b/>
              </w:rPr>
              <w:t>Medios de verificación</w:t>
            </w:r>
          </w:p>
        </w:tc>
      </w:tr>
      <w:tr w:rsidR="007024CC" w14:paraId="277668D0"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217E6244" w14:textId="77777777" w:rsidR="007024CC" w:rsidRDefault="007024CC">
            <w:pPr>
              <w:spacing w:before="40" w:after="40" w:line="240" w:lineRule="auto"/>
            </w:pPr>
          </w:p>
          <w:p w14:paraId="088C81B4" w14:textId="77777777" w:rsidR="009A1154" w:rsidRDefault="009A1154">
            <w:pPr>
              <w:spacing w:before="40" w:after="40" w:line="240" w:lineRule="auto"/>
            </w:pPr>
          </w:p>
          <w:p w14:paraId="1158964F" w14:textId="77777777" w:rsidR="009A1154" w:rsidRDefault="009A1154">
            <w:pPr>
              <w:spacing w:before="40" w:after="40" w:line="240" w:lineRule="auto"/>
            </w:pPr>
          </w:p>
          <w:p w14:paraId="0E8B05DB" w14:textId="77777777" w:rsidR="009A1154" w:rsidRDefault="009A1154">
            <w:pPr>
              <w:spacing w:before="40" w:after="40" w:line="240" w:lineRule="auto"/>
            </w:pPr>
          </w:p>
          <w:p w14:paraId="066C5C08" w14:textId="77777777" w:rsidR="009A1154" w:rsidRDefault="009A1154">
            <w:pPr>
              <w:spacing w:before="40" w:after="40" w:line="240" w:lineRule="auto"/>
            </w:pPr>
          </w:p>
          <w:p w14:paraId="06135E99" w14:textId="77777777" w:rsidR="009A1154" w:rsidRDefault="009A1154">
            <w:pPr>
              <w:spacing w:before="40" w:after="40" w:line="240" w:lineRule="auto"/>
            </w:pPr>
          </w:p>
          <w:p w14:paraId="3020D632" w14:textId="77777777" w:rsidR="009A1154" w:rsidRDefault="009A1154">
            <w:pPr>
              <w:spacing w:before="40" w:after="40" w:line="240" w:lineRule="auto"/>
            </w:pPr>
          </w:p>
          <w:p w14:paraId="76C601FF" w14:textId="77777777" w:rsidR="009A1154" w:rsidRDefault="009A1154">
            <w:pPr>
              <w:spacing w:before="40" w:after="40" w:line="240" w:lineRule="auto"/>
            </w:pPr>
          </w:p>
          <w:p w14:paraId="25477891" w14:textId="77777777" w:rsidR="009A1154" w:rsidRDefault="009A1154">
            <w:pPr>
              <w:spacing w:before="40" w:after="40" w:line="240" w:lineRule="auto"/>
            </w:pPr>
          </w:p>
          <w:p w14:paraId="41E91FED" w14:textId="77777777" w:rsidR="009A1154" w:rsidRDefault="009A1154">
            <w:pPr>
              <w:spacing w:before="40" w:after="40" w:line="240" w:lineRule="auto"/>
            </w:pPr>
          </w:p>
          <w:p w14:paraId="277AAB5B" w14:textId="77777777" w:rsidR="009A1154" w:rsidRDefault="009A1154">
            <w:pPr>
              <w:spacing w:before="40" w:after="40" w:line="240" w:lineRule="auto"/>
            </w:pPr>
          </w:p>
          <w:p w14:paraId="280C76E3" w14:textId="77777777" w:rsidR="009A1154" w:rsidRDefault="009A1154">
            <w:pPr>
              <w:spacing w:before="40" w:after="40" w:line="240" w:lineRule="auto"/>
            </w:pPr>
          </w:p>
          <w:p w14:paraId="0139981E" w14:textId="77777777" w:rsidR="009A1154" w:rsidRDefault="009A1154">
            <w:pPr>
              <w:spacing w:before="40" w:after="40" w:line="240" w:lineRule="auto"/>
            </w:pPr>
          </w:p>
          <w:p w14:paraId="198D6C7A" w14:textId="77777777" w:rsidR="009A1154" w:rsidRDefault="009A1154">
            <w:pPr>
              <w:spacing w:before="40" w:after="40" w:line="240" w:lineRule="auto"/>
            </w:pPr>
          </w:p>
          <w:p w14:paraId="618732ED" w14:textId="77777777" w:rsidR="009A1154" w:rsidRDefault="009A1154">
            <w:pPr>
              <w:spacing w:before="40" w:after="40" w:line="240" w:lineRule="auto"/>
            </w:pPr>
          </w:p>
          <w:p w14:paraId="1AB992B1" w14:textId="77777777" w:rsidR="009A1154" w:rsidRDefault="009A1154">
            <w:pPr>
              <w:spacing w:before="40" w:after="40" w:line="240" w:lineRule="auto"/>
            </w:pPr>
          </w:p>
          <w:p w14:paraId="5C3D5156" w14:textId="77777777" w:rsidR="009A1154" w:rsidRDefault="009A1154">
            <w:pPr>
              <w:spacing w:before="40" w:after="40" w:line="240" w:lineRule="auto"/>
            </w:pPr>
          </w:p>
          <w:p w14:paraId="3766438F" w14:textId="77777777" w:rsidR="009A1154" w:rsidRDefault="009A1154">
            <w:pPr>
              <w:spacing w:before="40" w:after="40" w:line="240" w:lineRule="auto"/>
            </w:pPr>
          </w:p>
          <w:p w14:paraId="693A8D54" w14:textId="77777777" w:rsidR="009A1154" w:rsidRDefault="009A1154">
            <w:pPr>
              <w:spacing w:before="40" w:after="40" w:line="240" w:lineRule="auto"/>
            </w:pPr>
          </w:p>
          <w:p w14:paraId="064CBB31" w14:textId="77777777" w:rsidR="009A1154" w:rsidRDefault="009A1154">
            <w:pPr>
              <w:spacing w:before="40" w:after="40" w:line="240" w:lineRule="auto"/>
            </w:pPr>
          </w:p>
          <w:p w14:paraId="48B5FAF3" w14:textId="77777777" w:rsidR="009A1154" w:rsidRDefault="009A1154">
            <w:pPr>
              <w:spacing w:before="40" w:after="40" w:line="240" w:lineRule="auto"/>
            </w:pPr>
          </w:p>
          <w:p w14:paraId="0869264E" w14:textId="77777777" w:rsidR="009A1154" w:rsidRDefault="009A1154">
            <w:pPr>
              <w:spacing w:before="40" w:after="40" w:line="240" w:lineRule="auto"/>
            </w:pPr>
          </w:p>
        </w:tc>
        <w:tc>
          <w:tcPr>
            <w:tcW w:w="2692" w:type="dxa"/>
            <w:gridSpan w:val="3"/>
            <w:shd w:val="clear" w:color="auto" w:fill="FFFFFF"/>
            <w:tcMar>
              <w:top w:w="85" w:type="dxa"/>
              <w:left w:w="85" w:type="dxa"/>
              <w:bottom w:w="85" w:type="dxa"/>
              <w:right w:w="85" w:type="dxa"/>
            </w:tcMar>
          </w:tcPr>
          <w:p w14:paraId="44EF32A3" w14:textId="77777777" w:rsidR="007024CC" w:rsidRDefault="007024CC">
            <w:pPr>
              <w:spacing w:before="40" w:after="40" w:line="240" w:lineRule="auto"/>
            </w:pPr>
          </w:p>
        </w:tc>
      </w:tr>
    </w:tbl>
    <w:p w14:paraId="049FC5FD"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5"/>
        <w:gridCol w:w="4675"/>
      </w:tblGrid>
      <w:tr w:rsidR="007024CC" w:rsidRPr="00F42274" w14:paraId="0F8FEA93" w14:textId="77777777">
        <w:trPr>
          <w:cantSplit/>
          <w:trHeight w:val="380"/>
          <w:jc w:val="center"/>
        </w:trPr>
        <w:tc>
          <w:tcPr>
            <w:tcW w:w="9350" w:type="dxa"/>
            <w:gridSpan w:val="2"/>
            <w:shd w:val="clear" w:color="auto" w:fill="323E4F"/>
            <w:tcMar>
              <w:top w:w="60" w:type="dxa"/>
              <w:left w:w="85" w:type="dxa"/>
              <w:bottom w:w="60" w:type="dxa"/>
              <w:right w:w="85" w:type="dxa"/>
            </w:tcMar>
            <w:vAlign w:val="center"/>
          </w:tcPr>
          <w:p w14:paraId="007B26E6" w14:textId="77777777" w:rsidR="007024CC" w:rsidRPr="009A1154" w:rsidRDefault="00CC2F94">
            <w:pPr>
              <w:keepNext/>
              <w:spacing w:before="40" w:after="40" w:line="240" w:lineRule="auto"/>
              <w:jc w:val="center"/>
              <w:rPr>
                <w:lang w:val="es-PY"/>
              </w:rPr>
            </w:pPr>
            <w:r w:rsidRPr="009A1154">
              <w:rPr>
                <w:b/>
                <w:color w:val="FFFFFF"/>
                <w:sz w:val="20"/>
                <w:lang w:val="es-PY"/>
              </w:rPr>
              <w:lastRenderedPageBreak/>
              <w:t>Fortalezas y Debilidades del Cumplimiento de Criterios de la Dimensión Evaluada</w:t>
            </w:r>
          </w:p>
        </w:tc>
      </w:tr>
      <w:tr w:rsidR="007024CC" w14:paraId="45541DC5" w14:textId="77777777">
        <w:trPr>
          <w:cantSplit/>
          <w:trHeight w:val="340"/>
          <w:jc w:val="center"/>
        </w:trPr>
        <w:tc>
          <w:tcPr>
            <w:tcW w:w="4675" w:type="dxa"/>
            <w:shd w:val="clear" w:color="auto" w:fill="D5DCE4"/>
            <w:tcMar>
              <w:top w:w="60" w:type="dxa"/>
              <w:left w:w="85" w:type="dxa"/>
              <w:bottom w:w="60" w:type="dxa"/>
              <w:right w:w="85" w:type="dxa"/>
            </w:tcMar>
            <w:vAlign w:val="center"/>
          </w:tcPr>
          <w:p w14:paraId="1F26B28B" w14:textId="77777777" w:rsidR="007024CC" w:rsidRDefault="00CC2F94">
            <w:pPr>
              <w:keepNext/>
              <w:spacing w:before="40" w:after="40" w:line="240" w:lineRule="auto"/>
              <w:jc w:val="center"/>
            </w:pPr>
            <w:r>
              <w:rPr>
                <w:b/>
              </w:rPr>
              <w:t>Fortalezas</w:t>
            </w:r>
          </w:p>
        </w:tc>
        <w:tc>
          <w:tcPr>
            <w:tcW w:w="4675" w:type="dxa"/>
            <w:shd w:val="clear" w:color="auto" w:fill="D5DCE4"/>
            <w:tcMar>
              <w:top w:w="60" w:type="dxa"/>
              <w:left w:w="85" w:type="dxa"/>
              <w:bottom w:w="60" w:type="dxa"/>
              <w:right w:w="85" w:type="dxa"/>
            </w:tcMar>
            <w:vAlign w:val="center"/>
          </w:tcPr>
          <w:p w14:paraId="2A9C32C3" w14:textId="77777777" w:rsidR="007024CC" w:rsidRDefault="00CC2F94">
            <w:pPr>
              <w:keepNext/>
              <w:spacing w:before="40" w:after="40" w:line="240" w:lineRule="auto"/>
              <w:jc w:val="center"/>
            </w:pPr>
            <w:r>
              <w:rPr>
                <w:b/>
              </w:rPr>
              <w:t>Debilidades</w:t>
            </w:r>
          </w:p>
        </w:tc>
      </w:tr>
      <w:tr w:rsidR="007024CC" w14:paraId="091F972D" w14:textId="77777777">
        <w:trPr>
          <w:trHeight w:val="2400"/>
          <w:jc w:val="center"/>
        </w:trPr>
        <w:tc>
          <w:tcPr>
            <w:tcW w:w="4675" w:type="dxa"/>
            <w:shd w:val="clear" w:color="auto" w:fill="FFFFFF"/>
            <w:tcMar>
              <w:top w:w="85" w:type="dxa"/>
              <w:left w:w="85" w:type="dxa"/>
              <w:bottom w:w="85" w:type="dxa"/>
              <w:right w:w="85" w:type="dxa"/>
            </w:tcMar>
          </w:tcPr>
          <w:p w14:paraId="4706F63B" w14:textId="77777777" w:rsidR="007024CC" w:rsidRDefault="007024CC">
            <w:pPr>
              <w:keepNext/>
              <w:spacing w:before="40" w:after="40" w:line="240" w:lineRule="auto"/>
            </w:pPr>
          </w:p>
          <w:p w14:paraId="7121078D" w14:textId="77777777" w:rsidR="00EC4B4D" w:rsidRDefault="00EC4B4D">
            <w:pPr>
              <w:keepNext/>
              <w:spacing w:before="40" w:after="40" w:line="240" w:lineRule="auto"/>
            </w:pPr>
          </w:p>
          <w:p w14:paraId="1B2BAF6D" w14:textId="77777777" w:rsidR="00EC4B4D" w:rsidRDefault="00EC4B4D">
            <w:pPr>
              <w:keepNext/>
              <w:spacing w:before="40" w:after="40" w:line="240" w:lineRule="auto"/>
            </w:pPr>
          </w:p>
          <w:p w14:paraId="75F59E2B" w14:textId="77777777" w:rsidR="00EC4B4D" w:rsidRDefault="00EC4B4D">
            <w:pPr>
              <w:keepNext/>
              <w:spacing w:before="40" w:after="40" w:line="240" w:lineRule="auto"/>
            </w:pPr>
          </w:p>
          <w:p w14:paraId="6AC1D2F3" w14:textId="77777777" w:rsidR="00EC4B4D" w:rsidRDefault="00EC4B4D">
            <w:pPr>
              <w:keepNext/>
              <w:spacing w:before="40" w:after="40" w:line="240" w:lineRule="auto"/>
            </w:pPr>
          </w:p>
          <w:p w14:paraId="28C6B3E2" w14:textId="77777777" w:rsidR="00EC4B4D" w:rsidRDefault="00EC4B4D">
            <w:pPr>
              <w:keepNext/>
              <w:spacing w:before="40" w:after="40" w:line="240" w:lineRule="auto"/>
            </w:pPr>
          </w:p>
          <w:p w14:paraId="69EFA563" w14:textId="77777777" w:rsidR="00EC4B4D" w:rsidRDefault="00EC4B4D">
            <w:pPr>
              <w:keepNext/>
              <w:spacing w:before="40" w:after="40" w:line="240" w:lineRule="auto"/>
            </w:pPr>
          </w:p>
          <w:p w14:paraId="29A8C153" w14:textId="77777777" w:rsidR="00EC4B4D" w:rsidRDefault="00EC4B4D">
            <w:pPr>
              <w:keepNext/>
              <w:spacing w:before="40" w:after="40" w:line="240" w:lineRule="auto"/>
            </w:pPr>
          </w:p>
          <w:p w14:paraId="4A0D5861" w14:textId="77777777" w:rsidR="00EC4B4D" w:rsidRDefault="00EC4B4D">
            <w:pPr>
              <w:keepNext/>
              <w:spacing w:before="40" w:after="40" w:line="240" w:lineRule="auto"/>
            </w:pPr>
          </w:p>
          <w:p w14:paraId="7D046929" w14:textId="77777777" w:rsidR="00EC4B4D" w:rsidRDefault="00EC4B4D">
            <w:pPr>
              <w:keepNext/>
              <w:spacing w:before="40" w:after="40" w:line="240" w:lineRule="auto"/>
            </w:pPr>
          </w:p>
        </w:tc>
        <w:tc>
          <w:tcPr>
            <w:tcW w:w="4675" w:type="dxa"/>
            <w:shd w:val="clear" w:color="auto" w:fill="FFFFFF"/>
            <w:tcMar>
              <w:top w:w="85" w:type="dxa"/>
              <w:left w:w="85" w:type="dxa"/>
              <w:bottom w:w="85" w:type="dxa"/>
              <w:right w:w="85" w:type="dxa"/>
            </w:tcMar>
          </w:tcPr>
          <w:p w14:paraId="2D4347A0" w14:textId="77777777" w:rsidR="007024CC" w:rsidRDefault="007024CC">
            <w:pPr>
              <w:keepNext/>
              <w:spacing w:before="40" w:after="40" w:line="240" w:lineRule="auto"/>
            </w:pPr>
          </w:p>
        </w:tc>
      </w:tr>
      <w:tr w:rsidR="007024CC" w14:paraId="78B2B32D" w14:textId="77777777">
        <w:trPr>
          <w:cantSplit/>
          <w:trHeight w:val="380"/>
          <w:jc w:val="center"/>
        </w:trPr>
        <w:tc>
          <w:tcPr>
            <w:tcW w:w="9350" w:type="dxa"/>
            <w:gridSpan w:val="2"/>
            <w:shd w:val="clear" w:color="auto" w:fill="323E4F"/>
            <w:tcMar>
              <w:top w:w="60" w:type="dxa"/>
              <w:left w:w="85" w:type="dxa"/>
              <w:bottom w:w="60" w:type="dxa"/>
              <w:right w:w="85" w:type="dxa"/>
            </w:tcMar>
            <w:vAlign w:val="center"/>
          </w:tcPr>
          <w:p w14:paraId="1BF748DB" w14:textId="77777777" w:rsidR="007024CC" w:rsidRDefault="00CC2F94">
            <w:pPr>
              <w:keepNext/>
              <w:spacing w:before="40" w:after="40" w:line="240" w:lineRule="auto"/>
              <w:jc w:val="center"/>
            </w:pPr>
            <w:r>
              <w:rPr>
                <w:b/>
                <w:color w:val="FFFFFF"/>
                <w:sz w:val="20"/>
              </w:rPr>
              <w:t>Oportunidades de Mejora</w:t>
            </w:r>
          </w:p>
        </w:tc>
      </w:tr>
      <w:tr w:rsidR="007024CC" w14:paraId="03FE5C67" w14:textId="77777777">
        <w:trPr>
          <w:trHeight w:val="2400"/>
          <w:jc w:val="center"/>
        </w:trPr>
        <w:tc>
          <w:tcPr>
            <w:tcW w:w="9350" w:type="dxa"/>
            <w:gridSpan w:val="2"/>
            <w:shd w:val="clear" w:color="auto" w:fill="FFFFFF"/>
            <w:tcMar>
              <w:top w:w="85" w:type="dxa"/>
              <w:left w:w="85" w:type="dxa"/>
              <w:bottom w:w="85" w:type="dxa"/>
              <w:right w:w="85" w:type="dxa"/>
            </w:tcMar>
          </w:tcPr>
          <w:p w14:paraId="7A90B955" w14:textId="77777777" w:rsidR="007024CC" w:rsidRDefault="007024CC">
            <w:pPr>
              <w:spacing w:before="40" w:after="40" w:line="240" w:lineRule="auto"/>
            </w:pPr>
          </w:p>
          <w:p w14:paraId="1D22F8FA" w14:textId="77777777" w:rsidR="009A1154" w:rsidRDefault="009A1154">
            <w:pPr>
              <w:spacing w:before="40" w:after="40" w:line="240" w:lineRule="auto"/>
            </w:pPr>
          </w:p>
          <w:p w14:paraId="61B6557A" w14:textId="77777777" w:rsidR="009A1154" w:rsidRDefault="009A1154">
            <w:pPr>
              <w:spacing w:before="40" w:after="40" w:line="240" w:lineRule="auto"/>
            </w:pPr>
          </w:p>
          <w:p w14:paraId="2AFA0E2D" w14:textId="77777777" w:rsidR="009A1154" w:rsidRDefault="009A1154">
            <w:pPr>
              <w:spacing w:before="40" w:after="40" w:line="240" w:lineRule="auto"/>
            </w:pPr>
          </w:p>
          <w:p w14:paraId="55FE9A8E" w14:textId="77777777" w:rsidR="009A1154" w:rsidRDefault="009A1154">
            <w:pPr>
              <w:spacing w:before="40" w:after="40" w:line="240" w:lineRule="auto"/>
            </w:pPr>
          </w:p>
          <w:p w14:paraId="237C1AFF" w14:textId="77777777" w:rsidR="009A1154" w:rsidRDefault="009A1154">
            <w:pPr>
              <w:spacing w:before="40" w:after="40" w:line="240" w:lineRule="auto"/>
            </w:pPr>
          </w:p>
          <w:p w14:paraId="6B246135" w14:textId="77777777" w:rsidR="009A1154" w:rsidRDefault="009A1154">
            <w:pPr>
              <w:spacing w:before="40" w:after="40" w:line="240" w:lineRule="auto"/>
            </w:pPr>
          </w:p>
          <w:p w14:paraId="6DB20D69" w14:textId="77777777" w:rsidR="009A1154" w:rsidRDefault="009A1154">
            <w:pPr>
              <w:spacing w:before="40" w:after="40" w:line="240" w:lineRule="auto"/>
            </w:pPr>
          </w:p>
          <w:p w14:paraId="62B9695B" w14:textId="77777777" w:rsidR="009A1154" w:rsidRDefault="009A1154">
            <w:pPr>
              <w:spacing w:before="40" w:after="40" w:line="240" w:lineRule="auto"/>
            </w:pPr>
          </w:p>
          <w:p w14:paraId="7E0BBDC4" w14:textId="77777777" w:rsidR="009A1154" w:rsidRDefault="009A1154">
            <w:pPr>
              <w:spacing w:before="40" w:after="40" w:line="240" w:lineRule="auto"/>
            </w:pPr>
          </w:p>
          <w:p w14:paraId="237C161F" w14:textId="77777777" w:rsidR="009A1154" w:rsidRDefault="009A1154">
            <w:pPr>
              <w:spacing w:before="40" w:after="40" w:line="240" w:lineRule="auto"/>
            </w:pPr>
          </w:p>
          <w:p w14:paraId="6A6957EF" w14:textId="77777777" w:rsidR="009A1154" w:rsidRDefault="009A1154">
            <w:pPr>
              <w:spacing w:before="40" w:after="40" w:line="240" w:lineRule="auto"/>
            </w:pPr>
          </w:p>
          <w:p w14:paraId="665F6043" w14:textId="77777777" w:rsidR="009A1154" w:rsidRDefault="009A1154">
            <w:pPr>
              <w:spacing w:before="40" w:after="40" w:line="240" w:lineRule="auto"/>
            </w:pPr>
          </w:p>
          <w:p w14:paraId="73FCCE84" w14:textId="77777777" w:rsidR="009A1154" w:rsidRDefault="009A1154">
            <w:pPr>
              <w:spacing w:before="40" w:after="40" w:line="240" w:lineRule="auto"/>
            </w:pPr>
          </w:p>
          <w:p w14:paraId="448B9889" w14:textId="77777777" w:rsidR="009A1154" w:rsidRDefault="009A1154">
            <w:pPr>
              <w:spacing w:before="40" w:after="40" w:line="240" w:lineRule="auto"/>
            </w:pPr>
          </w:p>
          <w:p w14:paraId="3A679FE7" w14:textId="77777777" w:rsidR="009A1154" w:rsidRDefault="009A1154">
            <w:pPr>
              <w:spacing w:before="40" w:after="40" w:line="240" w:lineRule="auto"/>
            </w:pPr>
          </w:p>
          <w:p w14:paraId="346E3C7B" w14:textId="77777777" w:rsidR="009A1154" w:rsidRDefault="009A1154">
            <w:pPr>
              <w:spacing w:before="40" w:after="40" w:line="240" w:lineRule="auto"/>
            </w:pPr>
          </w:p>
          <w:p w14:paraId="0413132E" w14:textId="77777777" w:rsidR="009A1154" w:rsidRDefault="009A1154">
            <w:pPr>
              <w:spacing w:before="40" w:after="40" w:line="240" w:lineRule="auto"/>
            </w:pPr>
          </w:p>
          <w:p w14:paraId="6AD36CAD" w14:textId="77777777" w:rsidR="009A1154" w:rsidRDefault="009A1154">
            <w:pPr>
              <w:spacing w:before="40" w:after="40" w:line="240" w:lineRule="auto"/>
            </w:pPr>
          </w:p>
          <w:p w14:paraId="4BFD260D" w14:textId="77777777" w:rsidR="009A1154" w:rsidRDefault="009A1154">
            <w:pPr>
              <w:spacing w:before="40" w:after="40" w:line="240" w:lineRule="auto"/>
            </w:pPr>
          </w:p>
          <w:p w14:paraId="49A9AEA4" w14:textId="77777777" w:rsidR="009A1154" w:rsidRDefault="009A1154">
            <w:pPr>
              <w:spacing w:before="40" w:after="40" w:line="240" w:lineRule="auto"/>
            </w:pPr>
          </w:p>
          <w:p w14:paraId="0D9DB554" w14:textId="77777777" w:rsidR="009A1154" w:rsidRDefault="009A1154">
            <w:pPr>
              <w:spacing w:before="40" w:after="40" w:line="240" w:lineRule="auto"/>
            </w:pPr>
          </w:p>
          <w:p w14:paraId="764212A2" w14:textId="77777777" w:rsidR="009A1154" w:rsidRDefault="009A1154">
            <w:pPr>
              <w:spacing w:before="40" w:after="40" w:line="240" w:lineRule="auto"/>
            </w:pPr>
          </w:p>
          <w:p w14:paraId="5FD1B6C1" w14:textId="77777777" w:rsidR="009A1154" w:rsidRDefault="009A1154">
            <w:pPr>
              <w:spacing w:before="40" w:after="40" w:line="240" w:lineRule="auto"/>
            </w:pPr>
          </w:p>
          <w:p w14:paraId="0B5CE528" w14:textId="77777777" w:rsidR="009A1154" w:rsidRDefault="009A1154">
            <w:pPr>
              <w:spacing w:before="40" w:after="40" w:line="240" w:lineRule="auto"/>
            </w:pPr>
          </w:p>
          <w:p w14:paraId="05CFD73F" w14:textId="77777777" w:rsidR="009A1154" w:rsidRDefault="009A1154">
            <w:pPr>
              <w:spacing w:before="40" w:after="40" w:line="240" w:lineRule="auto"/>
            </w:pPr>
          </w:p>
          <w:p w14:paraId="118149B5" w14:textId="77777777" w:rsidR="009A1154" w:rsidRDefault="009A1154">
            <w:pPr>
              <w:spacing w:before="40" w:after="40" w:line="240" w:lineRule="auto"/>
            </w:pPr>
          </w:p>
          <w:p w14:paraId="27F5529D" w14:textId="77777777" w:rsidR="009A1154" w:rsidRDefault="009A1154">
            <w:pPr>
              <w:spacing w:before="40" w:after="40" w:line="240" w:lineRule="auto"/>
            </w:pPr>
          </w:p>
          <w:p w14:paraId="096F0ACF" w14:textId="77777777" w:rsidR="009A1154" w:rsidRDefault="009A1154">
            <w:pPr>
              <w:spacing w:before="40" w:after="40" w:line="240" w:lineRule="auto"/>
            </w:pPr>
          </w:p>
        </w:tc>
      </w:tr>
    </w:tbl>
    <w:p w14:paraId="502B8D8B"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456E5DA5" w14:textId="77777777">
        <w:trPr>
          <w:cantSplit/>
          <w:trHeight w:val="380"/>
          <w:tblHeader/>
          <w:jc w:val="center"/>
        </w:trPr>
        <w:tc>
          <w:tcPr>
            <w:tcW w:w="9350" w:type="dxa"/>
            <w:gridSpan w:val="6"/>
            <w:shd w:val="clear" w:color="auto" w:fill="323E4F"/>
            <w:tcMar>
              <w:top w:w="60" w:type="dxa"/>
              <w:left w:w="85" w:type="dxa"/>
              <w:bottom w:w="60" w:type="dxa"/>
              <w:right w:w="85" w:type="dxa"/>
            </w:tcMar>
            <w:vAlign w:val="center"/>
          </w:tcPr>
          <w:p w14:paraId="31E1FB31" w14:textId="77777777" w:rsidR="007024CC" w:rsidRDefault="00CC2F94" w:rsidP="00BF7FC4">
            <w:pPr>
              <w:keepNext/>
              <w:spacing w:before="40" w:after="40" w:line="240" w:lineRule="auto"/>
            </w:pPr>
            <w:r>
              <w:rPr>
                <w:b/>
                <w:color w:val="FFFFFF"/>
                <w:sz w:val="24"/>
              </w:rPr>
              <w:lastRenderedPageBreak/>
              <w:t>DIMENSIÓN 3. PERSONAS</w:t>
            </w:r>
          </w:p>
        </w:tc>
      </w:tr>
      <w:tr w:rsidR="007024CC" w14:paraId="6A32F603" w14:textId="77777777">
        <w:trPr>
          <w:cantSplit/>
          <w:trHeight w:val="380"/>
          <w:tblHeader/>
          <w:jc w:val="center"/>
        </w:trPr>
        <w:tc>
          <w:tcPr>
            <w:tcW w:w="9350" w:type="dxa"/>
            <w:gridSpan w:val="6"/>
            <w:shd w:val="clear" w:color="auto" w:fill="44546A"/>
            <w:tcMar>
              <w:top w:w="60" w:type="dxa"/>
              <w:left w:w="85" w:type="dxa"/>
              <w:bottom w:w="60" w:type="dxa"/>
              <w:right w:w="85" w:type="dxa"/>
            </w:tcMar>
            <w:vAlign w:val="center"/>
          </w:tcPr>
          <w:p w14:paraId="360B4A6D" w14:textId="77777777" w:rsidR="007024CC" w:rsidRDefault="00CC2F94" w:rsidP="00BF7FC4">
            <w:pPr>
              <w:keepNext/>
              <w:spacing w:before="40" w:after="40" w:line="240" w:lineRule="auto"/>
            </w:pPr>
            <w:r>
              <w:rPr>
                <w:b/>
                <w:color w:val="FFFFFF"/>
              </w:rPr>
              <w:t>Componente 1. Directivos</w:t>
            </w:r>
          </w:p>
        </w:tc>
      </w:tr>
      <w:tr w:rsidR="007024CC" w14:paraId="4C15B23B"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4014B6B1" w14:textId="77777777" w:rsidR="007024CC" w:rsidRDefault="00CC2F94">
            <w:pPr>
              <w:keepNext/>
              <w:spacing w:before="40" w:after="40" w:line="240" w:lineRule="auto"/>
              <w:jc w:val="center"/>
            </w:pPr>
            <w:r>
              <w:rPr>
                <w:b/>
              </w:rPr>
              <w:t>Criterio 3.1.2</w:t>
            </w:r>
          </w:p>
        </w:tc>
        <w:tc>
          <w:tcPr>
            <w:tcW w:w="4231" w:type="dxa"/>
            <w:vMerge w:val="restart"/>
            <w:shd w:val="clear" w:color="auto" w:fill="D5DCE4"/>
            <w:tcMar>
              <w:top w:w="60" w:type="dxa"/>
              <w:left w:w="85" w:type="dxa"/>
              <w:bottom w:w="60" w:type="dxa"/>
              <w:right w:w="85" w:type="dxa"/>
            </w:tcMar>
            <w:vAlign w:val="center"/>
          </w:tcPr>
          <w:p w14:paraId="75B189D3"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37016893" w14:textId="77777777" w:rsidR="007024CC" w:rsidRDefault="00CC2F94">
            <w:pPr>
              <w:keepNext/>
              <w:spacing w:before="40" w:after="40" w:line="240" w:lineRule="auto"/>
              <w:jc w:val="center"/>
            </w:pPr>
            <w:r>
              <w:rPr>
                <w:b/>
              </w:rPr>
              <w:t>Nivel de cumplimiento</w:t>
            </w:r>
          </w:p>
        </w:tc>
      </w:tr>
      <w:tr w:rsidR="007024CC" w14:paraId="3DAF520A"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776371AC"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3D0CD76F"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30B19238"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27434078"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5A0CF211" w14:textId="77777777" w:rsidR="007024CC" w:rsidRDefault="00CC2F94">
            <w:pPr>
              <w:keepNext/>
              <w:spacing w:before="40" w:after="40" w:line="240" w:lineRule="auto"/>
              <w:jc w:val="center"/>
            </w:pPr>
            <w:r>
              <w:rPr>
                <w:b/>
              </w:rPr>
              <w:t>NC</w:t>
            </w:r>
          </w:p>
        </w:tc>
      </w:tr>
      <w:tr w:rsidR="007024CC" w:rsidRPr="00F42274" w14:paraId="70370A70"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09EB17A3" w14:textId="77777777" w:rsidR="007024CC" w:rsidRPr="00EC4B4D" w:rsidRDefault="00CC2F94">
            <w:pPr>
              <w:keepNext/>
              <w:spacing w:before="40" w:after="40" w:line="240" w:lineRule="auto"/>
              <w:jc w:val="center"/>
              <w:rPr>
                <w:lang w:val="es-PY"/>
              </w:rPr>
            </w:pPr>
            <w:r w:rsidRPr="00EC4B4D">
              <w:rPr>
                <w:b/>
                <w:lang w:val="es-PY"/>
              </w:rPr>
              <w:t>Eficacia de la gestión directiva</w:t>
            </w:r>
          </w:p>
          <w:p w14:paraId="1AF67F11" w14:textId="77777777" w:rsidR="007024CC" w:rsidRPr="009A1154" w:rsidRDefault="00CC2F94">
            <w:pPr>
              <w:keepNext/>
              <w:spacing w:before="40" w:after="40" w:line="240" w:lineRule="auto"/>
              <w:jc w:val="center"/>
              <w:rPr>
                <w:lang w:val="es-PY"/>
              </w:rPr>
            </w:pPr>
            <w:r w:rsidRPr="00EC4B4D">
              <w:rPr>
                <w:b/>
                <w:color w:val="FF0000"/>
                <w:lang w:val="es-PY"/>
              </w:rPr>
              <w:t>(Sustantivo)</w:t>
            </w:r>
          </w:p>
        </w:tc>
        <w:tc>
          <w:tcPr>
            <w:tcW w:w="4231" w:type="dxa"/>
            <w:shd w:val="clear" w:color="auto" w:fill="FFFFCC"/>
            <w:tcMar>
              <w:top w:w="60" w:type="dxa"/>
              <w:left w:w="85" w:type="dxa"/>
              <w:bottom w:w="60" w:type="dxa"/>
              <w:right w:w="85" w:type="dxa"/>
            </w:tcMar>
            <w:vAlign w:val="center"/>
          </w:tcPr>
          <w:p w14:paraId="7D756126"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La dedicación horaria de los directivos de la carrera satisface las necesidades de esta.</w:t>
            </w:r>
          </w:p>
        </w:tc>
        <w:tc>
          <w:tcPr>
            <w:tcW w:w="903" w:type="dxa"/>
            <w:gridSpan w:val="2"/>
            <w:shd w:val="clear" w:color="auto" w:fill="FFFFCC"/>
            <w:tcMar>
              <w:top w:w="60" w:type="dxa"/>
              <w:left w:w="85" w:type="dxa"/>
              <w:bottom w:w="60" w:type="dxa"/>
              <w:right w:w="85" w:type="dxa"/>
            </w:tcMar>
            <w:vAlign w:val="center"/>
          </w:tcPr>
          <w:p w14:paraId="1B1CF4EE"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0ED075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03F1C8C" w14:textId="77777777" w:rsidR="007024CC" w:rsidRPr="009A1154" w:rsidRDefault="007024CC">
            <w:pPr>
              <w:keepNext/>
              <w:spacing w:before="40" w:after="40" w:line="240" w:lineRule="auto"/>
              <w:rPr>
                <w:lang w:val="es-PY"/>
              </w:rPr>
            </w:pPr>
          </w:p>
        </w:tc>
      </w:tr>
      <w:tr w:rsidR="007024CC" w:rsidRPr="00F42274" w14:paraId="534C1DCE"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0A9853E4"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10D70635"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La estrategia de comunicación interna y externa adoptada por los directivos es efectiva.</w:t>
            </w:r>
          </w:p>
        </w:tc>
        <w:tc>
          <w:tcPr>
            <w:tcW w:w="903" w:type="dxa"/>
            <w:gridSpan w:val="2"/>
            <w:shd w:val="clear" w:color="auto" w:fill="FFFFCC"/>
            <w:tcMar>
              <w:top w:w="60" w:type="dxa"/>
              <w:left w:w="85" w:type="dxa"/>
              <w:bottom w:w="60" w:type="dxa"/>
              <w:right w:w="85" w:type="dxa"/>
            </w:tcMar>
            <w:vAlign w:val="center"/>
          </w:tcPr>
          <w:p w14:paraId="2415D17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41143C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563088E" w14:textId="77777777" w:rsidR="007024CC" w:rsidRPr="009A1154" w:rsidRDefault="007024CC">
            <w:pPr>
              <w:keepNext/>
              <w:spacing w:before="40" w:after="40" w:line="240" w:lineRule="auto"/>
              <w:rPr>
                <w:lang w:val="es-PY"/>
              </w:rPr>
            </w:pPr>
          </w:p>
        </w:tc>
      </w:tr>
      <w:tr w:rsidR="007024CC" w:rsidRPr="00F42274" w14:paraId="1D95ADE8"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2A204918"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33A0EEB8"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El desempeño de los directivos se ajusta a las normativas institucionales.</w:t>
            </w:r>
          </w:p>
        </w:tc>
        <w:tc>
          <w:tcPr>
            <w:tcW w:w="903" w:type="dxa"/>
            <w:gridSpan w:val="2"/>
            <w:shd w:val="clear" w:color="auto" w:fill="FFFFCC"/>
            <w:tcMar>
              <w:top w:w="60" w:type="dxa"/>
              <w:left w:w="85" w:type="dxa"/>
              <w:bottom w:w="60" w:type="dxa"/>
              <w:right w:w="85" w:type="dxa"/>
            </w:tcMar>
            <w:vAlign w:val="center"/>
          </w:tcPr>
          <w:p w14:paraId="3FF2C9E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037B00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369D177" w14:textId="77777777" w:rsidR="007024CC" w:rsidRPr="009A1154" w:rsidRDefault="007024CC">
            <w:pPr>
              <w:keepNext/>
              <w:spacing w:before="40" w:after="40" w:line="240" w:lineRule="auto"/>
              <w:rPr>
                <w:lang w:val="es-PY"/>
              </w:rPr>
            </w:pPr>
          </w:p>
        </w:tc>
      </w:tr>
      <w:tr w:rsidR="007024CC" w:rsidRPr="00F42274" w14:paraId="78E28AC3"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123D516F"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5569D2FC"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La toma de decisiones de los directivos para la prosecución del desarrollo del plan de estudios se basa en criterios académicos.</w:t>
            </w:r>
          </w:p>
        </w:tc>
        <w:tc>
          <w:tcPr>
            <w:tcW w:w="903" w:type="dxa"/>
            <w:gridSpan w:val="2"/>
            <w:shd w:val="clear" w:color="auto" w:fill="FFFFCC"/>
            <w:tcMar>
              <w:top w:w="60" w:type="dxa"/>
              <w:left w:w="85" w:type="dxa"/>
              <w:bottom w:w="60" w:type="dxa"/>
              <w:right w:w="85" w:type="dxa"/>
            </w:tcMar>
            <w:vAlign w:val="center"/>
          </w:tcPr>
          <w:p w14:paraId="57CFE83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E0C313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4C8DD68" w14:textId="77777777" w:rsidR="007024CC" w:rsidRPr="009A1154" w:rsidRDefault="007024CC">
            <w:pPr>
              <w:keepNext/>
              <w:spacing w:before="40" w:after="40" w:line="240" w:lineRule="auto"/>
              <w:rPr>
                <w:lang w:val="es-PY"/>
              </w:rPr>
            </w:pPr>
          </w:p>
        </w:tc>
      </w:tr>
      <w:tr w:rsidR="007024CC" w:rsidRPr="00F42274" w14:paraId="1E398FFC"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25F24C95"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5B70BFC7" w14:textId="77777777" w:rsidR="007024CC" w:rsidRPr="00EC4B4D" w:rsidRDefault="00CC2F94">
            <w:pPr>
              <w:keepNext/>
              <w:spacing w:before="40" w:after="40" w:line="240" w:lineRule="auto"/>
              <w:ind w:left="369" w:hanging="369"/>
              <w:jc w:val="both"/>
              <w:rPr>
                <w:lang w:val="es-PY"/>
              </w:rPr>
            </w:pPr>
            <w:r w:rsidRPr="00EC4B4D">
              <w:rPr>
                <w:lang w:val="es-PY"/>
              </w:rPr>
              <w:t>e.</w:t>
            </w:r>
            <w:r w:rsidRPr="00EC4B4D">
              <w:rPr>
                <w:lang w:val="es-PY"/>
              </w:rPr>
              <w:tab/>
              <w:t>Se evidencia satisfacción de los miembros de la comunidad académica respecto a la gestión de sus directivos.</w:t>
            </w:r>
          </w:p>
        </w:tc>
        <w:tc>
          <w:tcPr>
            <w:tcW w:w="903" w:type="dxa"/>
            <w:gridSpan w:val="2"/>
            <w:shd w:val="clear" w:color="auto" w:fill="FFFFCC"/>
            <w:tcMar>
              <w:top w:w="60" w:type="dxa"/>
              <w:left w:w="85" w:type="dxa"/>
              <w:bottom w:w="60" w:type="dxa"/>
              <w:right w:w="85" w:type="dxa"/>
            </w:tcMar>
            <w:vAlign w:val="center"/>
          </w:tcPr>
          <w:p w14:paraId="0F7A125B"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91EF77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40851DF" w14:textId="77777777" w:rsidR="007024CC" w:rsidRPr="009A1154" w:rsidRDefault="007024CC">
            <w:pPr>
              <w:keepNext/>
              <w:spacing w:before="40" w:after="40" w:line="240" w:lineRule="auto"/>
              <w:rPr>
                <w:lang w:val="es-PY"/>
              </w:rPr>
            </w:pPr>
          </w:p>
        </w:tc>
      </w:tr>
      <w:tr w:rsidR="007024CC" w14:paraId="7C306934"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21558453"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68C22C75" w14:textId="77777777" w:rsidR="007024CC" w:rsidRDefault="00CC2F94">
            <w:pPr>
              <w:keepNext/>
              <w:spacing w:before="40" w:after="40" w:line="240" w:lineRule="auto"/>
              <w:jc w:val="center"/>
            </w:pPr>
            <w:r>
              <w:rPr>
                <w:b/>
              </w:rPr>
              <w:t>Medios de verificación</w:t>
            </w:r>
          </w:p>
        </w:tc>
      </w:tr>
      <w:tr w:rsidR="007024CC" w14:paraId="0360A525"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6840F4E3" w14:textId="77777777" w:rsidR="007024CC" w:rsidRDefault="007024CC">
            <w:pPr>
              <w:spacing w:before="40" w:after="40" w:line="240" w:lineRule="auto"/>
            </w:pPr>
          </w:p>
          <w:p w14:paraId="1EFF9231" w14:textId="77777777" w:rsidR="009A1154" w:rsidRDefault="009A1154">
            <w:pPr>
              <w:spacing w:before="40" w:after="40" w:line="240" w:lineRule="auto"/>
            </w:pPr>
          </w:p>
          <w:p w14:paraId="4D982097" w14:textId="77777777" w:rsidR="009A1154" w:rsidRDefault="009A1154">
            <w:pPr>
              <w:spacing w:before="40" w:after="40" w:line="240" w:lineRule="auto"/>
            </w:pPr>
          </w:p>
          <w:p w14:paraId="602722EF" w14:textId="77777777" w:rsidR="009A1154" w:rsidRDefault="009A1154">
            <w:pPr>
              <w:spacing w:before="40" w:after="40" w:line="240" w:lineRule="auto"/>
            </w:pPr>
          </w:p>
          <w:p w14:paraId="5874221C" w14:textId="77777777" w:rsidR="009A1154" w:rsidRDefault="009A1154">
            <w:pPr>
              <w:spacing w:before="40" w:after="40" w:line="240" w:lineRule="auto"/>
            </w:pPr>
          </w:p>
          <w:p w14:paraId="7A4D6C9A" w14:textId="77777777" w:rsidR="009A1154" w:rsidRDefault="009A1154">
            <w:pPr>
              <w:spacing w:before="40" w:after="40" w:line="240" w:lineRule="auto"/>
            </w:pPr>
          </w:p>
          <w:p w14:paraId="074C4763" w14:textId="77777777" w:rsidR="009A1154" w:rsidRDefault="009A1154">
            <w:pPr>
              <w:spacing w:before="40" w:after="40" w:line="240" w:lineRule="auto"/>
            </w:pPr>
          </w:p>
          <w:p w14:paraId="145B42C3" w14:textId="77777777" w:rsidR="009A1154" w:rsidRDefault="009A1154">
            <w:pPr>
              <w:spacing w:before="40" w:after="40" w:line="240" w:lineRule="auto"/>
            </w:pPr>
          </w:p>
          <w:p w14:paraId="0C1CE33F" w14:textId="77777777" w:rsidR="009A1154" w:rsidRDefault="009A1154">
            <w:pPr>
              <w:spacing w:before="40" w:after="40" w:line="240" w:lineRule="auto"/>
            </w:pPr>
          </w:p>
          <w:p w14:paraId="4B46A866" w14:textId="77777777" w:rsidR="009A1154" w:rsidRDefault="009A1154">
            <w:pPr>
              <w:spacing w:before="40" w:after="40" w:line="240" w:lineRule="auto"/>
            </w:pPr>
          </w:p>
          <w:p w14:paraId="70B739F4" w14:textId="77777777" w:rsidR="009A1154" w:rsidRDefault="009A1154">
            <w:pPr>
              <w:spacing w:before="40" w:after="40" w:line="240" w:lineRule="auto"/>
            </w:pPr>
          </w:p>
          <w:p w14:paraId="40372ADE" w14:textId="77777777" w:rsidR="009A1154" w:rsidRDefault="009A1154">
            <w:pPr>
              <w:spacing w:before="40" w:after="40" w:line="240" w:lineRule="auto"/>
            </w:pPr>
          </w:p>
          <w:p w14:paraId="1F746FC6" w14:textId="77777777" w:rsidR="009A1154" w:rsidRDefault="009A1154">
            <w:pPr>
              <w:spacing w:before="40" w:after="40" w:line="240" w:lineRule="auto"/>
            </w:pPr>
          </w:p>
          <w:p w14:paraId="50F0D2B3" w14:textId="77777777" w:rsidR="009A1154" w:rsidRDefault="009A1154">
            <w:pPr>
              <w:spacing w:before="40" w:after="40" w:line="240" w:lineRule="auto"/>
            </w:pPr>
          </w:p>
          <w:p w14:paraId="41CFF9B7" w14:textId="77777777" w:rsidR="009A1154" w:rsidRDefault="009A1154">
            <w:pPr>
              <w:spacing w:before="40" w:after="40" w:line="240" w:lineRule="auto"/>
            </w:pPr>
          </w:p>
          <w:p w14:paraId="62ABAF67" w14:textId="77777777" w:rsidR="009A1154" w:rsidRDefault="009A1154">
            <w:pPr>
              <w:spacing w:before="40" w:after="40" w:line="240" w:lineRule="auto"/>
            </w:pPr>
          </w:p>
          <w:p w14:paraId="6F74FF05" w14:textId="77777777" w:rsidR="009A1154" w:rsidRDefault="009A1154">
            <w:pPr>
              <w:spacing w:before="40" w:after="40" w:line="240" w:lineRule="auto"/>
            </w:pPr>
          </w:p>
          <w:p w14:paraId="766865A3" w14:textId="77777777" w:rsidR="009A1154" w:rsidRDefault="009A1154">
            <w:pPr>
              <w:spacing w:before="40" w:after="40" w:line="240" w:lineRule="auto"/>
            </w:pPr>
          </w:p>
          <w:p w14:paraId="1E10241D" w14:textId="77777777" w:rsidR="009A1154" w:rsidRDefault="009A1154">
            <w:pPr>
              <w:spacing w:before="40" w:after="40" w:line="240" w:lineRule="auto"/>
            </w:pPr>
          </w:p>
          <w:p w14:paraId="6C4636C9" w14:textId="77777777" w:rsidR="009A1154" w:rsidRDefault="009A1154">
            <w:pPr>
              <w:spacing w:before="40" w:after="40" w:line="240" w:lineRule="auto"/>
            </w:pPr>
          </w:p>
        </w:tc>
        <w:tc>
          <w:tcPr>
            <w:tcW w:w="2692" w:type="dxa"/>
            <w:gridSpan w:val="3"/>
            <w:shd w:val="clear" w:color="auto" w:fill="FFFFFF"/>
            <w:tcMar>
              <w:top w:w="85" w:type="dxa"/>
              <w:left w:w="85" w:type="dxa"/>
              <w:bottom w:w="85" w:type="dxa"/>
              <w:right w:w="85" w:type="dxa"/>
            </w:tcMar>
          </w:tcPr>
          <w:p w14:paraId="5CB0BD72" w14:textId="77777777" w:rsidR="007024CC" w:rsidRDefault="007024CC">
            <w:pPr>
              <w:spacing w:before="40" w:after="40" w:line="240" w:lineRule="auto"/>
            </w:pPr>
          </w:p>
        </w:tc>
      </w:tr>
    </w:tbl>
    <w:p w14:paraId="2DAC310B"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106"/>
        <w:gridCol w:w="125"/>
        <w:gridCol w:w="903"/>
        <w:gridCol w:w="903"/>
        <w:gridCol w:w="903"/>
      </w:tblGrid>
      <w:tr w:rsidR="007024CC" w14:paraId="1EDBDFBF" w14:textId="77777777">
        <w:trPr>
          <w:cantSplit/>
          <w:trHeight w:val="380"/>
          <w:tblHeader/>
          <w:jc w:val="center"/>
        </w:trPr>
        <w:tc>
          <w:tcPr>
            <w:tcW w:w="9350" w:type="dxa"/>
            <w:gridSpan w:val="6"/>
            <w:shd w:val="clear" w:color="auto" w:fill="44546A"/>
            <w:tcMar>
              <w:top w:w="60" w:type="dxa"/>
              <w:left w:w="85" w:type="dxa"/>
              <w:bottom w:w="60" w:type="dxa"/>
              <w:right w:w="85" w:type="dxa"/>
            </w:tcMar>
            <w:vAlign w:val="center"/>
          </w:tcPr>
          <w:p w14:paraId="41E23A1A" w14:textId="77777777" w:rsidR="007024CC" w:rsidRDefault="00CC2F94" w:rsidP="00BF7FC4">
            <w:pPr>
              <w:keepNext/>
              <w:spacing w:before="40" w:after="40" w:line="240" w:lineRule="auto"/>
            </w:pPr>
            <w:r>
              <w:rPr>
                <w:b/>
                <w:color w:val="FFFFFF"/>
              </w:rPr>
              <w:lastRenderedPageBreak/>
              <w:t>Componente 2. Docentes</w:t>
            </w:r>
          </w:p>
        </w:tc>
      </w:tr>
      <w:tr w:rsidR="007024CC" w14:paraId="67E6A840"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7423763B" w14:textId="77777777" w:rsidR="007024CC" w:rsidRDefault="00CC2F94">
            <w:pPr>
              <w:keepNext/>
              <w:spacing w:before="40" w:after="40" w:line="240" w:lineRule="auto"/>
              <w:jc w:val="center"/>
            </w:pPr>
            <w:r>
              <w:rPr>
                <w:b/>
              </w:rPr>
              <w:t>Criterio 3.2.2</w:t>
            </w:r>
          </w:p>
        </w:tc>
        <w:tc>
          <w:tcPr>
            <w:tcW w:w="4231" w:type="dxa"/>
            <w:gridSpan w:val="2"/>
            <w:vMerge w:val="restart"/>
            <w:shd w:val="clear" w:color="auto" w:fill="D5DCE4"/>
            <w:tcMar>
              <w:top w:w="60" w:type="dxa"/>
              <w:left w:w="85" w:type="dxa"/>
              <w:bottom w:w="60" w:type="dxa"/>
              <w:right w:w="85" w:type="dxa"/>
            </w:tcMar>
            <w:vAlign w:val="center"/>
          </w:tcPr>
          <w:p w14:paraId="0F7B9917" w14:textId="77777777" w:rsidR="007024CC" w:rsidRDefault="00CC2F94">
            <w:pPr>
              <w:keepNext/>
              <w:spacing w:before="40" w:after="40" w:line="240" w:lineRule="auto"/>
              <w:jc w:val="center"/>
            </w:pPr>
            <w:r>
              <w:rPr>
                <w:b/>
              </w:rPr>
              <w:t>Indicadores</w:t>
            </w:r>
          </w:p>
        </w:tc>
        <w:tc>
          <w:tcPr>
            <w:tcW w:w="2709" w:type="dxa"/>
            <w:gridSpan w:val="3"/>
            <w:shd w:val="clear" w:color="auto" w:fill="D5DCE4"/>
            <w:tcMar>
              <w:top w:w="60" w:type="dxa"/>
              <w:left w:w="85" w:type="dxa"/>
              <w:bottom w:w="60" w:type="dxa"/>
              <w:right w:w="85" w:type="dxa"/>
            </w:tcMar>
            <w:vAlign w:val="center"/>
          </w:tcPr>
          <w:p w14:paraId="13ACD150" w14:textId="77777777" w:rsidR="007024CC" w:rsidRDefault="00CC2F94">
            <w:pPr>
              <w:keepNext/>
              <w:spacing w:before="40" w:after="40" w:line="240" w:lineRule="auto"/>
              <w:jc w:val="center"/>
            </w:pPr>
            <w:r>
              <w:rPr>
                <w:b/>
              </w:rPr>
              <w:t>Nivel de cumplimiento</w:t>
            </w:r>
          </w:p>
        </w:tc>
      </w:tr>
      <w:tr w:rsidR="007024CC" w14:paraId="445B1CFF"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16D19650" w14:textId="77777777" w:rsidR="007024CC" w:rsidRDefault="007024CC">
            <w:pPr>
              <w:keepNext/>
            </w:pPr>
          </w:p>
        </w:tc>
        <w:tc>
          <w:tcPr>
            <w:tcW w:w="4231" w:type="dxa"/>
            <w:gridSpan w:val="2"/>
            <w:vMerge/>
            <w:shd w:val="clear" w:color="auto" w:fill="D5DCE4"/>
            <w:tcMar>
              <w:top w:w="60" w:type="dxa"/>
              <w:left w:w="85" w:type="dxa"/>
              <w:bottom w:w="60" w:type="dxa"/>
              <w:right w:w="85" w:type="dxa"/>
            </w:tcMar>
            <w:vAlign w:val="center"/>
          </w:tcPr>
          <w:p w14:paraId="01804698" w14:textId="77777777" w:rsidR="007024CC" w:rsidRDefault="007024CC">
            <w:pPr>
              <w:keepNext/>
            </w:pPr>
          </w:p>
        </w:tc>
        <w:tc>
          <w:tcPr>
            <w:tcW w:w="903" w:type="dxa"/>
            <w:shd w:val="clear" w:color="auto" w:fill="D5DCE4"/>
            <w:tcMar>
              <w:top w:w="60" w:type="dxa"/>
              <w:left w:w="85" w:type="dxa"/>
              <w:bottom w:w="60" w:type="dxa"/>
              <w:right w:w="85" w:type="dxa"/>
            </w:tcMar>
            <w:vAlign w:val="center"/>
          </w:tcPr>
          <w:p w14:paraId="3120EC4B"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5715C021"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787890E2" w14:textId="77777777" w:rsidR="007024CC" w:rsidRDefault="00CC2F94">
            <w:pPr>
              <w:keepNext/>
              <w:spacing w:before="40" w:after="40" w:line="240" w:lineRule="auto"/>
              <w:jc w:val="center"/>
            </w:pPr>
            <w:r>
              <w:rPr>
                <w:b/>
              </w:rPr>
              <w:t>NC</w:t>
            </w:r>
          </w:p>
        </w:tc>
      </w:tr>
      <w:tr w:rsidR="007024CC" w:rsidRPr="00F42274" w14:paraId="0FD1B14F"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767435E1" w14:textId="77777777" w:rsidR="007024CC" w:rsidRPr="00EC4B4D" w:rsidRDefault="00CC2F94">
            <w:pPr>
              <w:keepNext/>
              <w:spacing w:before="40" w:after="40" w:line="240" w:lineRule="auto"/>
              <w:jc w:val="center"/>
              <w:rPr>
                <w:lang w:val="es-PY"/>
              </w:rPr>
            </w:pPr>
            <w:r w:rsidRPr="00EC4B4D">
              <w:rPr>
                <w:b/>
                <w:lang w:val="es-PY"/>
              </w:rPr>
              <w:t>Pertinencia del perfil académico de los docentes</w:t>
            </w:r>
          </w:p>
          <w:p w14:paraId="6343F15F" w14:textId="77777777" w:rsidR="007024CC" w:rsidRDefault="00CC2F94">
            <w:pPr>
              <w:keepNext/>
              <w:spacing w:before="40" w:after="40" w:line="240" w:lineRule="auto"/>
              <w:jc w:val="center"/>
            </w:pPr>
            <w:r w:rsidRPr="00EC4B4D">
              <w:rPr>
                <w:b/>
                <w:color w:val="FF0000"/>
              </w:rPr>
              <w:t>(Sustantivo)</w:t>
            </w:r>
          </w:p>
        </w:tc>
        <w:tc>
          <w:tcPr>
            <w:tcW w:w="4231" w:type="dxa"/>
            <w:gridSpan w:val="2"/>
            <w:shd w:val="clear" w:color="auto" w:fill="FFFFCC"/>
            <w:tcMar>
              <w:top w:w="60" w:type="dxa"/>
              <w:left w:w="85" w:type="dxa"/>
              <w:bottom w:w="60" w:type="dxa"/>
              <w:right w:w="85" w:type="dxa"/>
            </w:tcMar>
            <w:vAlign w:val="center"/>
          </w:tcPr>
          <w:p w14:paraId="408FB46F"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Los docentes especialistas cuentan con la formación académica coherente con la asignatura que enseñan.</w:t>
            </w:r>
          </w:p>
        </w:tc>
        <w:tc>
          <w:tcPr>
            <w:tcW w:w="903" w:type="dxa"/>
            <w:shd w:val="clear" w:color="auto" w:fill="FFFFCC"/>
            <w:tcMar>
              <w:top w:w="60" w:type="dxa"/>
              <w:left w:w="85" w:type="dxa"/>
              <w:bottom w:w="60" w:type="dxa"/>
              <w:right w:w="85" w:type="dxa"/>
            </w:tcMar>
            <w:vAlign w:val="center"/>
          </w:tcPr>
          <w:p w14:paraId="6409E7E1"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B118F9B"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BBF2A97" w14:textId="77777777" w:rsidR="007024CC" w:rsidRPr="009A1154" w:rsidRDefault="007024CC">
            <w:pPr>
              <w:keepNext/>
              <w:spacing w:before="40" w:after="40" w:line="240" w:lineRule="auto"/>
              <w:rPr>
                <w:lang w:val="es-PY"/>
              </w:rPr>
            </w:pPr>
          </w:p>
        </w:tc>
      </w:tr>
      <w:tr w:rsidR="007024CC" w:rsidRPr="00F42274" w14:paraId="70134E5A"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7A8BDDFD" w14:textId="77777777" w:rsidR="007024CC" w:rsidRPr="009A1154" w:rsidRDefault="007024CC">
            <w:pPr>
              <w:keepNext/>
              <w:rPr>
                <w:lang w:val="es-PY"/>
              </w:rPr>
            </w:pPr>
          </w:p>
        </w:tc>
        <w:tc>
          <w:tcPr>
            <w:tcW w:w="4231" w:type="dxa"/>
            <w:gridSpan w:val="2"/>
            <w:shd w:val="clear" w:color="auto" w:fill="FFFFCC"/>
            <w:tcMar>
              <w:top w:w="60" w:type="dxa"/>
              <w:left w:w="85" w:type="dxa"/>
              <w:bottom w:w="60" w:type="dxa"/>
              <w:right w:w="85" w:type="dxa"/>
            </w:tcMar>
            <w:vAlign w:val="center"/>
          </w:tcPr>
          <w:p w14:paraId="62D03F40"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Los docentes especialistas cuentan con la formación pedagógica y tecnológica requerida para la enseñanza en educación superior.</w:t>
            </w:r>
          </w:p>
        </w:tc>
        <w:tc>
          <w:tcPr>
            <w:tcW w:w="903" w:type="dxa"/>
            <w:shd w:val="clear" w:color="auto" w:fill="FFFFCC"/>
            <w:tcMar>
              <w:top w:w="60" w:type="dxa"/>
              <w:left w:w="85" w:type="dxa"/>
              <w:bottom w:w="60" w:type="dxa"/>
              <w:right w:w="85" w:type="dxa"/>
            </w:tcMar>
            <w:vAlign w:val="center"/>
          </w:tcPr>
          <w:p w14:paraId="6A175C54"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D3DF9CE"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DA50DE7" w14:textId="77777777" w:rsidR="007024CC" w:rsidRPr="009A1154" w:rsidRDefault="007024CC">
            <w:pPr>
              <w:keepNext/>
              <w:spacing w:before="40" w:after="40" w:line="240" w:lineRule="auto"/>
              <w:rPr>
                <w:lang w:val="es-PY"/>
              </w:rPr>
            </w:pPr>
          </w:p>
        </w:tc>
      </w:tr>
      <w:tr w:rsidR="007024CC" w:rsidRPr="00F42274" w14:paraId="228C4563"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2FB1C137" w14:textId="77777777" w:rsidR="007024CC" w:rsidRPr="009A1154" w:rsidRDefault="007024CC">
            <w:pPr>
              <w:keepNext/>
              <w:rPr>
                <w:lang w:val="es-PY"/>
              </w:rPr>
            </w:pPr>
          </w:p>
        </w:tc>
        <w:tc>
          <w:tcPr>
            <w:tcW w:w="4231" w:type="dxa"/>
            <w:gridSpan w:val="2"/>
            <w:shd w:val="clear" w:color="auto" w:fill="FFFFCC"/>
            <w:tcMar>
              <w:top w:w="60" w:type="dxa"/>
              <w:left w:w="85" w:type="dxa"/>
              <w:bottom w:w="60" w:type="dxa"/>
              <w:right w:w="85" w:type="dxa"/>
            </w:tcMar>
            <w:vAlign w:val="center"/>
          </w:tcPr>
          <w:p w14:paraId="514E31D2"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Existe coherencia entre la formación, el nivel académico de los docentes y las actividades (docencia, investigación y extensión) que desarrollan.</w:t>
            </w:r>
          </w:p>
        </w:tc>
        <w:tc>
          <w:tcPr>
            <w:tcW w:w="903" w:type="dxa"/>
            <w:shd w:val="clear" w:color="auto" w:fill="FFFFCC"/>
            <w:tcMar>
              <w:top w:w="60" w:type="dxa"/>
              <w:left w:w="85" w:type="dxa"/>
              <w:bottom w:w="60" w:type="dxa"/>
              <w:right w:w="85" w:type="dxa"/>
            </w:tcMar>
            <w:vAlign w:val="center"/>
          </w:tcPr>
          <w:p w14:paraId="3FDA332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0E8842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321CB97" w14:textId="77777777" w:rsidR="007024CC" w:rsidRPr="009A1154" w:rsidRDefault="007024CC">
            <w:pPr>
              <w:keepNext/>
              <w:spacing w:before="40" w:after="40" w:line="240" w:lineRule="auto"/>
              <w:rPr>
                <w:lang w:val="es-PY"/>
              </w:rPr>
            </w:pPr>
          </w:p>
        </w:tc>
      </w:tr>
      <w:tr w:rsidR="007024CC" w:rsidRPr="00F42274" w14:paraId="4FD0B2ED"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7A4E9F28" w14:textId="77777777" w:rsidR="007024CC" w:rsidRPr="009A1154" w:rsidRDefault="007024CC">
            <w:pPr>
              <w:keepNext/>
              <w:rPr>
                <w:lang w:val="es-PY"/>
              </w:rPr>
            </w:pPr>
          </w:p>
        </w:tc>
        <w:tc>
          <w:tcPr>
            <w:tcW w:w="4231" w:type="dxa"/>
            <w:gridSpan w:val="2"/>
            <w:shd w:val="clear" w:color="auto" w:fill="FFFFCC"/>
            <w:tcMar>
              <w:top w:w="60" w:type="dxa"/>
              <w:left w:w="85" w:type="dxa"/>
              <w:bottom w:w="60" w:type="dxa"/>
              <w:right w:w="85" w:type="dxa"/>
            </w:tcMar>
            <w:vAlign w:val="center"/>
          </w:tcPr>
          <w:p w14:paraId="353CCA93"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Los docentes tutores cuentan con la formación pedagógica y tecnológica para monitorear la interacción en la plataforma, para facilitar la orientación de los estudiantes con la retroalimentación necesaria para controlar adecuadamente el proceso de aprendizaje.</w:t>
            </w:r>
          </w:p>
        </w:tc>
        <w:tc>
          <w:tcPr>
            <w:tcW w:w="903" w:type="dxa"/>
            <w:shd w:val="clear" w:color="auto" w:fill="FFFFCC"/>
            <w:tcMar>
              <w:top w:w="60" w:type="dxa"/>
              <w:left w:w="85" w:type="dxa"/>
              <w:bottom w:w="60" w:type="dxa"/>
              <w:right w:w="85" w:type="dxa"/>
            </w:tcMar>
            <w:vAlign w:val="center"/>
          </w:tcPr>
          <w:p w14:paraId="78344BC8"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94C247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91F4617" w14:textId="77777777" w:rsidR="007024CC" w:rsidRPr="009A1154" w:rsidRDefault="007024CC">
            <w:pPr>
              <w:keepNext/>
              <w:spacing w:before="40" w:after="40" w:line="240" w:lineRule="auto"/>
              <w:rPr>
                <w:lang w:val="es-PY"/>
              </w:rPr>
            </w:pPr>
          </w:p>
        </w:tc>
      </w:tr>
      <w:tr w:rsidR="007024CC" w14:paraId="06038AEA" w14:textId="77777777" w:rsidTr="00F42274">
        <w:trPr>
          <w:cantSplit/>
          <w:trHeight w:val="400"/>
          <w:jc w:val="center"/>
        </w:trPr>
        <w:tc>
          <w:tcPr>
            <w:tcW w:w="6516" w:type="dxa"/>
            <w:gridSpan w:val="2"/>
            <w:shd w:val="clear" w:color="auto" w:fill="D5DCE4"/>
            <w:tcMar>
              <w:top w:w="60" w:type="dxa"/>
              <w:left w:w="85" w:type="dxa"/>
              <w:bottom w:w="60" w:type="dxa"/>
              <w:right w:w="85" w:type="dxa"/>
            </w:tcMar>
            <w:vAlign w:val="center"/>
          </w:tcPr>
          <w:p w14:paraId="146D0E62"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834" w:type="dxa"/>
            <w:gridSpan w:val="4"/>
            <w:shd w:val="clear" w:color="auto" w:fill="D5DCE4"/>
            <w:tcMar>
              <w:top w:w="60" w:type="dxa"/>
              <w:left w:w="85" w:type="dxa"/>
              <w:bottom w:w="60" w:type="dxa"/>
              <w:right w:w="85" w:type="dxa"/>
            </w:tcMar>
            <w:vAlign w:val="center"/>
          </w:tcPr>
          <w:p w14:paraId="36CD88BD" w14:textId="77777777" w:rsidR="007024CC" w:rsidRDefault="00CC2F94">
            <w:pPr>
              <w:keepNext/>
              <w:spacing w:before="40" w:after="40" w:line="240" w:lineRule="auto"/>
              <w:jc w:val="center"/>
            </w:pPr>
            <w:r>
              <w:rPr>
                <w:b/>
              </w:rPr>
              <w:t>Medios de verificación</w:t>
            </w:r>
          </w:p>
        </w:tc>
      </w:tr>
      <w:tr w:rsidR="007024CC" w14:paraId="34DCD5FB" w14:textId="77777777" w:rsidTr="00F42274">
        <w:trPr>
          <w:trHeight w:val="2400"/>
          <w:jc w:val="center"/>
        </w:trPr>
        <w:tc>
          <w:tcPr>
            <w:tcW w:w="6516" w:type="dxa"/>
            <w:gridSpan w:val="2"/>
            <w:shd w:val="clear" w:color="auto" w:fill="FFFFFF"/>
            <w:tcMar>
              <w:top w:w="85" w:type="dxa"/>
              <w:left w:w="85" w:type="dxa"/>
              <w:bottom w:w="85" w:type="dxa"/>
              <w:right w:w="85" w:type="dxa"/>
            </w:tcMar>
          </w:tcPr>
          <w:p w14:paraId="50F4D4BA" w14:textId="77777777" w:rsidR="007024CC" w:rsidRDefault="007024CC">
            <w:pPr>
              <w:spacing w:before="40" w:after="40" w:line="240" w:lineRule="auto"/>
            </w:pPr>
          </w:p>
          <w:p w14:paraId="5B91B35E" w14:textId="77777777" w:rsidR="009A1154" w:rsidRDefault="009A1154">
            <w:pPr>
              <w:spacing w:before="40" w:after="40" w:line="240" w:lineRule="auto"/>
            </w:pPr>
          </w:p>
          <w:p w14:paraId="7F9B0824" w14:textId="77777777" w:rsidR="009A1154" w:rsidRDefault="009A1154">
            <w:pPr>
              <w:spacing w:before="40" w:after="40" w:line="240" w:lineRule="auto"/>
            </w:pPr>
          </w:p>
          <w:p w14:paraId="79945BF7" w14:textId="77777777" w:rsidR="009A1154" w:rsidRDefault="009A1154">
            <w:pPr>
              <w:spacing w:before="40" w:after="40" w:line="240" w:lineRule="auto"/>
            </w:pPr>
          </w:p>
          <w:p w14:paraId="4B98FB8E" w14:textId="77777777" w:rsidR="009A1154" w:rsidRDefault="009A1154">
            <w:pPr>
              <w:spacing w:before="40" w:after="40" w:line="240" w:lineRule="auto"/>
            </w:pPr>
          </w:p>
          <w:p w14:paraId="46F754EC" w14:textId="77777777" w:rsidR="009A1154" w:rsidRDefault="009A1154">
            <w:pPr>
              <w:spacing w:before="40" w:after="40" w:line="240" w:lineRule="auto"/>
            </w:pPr>
          </w:p>
          <w:p w14:paraId="1981AF83" w14:textId="77777777" w:rsidR="009A1154" w:rsidRDefault="009A1154">
            <w:pPr>
              <w:spacing w:before="40" w:after="40" w:line="240" w:lineRule="auto"/>
            </w:pPr>
          </w:p>
          <w:p w14:paraId="1F36FCE6" w14:textId="77777777" w:rsidR="009A1154" w:rsidRDefault="009A1154">
            <w:pPr>
              <w:spacing w:before="40" w:after="40" w:line="240" w:lineRule="auto"/>
            </w:pPr>
          </w:p>
          <w:p w14:paraId="1B90C1E6" w14:textId="77777777" w:rsidR="009A1154" w:rsidRDefault="009A1154">
            <w:pPr>
              <w:spacing w:before="40" w:after="40" w:line="240" w:lineRule="auto"/>
            </w:pPr>
          </w:p>
          <w:p w14:paraId="1B6B4CD4" w14:textId="77777777" w:rsidR="009A1154" w:rsidRDefault="009A1154">
            <w:pPr>
              <w:spacing w:before="40" w:after="40" w:line="240" w:lineRule="auto"/>
            </w:pPr>
          </w:p>
          <w:p w14:paraId="7E6F244C" w14:textId="77777777" w:rsidR="009A1154" w:rsidRDefault="009A1154">
            <w:pPr>
              <w:spacing w:before="40" w:after="40" w:line="240" w:lineRule="auto"/>
            </w:pPr>
          </w:p>
          <w:p w14:paraId="08D07C29" w14:textId="77777777" w:rsidR="009A1154" w:rsidRDefault="009A1154">
            <w:pPr>
              <w:spacing w:before="40" w:after="40" w:line="240" w:lineRule="auto"/>
            </w:pPr>
          </w:p>
          <w:p w14:paraId="4137F0CF" w14:textId="77777777" w:rsidR="009A1154" w:rsidRDefault="009A1154">
            <w:pPr>
              <w:spacing w:before="40" w:after="40" w:line="240" w:lineRule="auto"/>
            </w:pPr>
          </w:p>
          <w:p w14:paraId="1A1E0CB8" w14:textId="77777777" w:rsidR="009A1154" w:rsidRDefault="009A1154">
            <w:pPr>
              <w:spacing w:before="40" w:after="40" w:line="240" w:lineRule="auto"/>
            </w:pPr>
          </w:p>
          <w:p w14:paraId="0DDAA851" w14:textId="77777777" w:rsidR="009A1154" w:rsidRDefault="009A1154">
            <w:pPr>
              <w:spacing w:before="40" w:after="40" w:line="240" w:lineRule="auto"/>
            </w:pPr>
          </w:p>
          <w:p w14:paraId="1877EB1E" w14:textId="77777777" w:rsidR="009A1154" w:rsidRDefault="009A1154">
            <w:pPr>
              <w:spacing w:before="40" w:after="40" w:line="240" w:lineRule="auto"/>
            </w:pPr>
          </w:p>
          <w:p w14:paraId="4B83A082" w14:textId="77777777" w:rsidR="009A1154" w:rsidRDefault="009A1154">
            <w:pPr>
              <w:spacing w:before="40" w:after="40" w:line="240" w:lineRule="auto"/>
            </w:pPr>
          </w:p>
          <w:p w14:paraId="13B1876D" w14:textId="77777777" w:rsidR="009A1154" w:rsidRDefault="009A1154">
            <w:pPr>
              <w:spacing w:before="40" w:after="40" w:line="240" w:lineRule="auto"/>
            </w:pPr>
          </w:p>
          <w:p w14:paraId="1CA51F2A" w14:textId="77777777" w:rsidR="009A1154" w:rsidRDefault="009A1154">
            <w:pPr>
              <w:spacing w:before="40" w:after="40" w:line="240" w:lineRule="auto"/>
            </w:pPr>
          </w:p>
          <w:p w14:paraId="05A95B70" w14:textId="77777777" w:rsidR="009A1154" w:rsidRDefault="009A1154">
            <w:pPr>
              <w:spacing w:before="40" w:after="40" w:line="240" w:lineRule="auto"/>
            </w:pPr>
          </w:p>
        </w:tc>
        <w:tc>
          <w:tcPr>
            <w:tcW w:w="2834" w:type="dxa"/>
            <w:gridSpan w:val="4"/>
            <w:shd w:val="clear" w:color="auto" w:fill="FFFFFF"/>
            <w:tcMar>
              <w:top w:w="85" w:type="dxa"/>
              <w:left w:w="85" w:type="dxa"/>
              <w:bottom w:w="85" w:type="dxa"/>
              <w:right w:w="85" w:type="dxa"/>
            </w:tcMar>
          </w:tcPr>
          <w:p w14:paraId="4D258E9C" w14:textId="77777777" w:rsidR="007024CC" w:rsidRDefault="007024CC">
            <w:pPr>
              <w:spacing w:before="40" w:after="40" w:line="240" w:lineRule="auto"/>
            </w:pPr>
          </w:p>
        </w:tc>
      </w:tr>
    </w:tbl>
    <w:p w14:paraId="1709D9D3"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5"/>
        <w:gridCol w:w="4675"/>
      </w:tblGrid>
      <w:tr w:rsidR="007024CC" w:rsidRPr="00F42274" w14:paraId="521F84F6" w14:textId="77777777">
        <w:trPr>
          <w:cantSplit/>
          <w:trHeight w:val="380"/>
          <w:jc w:val="center"/>
        </w:trPr>
        <w:tc>
          <w:tcPr>
            <w:tcW w:w="9350" w:type="dxa"/>
            <w:gridSpan w:val="2"/>
            <w:shd w:val="clear" w:color="auto" w:fill="323E4F"/>
            <w:tcMar>
              <w:top w:w="60" w:type="dxa"/>
              <w:left w:w="85" w:type="dxa"/>
              <w:bottom w:w="60" w:type="dxa"/>
              <w:right w:w="85" w:type="dxa"/>
            </w:tcMar>
            <w:vAlign w:val="center"/>
          </w:tcPr>
          <w:p w14:paraId="6FF62CBF" w14:textId="77777777" w:rsidR="007024CC" w:rsidRPr="009A1154" w:rsidRDefault="00CC2F94">
            <w:pPr>
              <w:keepNext/>
              <w:spacing w:before="40" w:after="40" w:line="240" w:lineRule="auto"/>
              <w:jc w:val="center"/>
              <w:rPr>
                <w:lang w:val="es-PY"/>
              </w:rPr>
            </w:pPr>
            <w:r w:rsidRPr="009A1154">
              <w:rPr>
                <w:b/>
                <w:color w:val="FFFFFF"/>
                <w:sz w:val="20"/>
                <w:lang w:val="es-PY"/>
              </w:rPr>
              <w:lastRenderedPageBreak/>
              <w:t>Fortalezas y Debilidades del Cumplimiento de Criterios de la Dimensión Evaluada</w:t>
            </w:r>
          </w:p>
        </w:tc>
      </w:tr>
      <w:tr w:rsidR="007024CC" w14:paraId="7E0E0A33" w14:textId="77777777">
        <w:trPr>
          <w:cantSplit/>
          <w:trHeight w:val="340"/>
          <w:jc w:val="center"/>
        </w:trPr>
        <w:tc>
          <w:tcPr>
            <w:tcW w:w="4675" w:type="dxa"/>
            <w:shd w:val="clear" w:color="auto" w:fill="D5DCE4"/>
            <w:tcMar>
              <w:top w:w="60" w:type="dxa"/>
              <w:left w:w="85" w:type="dxa"/>
              <w:bottom w:w="60" w:type="dxa"/>
              <w:right w:w="85" w:type="dxa"/>
            </w:tcMar>
            <w:vAlign w:val="center"/>
          </w:tcPr>
          <w:p w14:paraId="1E3CA8A9" w14:textId="77777777" w:rsidR="007024CC" w:rsidRDefault="00CC2F94">
            <w:pPr>
              <w:keepNext/>
              <w:spacing w:before="40" w:after="40" w:line="240" w:lineRule="auto"/>
              <w:jc w:val="center"/>
            </w:pPr>
            <w:r>
              <w:rPr>
                <w:b/>
              </w:rPr>
              <w:t>Fortalezas</w:t>
            </w:r>
          </w:p>
        </w:tc>
        <w:tc>
          <w:tcPr>
            <w:tcW w:w="4675" w:type="dxa"/>
            <w:shd w:val="clear" w:color="auto" w:fill="D5DCE4"/>
            <w:tcMar>
              <w:top w:w="60" w:type="dxa"/>
              <w:left w:w="85" w:type="dxa"/>
              <w:bottom w:w="60" w:type="dxa"/>
              <w:right w:w="85" w:type="dxa"/>
            </w:tcMar>
            <w:vAlign w:val="center"/>
          </w:tcPr>
          <w:p w14:paraId="181F2653" w14:textId="77777777" w:rsidR="007024CC" w:rsidRDefault="00CC2F94">
            <w:pPr>
              <w:keepNext/>
              <w:spacing w:before="40" w:after="40" w:line="240" w:lineRule="auto"/>
              <w:jc w:val="center"/>
            </w:pPr>
            <w:r>
              <w:rPr>
                <w:b/>
              </w:rPr>
              <w:t>Debilidades</w:t>
            </w:r>
          </w:p>
        </w:tc>
      </w:tr>
      <w:tr w:rsidR="007024CC" w14:paraId="38E1280D" w14:textId="77777777">
        <w:trPr>
          <w:trHeight w:val="2400"/>
          <w:jc w:val="center"/>
        </w:trPr>
        <w:tc>
          <w:tcPr>
            <w:tcW w:w="4675" w:type="dxa"/>
            <w:shd w:val="clear" w:color="auto" w:fill="FFFFFF"/>
            <w:tcMar>
              <w:top w:w="85" w:type="dxa"/>
              <w:left w:w="85" w:type="dxa"/>
              <w:bottom w:w="85" w:type="dxa"/>
              <w:right w:w="85" w:type="dxa"/>
            </w:tcMar>
          </w:tcPr>
          <w:p w14:paraId="7BAA54BD" w14:textId="77777777" w:rsidR="007024CC" w:rsidRDefault="007024CC">
            <w:pPr>
              <w:keepNext/>
              <w:spacing w:before="40" w:after="40" w:line="240" w:lineRule="auto"/>
            </w:pPr>
          </w:p>
          <w:p w14:paraId="5081CD92" w14:textId="77777777" w:rsidR="009A1154" w:rsidRDefault="009A1154">
            <w:pPr>
              <w:keepNext/>
              <w:spacing w:before="40" w:after="40" w:line="240" w:lineRule="auto"/>
            </w:pPr>
          </w:p>
          <w:p w14:paraId="1EB83E12" w14:textId="77777777" w:rsidR="009A1154" w:rsidRDefault="009A1154">
            <w:pPr>
              <w:keepNext/>
              <w:spacing w:before="40" w:after="40" w:line="240" w:lineRule="auto"/>
            </w:pPr>
          </w:p>
          <w:p w14:paraId="1D31FED3" w14:textId="77777777" w:rsidR="009A1154" w:rsidRDefault="009A1154">
            <w:pPr>
              <w:keepNext/>
              <w:spacing w:before="40" w:after="40" w:line="240" w:lineRule="auto"/>
            </w:pPr>
          </w:p>
          <w:p w14:paraId="2209A6AB" w14:textId="77777777" w:rsidR="009A1154" w:rsidRDefault="009A1154">
            <w:pPr>
              <w:keepNext/>
              <w:spacing w:before="40" w:after="40" w:line="240" w:lineRule="auto"/>
            </w:pPr>
          </w:p>
          <w:p w14:paraId="674BA292" w14:textId="77777777" w:rsidR="009A1154" w:rsidRDefault="009A1154">
            <w:pPr>
              <w:keepNext/>
              <w:spacing w:before="40" w:after="40" w:line="240" w:lineRule="auto"/>
            </w:pPr>
          </w:p>
          <w:p w14:paraId="5BA89A92" w14:textId="77777777" w:rsidR="009A1154" w:rsidRDefault="009A1154">
            <w:pPr>
              <w:keepNext/>
              <w:spacing w:before="40" w:after="40" w:line="240" w:lineRule="auto"/>
            </w:pPr>
          </w:p>
          <w:p w14:paraId="6E3EC394" w14:textId="77777777" w:rsidR="009A1154" w:rsidRDefault="009A1154">
            <w:pPr>
              <w:keepNext/>
              <w:spacing w:before="40" w:after="40" w:line="240" w:lineRule="auto"/>
            </w:pPr>
          </w:p>
          <w:p w14:paraId="78E1FE39" w14:textId="77777777" w:rsidR="009A1154" w:rsidRDefault="009A1154">
            <w:pPr>
              <w:keepNext/>
              <w:spacing w:before="40" w:after="40" w:line="240" w:lineRule="auto"/>
            </w:pPr>
          </w:p>
          <w:p w14:paraId="10E2BB7C" w14:textId="77777777" w:rsidR="009A1154" w:rsidRDefault="009A1154">
            <w:pPr>
              <w:keepNext/>
              <w:spacing w:before="40" w:after="40" w:line="240" w:lineRule="auto"/>
            </w:pPr>
          </w:p>
          <w:p w14:paraId="653F3160" w14:textId="77777777" w:rsidR="009A1154" w:rsidRDefault="009A1154">
            <w:pPr>
              <w:keepNext/>
              <w:spacing w:before="40" w:after="40" w:line="240" w:lineRule="auto"/>
            </w:pPr>
          </w:p>
        </w:tc>
        <w:tc>
          <w:tcPr>
            <w:tcW w:w="4675" w:type="dxa"/>
            <w:shd w:val="clear" w:color="auto" w:fill="FFFFFF"/>
            <w:tcMar>
              <w:top w:w="85" w:type="dxa"/>
              <w:left w:w="85" w:type="dxa"/>
              <w:bottom w:w="85" w:type="dxa"/>
              <w:right w:w="85" w:type="dxa"/>
            </w:tcMar>
          </w:tcPr>
          <w:p w14:paraId="44562BF5" w14:textId="77777777" w:rsidR="007024CC" w:rsidRDefault="007024CC">
            <w:pPr>
              <w:keepNext/>
              <w:spacing w:before="40" w:after="40" w:line="240" w:lineRule="auto"/>
            </w:pPr>
          </w:p>
        </w:tc>
      </w:tr>
      <w:tr w:rsidR="007024CC" w14:paraId="5C8290D6" w14:textId="77777777">
        <w:trPr>
          <w:cantSplit/>
          <w:trHeight w:val="380"/>
          <w:jc w:val="center"/>
        </w:trPr>
        <w:tc>
          <w:tcPr>
            <w:tcW w:w="9350" w:type="dxa"/>
            <w:gridSpan w:val="2"/>
            <w:shd w:val="clear" w:color="auto" w:fill="323E4F"/>
            <w:tcMar>
              <w:top w:w="60" w:type="dxa"/>
              <w:left w:w="85" w:type="dxa"/>
              <w:bottom w:w="60" w:type="dxa"/>
              <w:right w:w="85" w:type="dxa"/>
            </w:tcMar>
            <w:vAlign w:val="center"/>
          </w:tcPr>
          <w:p w14:paraId="30CA5097" w14:textId="77777777" w:rsidR="007024CC" w:rsidRDefault="00CC2F94">
            <w:pPr>
              <w:keepNext/>
              <w:spacing w:before="40" w:after="40" w:line="240" w:lineRule="auto"/>
              <w:jc w:val="center"/>
            </w:pPr>
            <w:r>
              <w:rPr>
                <w:b/>
                <w:color w:val="FFFFFF"/>
                <w:sz w:val="20"/>
              </w:rPr>
              <w:t>Oportunidades de Mejora</w:t>
            </w:r>
          </w:p>
        </w:tc>
      </w:tr>
      <w:tr w:rsidR="007024CC" w14:paraId="7C9946ED" w14:textId="77777777">
        <w:trPr>
          <w:trHeight w:val="2400"/>
          <w:jc w:val="center"/>
        </w:trPr>
        <w:tc>
          <w:tcPr>
            <w:tcW w:w="9350" w:type="dxa"/>
            <w:gridSpan w:val="2"/>
            <w:shd w:val="clear" w:color="auto" w:fill="FFFFFF"/>
            <w:tcMar>
              <w:top w:w="85" w:type="dxa"/>
              <w:left w:w="85" w:type="dxa"/>
              <w:bottom w:w="85" w:type="dxa"/>
              <w:right w:w="85" w:type="dxa"/>
            </w:tcMar>
          </w:tcPr>
          <w:p w14:paraId="17FB55BC" w14:textId="77777777" w:rsidR="007024CC" w:rsidRDefault="007024CC">
            <w:pPr>
              <w:spacing w:before="40" w:after="40" w:line="240" w:lineRule="auto"/>
            </w:pPr>
          </w:p>
          <w:p w14:paraId="2014C7AB" w14:textId="77777777" w:rsidR="009A1154" w:rsidRDefault="009A1154">
            <w:pPr>
              <w:spacing w:before="40" w:after="40" w:line="240" w:lineRule="auto"/>
            </w:pPr>
          </w:p>
          <w:p w14:paraId="583CB1B4" w14:textId="77777777" w:rsidR="009A1154" w:rsidRDefault="009A1154">
            <w:pPr>
              <w:spacing w:before="40" w:after="40" w:line="240" w:lineRule="auto"/>
            </w:pPr>
          </w:p>
          <w:p w14:paraId="2B7A2447" w14:textId="77777777" w:rsidR="009A1154" w:rsidRDefault="009A1154">
            <w:pPr>
              <w:spacing w:before="40" w:after="40" w:line="240" w:lineRule="auto"/>
            </w:pPr>
          </w:p>
          <w:p w14:paraId="07CE8220" w14:textId="77777777" w:rsidR="009A1154" w:rsidRDefault="009A1154">
            <w:pPr>
              <w:spacing w:before="40" w:after="40" w:line="240" w:lineRule="auto"/>
            </w:pPr>
          </w:p>
          <w:p w14:paraId="1862C04C" w14:textId="77777777" w:rsidR="009A1154" w:rsidRDefault="009A1154">
            <w:pPr>
              <w:spacing w:before="40" w:after="40" w:line="240" w:lineRule="auto"/>
            </w:pPr>
          </w:p>
          <w:p w14:paraId="1F77DFB4" w14:textId="77777777" w:rsidR="009A1154" w:rsidRDefault="009A1154">
            <w:pPr>
              <w:spacing w:before="40" w:after="40" w:line="240" w:lineRule="auto"/>
            </w:pPr>
          </w:p>
          <w:p w14:paraId="54CDC9CA" w14:textId="77777777" w:rsidR="009A1154" w:rsidRDefault="009A1154">
            <w:pPr>
              <w:spacing w:before="40" w:after="40" w:line="240" w:lineRule="auto"/>
            </w:pPr>
          </w:p>
          <w:p w14:paraId="75C33C92" w14:textId="77777777" w:rsidR="009A1154" w:rsidRDefault="009A1154">
            <w:pPr>
              <w:spacing w:before="40" w:after="40" w:line="240" w:lineRule="auto"/>
            </w:pPr>
          </w:p>
          <w:p w14:paraId="5DF7A659" w14:textId="77777777" w:rsidR="009A1154" w:rsidRDefault="009A1154">
            <w:pPr>
              <w:spacing w:before="40" w:after="40" w:line="240" w:lineRule="auto"/>
            </w:pPr>
          </w:p>
          <w:p w14:paraId="00B5812C" w14:textId="77777777" w:rsidR="009A1154" w:rsidRDefault="009A1154">
            <w:pPr>
              <w:spacing w:before="40" w:after="40" w:line="240" w:lineRule="auto"/>
            </w:pPr>
          </w:p>
          <w:p w14:paraId="4E292A7C" w14:textId="77777777" w:rsidR="009A1154" w:rsidRDefault="009A1154">
            <w:pPr>
              <w:spacing w:before="40" w:after="40" w:line="240" w:lineRule="auto"/>
            </w:pPr>
          </w:p>
          <w:p w14:paraId="1C4FA50D" w14:textId="77777777" w:rsidR="009A1154" w:rsidRDefault="009A1154">
            <w:pPr>
              <w:spacing w:before="40" w:after="40" w:line="240" w:lineRule="auto"/>
            </w:pPr>
          </w:p>
          <w:p w14:paraId="367BA609" w14:textId="77777777" w:rsidR="009A1154" w:rsidRDefault="009A1154">
            <w:pPr>
              <w:spacing w:before="40" w:after="40" w:line="240" w:lineRule="auto"/>
            </w:pPr>
          </w:p>
          <w:p w14:paraId="409D7798" w14:textId="77777777" w:rsidR="009A1154" w:rsidRDefault="009A1154">
            <w:pPr>
              <w:spacing w:before="40" w:after="40" w:line="240" w:lineRule="auto"/>
            </w:pPr>
          </w:p>
          <w:p w14:paraId="7401D144" w14:textId="77777777" w:rsidR="009A1154" w:rsidRDefault="009A1154">
            <w:pPr>
              <w:spacing w:before="40" w:after="40" w:line="240" w:lineRule="auto"/>
            </w:pPr>
          </w:p>
          <w:p w14:paraId="04C60FBF" w14:textId="77777777" w:rsidR="009A1154" w:rsidRDefault="009A1154">
            <w:pPr>
              <w:spacing w:before="40" w:after="40" w:line="240" w:lineRule="auto"/>
            </w:pPr>
          </w:p>
          <w:p w14:paraId="3D56D78C" w14:textId="77777777" w:rsidR="009A1154" w:rsidRDefault="009A1154">
            <w:pPr>
              <w:spacing w:before="40" w:after="40" w:line="240" w:lineRule="auto"/>
            </w:pPr>
          </w:p>
          <w:p w14:paraId="4797E270" w14:textId="77777777" w:rsidR="009A1154" w:rsidRDefault="009A1154">
            <w:pPr>
              <w:spacing w:before="40" w:after="40" w:line="240" w:lineRule="auto"/>
            </w:pPr>
          </w:p>
          <w:p w14:paraId="28D6AE97" w14:textId="77777777" w:rsidR="009A1154" w:rsidRDefault="009A1154">
            <w:pPr>
              <w:spacing w:before="40" w:after="40" w:line="240" w:lineRule="auto"/>
            </w:pPr>
          </w:p>
          <w:p w14:paraId="4EF4B0C5" w14:textId="77777777" w:rsidR="009A1154" w:rsidRDefault="009A1154">
            <w:pPr>
              <w:spacing w:before="40" w:after="40" w:line="240" w:lineRule="auto"/>
            </w:pPr>
          </w:p>
          <w:p w14:paraId="1C2E4E36" w14:textId="77777777" w:rsidR="009A1154" w:rsidRDefault="009A1154">
            <w:pPr>
              <w:spacing w:before="40" w:after="40" w:line="240" w:lineRule="auto"/>
            </w:pPr>
          </w:p>
          <w:p w14:paraId="377B1C86" w14:textId="77777777" w:rsidR="009A1154" w:rsidRDefault="009A1154">
            <w:pPr>
              <w:spacing w:before="40" w:after="40" w:line="240" w:lineRule="auto"/>
            </w:pPr>
          </w:p>
          <w:p w14:paraId="09020F48" w14:textId="77777777" w:rsidR="009A1154" w:rsidRDefault="009A1154">
            <w:pPr>
              <w:spacing w:before="40" w:after="40" w:line="240" w:lineRule="auto"/>
            </w:pPr>
          </w:p>
          <w:p w14:paraId="2F110563" w14:textId="77777777" w:rsidR="009A1154" w:rsidRDefault="009A1154">
            <w:pPr>
              <w:spacing w:before="40" w:after="40" w:line="240" w:lineRule="auto"/>
            </w:pPr>
          </w:p>
          <w:p w14:paraId="3B0884B3" w14:textId="77777777" w:rsidR="009A1154" w:rsidRDefault="009A1154">
            <w:pPr>
              <w:spacing w:before="40" w:after="40" w:line="240" w:lineRule="auto"/>
            </w:pPr>
          </w:p>
          <w:p w14:paraId="50D7A9C8" w14:textId="77777777" w:rsidR="009A1154" w:rsidRDefault="009A1154">
            <w:pPr>
              <w:spacing w:before="40" w:after="40" w:line="240" w:lineRule="auto"/>
            </w:pPr>
          </w:p>
        </w:tc>
      </w:tr>
    </w:tbl>
    <w:p w14:paraId="1F42FA2B"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519C12DA" w14:textId="77777777">
        <w:trPr>
          <w:cantSplit/>
          <w:trHeight w:val="380"/>
          <w:tblHeader/>
          <w:jc w:val="center"/>
        </w:trPr>
        <w:tc>
          <w:tcPr>
            <w:tcW w:w="9350" w:type="dxa"/>
            <w:gridSpan w:val="6"/>
            <w:shd w:val="clear" w:color="auto" w:fill="323E4F"/>
            <w:tcMar>
              <w:top w:w="60" w:type="dxa"/>
              <w:left w:w="85" w:type="dxa"/>
              <w:bottom w:w="60" w:type="dxa"/>
              <w:right w:w="85" w:type="dxa"/>
            </w:tcMar>
            <w:vAlign w:val="center"/>
          </w:tcPr>
          <w:p w14:paraId="67841810" w14:textId="77777777" w:rsidR="007024CC" w:rsidRDefault="00CC2F94" w:rsidP="00CC2F94">
            <w:pPr>
              <w:keepNext/>
              <w:spacing w:before="40" w:after="40" w:line="240" w:lineRule="auto"/>
            </w:pPr>
            <w:r>
              <w:rPr>
                <w:b/>
                <w:color w:val="FFFFFF"/>
                <w:sz w:val="24"/>
              </w:rPr>
              <w:lastRenderedPageBreak/>
              <w:t>DIMENSIÓN 4. RECURSOS</w:t>
            </w:r>
          </w:p>
        </w:tc>
      </w:tr>
      <w:tr w:rsidR="007024CC" w:rsidRPr="00F42274" w14:paraId="7591704D" w14:textId="77777777">
        <w:trPr>
          <w:cantSplit/>
          <w:trHeight w:val="380"/>
          <w:tblHeader/>
          <w:jc w:val="center"/>
        </w:trPr>
        <w:tc>
          <w:tcPr>
            <w:tcW w:w="9350" w:type="dxa"/>
            <w:gridSpan w:val="6"/>
            <w:shd w:val="clear" w:color="auto" w:fill="44546A"/>
            <w:tcMar>
              <w:top w:w="60" w:type="dxa"/>
              <w:left w:w="85" w:type="dxa"/>
              <w:bottom w:w="60" w:type="dxa"/>
              <w:right w:w="85" w:type="dxa"/>
            </w:tcMar>
            <w:vAlign w:val="center"/>
          </w:tcPr>
          <w:p w14:paraId="6B8C0464" w14:textId="77777777" w:rsidR="007024CC" w:rsidRPr="009A1154" w:rsidRDefault="00CC2F94" w:rsidP="00CC2F94">
            <w:pPr>
              <w:keepNext/>
              <w:spacing w:before="40" w:after="40" w:line="240" w:lineRule="auto"/>
              <w:rPr>
                <w:lang w:val="es-PY"/>
              </w:rPr>
            </w:pPr>
            <w:r w:rsidRPr="009A1154">
              <w:rPr>
                <w:b/>
                <w:color w:val="FFFFFF"/>
                <w:lang w:val="es-PY"/>
              </w:rPr>
              <w:t>Componente 1. Infraestructura, Equipamientos e Insumos</w:t>
            </w:r>
          </w:p>
        </w:tc>
      </w:tr>
      <w:tr w:rsidR="007024CC" w14:paraId="0FBBC984"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678E4377" w14:textId="77777777" w:rsidR="007024CC" w:rsidRDefault="00CC2F94">
            <w:pPr>
              <w:keepNext/>
              <w:spacing w:before="40" w:after="40" w:line="240" w:lineRule="auto"/>
              <w:jc w:val="center"/>
            </w:pPr>
            <w:r>
              <w:rPr>
                <w:b/>
              </w:rPr>
              <w:t>Criterio 4.1.1</w:t>
            </w:r>
          </w:p>
        </w:tc>
        <w:tc>
          <w:tcPr>
            <w:tcW w:w="4231" w:type="dxa"/>
            <w:vMerge w:val="restart"/>
            <w:shd w:val="clear" w:color="auto" w:fill="D5DCE4"/>
            <w:tcMar>
              <w:top w:w="60" w:type="dxa"/>
              <w:left w:w="85" w:type="dxa"/>
              <w:bottom w:w="60" w:type="dxa"/>
              <w:right w:w="85" w:type="dxa"/>
            </w:tcMar>
            <w:vAlign w:val="center"/>
          </w:tcPr>
          <w:p w14:paraId="57BF120F"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58249D85" w14:textId="77777777" w:rsidR="007024CC" w:rsidRDefault="00CC2F94">
            <w:pPr>
              <w:keepNext/>
              <w:spacing w:before="40" w:after="40" w:line="240" w:lineRule="auto"/>
              <w:jc w:val="center"/>
            </w:pPr>
            <w:r>
              <w:rPr>
                <w:b/>
              </w:rPr>
              <w:t>Nivel de cumplimiento</w:t>
            </w:r>
          </w:p>
        </w:tc>
      </w:tr>
      <w:tr w:rsidR="007024CC" w14:paraId="4E9E6566"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322E8A65"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3E801C6F"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53CF9CB3"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5EBB58B7"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54474E94" w14:textId="77777777" w:rsidR="007024CC" w:rsidRDefault="00CC2F94">
            <w:pPr>
              <w:keepNext/>
              <w:spacing w:before="40" w:after="40" w:line="240" w:lineRule="auto"/>
              <w:jc w:val="center"/>
            </w:pPr>
            <w:r>
              <w:rPr>
                <w:b/>
              </w:rPr>
              <w:t>NC</w:t>
            </w:r>
          </w:p>
        </w:tc>
      </w:tr>
      <w:tr w:rsidR="007024CC" w:rsidRPr="00F42274" w14:paraId="4AAEF020"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2DA4C788" w14:textId="77777777" w:rsidR="007024CC" w:rsidRPr="00EC4B4D" w:rsidRDefault="00CC2F94">
            <w:pPr>
              <w:keepNext/>
              <w:spacing w:before="40" w:after="40" w:line="240" w:lineRule="auto"/>
              <w:jc w:val="center"/>
              <w:rPr>
                <w:lang w:val="es-PY"/>
              </w:rPr>
            </w:pPr>
            <w:r w:rsidRPr="00EC4B4D">
              <w:rPr>
                <w:b/>
                <w:lang w:val="es-PY"/>
              </w:rPr>
              <w:t>Pertinencia de la infraestructura tecnológica para ofrecer la carrera</w:t>
            </w:r>
          </w:p>
          <w:p w14:paraId="25877F34"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5A27BCB7"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La institución cuenta con una plataforma tecnológica estable, segura y con capacidad suficiente para alojar los cursos, gestionar los procesos académicos y facilitar la interacción entre docentes, estudiantes y tutores.</w:t>
            </w:r>
          </w:p>
        </w:tc>
        <w:tc>
          <w:tcPr>
            <w:tcW w:w="903" w:type="dxa"/>
            <w:gridSpan w:val="2"/>
            <w:shd w:val="clear" w:color="auto" w:fill="FFFFCC"/>
            <w:tcMar>
              <w:top w:w="60" w:type="dxa"/>
              <w:left w:w="85" w:type="dxa"/>
              <w:bottom w:w="60" w:type="dxa"/>
              <w:right w:w="85" w:type="dxa"/>
            </w:tcMar>
            <w:vAlign w:val="center"/>
          </w:tcPr>
          <w:p w14:paraId="417F959E"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69B9FC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B4D2C73" w14:textId="77777777" w:rsidR="007024CC" w:rsidRPr="009A1154" w:rsidRDefault="007024CC">
            <w:pPr>
              <w:keepNext/>
              <w:spacing w:before="40" w:after="40" w:line="240" w:lineRule="auto"/>
              <w:rPr>
                <w:lang w:val="es-PY"/>
              </w:rPr>
            </w:pPr>
          </w:p>
        </w:tc>
      </w:tr>
      <w:tr w:rsidR="007024CC" w:rsidRPr="00F42274" w14:paraId="5B169BA2"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343EC5E1"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673A22CD"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La infraestructura tecnológica garantiza el acceso equitativo de estudiantes y docentes a los contenidos, actividades y servicios académicos, considerando posibles limitaciones de conectividad o dispositivos.</w:t>
            </w:r>
          </w:p>
        </w:tc>
        <w:tc>
          <w:tcPr>
            <w:tcW w:w="903" w:type="dxa"/>
            <w:gridSpan w:val="2"/>
            <w:shd w:val="clear" w:color="auto" w:fill="FFFFCC"/>
            <w:tcMar>
              <w:top w:w="60" w:type="dxa"/>
              <w:left w:w="85" w:type="dxa"/>
              <w:bottom w:w="60" w:type="dxa"/>
              <w:right w:w="85" w:type="dxa"/>
            </w:tcMar>
            <w:vAlign w:val="center"/>
          </w:tcPr>
          <w:p w14:paraId="3C55F90D"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94034C0"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F347919" w14:textId="77777777" w:rsidR="007024CC" w:rsidRPr="009A1154" w:rsidRDefault="007024CC">
            <w:pPr>
              <w:keepNext/>
              <w:spacing w:before="40" w:after="40" w:line="240" w:lineRule="auto"/>
              <w:rPr>
                <w:lang w:val="es-PY"/>
              </w:rPr>
            </w:pPr>
          </w:p>
        </w:tc>
      </w:tr>
      <w:tr w:rsidR="007024CC" w:rsidRPr="00F42274" w14:paraId="2BC8008F"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0D5D70BE"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54BAE929"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Se dispone de soporte técnico eficiente y permanente para estudiantes y docentes, tanto para el uso de la plataforma como para la resolución de incidencias tecnológicas.</w:t>
            </w:r>
          </w:p>
        </w:tc>
        <w:tc>
          <w:tcPr>
            <w:tcW w:w="903" w:type="dxa"/>
            <w:gridSpan w:val="2"/>
            <w:shd w:val="clear" w:color="auto" w:fill="FFFFCC"/>
            <w:tcMar>
              <w:top w:w="60" w:type="dxa"/>
              <w:left w:w="85" w:type="dxa"/>
              <w:bottom w:w="60" w:type="dxa"/>
              <w:right w:w="85" w:type="dxa"/>
            </w:tcMar>
            <w:vAlign w:val="center"/>
          </w:tcPr>
          <w:p w14:paraId="218FB651"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15214E6"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4F87C5E" w14:textId="77777777" w:rsidR="007024CC" w:rsidRPr="009A1154" w:rsidRDefault="007024CC">
            <w:pPr>
              <w:keepNext/>
              <w:spacing w:before="40" w:after="40" w:line="240" w:lineRule="auto"/>
              <w:rPr>
                <w:lang w:val="es-PY"/>
              </w:rPr>
            </w:pPr>
          </w:p>
        </w:tc>
      </w:tr>
      <w:tr w:rsidR="007024CC" w:rsidRPr="00F42274" w14:paraId="497AFD60"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32CA42B2"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146D6ADA"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Los entornos virtuales de aprendizaje cuentan con herramientas que permiten la implementación de diversas estrategias pedagógicas (videoconferencias, foros, actividades interactivas, seguimiento individual, etc.).</w:t>
            </w:r>
          </w:p>
        </w:tc>
        <w:tc>
          <w:tcPr>
            <w:tcW w:w="903" w:type="dxa"/>
            <w:gridSpan w:val="2"/>
            <w:shd w:val="clear" w:color="auto" w:fill="FFFFCC"/>
            <w:tcMar>
              <w:top w:w="60" w:type="dxa"/>
              <w:left w:w="85" w:type="dxa"/>
              <w:bottom w:w="60" w:type="dxa"/>
              <w:right w:w="85" w:type="dxa"/>
            </w:tcMar>
            <w:vAlign w:val="center"/>
          </w:tcPr>
          <w:p w14:paraId="44A8EBE9"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F6F24C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5E1FB86" w14:textId="77777777" w:rsidR="007024CC" w:rsidRPr="009A1154" w:rsidRDefault="007024CC">
            <w:pPr>
              <w:keepNext/>
              <w:spacing w:before="40" w:after="40" w:line="240" w:lineRule="auto"/>
              <w:rPr>
                <w:lang w:val="es-PY"/>
              </w:rPr>
            </w:pPr>
          </w:p>
        </w:tc>
      </w:tr>
      <w:tr w:rsidR="007024CC" w:rsidRPr="00F42274" w14:paraId="712DB7C9"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0E572079"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3F857835" w14:textId="77777777" w:rsidR="007024CC" w:rsidRPr="00EC4B4D" w:rsidRDefault="00CC2F94">
            <w:pPr>
              <w:keepNext/>
              <w:spacing w:before="40" w:after="40" w:line="240" w:lineRule="auto"/>
              <w:ind w:left="369" w:hanging="369"/>
              <w:jc w:val="both"/>
              <w:rPr>
                <w:lang w:val="es-PY"/>
              </w:rPr>
            </w:pPr>
            <w:r w:rsidRPr="00EC4B4D">
              <w:rPr>
                <w:lang w:val="es-PY"/>
              </w:rPr>
              <w:t>e.</w:t>
            </w:r>
            <w:r w:rsidRPr="00EC4B4D">
              <w:rPr>
                <w:lang w:val="es-PY"/>
              </w:rPr>
              <w:tab/>
              <w:t>La infraestructura tecnológica es monitoreada y evaluada periódicamente para asegurar su pertinencia y adecuación a las necesidades de la carrera y de sus usuarios.</w:t>
            </w:r>
          </w:p>
        </w:tc>
        <w:tc>
          <w:tcPr>
            <w:tcW w:w="903" w:type="dxa"/>
            <w:gridSpan w:val="2"/>
            <w:shd w:val="clear" w:color="auto" w:fill="FFFFCC"/>
            <w:tcMar>
              <w:top w:w="60" w:type="dxa"/>
              <w:left w:w="85" w:type="dxa"/>
              <w:bottom w:w="60" w:type="dxa"/>
              <w:right w:w="85" w:type="dxa"/>
            </w:tcMar>
            <w:vAlign w:val="center"/>
          </w:tcPr>
          <w:p w14:paraId="7E61503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64F01FA"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00BD66B" w14:textId="77777777" w:rsidR="007024CC" w:rsidRPr="009A1154" w:rsidRDefault="007024CC">
            <w:pPr>
              <w:keepNext/>
              <w:spacing w:before="40" w:after="40" w:line="240" w:lineRule="auto"/>
              <w:rPr>
                <w:lang w:val="es-PY"/>
              </w:rPr>
            </w:pPr>
          </w:p>
        </w:tc>
      </w:tr>
      <w:tr w:rsidR="007024CC" w14:paraId="2777CD5A"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01F08FF6"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04CF8040" w14:textId="77777777" w:rsidR="007024CC" w:rsidRDefault="00CC2F94">
            <w:pPr>
              <w:keepNext/>
              <w:spacing w:before="40" w:after="40" w:line="240" w:lineRule="auto"/>
              <w:jc w:val="center"/>
            </w:pPr>
            <w:r>
              <w:rPr>
                <w:b/>
              </w:rPr>
              <w:t>Medios de verificación</w:t>
            </w:r>
          </w:p>
        </w:tc>
      </w:tr>
      <w:tr w:rsidR="007024CC" w14:paraId="254B037A"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3A0DC5B6" w14:textId="77777777" w:rsidR="007024CC" w:rsidRDefault="007024CC">
            <w:pPr>
              <w:spacing w:before="40" w:after="40" w:line="240" w:lineRule="auto"/>
            </w:pPr>
          </w:p>
        </w:tc>
        <w:tc>
          <w:tcPr>
            <w:tcW w:w="2692" w:type="dxa"/>
            <w:gridSpan w:val="3"/>
            <w:shd w:val="clear" w:color="auto" w:fill="FFFFFF"/>
            <w:tcMar>
              <w:top w:w="85" w:type="dxa"/>
              <w:left w:w="85" w:type="dxa"/>
              <w:bottom w:w="85" w:type="dxa"/>
              <w:right w:w="85" w:type="dxa"/>
            </w:tcMar>
          </w:tcPr>
          <w:p w14:paraId="3D66A169" w14:textId="77777777" w:rsidR="007024CC" w:rsidRDefault="007024CC">
            <w:pPr>
              <w:spacing w:before="40" w:after="40" w:line="240" w:lineRule="auto"/>
            </w:pPr>
          </w:p>
        </w:tc>
      </w:tr>
    </w:tbl>
    <w:p w14:paraId="49D119FD"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5E685E8A"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75DEE15D" w14:textId="77777777" w:rsidR="007024CC" w:rsidRDefault="00CC2F94">
            <w:pPr>
              <w:keepNext/>
              <w:spacing w:before="40" w:after="40" w:line="240" w:lineRule="auto"/>
              <w:jc w:val="center"/>
            </w:pPr>
            <w:r>
              <w:rPr>
                <w:b/>
              </w:rPr>
              <w:lastRenderedPageBreak/>
              <w:t>Criterio 4.1.2</w:t>
            </w:r>
          </w:p>
        </w:tc>
        <w:tc>
          <w:tcPr>
            <w:tcW w:w="4231" w:type="dxa"/>
            <w:vMerge w:val="restart"/>
            <w:shd w:val="clear" w:color="auto" w:fill="D5DCE4"/>
            <w:tcMar>
              <w:top w:w="60" w:type="dxa"/>
              <w:left w:w="85" w:type="dxa"/>
              <w:bottom w:w="60" w:type="dxa"/>
              <w:right w:w="85" w:type="dxa"/>
            </w:tcMar>
            <w:vAlign w:val="center"/>
          </w:tcPr>
          <w:p w14:paraId="0278A08E"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68B40D1F" w14:textId="77777777" w:rsidR="007024CC" w:rsidRDefault="00CC2F94">
            <w:pPr>
              <w:keepNext/>
              <w:spacing w:before="40" w:after="40" w:line="240" w:lineRule="auto"/>
              <w:jc w:val="center"/>
            </w:pPr>
            <w:r>
              <w:rPr>
                <w:b/>
              </w:rPr>
              <w:t>Nivel de cumplimiento</w:t>
            </w:r>
          </w:p>
        </w:tc>
      </w:tr>
      <w:tr w:rsidR="007024CC" w14:paraId="664EEE4C"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64FFC3C6"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4306757F"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69D6588F"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5F105478"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1085565D" w14:textId="77777777" w:rsidR="007024CC" w:rsidRDefault="00CC2F94">
            <w:pPr>
              <w:keepNext/>
              <w:spacing w:before="40" w:after="40" w:line="240" w:lineRule="auto"/>
              <w:jc w:val="center"/>
            </w:pPr>
            <w:r>
              <w:rPr>
                <w:b/>
              </w:rPr>
              <w:t>NC</w:t>
            </w:r>
          </w:p>
        </w:tc>
      </w:tr>
      <w:tr w:rsidR="007024CC" w:rsidRPr="00F42274" w14:paraId="01272D31"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7D18C281" w14:textId="77777777" w:rsidR="007024CC" w:rsidRPr="00EC4B4D" w:rsidRDefault="00CC2F94">
            <w:pPr>
              <w:keepNext/>
              <w:spacing w:before="40" w:after="40" w:line="240" w:lineRule="auto"/>
              <w:jc w:val="center"/>
              <w:rPr>
                <w:lang w:val="es-PY"/>
              </w:rPr>
            </w:pPr>
            <w:r w:rsidRPr="00EC4B4D">
              <w:rPr>
                <w:b/>
                <w:lang w:val="es-PY"/>
              </w:rPr>
              <w:t>Eficiencia en el uso de los recursos disponibles para la implementación del Proyecto Académico</w:t>
            </w:r>
          </w:p>
          <w:p w14:paraId="39EADA75"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01CB7D45"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Los recursos humanos, tecnológicos y financieros disponibles son gestionados de manera eficiente para asegurar el funcionamiento sostenido de las actividades académicas y administrativas de la carrera.</w:t>
            </w:r>
          </w:p>
        </w:tc>
        <w:tc>
          <w:tcPr>
            <w:tcW w:w="903" w:type="dxa"/>
            <w:gridSpan w:val="2"/>
            <w:shd w:val="clear" w:color="auto" w:fill="FFFFCC"/>
            <w:tcMar>
              <w:top w:w="60" w:type="dxa"/>
              <w:left w:w="85" w:type="dxa"/>
              <w:bottom w:w="60" w:type="dxa"/>
              <w:right w:w="85" w:type="dxa"/>
            </w:tcMar>
            <w:vAlign w:val="center"/>
          </w:tcPr>
          <w:p w14:paraId="76916D78"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42197A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7C379DE" w14:textId="77777777" w:rsidR="007024CC" w:rsidRPr="009A1154" w:rsidRDefault="007024CC">
            <w:pPr>
              <w:keepNext/>
              <w:spacing w:before="40" w:after="40" w:line="240" w:lineRule="auto"/>
              <w:rPr>
                <w:lang w:val="es-PY"/>
              </w:rPr>
            </w:pPr>
          </w:p>
        </w:tc>
      </w:tr>
      <w:tr w:rsidR="007024CC" w:rsidRPr="00F42274" w14:paraId="25D3E375"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56FD67B9"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52810384"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Los recursos tecnológicos disponibles (plataforma, software, licencias, etc.) son utilizados de forma efectiva por docentes y estudiantes para el logro de los objetivos de enseñanza-aprendizaje.</w:t>
            </w:r>
          </w:p>
        </w:tc>
        <w:tc>
          <w:tcPr>
            <w:tcW w:w="903" w:type="dxa"/>
            <w:gridSpan w:val="2"/>
            <w:shd w:val="clear" w:color="auto" w:fill="FFFFCC"/>
            <w:tcMar>
              <w:top w:w="60" w:type="dxa"/>
              <w:left w:w="85" w:type="dxa"/>
              <w:bottom w:w="60" w:type="dxa"/>
              <w:right w:w="85" w:type="dxa"/>
            </w:tcMar>
            <w:vAlign w:val="center"/>
          </w:tcPr>
          <w:p w14:paraId="3A70C60E"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136ADE88"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5E7B9E9" w14:textId="77777777" w:rsidR="007024CC" w:rsidRPr="009A1154" w:rsidRDefault="007024CC">
            <w:pPr>
              <w:keepNext/>
              <w:spacing w:before="40" w:after="40" w:line="240" w:lineRule="auto"/>
              <w:rPr>
                <w:lang w:val="es-PY"/>
              </w:rPr>
            </w:pPr>
          </w:p>
        </w:tc>
      </w:tr>
      <w:tr w:rsidR="007024CC" w:rsidRPr="00F42274" w14:paraId="085F4BBB"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4CC9C1BD"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731A5F60"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Se dispone de acceso a bibliotecas virtuales o repositorios digitales adecuados, y se promueve activamente su uso por parte de docentes y estudiantes para el desarrollo de actividades académicas.</w:t>
            </w:r>
          </w:p>
        </w:tc>
        <w:tc>
          <w:tcPr>
            <w:tcW w:w="903" w:type="dxa"/>
            <w:gridSpan w:val="2"/>
            <w:shd w:val="clear" w:color="auto" w:fill="FFFFCC"/>
            <w:tcMar>
              <w:top w:w="60" w:type="dxa"/>
              <w:left w:w="85" w:type="dxa"/>
              <w:bottom w:w="60" w:type="dxa"/>
              <w:right w:w="85" w:type="dxa"/>
            </w:tcMar>
            <w:vAlign w:val="center"/>
          </w:tcPr>
          <w:p w14:paraId="55C9DF68"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3C8C8A99"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6ADE60C" w14:textId="77777777" w:rsidR="007024CC" w:rsidRPr="009A1154" w:rsidRDefault="007024CC">
            <w:pPr>
              <w:keepNext/>
              <w:spacing w:before="40" w:after="40" w:line="240" w:lineRule="auto"/>
              <w:rPr>
                <w:lang w:val="es-PY"/>
              </w:rPr>
            </w:pPr>
          </w:p>
        </w:tc>
      </w:tr>
      <w:tr w:rsidR="007024CC" w:rsidRPr="00F42274" w14:paraId="59E184A1"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4AE8F1AA"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658BF174"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La carga académica y las funciones asignadas a los docentes son proporcionales a su disponibilidad horaria y se distribuyen de manera eficiente.</w:t>
            </w:r>
          </w:p>
        </w:tc>
        <w:tc>
          <w:tcPr>
            <w:tcW w:w="903" w:type="dxa"/>
            <w:gridSpan w:val="2"/>
            <w:shd w:val="clear" w:color="auto" w:fill="FFFFCC"/>
            <w:tcMar>
              <w:top w:w="60" w:type="dxa"/>
              <w:left w:w="85" w:type="dxa"/>
              <w:bottom w:w="60" w:type="dxa"/>
              <w:right w:w="85" w:type="dxa"/>
            </w:tcMar>
            <w:vAlign w:val="center"/>
          </w:tcPr>
          <w:p w14:paraId="44BAE228"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082EB67"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498DA436" w14:textId="77777777" w:rsidR="007024CC" w:rsidRPr="009A1154" w:rsidRDefault="007024CC">
            <w:pPr>
              <w:keepNext/>
              <w:spacing w:before="40" w:after="40" w:line="240" w:lineRule="auto"/>
              <w:rPr>
                <w:lang w:val="es-PY"/>
              </w:rPr>
            </w:pPr>
          </w:p>
        </w:tc>
      </w:tr>
      <w:tr w:rsidR="007024CC" w:rsidRPr="00F42274" w14:paraId="772CDEF8"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3BAA0C99"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05B229F2" w14:textId="77777777" w:rsidR="007024CC" w:rsidRPr="00EC4B4D" w:rsidRDefault="00CC2F94">
            <w:pPr>
              <w:keepNext/>
              <w:spacing w:before="40" w:after="40" w:line="240" w:lineRule="auto"/>
              <w:ind w:left="369" w:hanging="369"/>
              <w:jc w:val="both"/>
              <w:rPr>
                <w:lang w:val="es-PY"/>
              </w:rPr>
            </w:pPr>
            <w:r w:rsidRPr="00EC4B4D">
              <w:rPr>
                <w:lang w:val="es-PY"/>
              </w:rPr>
              <w:t>e.</w:t>
            </w:r>
            <w:r w:rsidRPr="00EC4B4D">
              <w:rPr>
                <w:lang w:val="es-PY"/>
              </w:rPr>
              <w:tab/>
              <w:t>Se monitorea periódicamente el uso y rendimiento de los recursos asignados a la carrera, y se aplican ajustes cuando se identifican ineficiencias o subutilización.</w:t>
            </w:r>
          </w:p>
        </w:tc>
        <w:tc>
          <w:tcPr>
            <w:tcW w:w="903" w:type="dxa"/>
            <w:gridSpan w:val="2"/>
            <w:shd w:val="clear" w:color="auto" w:fill="FFFFCC"/>
            <w:tcMar>
              <w:top w:w="60" w:type="dxa"/>
              <w:left w:w="85" w:type="dxa"/>
              <w:bottom w:w="60" w:type="dxa"/>
              <w:right w:w="85" w:type="dxa"/>
            </w:tcMar>
            <w:vAlign w:val="center"/>
          </w:tcPr>
          <w:p w14:paraId="1EFFCCA8"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565B1528"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F478E59" w14:textId="77777777" w:rsidR="007024CC" w:rsidRPr="009A1154" w:rsidRDefault="007024CC">
            <w:pPr>
              <w:keepNext/>
              <w:spacing w:before="40" w:after="40" w:line="240" w:lineRule="auto"/>
              <w:rPr>
                <w:lang w:val="es-PY"/>
              </w:rPr>
            </w:pPr>
          </w:p>
        </w:tc>
      </w:tr>
      <w:tr w:rsidR="007024CC" w14:paraId="2B5EE13B" w14:textId="77777777" w:rsidTr="00F42274">
        <w:trPr>
          <w:cantSplit/>
          <w:trHeight w:val="400"/>
          <w:jc w:val="center"/>
        </w:trPr>
        <w:tc>
          <w:tcPr>
            <w:tcW w:w="6658" w:type="dxa"/>
            <w:gridSpan w:val="3"/>
            <w:shd w:val="clear" w:color="auto" w:fill="D5DCE4"/>
            <w:tcMar>
              <w:top w:w="60" w:type="dxa"/>
              <w:left w:w="85" w:type="dxa"/>
              <w:bottom w:w="60" w:type="dxa"/>
              <w:right w:w="85" w:type="dxa"/>
            </w:tcMar>
            <w:vAlign w:val="center"/>
          </w:tcPr>
          <w:p w14:paraId="0F72CD01"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422F4B0C" w14:textId="77777777" w:rsidR="007024CC" w:rsidRDefault="00CC2F94">
            <w:pPr>
              <w:keepNext/>
              <w:spacing w:before="40" w:after="40" w:line="240" w:lineRule="auto"/>
              <w:jc w:val="center"/>
            </w:pPr>
            <w:r>
              <w:rPr>
                <w:b/>
              </w:rPr>
              <w:t>Medios de verificación</w:t>
            </w:r>
          </w:p>
        </w:tc>
      </w:tr>
      <w:tr w:rsidR="007024CC" w14:paraId="0E6036DB" w14:textId="77777777" w:rsidTr="00F42274">
        <w:trPr>
          <w:trHeight w:val="2400"/>
          <w:jc w:val="center"/>
        </w:trPr>
        <w:tc>
          <w:tcPr>
            <w:tcW w:w="6658" w:type="dxa"/>
            <w:gridSpan w:val="3"/>
            <w:shd w:val="clear" w:color="auto" w:fill="FFFFFF"/>
            <w:tcMar>
              <w:top w:w="85" w:type="dxa"/>
              <w:left w:w="85" w:type="dxa"/>
              <w:bottom w:w="85" w:type="dxa"/>
              <w:right w:w="85" w:type="dxa"/>
            </w:tcMar>
          </w:tcPr>
          <w:p w14:paraId="71F34E0D" w14:textId="77777777" w:rsidR="007024CC" w:rsidRDefault="007024CC">
            <w:pPr>
              <w:spacing w:before="40" w:after="40" w:line="240" w:lineRule="auto"/>
            </w:pPr>
          </w:p>
          <w:p w14:paraId="1E063CB7" w14:textId="77777777" w:rsidR="00EC4B4D" w:rsidRDefault="00EC4B4D">
            <w:pPr>
              <w:spacing w:before="40" w:after="40" w:line="240" w:lineRule="auto"/>
            </w:pPr>
          </w:p>
          <w:p w14:paraId="7053F2D9" w14:textId="77777777" w:rsidR="00EC4B4D" w:rsidRDefault="00EC4B4D">
            <w:pPr>
              <w:spacing w:before="40" w:after="40" w:line="240" w:lineRule="auto"/>
            </w:pPr>
          </w:p>
          <w:p w14:paraId="5F985BC7" w14:textId="77777777" w:rsidR="00EC4B4D" w:rsidRDefault="00EC4B4D">
            <w:pPr>
              <w:spacing w:before="40" w:after="40" w:line="240" w:lineRule="auto"/>
            </w:pPr>
          </w:p>
          <w:p w14:paraId="7305BF53" w14:textId="77777777" w:rsidR="00EC4B4D" w:rsidRDefault="00EC4B4D">
            <w:pPr>
              <w:spacing w:before="40" w:after="40" w:line="240" w:lineRule="auto"/>
            </w:pPr>
          </w:p>
          <w:p w14:paraId="3E89D1C8" w14:textId="77777777" w:rsidR="00EC4B4D" w:rsidRDefault="00EC4B4D">
            <w:pPr>
              <w:spacing w:before="40" w:after="40" w:line="240" w:lineRule="auto"/>
            </w:pPr>
          </w:p>
          <w:p w14:paraId="4841BE99" w14:textId="77777777" w:rsidR="00EC4B4D" w:rsidRDefault="00EC4B4D">
            <w:pPr>
              <w:spacing w:before="40" w:after="40" w:line="240" w:lineRule="auto"/>
            </w:pPr>
          </w:p>
          <w:p w14:paraId="1D39BE5D" w14:textId="77777777" w:rsidR="00EC4B4D" w:rsidRDefault="00EC4B4D">
            <w:pPr>
              <w:spacing w:before="40" w:after="40" w:line="240" w:lineRule="auto"/>
            </w:pPr>
          </w:p>
          <w:p w14:paraId="4B48B3E6" w14:textId="77777777" w:rsidR="00EC4B4D" w:rsidRDefault="00EC4B4D">
            <w:pPr>
              <w:spacing w:before="40" w:after="40" w:line="240" w:lineRule="auto"/>
            </w:pPr>
          </w:p>
          <w:p w14:paraId="3F2A6EA6" w14:textId="77777777" w:rsidR="00EC4B4D" w:rsidRDefault="00EC4B4D">
            <w:pPr>
              <w:spacing w:before="40" w:after="40" w:line="240" w:lineRule="auto"/>
            </w:pPr>
          </w:p>
          <w:p w14:paraId="59E3A5F4" w14:textId="77777777" w:rsidR="00EC4B4D" w:rsidRDefault="00EC4B4D">
            <w:pPr>
              <w:spacing w:before="40" w:after="40" w:line="240" w:lineRule="auto"/>
            </w:pPr>
          </w:p>
          <w:p w14:paraId="0D625EB4" w14:textId="77777777" w:rsidR="00EC4B4D" w:rsidRDefault="00EC4B4D">
            <w:pPr>
              <w:spacing w:before="40" w:after="40" w:line="240" w:lineRule="auto"/>
            </w:pPr>
          </w:p>
          <w:p w14:paraId="11D7E9CC" w14:textId="77777777" w:rsidR="00EC4B4D" w:rsidRDefault="00EC4B4D">
            <w:pPr>
              <w:spacing w:before="40" w:after="40" w:line="240" w:lineRule="auto"/>
            </w:pPr>
          </w:p>
          <w:p w14:paraId="2330F8C0" w14:textId="77777777" w:rsidR="00EC4B4D" w:rsidRDefault="00EC4B4D">
            <w:pPr>
              <w:spacing w:before="40" w:after="40" w:line="240" w:lineRule="auto"/>
            </w:pPr>
          </w:p>
          <w:p w14:paraId="28C395B9" w14:textId="77777777" w:rsidR="00EC4B4D" w:rsidRDefault="00EC4B4D">
            <w:pPr>
              <w:spacing w:before="40" w:after="40" w:line="240" w:lineRule="auto"/>
            </w:pPr>
          </w:p>
        </w:tc>
        <w:tc>
          <w:tcPr>
            <w:tcW w:w="2692" w:type="dxa"/>
            <w:gridSpan w:val="3"/>
            <w:shd w:val="clear" w:color="auto" w:fill="FFFFFF"/>
            <w:tcMar>
              <w:top w:w="85" w:type="dxa"/>
              <w:left w:w="85" w:type="dxa"/>
              <w:bottom w:w="85" w:type="dxa"/>
              <w:right w:w="85" w:type="dxa"/>
            </w:tcMar>
          </w:tcPr>
          <w:p w14:paraId="7253A7FB" w14:textId="77777777" w:rsidR="007024CC" w:rsidRDefault="007024CC">
            <w:pPr>
              <w:spacing w:before="40" w:after="40" w:line="240" w:lineRule="auto"/>
            </w:pPr>
          </w:p>
        </w:tc>
      </w:tr>
    </w:tbl>
    <w:p w14:paraId="1C252DFA"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5"/>
        <w:gridCol w:w="4675"/>
      </w:tblGrid>
      <w:tr w:rsidR="007024CC" w:rsidRPr="00F42274" w14:paraId="0EBA17FB" w14:textId="77777777">
        <w:trPr>
          <w:cantSplit/>
          <w:trHeight w:val="380"/>
          <w:jc w:val="center"/>
        </w:trPr>
        <w:tc>
          <w:tcPr>
            <w:tcW w:w="9350" w:type="dxa"/>
            <w:gridSpan w:val="2"/>
            <w:shd w:val="clear" w:color="auto" w:fill="323E4F"/>
            <w:tcMar>
              <w:top w:w="60" w:type="dxa"/>
              <w:left w:w="85" w:type="dxa"/>
              <w:bottom w:w="60" w:type="dxa"/>
              <w:right w:w="85" w:type="dxa"/>
            </w:tcMar>
            <w:vAlign w:val="center"/>
          </w:tcPr>
          <w:p w14:paraId="59618F0F" w14:textId="77777777" w:rsidR="007024CC" w:rsidRPr="009A1154" w:rsidRDefault="00CC2F94">
            <w:pPr>
              <w:keepNext/>
              <w:spacing w:before="40" w:after="40" w:line="240" w:lineRule="auto"/>
              <w:jc w:val="center"/>
              <w:rPr>
                <w:lang w:val="es-PY"/>
              </w:rPr>
            </w:pPr>
            <w:r w:rsidRPr="009A1154">
              <w:rPr>
                <w:b/>
                <w:color w:val="FFFFFF"/>
                <w:sz w:val="20"/>
                <w:lang w:val="es-PY"/>
              </w:rPr>
              <w:lastRenderedPageBreak/>
              <w:t>Fortalezas y Debilidades del Cumplimiento de Criterios de la Dimensión Evaluada</w:t>
            </w:r>
          </w:p>
        </w:tc>
      </w:tr>
      <w:tr w:rsidR="007024CC" w14:paraId="14E828AE" w14:textId="77777777">
        <w:trPr>
          <w:cantSplit/>
          <w:trHeight w:val="340"/>
          <w:jc w:val="center"/>
        </w:trPr>
        <w:tc>
          <w:tcPr>
            <w:tcW w:w="4675" w:type="dxa"/>
            <w:shd w:val="clear" w:color="auto" w:fill="D5DCE4"/>
            <w:tcMar>
              <w:top w:w="60" w:type="dxa"/>
              <w:left w:w="85" w:type="dxa"/>
              <w:bottom w:w="60" w:type="dxa"/>
              <w:right w:w="85" w:type="dxa"/>
            </w:tcMar>
            <w:vAlign w:val="center"/>
          </w:tcPr>
          <w:p w14:paraId="1436B062" w14:textId="77777777" w:rsidR="007024CC" w:rsidRDefault="00CC2F94">
            <w:pPr>
              <w:keepNext/>
              <w:spacing w:before="40" w:after="40" w:line="240" w:lineRule="auto"/>
              <w:jc w:val="center"/>
            </w:pPr>
            <w:r>
              <w:rPr>
                <w:b/>
              </w:rPr>
              <w:t>Fortalezas</w:t>
            </w:r>
          </w:p>
        </w:tc>
        <w:tc>
          <w:tcPr>
            <w:tcW w:w="4675" w:type="dxa"/>
            <w:shd w:val="clear" w:color="auto" w:fill="D5DCE4"/>
            <w:tcMar>
              <w:top w:w="60" w:type="dxa"/>
              <w:left w:w="85" w:type="dxa"/>
              <w:bottom w:w="60" w:type="dxa"/>
              <w:right w:w="85" w:type="dxa"/>
            </w:tcMar>
            <w:vAlign w:val="center"/>
          </w:tcPr>
          <w:p w14:paraId="11195BEC" w14:textId="77777777" w:rsidR="007024CC" w:rsidRDefault="00CC2F94">
            <w:pPr>
              <w:keepNext/>
              <w:spacing w:before="40" w:after="40" w:line="240" w:lineRule="auto"/>
              <w:jc w:val="center"/>
            </w:pPr>
            <w:r>
              <w:rPr>
                <w:b/>
              </w:rPr>
              <w:t>Debilidades</w:t>
            </w:r>
          </w:p>
        </w:tc>
      </w:tr>
      <w:tr w:rsidR="007024CC" w14:paraId="373FD8EC" w14:textId="77777777">
        <w:trPr>
          <w:trHeight w:val="2400"/>
          <w:jc w:val="center"/>
        </w:trPr>
        <w:tc>
          <w:tcPr>
            <w:tcW w:w="4675" w:type="dxa"/>
            <w:shd w:val="clear" w:color="auto" w:fill="FFFFFF"/>
            <w:tcMar>
              <w:top w:w="85" w:type="dxa"/>
              <w:left w:w="85" w:type="dxa"/>
              <w:bottom w:w="85" w:type="dxa"/>
              <w:right w:w="85" w:type="dxa"/>
            </w:tcMar>
          </w:tcPr>
          <w:p w14:paraId="296D5AAD" w14:textId="77777777" w:rsidR="007024CC" w:rsidRDefault="007024CC">
            <w:pPr>
              <w:keepNext/>
              <w:spacing w:before="40" w:after="40" w:line="240" w:lineRule="auto"/>
            </w:pPr>
          </w:p>
          <w:p w14:paraId="633C72EA" w14:textId="77777777" w:rsidR="00EC4B4D" w:rsidRDefault="00EC4B4D">
            <w:pPr>
              <w:keepNext/>
              <w:spacing w:before="40" w:after="40" w:line="240" w:lineRule="auto"/>
            </w:pPr>
          </w:p>
          <w:p w14:paraId="21117392" w14:textId="77777777" w:rsidR="00EC4B4D" w:rsidRDefault="00EC4B4D">
            <w:pPr>
              <w:keepNext/>
              <w:spacing w:before="40" w:after="40" w:line="240" w:lineRule="auto"/>
            </w:pPr>
          </w:p>
          <w:p w14:paraId="358B657B" w14:textId="77777777" w:rsidR="00EC4B4D" w:rsidRDefault="00EC4B4D">
            <w:pPr>
              <w:keepNext/>
              <w:spacing w:before="40" w:after="40" w:line="240" w:lineRule="auto"/>
            </w:pPr>
          </w:p>
          <w:p w14:paraId="3FC0F76D" w14:textId="77777777" w:rsidR="00EC4B4D" w:rsidRDefault="00EC4B4D">
            <w:pPr>
              <w:keepNext/>
              <w:spacing w:before="40" w:after="40" w:line="240" w:lineRule="auto"/>
            </w:pPr>
          </w:p>
          <w:p w14:paraId="68E0DEF8" w14:textId="77777777" w:rsidR="00EC4B4D" w:rsidRDefault="00EC4B4D">
            <w:pPr>
              <w:keepNext/>
              <w:spacing w:before="40" w:after="40" w:line="240" w:lineRule="auto"/>
            </w:pPr>
          </w:p>
          <w:p w14:paraId="15D6D026" w14:textId="77777777" w:rsidR="00EC4B4D" w:rsidRDefault="00EC4B4D">
            <w:pPr>
              <w:keepNext/>
              <w:spacing w:before="40" w:after="40" w:line="240" w:lineRule="auto"/>
            </w:pPr>
          </w:p>
          <w:p w14:paraId="6CFC058A" w14:textId="77777777" w:rsidR="00EC4B4D" w:rsidRDefault="00EC4B4D">
            <w:pPr>
              <w:keepNext/>
              <w:spacing w:before="40" w:after="40" w:line="240" w:lineRule="auto"/>
            </w:pPr>
          </w:p>
          <w:p w14:paraId="1B6D60C4" w14:textId="77777777" w:rsidR="00EC4B4D" w:rsidRDefault="00EC4B4D">
            <w:pPr>
              <w:keepNext/>
              <w:spacing w:before="40" w:after="40" w:line="240" w:lineRule="auto"/>
            </w:pPr>
          </w:p>
          <w:p w14:paraId="4E260CC1" w14:textId="77777777" w:rsidR="00EC4B4D" w:rsidRDefault="00EC4B4D">
            <w:pPr>
              <w:keepNext/>
              <w:spacing w:before="40" w:after="40" w:line="240" w:lineRule="auto"/>
            </w:pPr>
          </w:p>
          <w:p w14:paraId="24C421E1" w14:textId="77777777" w:rsidR="00EC4B4D" w:rsidRDefault="00EC4B4D">
            <w:pPr>
              <w:keepNext/>
              <w:spacing w:before="40" w:after="40" w:line="240" w:lineRule="auto"/>
            </w:pPr>
          </w:p>
          <w:p w14:paraId="13547F72" w14:textId="77777777" w:rsidR="00EC4B4D" w:rsidRDefault="00EC4B4D">
            <w:pPr>
              <w:keepNext/>
              <w:spacing w:before="40" w:after="40" w:line="240" w:lineRule="auto"/>
            </w:pPr>
          </w:p>
          <w:p w14:paraId="2BA9EF90" w14:textId="77777777" w:rsidR="00EC4B4D" w:rsidRDefault="00EC4B4D">
            <w:pPr>
              <w:keepNext/>
              <w:spacing w:before="40" w:after="40" w:line="240" w:lineRule="auto"/>
            </w:pPr>
          </w:p>
          <w:p w14:paraId="3158352A" w14:textId="77777777" w:rsidR="00EC4B4D" w:rsidRDefault="00EC4B4D">
            <w:pPr>
              <w:keepNext/>
              <w:spacing w:before="40" w:after="40" w:line="240" w:lineRule="auto"/>
            </w:pPr>
          </w:p>
          <w:p w14:paraId="1FFC5B89" w14:textId="77777777" w:rsidR="00EC4B4D" w:rsidRDefault="00EC4B4D">
            <w:pPr>
              <w:keepNext/>
              <w:spacing w:before="40" w:after="40" w:line="240" w:lineRule="auto"/>
            </w:pPr>
          </w:p>
        </w:tc>
        <w:tc>
          <w:tcPr>
            <w:tcW w:w="4675" w:type="dxa"/>
            <w:shd w:val="clear" w:color="auto" w:fill="FFFFFF"/>
            <w:tcMar>
              <w:top w:w="85" w:type="dxa"/>
              <w:left w:w="85" w:type="dxa"/>
              <w:bottom w:w="85" w:type="dxa"/>
              <w:right w:w="85" w:type="dxa"/>
            </w:tcMar>
          </w:tcPr>
          <w:p w14:paraId="2F5050FD" w14:textId="77777777" w:rsidR="007024CC" w:rsidRDefault="007024CC">
            <w:pPr>
              <w:keepNext/>
              <w:spacing w:before="40" w:after="40" w:line="240" w:lineRule="auto"/>
            </w:pPr>
          </w:p>
        </w:tc>
      </w:tr>
      <w:tr w:rsidR="007024CC" w14:paraId="4B811914" w14:textId="77777777">
        <w:trPr>
          <w:cantSplit/>
          <w:trHeight w:val="380"/>
          <w:jc w:val="center"/>
        </w:trPr>
        <w:tc>
          <w:tcPr>
            <w:tcW w:w="9350" w:type="dxa"/>
            <w:gridSpan w:val="2"/>
            <w:shd w:val="clear" w:color="auto" w:fill="323E4F"/>
            <w:tcMar>
              <w:top w:w="60" w:type="dxa"/>
              <w:left w:w="85" w:type="dxa"/>
              <w:bottom w:w="60" w:type="dxa"/>
              <w:right w:w="85" w:type="dxa"/>
            </w:tcMar>
            <w:vAlign w:val="center"/>
          </w:tcPr>
          <w:p w14:paraId="27719580" w14:textId="77777777" w:rsidR="007024CC" w:rsidRDefault="00CC2F94">
            <w:pPr>
              <w:keepNext/>
              <w:spacing w:before="40" w:after="40" w:line="240" w:lineRule="auto"/>
              <w:jc w:val="center"/>
            </w:pPr>
            <w:r>
              <w:rPr>
                <w:b/>
                <w:color w:val="FFFFFF"/>
                <w:sz w:val="20"/>
              </w:rPr>
              <w:t>Oportunidades de Mejora</w:t>
            </w:r>
          </w:p>
        </w:tc>
      </w:tr>
      <w:tr w:rsidR="007024CC" w14:paraId="121B3393" w14:textId="77777777">
        <w:trPr>
          <w:trHeight w:val="2400"/>
          <w:jc w:val="center"/>
        </w:trPr>
        <w:tc>
          <w:tcPr>
            <w:tcW w:w="9350" w:type="dxa"/>
            <w:gridSpan w:val="2"/>
            <w:shd w:val="clear" w:color="auto" w:fill="FFFFFF"/>
            <w:tcMar>
              <w:top w:w="85" w:type="dxa"/>
              <w:left w:w="85" w:type="dxa"/>
              <w:bottom w:w="85" w:type="dxa"/>
              <w:right w:w="85" w:type="dxa"/>
            </w:tcMar>
          </w:tcPr>
          <w:p w14:paraId="32ABFC58" w14:textId="77777777" w:rsidR="007024CC" w:rsidRDefault="007024CC">
            <w:pPr>
              <w:spacing w:before="40" w:after="40" w:line="240" w:lineRule="auto"/>
            </w:pPr>
          </w:p>
          <w:p w14:paraId="0AFC7AE9" w14:textId="77777777" w:rsidR="00EC4B4D" w:rsidRDefault="00EC4B4D">
            <w:pPr>
              <w:spacing w:before="40" w:after="40" w:line="240" w:lineRule="auto"/>
            </w:pPr>
          </w:p>
          <w:p w14:paraId="1304064D" w14:textId="77777777" w:rsidR="00EC4B4D" w:rsidRDefault="00EC4B4D">
            <w:pPr>
              <w:spacing w:before="40" w:after="40" w:line="240" w:lineRule="auto"/>
            </w:pPr>
          </w:p>
          <w:p w14:paraId="1C7280A8" w14:textId="77777777" w:rsidR="00EC4B4D" w:rsidRDefault="00EC4B4D">
            <w:pPr>
              <w:spacing w:before="40" w:after="40" w:line="240" w:lineRule="auto"/>
            </w:pPr>
          </w:p>
          <w:p w14:paraId="6FBE67D9" w14:textId="77777777" w:rsidR="00EC4B4D" w:rsidRDefault="00EC4B4D">
            <w:pPr>
              <w:spacing w:before="40" w:after="40" w:line="240" w:lineRule="auto"/>
            </w:pPr>
          </w:p>
          <w:p w14:paraId="76A2E039" w14:textId="77777777" w:rsidR="00EC4B4D" w:rsidRDefault="00EC4B4D">
            <w:pPr>
              <w:spacing w:before="40" w:after="40" w:line="240" w:lineRule="auto"/>
            </w:pPr>
          </w:p>
          <w:p w14:paraId="6180D63A" w14:textId="77777777" w:rsidR="00EC4B4D" w:rsidRDefault="00EC4B4D">
            <w:pPr>
              <w:spacing w:before="40" w:after="40" w:line="240" w:lineRule="auto"/>
            </w:pPr>
          </w:p>
          <w:p w14:paraId="26A76216" w14:textId="77777777" w:rsidR="00EC4B4D" w:rsidRDefault="00EC4B4D">
            <w:pPr>
              <w:spacing w:before="40" w:after="40" w:line="240" w:lineRule="auto"/>
            </w:pPr>
          </w:p>
          <w:p w14:paraId="7E6AB8DC" w14:textId="77777777" w:rsidR="00EC4B4D" w:rsidRDefault="00EC4B4D">
            <w:pPr>
              <w:spacing w:before="40" w:after="40" w:line="240" w:lineRule="auto"/>
            </w:pPr>
          </w:p>
          <w:p w14:paraId="5F42CC14" w14:textId="77777777" w:rsidR="00EC4B4D" w:rsidRDefault="00EC4B4D">
            <w:pPr>
              <w:spacing w:before="40" w:after="40" w:line="240" w:lineRule="auto"/>
            </w:pPr>
          </w:p>
          <w:p w14:paraId="209BF45C" w14:textId="77777777" w:rsidR="00EC4B4D" w:rsidRDefault="00EC4B4D">
            <w:pPr>
              <w:spacing w:before="40" w:after="40" w:line="240" w:lineRule="auto"/>
            </w:pPr>
          </w:p>
          <w:p w14:paraId="19FA1FC7" w14:textId="77777777" w:rsidR="00EC4B4D" w:rsidRDefault="00EC4B4D">
            <w:pPr>
              <w:spacing w:before="40" w:after="40" w:line="240" w:lineRule="auto"/>
            </w:pPr>
          </w:p>
          <w:p w14:paraId="2BA1CB2B" w14:textId="77777777" w:rsidR="00EC4B4D" w:rsidRDefault="00EC4B4D">
            <w:pPr>
              <w:spacing w:before="40" w:after="40" w:line="240" w:lineRule="auto"/>
            </w:pPr>
          </w:p>
          <w:p w14:paraId="78FBFB19" w14:textId="77777777" w:rsidR="00EC4B4D" w:rsidRDefault="00EC4B4D">
            <w:pPr>
              <w:spacing w:before="40" w:after="40" w:line="240" w:lineRule="auto"/>
            </w:pPr>
          </w:p>
          <w:p w14:paraId="75DCDD0C" w14:textId="77777777" w:rsidR="00EC4B4D" w:rsidRDefault="00EC4B4D">
            <w:pPr>
              <w:spacing w:before="40" w:after="40" w:line="240" w:lineRule="auto"/>
            </w:pPr>
          </w:p>
          <w:p w14:paraId="35191603" w14:textId="77777777" w:rsidR="00EC4B4D" w:rsidRDefault="00EC4B4D">
            <w:pPr>
              <w:spacing w:before="40" w:after="40" w:line="240" w:lineRule="auto"/>
            </w:pPr>
          </w:p>
          <w:p w14:paraId="1E6E4649" w14:textId="77777777" w:rsidR="00EC4B4D" w:rsidRDefault="00EC4B4D">
            <w:pPr>
              <w:spacing w:before="40" w:after="40" w:line="240" w:lineRule="auto"/>
            </w:pPr>
          </w:p>
          <w:p w14:paraId="078B2628" w14:textId="77777777" w:rsidR="00EC4B4D" w:rsidRDefault="00EC4B4D">
            <w:pPr>
              <w:spacing w:before="40" w:after="40" w:line="240" w:lineRule="auto"/>
            </w:pPr>
          </w:p>
          <w:p w14:paraId="00437286" w14:textId="77777777" w:rsidR="00EC4B4D" w:rsidRDefault="00EC4B4D">
            <w:pPr>
              <w:spacing w:before="40" w:after="40" w:line="240" w:lineRule="auto"/>
            </w:pPr>
          </w:p>
          <w:p w14:paraId="368D35AE" w14:textId="77777777" w:rsidR="00EC4B4D" w:rsidRDefault="00EC4B4D">
            <w:pPr>
              <w:spacing w:before="40" w:after="40" w:line="240" w:lineRule="auto"/>
            </w:pPr>
          </w:p>
          <w:p w14:paraId="62511420" w14:textId="77777777" w:rsidR="00EC4B4D" w:rsidRDefault="00EC4B4D">
            <w:pPr>
              <w:spacing w:before="40" w:after="40" w:line="240" w:lineRule="auto"/>
            </w:pPr>
          </w:p>
          <w:p w14:paraId="5B7DF587" w14:textId="77777777" w:rsidR="00EC4B4D" w:rsidRDefault="00EC4B4D">
            <w:pPr>
              <w:spacing w:before="40" w:after="40" w:line="240" w:lineRule="auto"/>
            </w:pPr>
          </w:p>
          <w:p w14:paraId="0A411716" w14:textId="77777777" w:rsidR="00EC4B4D" w:rsidRDefault="00EC4B4D">
            <w:pPr>
              <w:spacing w:before="40" w:after="40" w:line="240" w:lineRule="auto"/>
            </w:pPr>
          </w:p>
          <w:p w14:paraId="7E1F4EB3" w14:textId="77777777" w:rsidR="00EC4B4D" w:rsidRDefault="00EC4B4D">
            <w:pPr>
              <w:spacing w:before="40" w:after="40" w:line="240" w:lineRule="auto"/>
            </w:pPr>
          </w:p>
        </w:tc>
      </w:tr>
    </w:tbl>
    <w:p w14:paraId="38963C56"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231"/>
        <w:gridCol w:w="17"/>
        <w:gridCol w:w="886"/>
        <w:gridCol w:w="903"/>
        <w:gridCol w:w="903"/>
      </w:tblGrid>
      <w:tr w:rsidR="007024CC" w14:paraId="5DF5C7A0" w14:textId="77777777">
        <w:trPr>
          <w:cantSplit/>
          <w:trHeight w:val="380"/>
          <w:tblHeader/>
          <w:jc w:val="center"/>
        </w:trPr>
        <w:tc>
          <w:tcPr>
            <w:tcW w:w="9350" w:type="dxa"/>
            <w:gridSpan w:val="6"/>
            <w:shd w:val="clear" w:color="auto" w:fill="323E4F"/>
            <w:tcMar>
              <w:top w:w="60" w:type="dxa"/>
              <w:left w:w="85" w:type="dxa"/>
              <w:bottom w:w="60" w:type="dxa"/>
              <w:right w:w="85" w:type="dxa"/>
            </w:tcMar>
            <w:vAlign w:val="center"/>
          </w:tcPr>
          <w:p w14:paraId="76956FFA" w14:textId="77777777" w:rsidR="007024CC" w:rsidRDefault="00CC2F94" w:rsidP="00EC4B4D">
            <w:pPr>
              <w:keepNext/>
              <w:spacing w:before="40" w:after="40" w:line="240" w:lineRule="auto"/>
            </w:pPr>
            <w:r>
              <w:rPr>
                <w:b/>
                <w:color w:val="FFFFFF"/>
                <w:sz w:val="24"/>
              </w:rPr>
              <w:lastRenderedPageBreak/>
              <w:t>DIMENSIÓN 5. IMPACTO Y RESULTADOS</w:t>
            </w:r>
          </w:p>
        </w:tc>
      </w:tr>
      <w:tr w:rsidR="007024CC" w14:paraId="21A63CF5" w14:textId="77777777">
        <w:trPr>
          <w:cantSplit/>
          <w:trHeight w:val="380"/>
          <w:tblHeader/>
          <w:jc w:val="center"/>
        </w:trPr>
        <w:tc>
          <w:tcPr>
            <w:tcW w:w="9350" w:type="dxa"/>
            <w:gridSpan w:val="6"/>
            <w:shd w:val="clear" w:color="auto" w:fill="44546A"/>
            <w:tcMar>
              <w:top w:w="60" w:type="dxa"/>
              <w:left w:w="85" w:type="dxa"/>
              <w:bottom w:w="60" w:type="dxa"/>
              <w:right w:w="85" w:type="dxa"/>
            </w:tcMar>
            <w:vAlign w:val="center"/>
          </w:tcPr>
          <w:p w14:paraId="38F81E11" w14:textId="77777777" w:rsidR="007024CC" w:rsidRDefault="00CC2F94" w:rsidP="00EC4B4D">
            <w:pPr>
              <w:keepNext/>
              <w:spacing w:before="40" w:after="40" w:line="240" w:lineRule="auto"/>
            </w:pPr>
            <w:r>
              <w:rPr>
                <w:b/>
                <w:color w:val="FFFFFF"/>
              </w:rPr>
              <w:t>Componente 2. Vinculación Social</w:t>
            </w:r>
          </w:p>
        </w:tc>
      </w:tr>
      <w:tr w:rsidR="007024CC" w14:paraId="2FE4EC43" w14:textId="77777777">
        <w:trPr>
          <w:cantSplit/>
          <w:trHeight w:val="300"/>
          <w:tblHeader/>
          <w:jc w:val="center"/>
        </w:trPr>
        <w:tc>
          <w:tcPr>
            <w:tcW w:w="2410" w:type="dxa"/>
            <w:vMerge w:val="restart"/>
            <w:shd w:val="clear" w:color="auto" w:fill="D5DCE4"/>
            <w:tcMar>
              <w:top w:w="60" w:type="dxa"/>
              <w:left w:w="85" w:type="dxa"/>
              <w:bottom w:w="60" w:type="dxa"/>
              <w:right w:w="85" w:type="dxa"/>
            </w:tcMar>
            <w:vAlign w:val="center"/>
          </w:tcPr>
          <w:p w14:paraId="017D4120" w14:textId="77777777" w:rsidR="007024CC" w:rsidRDefault="00CC2F94">
            <w:pPr>
              <w:keepNext/>
              <w:spacing w:before="40" w:after="40" w:line="240" w:lineRule="auto"/>
              <w:jc w:val="center"/>
            </w:pPr>
            <w:r>
              <w:rPr>
                <w:b/>
              </w:rPr>
              <w:t>Criterio 5.2.2</w:t>
            </w:r>
          </w:p>
        </w:tc>
        <w:tc>
          <w:tcPr>
            <w:tcW w:w="4231" w:type="dxa"/>
            <w:vMerge w:val="restart"/>
            <w:shd w:val="clear" w:color="auto" w:fill="D5DCE4"/>
            <w:tcMar>
              <w:top w:w="60" w:type="dxa"/>
              <w:left w:w="85" w:type="dxa"/>
              <w:bottom w:w="60" w:type="dxa"/>
              <w:right w:w="85" w:type="dxa"/>
            </w:tcMar>
            <w:vAlign w:val="center"/>
          </w:tcPr>
          <w:p w14:paraId="3D380BFE" w14:textId="77777777" w:rsidR="007024CC" w:rsidRDefault="00CC2F94">
            <w:pPr>
              <w:keepNext/>
              <w:spacing w:before="40" w:after="40" w:line="240" w:lineRule="auto"/>
              <w:jc w:val="center"/>
            </w:pPr>
            <w:r>
              <w:rPr>
                <w:b/>
              </w:rPr>
              <w:t>Indicadores</w:t>
            </w:r>
          </w:p>
        </w:tc>
        <w:tc>
          <w:tcPr>
            <w:tcW w:w="2709" w:type="dxa"/>
            <w:gridSpan w:val="4"/>
            <w:shd w:val="clear" w:color="auto" w:fill="D5DCE4"/>
            <w:tcMar>
              <w:top w:w="60" w:type="dxa"/>
              <w:left w:w="85" w:type="dxa"/>
              <w:bottom w:w="60" w:type="dxa"/>
              <w:right w:w="85" w:type="dxa"/>
            </w:tcMar>
            <w:vAlign w:val="center"/>
          </w:tcPr>
          <w:p w14:paraId="2A30DEED" w14:textId="77777777" w:rsidR="007024CC" w:rsidRDefault="00CC2F94">
            <w:pPr>
              <w:keepNext/>
              <w:spacing w:before="40" w:after="40" w:line="240" w:lineRule="auto"/>
              <w:jc w:val="center"/>
            </w:pPr>
            <w:r>
              <w:rPr>
                <w:b/>
              </w:rPr>
              <w:t>Nivel de cumplimiento</w:t>
            </w:r>
          </w:p>
        </w:tc>
      </w:tr>
      <w:tr w:rsidR="007024CC" w14:paraId="4DC28A14" w14:textId="77777777">
        <w:trPr>
          <w:cantSplit/>
          <w:trHeight w:val="280"/>
          <w:tblHeader/>
          <w:jc w:val="center"/>
        </w:trPr>
        <w:tc>
          <w:tcPr>
            <w:tcW w:w="2410" w:type="dxa"/>
            <w:vMerge/>
            <w:shd w:val="clear" w:color="auto" w:fill="D5DCE4"/>
            <w:tcMar>
              <w:top w:w="60" w:type="dxa"/>
              <w:left w:w="85" w:type="dxa"/>
              <w:bottom w:w="60" w:type="dxa"/>
              <w:right w:w="85" w:type="dxa"/>
            </w:tcMar>
            <w:vAlign w:val="center"/>
          </w:tcPr>
          <w:p w14:paraId="7C4888B9" w14:textId="77777777" w:rsidR="007024CC" w:rsidRDefault="007024CC">
            <w:pPr>
              <w:keepNext/>
            </w:pPr>
          </w:p>
        </w:tc>
        <w:tc>
          <w:tcPr>
            <w:tcW w:w="4231" w:type="dxa"/>
            <w:vMerge/>
            <w:shd w:val="clear" w:color="auto" w:fill="D5DCE4"/>
            <w:tcMar>
              <w:top w:w="60" w:type="dxa"/>
              <w:left w:w="85" w:type="dxa"/>
              <w:bottom w:w="60" w:type="dxa"/>
              <w:right w:w="85" w:type="dxa"/>
            </w:tcMar>
            <w:vAlign w:val="center"/>
          </w:tcPr>
          <w:p w14:paraId="05B21EDE" w14:textId="77777777" w:rsidR="007024CC" w:rsidRDefault="007024CC">
            <w:pPr>
              <w:keepNext/>
            </w:pPr>
          </w:p>
        </w:tc>
        <w:tc>
          <w:tcPr>
            <w:tcW w:w="903" w:type="dxa"/>
            <w:gridSpan w:val="2"/>
            <w:shd w:val="clear" w:color="auto" w:fill="D5DCE4"/>
            <w:tcMar>
              <w:top w:w="60" w:type="dxa"/>
              <w:left w:w="85" w:type="dxa"/>
              <w:bottom w:w="60" w:type="dxa"/>
              <w:right w:w="85" w:type="dxa"/>
            </w:tcMar>
            <w:vAlign w:val="center"/>
          </w:tcPr>
          <w:p w14:paraId="1D56CF4A" w14:textId="77777777" w:rsidR="007024CC" w:rsidRDefault="00CC2F94">
            <w:pPr>
              <w:keepNext/>
              <w:spacing w:before="40" w:after="40" w:line="240" w:lineRule="auto"/>
              <w:jc w:val="center"/>
            </w:pPr>
            <w:r>
              <w:rPr>
                <w:b/>
              </w:rPr>
              <w:t>CT</w:t>
            </w:r>
          </w:p>
        </w:tc>
        <w:tc>
          <w:tcPr>
            <w:tcW w:w="903" w:type="dxa"/>
            <w:shd w:val="clear" w:color="auto" w:fill="D5DCE4"/>
            <w:tcMar>
              <w:top w:w="60" w:type="dxa"/>
              <w:left w:w="85" w:type="dxa"/>
              <w:bottom w:w="60" w:type="dxa"/>
              <w:right w:w="85" w:type="dxa"/>
            </w:tcMar>
            <w:vAlign w:val="center"/>
          </w:tcPr>
          <w:p w14:paraId="265B1CE8" w14:textId="77777777" w:rsidR="007024CC" w:rsidRDefault="00CC2F94">
            <w:pPr>
              <w:keepNext/>
              <w:spacing w:before="40" w:after="40" w:line="240" w:lineRule="auto"/>
              <w:jc w:val="center"/>
            </w:pPr>
            <w:r>
              <w:rPr>
                <w:b/>
              </w:rPr>
              <w:t>CP</w:t>
            </w:r>
          </w:p>
        </w:tc>
        <w:tc>
          <w:tcPr>
            <w:tcW w:w="903" w:type="dxa"/>
            <w:shd w:val="clear" w:color="auto" w:fill="D5DCE4"/>
            <w:tcMar>
              <w:top w:w="60" w:type="dxa"/>
              <w:left w:w="85" w:type="dxa"/>
              <w:bottom w:w="60" w:type="dxa"/>
              <w:right w:w="85" w:type="dxa"/>
            </w:tcMar>
            <w:vAlign w:val="center"/>
          </w:tcPr>
          <w:p w14:paraId="1070ADA7" w14:textId="77777777" w:rsidR="007024CC" w:rsidRDefault="00CC2F94">
            <w:pPr>
              <w:keepNext/>
              <w:spacing w:before="40" w:after="40" w:line="240" w:lineRule="auto"/>
              <w:jc w:val="center"/>
            </w:pPr>
            <w:r>
              <w:rPr>
                <w:b/>
              </w:rPr>
              <w:t>NC</w:t>
            </w:r>
          </w:p>
        </w:tc>
      </w:tr>
      <w:tr w:rsidR="007024CC" w:rsidRPr="00F42274" w14:paraId="4EB23F06" w14:textId="77777777">
        <w:trPr>
          <w:cantSplit/>
          <w:trHeight w:val="500"/>
          <w:jc w:val="center"/>
        </w:trPr>
        <w:tc>
          <w:tcPr>
            <w:tcW w:w="2410" w:type="dxa"/>
            <w:vMerge w:val="restart"/>
            <w:shd w:val="clear" w:color="auto" w:fill="FFFFCC"/>
            <w:tcMar>
              <w:top w:w="60" w:type="dxa"/>
              <w:left w:w="85" w:type="dxa"/>
              <w:bottom w:w="60" w:type="dxa"/>
              <w:right w:w="85" w:type="dxa"/>
            </w:tcMar>
            <w:vAlign w:val="center"/>
          </w:tcPr>
          <w:p w14:paraId="3B37F3C3" w14:textId="77777777" w:rsidR="007024CC" w:rsidRPr="00EC4B4D" w:rsidRDefault="00CC2F94">
            <w:pPr>
              <w:keepNext/>
              <w:spacing w:before="40" w:after="40" w:line="240" w:lineRule="auto"/>
              <w:jc w:val="center"/>
              <w:rPr>
                <w:lang w:val="es-PY"/>
              </w:rPr>
            </w:pPr>
            <w:r w:rsidRPr="00EC4B4D">
              <w:rPr>
                <w:b/>
                <w:lang w:val="es-PY"/>
              </w:rPr>
              <w:t>Eficacia de los proyectos de investigación y extensión</w:t>
            </w:r>
          </w:p>
          <w:p w14:paraId="6C8F5927" w14:textId="77777777" w:rsidR="007024CC" w:rsidRDefault="00CC2F94">
            <w:pPr>
              <w:keepNext/>
              <w:spacing w:before="40" w:after="40" w:line="240" w:lineRule="auto"/>
              <w:jc w:val="center"/>
            </w:pPr>
            <w:r w:rsidRPr="00EC4B4D">
              <w:rPr>
                <w:b/>
                <w:color w:val="FF0000"/>
              </w:rPr>
              <w:t>(Sustantivo)</w:t>
            </w:r>
          </w:p>
        </w:tc>
        <w:tc>
          <w:tcPr>
            <w:tcW w:w="4231" w:type="dxa"/>
            <w:shd w:val="clear" w:color="auto" w:fill="FFFFCC"/>
            <w:tcMar>
              <w:top w:w="60" w:type="dxa"/>
              <w:left w:w="85" w:type="dxa"/>
              <w:bottom w:w="60" w:type="dxa"/>
              <w:right w:w="85" w:type="dxa"/>
            </w:tcMar>
            <w:vAlign w:val="center"/>
          </w:tcPr>
          <w:p w14:paraId="525C1ACA" w14:textId="77777777" w:rsidR="007024CC" w:rsidRPr="00EC4B4D" w:rsidRDefault="00CC2F94">
            <w:pPr>
              <w:keepNext/>
              <w:spacing w:before="40" w:after="40" w:line="240" w:lineRule="auto"/>
              <w:ind w:left="369" w:hanging="369"/>
              <w:jc w:val="both"/>
              <w:rPr>
                <w:lang w:val="es-PY"/>
              </w:rPr>
            </w:pPr>
            <w:r w:rsidRPr="00EC4B4D">
              <w:rPr>
                <w:lang w:val="es-PY"/>
              </w:rPr>
              <w:t>a.</w:t>
            </w:r>
            <w:r w:rsidRPr="00EC4B4D">
              <w:rPr>
                <w:lang w:val="es-PY"/>
              </w:rPr>
              <w:tab/>
              <w:t>Los resultados de los proyectos de investigación ejecutados son transferidos a la sociedad.</w:t>
            </w:r>
          </w:p>
        </w:tc>
        <w:tc>
          <w:tcPr>
            <w:tcW w:w="903" w:type="dxa"/>
            <w:gridSpan w:val="2"/>
            <w:shd w:val="clear" w:color="auto" w:fill="FFFFCC"/>
            <w:tcMar>
              <w:top w:w="60" w:type="dxa"/>
              <w:left w:w="85" w:type="dxa"/>
              <w:bottom w:w="60" w:type="dxa"/>
              <w:right w:w="85" w:type="dxa"/>
            </w:tcMar>
            <w:vAlign w:val="center"/>
          </w:tcPr>
          <w:p w14:paraId="327C875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E609A73"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B120E10" w14:textId="77777777" w:rsidR="007024CC" w:rsidRPr="009A1154" w:rsidRDefault="007024CC">
            <w:pPr>
              <w:keepNext/>
              <w:spacing w:before="40" w:after="40" w:line="240" w:lineRule="auto"/>
              <w:rPr>
                <w:lang w:val="es-PY"/>
              </w:rPr>
            </w:pPr>
          </w:p>
        </w:tc>
      </w:tr>
      <w:tr w:rsidR="007024CC" w:rsidRPr="00F42274" w14:paraId="221D66E9"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2728A066"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5C9E2D03" w14:textId="77777777" w:rsidR="007024CC" w:rsidRPr="00EC4B4D" w:rsidRDefault="00CC2F94">
            <w:pPr>
              <w:keepNext/>
              <w:spacing w:before="40" w:after="40" w:line="240" w:lineRule="auto"/>
              <w:ind w:left="369" w:hanging="369"/>
              <w:jc w:val="both"/>
              <w:rPr>
                <w:lang w:val="es-PY"/>
              </w:rPr>
            </w:pPr>
            <w:r w:rsidRPr="00EC4B4D">
              <w:rPr>
                <w:lang w:val="es-PY"/>
              </w:rPr>
              <w:t>b.</w:t>
            </w:r>
            <w:r w:rsidRPr="00EC4B4D">
              <w:rPr>
                <w:lang w:val="es-PY"/>
              </w:rPr>
              <w:tab/>
              <w:t>Los proyectos de extensión desarrollados tienen evidencia de impacto en la comunidad o sector beneficiado.</w:t>
            </w:r>
          </w:p>
        </w:tc>
        <w:tc>
          <w:tcPr>
            <w:tcW w:w="903" w:type="dxa"/>
            <w:gridSpan w:val="2"/>
            <w:shd w:val="clear" w:color="auto" w:fill="FFFFCC"/>
            <w:tcMar>
              <w:top w:w="60" w:type="dxa"/>
              <w:left w:w="85" w:type="dxa"/>
              <w:bottom w:w="60" w:type="dxa"/>
              <w:right w:w="85" w:type="dxa"/>
            </w:tcMar>
            <w:vAlign w:val="center"/>
          </w:tcPr>
          <w:p w14:paraId="3B31C2A1"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7F045B99"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53AF6DD" w14:textId="77777777" w:rsidR="007024CC" w:rsidRPr="009A1154" w:rsidRDefault="007024CC">
            <w:pPr>
              <w:keepNext/>
              <w:spacing w:before="40" w:after="40" w:line="240" w:lineRule="auto"/>
              <w:rPr>
                <w:lang w:val="es-PY"/>
              </w:rPr>
            </w:pPr>
          </w:p>
        </w:tc>
      </w:tr>
      <w:tr w:rsidR="007024CC" w:rsidRPr="00F42274" w14:paraId="477293F8"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5D01BE54"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26EF7382" w14:textId="77777777" w:rsidR="007024CC" w:rsidRPr="00EC4B4D" w:rsidRDefault="00CC2F94">
            <w:pPr>
              <w:keepNext/>
              <w:spacing w:before="40" w:after="40" w:line="240" w:lineRule="auto"/>
              <w:ind w:left="369" w:hanging="369"/>
              <w:jc w:val="both"/>
              <w:rPr>
                <w:lang w:val="es-PY"/>
              </w:rPr>
            </w:pPr>
            <w:r w:rsidRPr="00EC4B4D">
              <w:rPr>
                <w:lang w:val="es-PY"/>
              </w:rPr>
              <w:t>c.</w:t>
            </w:r>
            <w:r w:rsidRPr="00EC4B4D">
              <w:rPr>
                <w:lang w:val="es-PY"/>
              </w:rPr>
              <w:tab/>
              <w:t>Se demuestra satisfacción de la comunidad educativa sobre los proyectos de investigación y extensión implementados.</w:t>
            </w:r>
          </w:p>
        </w:tc>
        <w:tc>
          <w:tcPr>
            <w:tcW w:w="903" w:type="dxa"/>
            <w:gridSpan w:val="2"/>
            <w:shd w:val="clear" w:color="auto" w:fill="FFFFCC"/>
            <w:tcMar>
              <w:top w:w="60" w:type="dxa"/>
              <w:left w:w="85" w:type="dxa"/>
              <w:bottom w:w="60" w:type="dxa"/>
              <w:right w:w="85" w:type="dxa"/>
            </w:tcMar>
            <w:vAlign w:val="center"/>
          </w:tcPr>
          <w:p w14:paraId="4B2F17A5"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8AAF17A"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00FEBBAD" w14:textId="77777777" w:rsidR="007024CC" w:rsidRPr="009A1154" w:rsidRDefault="007024CC">
            <w:pPr>
              <w:keepNext/>
              <w:spacing w:before="40" w:after="40" w:line="240" w:lineRule="auto"/>
              <w:rPr>
                <w:lang w:val="es-PY"/>
              </w:rPr>
            </w:pPr>
          </w:p>
        </w:tc>
      </w:tr>
      <w:tr w:rsidR="007024CC" w:rsidRPr="00F42274" w14:paraId="19BCB876" w14:textId="77777777">
        <w:trPr>
          <w:cantSplit/>
          <w:trHeight w:val="500"/>
          <w:jc w:val="center"/>
        </w:trPr>
        <w:tc>
          <w:tcPr>
            <w:tcW w:w="2410" w:type="dxa"/>
            <w:vMerge/>
            <w:shd w:val="clear" w:color="auto" w:fill="FFFFCC"/>
            <w:tcMar>
              <w:top w:w="60" w:type="dxa"/>
              <w:left w:w="85" w:type="dxa"/>
              <w:bottom w:w="60" w:type="dxa"/>
              <w:right w:w="85" w:type="dxa"/>
            </w:tcMar>
            <w:vAlign w:val="center"/>
          </w:tcPr>
          <w:p w14:paraId="11A36CCF" w14:textId="77777777" w:rsidR="007024CC" w:rsidRPr="009A1154" w:rsidRDefault="007024CC">
            <w:pPr>
              <w:keepNext/>
              <w:rPr>
                <w:lang w:val="es-PY"/>
              </w:rPr>
            </w:pPr>
          </w:p>
        </w:tc>
        <w:tc>
          <w:tcPr>
            <w:tcW w:w="4231" w:type="dxa"/>
            <w:shd w:val="clear" w:color="auto" w:fill="FFFFCC"/>
            <w:tcMar>
              <w:top w:w="60" w:type="dxa"/>
              <w:left w:w="85" w:type="dxa"/>
              <w:bottom w:w="60" w:type="dxa"/>
              <w:right w:w="85" w:type="dxa"/>
            </w:tcMar>
            <w:vAlign w:val="center"/>
          </w:tcPr>
          <w:p w14:paraId="45920CBA" w14:textId="77777777" w:rsidR="007024CC" w:rsidRPr="00EC4B4D" w:rsidRDefault="00CC2F94">
            <w:pPr>
              <w:keepNext/>
              <w:spacing w:before="40" w:after="40" w:line="240" w:lineRule="auto"/>
              <w:ind w:left="369" w:hanging="369"/>
              <w:jc w:val="both"/>
              <w:rPr>
                <w:lang w:val="es-PY"/>
              </w:rPr>
            </w:pPr>
            <w:r w:rsidRPr="00EC4B4D">
              <w:rPr>
                <w:lang w:val="es-PY"/>
              </w:rPr>
              <w:t>d.</w:t>
            </w:r>
            <w:r w:rsidRPr="00EC4B4D">
              <w:rPr>
                <w:lang w:val="es-PY"/>
              </w:rPr>
              <w:tab/>
              <w:t>Se ejecutan convenios o acuerdos nacionales para el desarrollo de proyectos de investigación y de extensión.</w:t>
            </w:r>
          </w:p>
        </w:tc>
        <w:tc>
          <w:tcPr>
            <w:tcW w:w="903" w:type="dxa"/>
            <w:gridSpan w:val="2"/>
            <w:shd w:val="clear" w:color="auto" w:fill="FFFFCC"/>
            <w:tcMar>
              <w:top w:w="60" w:type="dxa"/>
              <w:left w:w="85" w:type="dxa"/>
              <w:bottom w:w="60" w:type="dxa"/>
              <w:right w:w="85" w:type="dxa"/>
            </w:tcMar>
            <w:vAlign w:val="center"/>
          </w:tcPr>
          <w:p w14:paraId="0EFF1902"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6B6F289B" w14:textId="77777777" w:rsidR="007024CC" w:rsidRPr="009A1154" w:rsidRDefault="007024CC">
            <w:pPr>
              <w:keepNext/>
              <w:spacing w:before="40" w:after="40" w:line="240" w:lineRule="auto"/>
              <w:rPr>
                <w:lang w:val="es-PY"/>
              </w:rPr>
            </w:pPr>
          </w:p>
        </w:tc>
        <w:tc>
          <w:tcPr>
            <w:tcW w:w="903" w:type="dxa"/>
            <w:shd w:val="clear" w:color="auto" w:fill="FFFFCC"/>
            <w:tcMar>
              <w:top w:w="60" w:type="dxa"/>
              <w:left w:w="85" w:type="dxa"/>
              <w:bottom w:w="60" w:type="dxa"/>
              <w:right w:w="85" w:type="dxa"/>
            </w:tcMar>
            <w:vAlign w:val="center"/>
          </w:tcPr>
          <w:p w14:paraId="2275BC12" w14:textId="77777777" w:rsidR="007024CC" w:rsidRPr="009A1154" w:rsidRDefault="007024CC">
            <w:pPr>
              <w:keepNext/>
              <w:spacing w:before="40" w:after="40" w:line="240" w:lineRule="auto"/>
              <w:rPr>
                <w:lang w:val="es-PY"/>
              </w:rPr>
            </w:pPr>
          </w:p>
        </w:tc>
      </w:tr>
      <w:tr w:rsidR="007024CC" w14:paraId="46DEC731" w14:textId="77777777" w:rsidTr="00BF7FC4">
        <w:trPr>
          <w:cantSplit/>
          <w:trHeight w:val="400"/>
          <w:jc w:val="center"/>
        </w:trPr>
        <w:tc>
          <w:tcPr>
            <w:tcW w:w="6658" w:type="dxa"/>
            <w:gridSpan w:val="3"/>
            <w:shd w:val="clear" w:color="auto" w:fill="D5DCE4"/>
            <w:tcMar>
              <w:top w:w="60" w:type="dxa"/>
              <w:left w:w="85" w:type="dxa"/>
              <w:bottom w:w="60" w:type="dxa"/>
              <w:right w:w="85" w:type="dxa"/>
            </w:tcMar>
            <w:vAlign w:val="center"/>
          </w:tcPr>
          <w:p w14:paraId="77FD4A00" w14:textId="77777777" w:rsidR="007024CC" w:rsidRPr="009A1154" w:rsidRDefault="00CC2F94">
            <w:pPr>
              <w:keepNext/>
              <w:spacing w:before="40" w:after="40" w:line="240" w:lineRule="auto"/>
              <w:jc w:val="center"/>
              <w:rPr>
                <w:lang w:val="es-PY"/>
              </w:rPr>
            </w:pPr>
            <w:r w:rsidRPr="009A1154">
              <w:rPr>
                <w:b/>
                <w:lang w:val="es-PY"/>
              </w:rPr>
              <w:t>Argumento que sostiene el nivel de cumplimiento del criterio</w:t>
            </w:r>
          </w:p>
        </w:tc>
        <w:tc>
          <w:tcPr>
            <w:tcW w:w="2692" w:type="dxa"/>
            <w:gridSpan w:val="3"/>
            <w:shd w:val="clear" w:color="auto" w:fill="D5DCE4"/>
            <w:tcMar>
              <w:top w:w="60" w:type="dxa"/>
              <w:left w:w="85" w:type="dxa"/>
              <w:bottom w:w="60" w:type="dxa"/>
              <w:right w:w="85" w:type="dxa"/>
            </w:tcMar>
            <w:vAlign w:val="center"/>
          </w:tcPr>
          <w:p w14:paraId="4B0CD89C" w14:textId="77777777" w:rsidR="007024CC" w:rsidRDefault="00CC2F94">
            <w:pPr>
              <w:keepNext/>
              <w:spacing w:before="40" w:after="40" w:line="240" w:lineRule="auto"/>
              <w:jc w:val="center"/>
            </w:pPr>
            <w:r>
              <w:rPr>
                <w:b/>
              </w:rPr>
              <w:t>Medios de verificación</w:t>
            </w:r>
          </w:p>
        </w:tc>
      </w:tr>
      <w:tr w:rsidR="007024CC" w14:paraId="0BFF1ACC" w14:textId="77777777" w:rsidTr="00BF7FC4">
        <w:trPr>
          <w:trHeight w:val="2400"/>
          <w:jc w:val="center"/>
        </w:trPr>
        <w:tc>
          <w:tcPr>
            <w:tcW w:w="6658" w:type="dxa"/>
            <w:gridSpan w:val="3"/>
            <w:shd w:val="clear" w:color="auto" w:fill="FFFFFF"/>
            <w:tcMar>
              <w:top w:w="85" w:type="dxa"/>
              <w:left w:w="85" w:type="dxa"/>
              <w:bottom w:w="85" w:type="dxa"/>
              <w:right w:w="85" w:type="dxa"/>
            </w:tcMar>
          </w:tcPr>
          <w:p w14:paraId="6B8C7991" w14:textId="77777777" w:rsidR="007024CC" w:rsidRDefault="007024CC">
            <w:pPr>
              <w:spacing w:before="40" w:after="40" w:line="240" w:lineRule="auto"/>
            </w:pPr>
          </w:p>
          <w:p w14:paraId="0720968E" w14:textId="77777777" w:rsidR="00EC4B4D" w:rsidRDefault="00EC4B4D">
            <w:pPr>
              <w:spacing w:before="40" w:after="40" w:line="240" w:lineRule="auto"/>
            </w:pPr>
          </w:p>
          <w:p w14:paraId="083C8833" w14:textId="77777777" w:rsidR="00EC4B4D" w:rsidRDefault="00EC4B4D">
            <w:pPr>
              <w:spacing w:before="40" w:after="40" w:line="240" w:lineRule="auto"/>
            </w:pPr>
          </w:p>
          <w:p w14:paraId="1541D25D" w14:textId="77777777" w:rsidR="00EC4B4D" w:rsidRDefault="00EC4B4D">
            <w:pPr>
              <w:spacing w:before="40" w:after="40" w:line="240" w:lineRule="auto"/>
            </w:pPr>
          </w:p>
          <w:p w14:paraId="192FF85A" w14:textId="77777777" w:rsidR="00EC4B4D" w:rsidRDefault="00EC4B4D">
            <w:pPr>
              <w:spacing w:before="40" w:after="40" w:line="240" w:lineRule="auto"/>
            </w:pPr>
          </w:p>
          <w:p w14:paraId="605761DF" w14:textId="77777777" w:rsidR="00EC4B4D" w:rsidRDefault="00EC4B4D">
            <w:pPr>
              <w:spacing w:before="40" w:after="40" w:line="240" w:lineRule="auto"/>
            </w:pPr>
          </w:p>
          <w:p w14:paraId="1352854D" w14:textId="77777777" w:rsidR="00EC4B4D" w:rsidRDefault="00EC4B4D">
            <w:pPr>
              <w:spacing w:before="40" w:after="40" w:line="240" w:lineRule="auto"/>
            </w:pPr>
          </w:p>
          <w:p w14:paraId="5FD093EB" w14:textId="77777777" w:rsidR="00EC4B4D" w:rsidRDefault="00EC4B4D">
            <w:pPr>
              <w:spacing w:before="40" w:after="40" w:line="240" w:lineRule="auto"/>
            </w:pPr>
          </w:p>
          <w:p w14:paraId="5FC77A02" w14:textId="77777777" w:rsidR="00EC4B4D" w:rsidRDefault="00EC4B4D">
            <w:pPr>
              <w:spacing w:before="40" w:after="40" w:line="240" w:lineRule="auto"/>
            </w:pPr>
          </w:p>
          <w:p w14:paraId="02A07E30" w14:textId="77777777" w:rsidR="00EC4B4D" w:rsidRDefault="00EC4B4D">
            <w:pPr>
              <w:spacing w:before="40" w:after="40" w:line="240" w:lineRule="auto"/>
            </w:pPr>
          </w:p>
          <w:p w14:paraId="6215BAA5" w14:textId="77777777" w:rsidR="00EC4B4D" w:rsidRDefault="00EC4B4D">
            <w:pPr>
              <w:spacing w:before="40" w:after="40" w:line="240" w:lineRule="auto"/>
            </w:pPr>
          </w:p>
          <w:p w14:paraId="76A64985" w14:textId="77777777" w:rsidR="00EC4B4D" w:rsidRDefault="00EC4B4D">
            <w:pPr>
              <w:spacing w:before="40" w:after="40" w:line="240" w:lineRule="auto"/>
            </w:pPr>
          </w:p>
          <w:p w14:paraId="645F74A4" w14:textId="77777777" w:rsidR="00EC4B4D" w:rsidRDefault="00EC4B4D">
            <w:pPr>
              <w:spacing w:before="40" w:after="40" w:line="240" w:lineRule="auto"/>
            </w:pPr>
          </w:p>
          <w:p w14:paraId="3D0AA533" w14:textId="77777777" w:rsidR="00EC4B4D" w:rsidRDefault="00EC4B4D">
            <w:pPr>
              <w:spacing w:before="40" w:after="40" w:line="240" w:lineRule="auto"/>
            </w:pPr>
          </w:p>
          <w:p w14:paraId="5C706566" w14:textId="77777777" w:rsidR="00EC4B4D" w:rsidRDefault="00EC4B4D">
            <w:pPr>
              <w:spacing w:before="40" w:after="40" w:line="240" w:lineRule="auto"/>
            </w:pPr>
          </w:p>
          <w:p w14:paraId="5EEEEC05" w14:textId="77777777" w:rsidR="00EC4B4D" w:rsidRDefault="00EC4B4D">
            <w:pPr>
              <w:spacing w:before="40" w:after="40" w:line="240" w:lineRule="auto"/>
            </w:pPr>
          </w:p>
          <w:p w14:paraId="0EE16039" w14:textId="77777777" w:rsidR="00EC4B4D" w:rsidRDefault="00EC4B4D">
            <w:pPr>
              <w:spacing w:before="40" w:after="40" w:line="240" w:lineRule="auto"/>
            </w:pPr>
          </w:p>
          <w:p w14:paraId="77352D77" w14:textId="77777777" w:rsidR="00EC4B4D" w:rsidRDefault="00EC4B4D">
            <w:pPr>
              <w:spacing w:before="40" w:after="40" w:line="240" w:lineRule="auto"/>
            </w:pPr>
          </w:p>
          <w:p w14:paraId="4E1E285D" w14:textId="77777777" w:rsidR="00EC4B4D" w:rsidRDefault="00EC4B4D">
            <w:pPr>
              <w:spacing w:before="40" w:after="40" w:line="240" w:lineRule="auto"/>
            </w:pPr>
          </w:p>
          <w:p w14:paraId="75FF549E" w14:textId="77777777" w:rsidR="00EC4B4D" w:rsidRDefault="00EC4B4D">
            <w:pPr>
              <w:spacing w:before="40" w:after="40" w:line="240" w:lineRule="auto"/>
            </w:pPr>
          </w:p>
          <w:p w14:paraId="5F5E339F" w14:textId="77777777" w:rsidR="00EC4B4D" w:rsidRDefault="00EC4B4D">
            <w:pPr>
              <w:spacing w:before="40" w:after="40" w:line="240" w:lineRule="auto"/>
            </w:pPr>
          </w:p>
          <w:p w14:paraId="3BEF4F47" w14:textId="77777777" w:rsidR="00EC4B4D" w:rsidRDefault="00EC4B4D">
            <w:pPr>
              <w:spacing w:before="40" w:after="40" w:line="240" w:lineRule="auto"/>
            </w:pPr>
          </w:p>
          <w:p w14:paraId="66C11B93" w14:textId="77777777" w:rsidR="00EC4B4D" w:rsidRDefault="00EC4B4D">
            <w:pPr>
              <w:spacing w:before="40" w:after="40" w:line="240" w:lineRule="auto"/>
            </w:pPr>
          </w:p>
        </w:tc>
        <w:tc>
          <w:tcPr>
            <w:tcW w:w="2692" w:type="dxa"/>
            <w:gridSpan w:val="3"/>
            <w:shd w:val="clear" w:color="auto" w:fill="FFFFFF"/>
            <w:tcMar>
              <w:top w:w="85" w:type="dxa"/>
              <w:left w:w="85" w:type="dxa"/>
              <w:bottom w:w="85" w:type="dxa"/>
              <w:right w:w="85" w:type="dxa"/>
            </w:tcMar>
          </w:tcPr>
          <w:p w14:paraId="194BCCDE" w14:textId="77777777" w:rsidR="007024CC" w:rsidRDefault="007024CC">
            <w:pPr>
              <w:spacing w:before="40" w:after="40" w:line="240" w:lineRule="auto"/>
            </w:pPr>
          </w:p>
        </w:tc>
      </w:tr>
    </w:tbl>
    <w:p w14:paraId="54B3B5C9" w14:textId="77777777" w:rsidR="007024CC" w:rsidRDefault="007024CC">
      <w:pPr>
        <w:spacing w:line="240" w:lineRule="auto"/>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5"/>
        <w:gridCol w:w="4675"/>
      </w:tblGrid>
      <w:tr w:rsidR="007024CC" w:rsidRPr="00F42274" w14:paraId="15C98246" w14:textId="77777777">
        <w:trPr>
          <w:cantSplit/>
          <w:trHeight w:val="380"/>
          <w:jc w:val="center"/>
        </w:trPr>
        <w:tc>
          <w:tcPr>
            <w:tcW w:w="9350" w:type="dxa"/>
            <w:gridSpan w:val="2"/>
            <w:shd w:val="clear" w:color="auto" w:fill="323E4F"/>
            <w:tcMar>
              <w:top w:w="60" w:type="dxa"/>
              <w:left w:w="85" w:type="dxa"/>
              <w:bottom w:w="60" w:type="dxa"/>
              <w:right w:w="85" w:type="dxa"/>
            </w:tcMar>
            <w:vAlign w:val="center"/>
          </w:tcPr>
          <w:p w14:paraId="0D51CA45" w14:textId="77777777" w:rsidR="007024CC" w:rsidRPr="009A1154" w:rsidRDefault="00CC2F94">
            <w:pPr>
              <w:keepNext/>
              <w:spacing w:before="40" w:after="40" w:line="240" w:lineRule="auto"/>
              <w:jc w:val="center"/>
              <w:rPr>
                <w:lang w:val="es-PY"/>
              </w:rPr>
            </w:pPr>
            <w:r w:rsidRPr="009A1154">
              <w:rPr>
                <w:b/>
                <w:color w:val="FFFFFF"/>
                <w:sz w:val="20"/>
                <w:lang w:val="es-PY"/>
              </w:rPr>
              <w:lastRenderedPageBreak/>
              <w:t>Fortalezas y Debilidades del Cumplimiento de Criterios de la Dimensión Evaluada</w:t>
            </w:r>
          </w:p>
        </w:tc>
      </w:tr>
      <w:tr w:rsidR="007024CC" w14:paraId="56ECCD31" w14:textId="77777777">
        <w:trPr>
          <w:cantSplit/>
          <w:trHeight w:val="340"/>
          <w:jc w:val="center"/>
        </w:trPr>
        <w:tc>
          <w:tcPr>
            <w:tcW w:w="4675" w:type="dxa"/>
            <w:shd w:val="clear" w:color="auto" w:fill="D5DCE4"/>
            <w:tcMar>
              <w:top w:w="60" w:type="dxa"/>
              <w:left w:w="85" w:type="dxa"/>
              <w:bottom w:w="60" w:type="dxa"/>
              <w:right w:w="85" w:type="dxa"/>
            </w:tcMar>
            <w:vAlign w:val="center"/>
          </w:tcPr>
          <w:p w14:paraId="6E977CA9" w14:textId="77777777" w:rsidR="007024CC" w:rsidRDefault="00CC2F94">
            <w:pPr>
              <w:keepNext/>
              <w:spacing w:before="40" w:after="40" w:line="240" w:lineRule="auto"/>
              <w:jc w:val="center"/>
            </w:pPr>
            <w:r>
              <w:rPr>
                <w:b/>
              </w:rPr>
              <w:t>Fortalezas</w:t>
            </w:r>
          </w:p>
        </w:tc>
        <w:tc>
          <w:tcPr>
            <w:tcW w:w="4675" w:type="dxa"/>
            <w:shd w:val="clear" w:color="auto" w:fill="D5DCE4"/>
            <w:tcMar>
              <w:top w:w="60" w:type="dxa"/>
              <w:left w:w="85" w:type="dxa"/>
              <w:bottom w:w="60" w:type="dxa"/>
              <w:right w:w="85" w:type="dxa"/>
            </w:tcMar>
            <w:vAlign w:val="center"/>
          </w:tcPr>
          <w:p w14:paraId="4496594E" w14:textId="77777777" w:rsidR="007024CC" w:rsidRDefault="00CC2F94">
            <w:pPr>
              <w:keepNext/>
              <w:spacing w:before="40" w:after="40" w:line="240" w:lineRule="auto"/>
              <w:jc w:val="center"/>
            </w:pPr>
            <w:r>
              <w:rPr>
                <w:b/>
              </w:rPr>
              <w:t>Debilidades</w:t>
            </w:r>
          </w:p>
        </w:tc>
      </w:tr>
      <w:tr w:rsidR="007024CC" w14:paraId="7E4BF8FB" w14:textId="77777777">
        <w:trPr>
          <w:trHeight w:val="2400"/>
          <w:jc w:val="center"/>
        </w:trPr>
        <w:tc>
          <w:tcPr>
            <w:tcW w:w="4675" w:type="dxa"/>
            <w:shd w:val="clear" w:color="auto" w:fill="FFFFFF"/>
            <w:tcMar>
              <w:top w:w="85" w:type="dxa"/>
              <w:left w:w="85" w:type="dxa"/>
              <w:bottom w:w="85" w:type="dxa"/>
              <w:right w:w="85" w:type="dxa"/>
            </w:tcMar>
          </w:tcPr>
          <w:p w14:paraId="5588B20F" w14:textId="77777777" w:rsidR="007024CC" w:rsidRDefault="007024CC">
            <w:pPr>
              <w:keepNext/>
              <w:spacing w:before="40" w:after="40" w:line="240" w:lineRule="auto"/>
            </w:pPr>
          </w:p>
          <w:p w14:paraId="7823BA72" w14:textId="77777777" w:rsidR="00EC4B4D" w:rsidRDefault="00EC4B4D">
            <w:pPr>
              <w:keepNext/>
              <w:spacing w:before="40" w:after="40" w:line="240" w:lineRule="auto"/>
            </w:pPr>
          </w:p>
          <w:p w14:paraId="0DB48ED2" w14:textId="77777777" w:rsidR="00EC4B4D" w:rsidRDefault="00EC4B4D">
            <w:pPr>
              <w:keepNext/>
              <w:spacing w:before="40" w:after="40" w:line="240" w:lineRule="auto"/>
            </w:pPr>
          </w:p>
          <w:p w14:paraId="62D7B4E0" w14:textId="77777777" w:rsidR="00EC4B4D" w:rsidRDefault="00EC4B4D">
            <w:pPr>
              <w:keepNext/>
              <w:spacing w:before="40" w:after="40" w:line="240" w:lineRule="auto"/>
            </w:pPr>
          </w:p>
          <w:p w14:paraId="0842E41F" w14:textId="77777777" w:rsidR="00EC4B4D" w:rsidRDefault="00EC4B4D">
            <w:pPr>
              <w:keepNext/>
              <w:spacing w:before="40" w:after="40" w:line="240" w:lineRule="auto"/>
            </w:pPr>
          </w:p>
          <w:p w14:paraId="09363E93" w14:textId="77777777" w:rsidR="00EC4B4D" w:rsidRDefault="00EC4B4D">
            <w:pPr>
              <w:keepNext/>
              <w:spacing w:before="40" w:after="40" w:line="240" w:lineRule="auto"/>
            </w:pPr>
          </w:p>
          <w:p w14:paraId="010B418E" w14:textId="77777777" w:rsidR="00EC4B4D" w:rsidRDefault="00EC4B4D">
            <w:pPr>
              <w:keepNext/>
              <w:spacing w:before="40" w:after="40" w:line="240" w:lineRule="auto"/>
            </w:pPr>
          </w:p>
          <w:p w14:paraId="27DEA83F" w14:textId="77777777" w:rsidR="00EC4B4D" w:rsidRDefault="00EC4B4D">
            <w:pPr>
              <w:keepNext/>
              <w:spacing w:before="40" w:after="40" w:line="240" w:lineRule="auto"/>
            </w:pPr>
          </w:p>
          <w:p w14:paraId="23E9538E" w14:textId="77777777" w:rsidR="00EC4B4D" w:rsidRDefault="00EC4B4D">
            <w:pPr>
              <w:keepNext/>
              <w:spacing w:before="40" w:after="40" w:line="240" w:lineRule="auto"/>
            </w:pPr>
          </w:p>
          <w:p w14:paraId="49372552" w14:textId="77777777" w:rsidR="00EC4B4D" w:rsidRDefault="00EC4B4D">
            <w:pPr>
              <w:keepNext/>
              <w:spacing w:before="40" w:after="40" w:line="240" w:lineRule="auto"/>
            </w:pPr>
          </w:p>
          <w:p w14:paraId="639F9BDB" w14:textId="77777777" w:rsidR="00EC4B4D" w:rsidRDefault="00EC4B4D">
            <w:pPr>
              <w:keepNext/>
              <w:spacing w:before="40" w:after="40" w:line="240" w:lineRule="auto"/>
            </w:pPr>
          </w:p>
          <w:p w14:paraId="7D2B19A4" w14:textId="77777777" w:rsidR="00EC4B4D" w:rsidRDefault="00EC4B4D">
            <w:pPr>
              <w:keepNext/>
              <w:spacing w:before="40" w:after="40" w:line="240" w:lineRule="auto"/>
            </w:pPr>
          </w:p>
          <w:p w14:paraId="798396CB" w14:textId="77777777" w:rsidR="00EC4B4D" w:rsidRDefault="00EC4B4D">
            <w:pPr>
              <w:keepNext/>
              <w:spacing w:before="40" w:after="40" w:line="240" w:lineRule="auto"/>
            </w:pPr>
          </w:p>
          <w:p w14:paraId="483CF171" w14:textId="77777777" w:rsidR="00EC4B4D" w:rsidRDefault="00EC4B4D">
            <w:pPr>
              <w:keepNext/>
              <w:spacing w:before="40" w:after="40" w:line="240" w:lineRule="auto"/>
            </w:pPr>
          </w:p>
          <w:p w14:paraId="65075417" w14:textId="77777777" w:rsidR="00EC4B4D" w:rsidRDefault="00EC4B4D">
            <w:pPr>
              <w:keepNext/>
              <w:spacing w:before="40" w:after="40" w:line="240" w:lineRule="auto"/>
            </w:pPr>
          </w:p>
          <w:p w14:paraId="6531E09A" w14:textId="77777777" w:rsidR="00EC4B4D" w:rsidRDefault="00EC4B4D">
            <w:pPr>
              <w:keepNext/>
              <w:spacing w:before="40" w:after="40" w:line="240" w:lineRule="auto"/>
            </w:pPr>
          </w:p>
          <w:p w14:paraId="45826383" w14:textId="77777777" w:rsidR="00EC4B4D" w:rsidRDefault="00EC4B4D">
            <w:pPr>
              <w:keepNext/>
              <w:spacing w:before="40" w:after="40" w:line="240" w:lineRule="auto"/>
            </w:pPr>
          </w:p>
        </w:tc>
        <w:tc>
          <w:tcPr>
            <w:tcW w:w="4675" w:type="dxa"/>
            <w:shd w:val="clear" w:color="auto" w:fill="FFFFFF"/>
            <w:tcMar>
              <w:top w:w="85" w:type="dxa"/>
              <w:left w:w="85" w:type="dxa"/>
              <w:bottom w:w="85" w:type="dxa"/>
              <w:right w:w="85" w:type="dxa"/>
            </w:tcMar>
          </w:tcPr>
          <w:p w14:paraId="36308430" w14:textId="77777777" w:rsidR="007024CC" w:rsidRDefault="007024CC">
            <w:pPr>
              <w:keepNext/>
              <w:spacing w:before="40" w:after="40" w:line="240" w:lineRule="auto"/>
            </w:pPr>
          </w:p>
        </w:tc>
      </w:tr>
      <w:tr w:rsidR="007024CC" w14:paraId="44D5A7F4" w14:textId="77777777">
        <w:trPr>
          <w:cantSplit/>
          <w:trHeight w:val="380"/>
          <w:jc w:val="center"/>
        </w:trPr>
        <w:tc>
          <w:tcPr>
            <w:tcW w:w="9350" w:type="dxa"/>
            <w:gridSpan w:val="2"/>
            <w:shd w:val="clear" w:color="auto" w:fill="323E4F"/>
            <w:tcMar>
              <w:top w:w="60" w:type="dxa"/>
              <w:left w:w="85" w:type="dxa"/>
              <w:bottom w:w="60" w:type="dxa"/>
              <w:right w:w="85" w:type="dxa"/>
            </w:tcMar>
            <w:vAlign w:val="center"/>
          </w:tcPr>
          <w:p w14:paraId="439BA354" w14:textId="77777777" w:rsidR="007024CC" w:rsidRDefault="00CC2F94">
            <w:pPr>
              <w:keepNext/>
              <w:spacing w:before="40" w:after="40" w:line="240" w:lineRule="auto"/>
              <w:jc w:val="center"/>
            </w:pPr>
            <w:r>
              <w:rPr>
                <w:b/>
                <w:color w:val="FFFFFF"/>
                <w:sz w:val="20"/>
              </w:rPr>
              <w:t>Oportunidades de Mejora</w:t>
            </w:r>
          </w:p>
        </w:tc>
      </w:tr>
      <w:tr w:rsidR="007024CC" w14:paraId="05BE3721" w14:textId="77777777">
        <w:trPr>
          <w:trHeight w:val="2400"/>
          <w:jc w:val="center"/>
        </w:trPr>
        <w:tc>
          <w:tcPr>
            <w:tcW w:w="9350" w:type="dxa"/>
            <w:gridSpan w:val="2"/>
            <w:shd w:val="clear" w:color="auto" w:fill="FFFFFF"/>
            <w:tcMar>
              <w:top w:w="85" w:type="dxa"/>
              <w:left w:w="85" w:type="dxa"/>
              <w:bottom w:w="85" w:type="dxa"/>
              <w:right w:w="85" w:type="dxa"/>
            </w:tcMar>
          </w:tcPr>
          <w:p w14:paraId="53991EB2" w14:textId="77777777" w:rsidR="007024CC" w:rsidRDefault="007024CC">
            <w:pPr>
              <w:spacing w:before="40" w:after="40" w:line="240" w:lineRule="auto"/>
            </w:pPr>
          </w:p>
          <w:p w14:paraId="343B7173" w14:textId="77777777" w:rsidR="00EC4B4D" w:rsidRDefault="00EC4B4D">
            <w:pPr>
              <w:spacing w:before="40" w:after="40" w:line="240" w:lineRule="auto"/>
            </w:pPr>
          </w:p>
          <w:p w14:paraId="677C19FF" w14:textId="77777777" w:rsidR="00EC4B4D" w:rsidRDefault="00EC4B4D">
            <w:pPr>
              <w:spacing w:before="40" w:after="40" w:line="240" w:lineRule="auto"/>
            </w:pPr>
          </w:p>
          <w:p w14:paraId="1EFE47F2" w14:textId="77777777" w:rsidR="00EC4B4D" w:rsidRDefault="00EC4B4D">
            <w:pPr>
              <w:spacing w:before="40" w:after="40" w:line="240" w:lineRule="auto"/>
            </w:pPr>
          </w:p>
          <w:p w14:paraId="1C1ACF81" w14:textId="77777777" w:rsidR="00EC4B4D" w:rsidRDefault="00EC4B4D">
            <w:pPr>
              <w:spacing w:before="40" w:after="40" w:line="240" w:lineRule="auto"/>
            </w:pPr>
          </w:p>
          <w:p w14:paraId="4B97515E" w14:textId="77777777" w:rsidR="00EC4B4D" w:rsidRDefault="00EC4B4D">
            <w:pPr>
              <w:spacing w:before="40" w:after="40" w:line="240" w:lineRule="auto"/>
            </w:pPr>
          </w:p>
          <w:p w14:paraId="07196442" w14:textId="77777777" w:rsidR="00EC4B4D" w:rsidRDefault="00EC4B4D">
            <w:pPr>
              <w:spacing w:before="40" w:after="40" w:line="240" w:lineRule="auto"/>
            </w:pPr>
          </w:p>
          <w:p w14:paraId="7427FB09" w14:textId="77777777" w:rsidR="00EC4B4D" w:rsidRDefault="00EC4B4D">
            <w:pPr>
              <w:spacing w:before="40" w:after="40" w:line="240" w:lineRule="auto"/>
            </w:pPr>
          </w:p>
          <w:p w14:paraId="3CD677EA" w14:textId="77777777" w:rsidR="00EC4B4D" w:rsidRDefault="00EC4B4D">
            <w:pPr>
              <w:spacing w:before="40" w:after="40" w:line="240" w:lineRule="auto"/>
            </w:pPr>
          </w:p>
          <w:p w14:paraId="0AC3185D" w14:textId="77777777" w:rsidR="00EC4B4D" w:rsidRDefault="00EC4B4D">
            <w:pPr>
              <w:spacing w:before="40" w:after="40" w:line="240" w:lineRule="auto"/>
            </w:pPr>
          </w:p>
          <w:p w14:paraId="798A5EC8" w14:textId="77777777" w:rsidR="00EC4B4D" w:rsidRDefault="00EC4B4D">
            <w:pPr>
              <w:spacing w:before="40" w:after="40" w:line="240" w:lineRule="auto"/>
            </w:pPr>
          </w:p>
          <w:p w14:paraId="4C6304EF" w14:textId="77777777" w:rsidR="00EC4B4D" w:rsidRDefault="00EC4B4D">
            <w:pPr>
              <w:spacing w:before="40" w:after="40" w:line="240" w:lineRule="auto"/>
            </w:pPr>
          </w:p>
          <w:p w14:paraId="0DC11C6B" w14:textId="77777777" w:rsidR="00EC4B4D" w:rsidRDefault="00EC4B4D">
            <w:pPr>
              <w:spacing w:before="40" w:after="40" w:line="240" w:lineRule="auto"/>
            </w:pPr>
          </w:p>
          <w:p w14:paraId="446BF54F" w14:textId="77777777" w:rsidR="00EC4B4D" w:rsidRDefault="00EC4B4D">
            <w:pPr>
              <w:spacing w:before="40" w:after="40" w:line="240" w:lineRule="auto"/>
            </w:pPr>
          </w:p>
          <w:p w14:paraId="7CAEB9A1" w14:textId="77777777" w:rsidR="00EC4B4D" w:rsidRDefault="00EC4B4D">
            <w:pPr>
              <w:spacing w:before="40" w:after="40" w:line="240" w:lineRule="auto"/>
            </w:pPr>
          </w:p>
          <w:p w14:paraId="56143ED6" w14:textId="77777777" w:rsidR="00EC4B4D" w:rsidRDefault="00EC4B4D">
            <w:pPr>
              <w:spacing w:before="40" w:after="40" w:line="240" w:lineRule="auto"/>
            </w:pPr>
          </w:p>
          <w:p w14:paraId="61BB8091" w14:textId="77777777" w:rsidR="00EC4B4D" w:rsidRDefault="00EC4B4D">
            <w:pPr>
              <w:spacing w:before="40" w:after="40" w:line="240" w:lineRule="auto"/>
            </w:pPr>
          </w:p>
          <w:p w14:paraId="714018EF" w14:textId="77777777" w:rsidR="00EC4B4D" w:rsidRDefault="00EC4B4D">
            <w:pPr>
              <w:spacing w:before="40" w:after="40" w:line="240" w:lineRule="auto"/>
            </w:pPr>
          </w:p>
          <w:p w14:paraId="430975FF" w14:textId="77777777" w:rsidR="00EC4B4D" w:rsidRDefault="00EC4B4D">
            <w:pPr>
              <w:spacing w:before="40" w:after="40" w:line="240" w:lineRule="auto"/>
            </w:pPr>
          </w:p>
          <w:p w14:paraId="5D008423" w14:textId="77777777" w:rsidR="00EC4B4D" w:rsidRDefault="00EC4B4D">
            <w:pPr>
              <w:spacing w:before="40" w:after="40" w:line="240" w:lineRule="auto"/>
            </w:pPr>
          </w:p>
          <w:p w14:paraId="77DA1E02" w14:textId="77777777" w:rsidR="00EC4B4D" w:rsidRDefault="00EC4B4D">
            <w:pPr>
              <w:spacing w:before="40" w:after="40" w:line="240" w:lineRule="auto"/>
            </w:pPr>
          </w:p>
        </w:tc>
      </w:tr>
    </w:tbl>
    <w:p w14:paraId="6D559EF7" w14:textId="77777777" w:rsidR="007024CC" w:rsidRDefault="007024CC">
      <w:pPr>
        <w:spacing w:line="240" w:lineRule="auto"/>
      </w:pPr>
    </w:p>
    <w:p w14:paraId="08C0497E" w14:textId="77777777" w:rsidR="007024CC" w:rsidRDefault="00CC2F94">
      <w:r>
        <w:br w:type="page"/>
      </w:r>
    </w:p>
    <w:p w14:paraId="53D01FA5" w14:textId="77777777" w:rsidR="007024CC" w:rsidRDefault="00CC2F94">
      <w:pPr>
        <w:keepNext/>
        <w:spacing w:after="160"/>
      </w:pPr>
      <w:r>
        <w:rPr>
          <w:b/>
          <w:color w:val="323E4F"/>
          <w:sz w:val="24"/>
        </w:rPr>
        <w:lastRenderedPageBreak/>
        <w:t>4. CONCLUSIONES GENERALES Y VALORACIÓN GLOBAL</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0"/>
      </w:tblGrid>
      <w:tr w:rsidR="007024CC" w:rsidRPr="00F42274" w14:paraId="34DBF3D2" w14:textId="77777777">
        <w:trPr>
          <w:trHeight w:val="9000"/>
          <w:jc w:val="center"/>
        </w:trPr>
        <w:tc>
          <w:tcPr>
            <w:tcW w:w="9350" w:type="dxa"/>
            <w:tcMar>
              <w:top w:w="113" w:type="dxa"/>
              <w:left w:w="113" w:type="dxa"/>
              <w:bottom w:w="113" w:type="dxa"/>
              <w:right w:w="113" w:type="dxa"/>
            </w:tcMar>
          </w:tcPr>
          <w:p w14:paraId="725AD19C" w14:textId="77777777" w:rsidR="007024CC" w:rsidRPr="00EC4B4D" w:rsidRDefault="00CC2F94">
            <w:pPr>
              <w:spacing w:after="60" w:line="240" w:lineRule="auto"/>
              <w:jc w:val="both"/>
              <w:rPr>
                <w:lang w:val="es-PY"/>
              </w:rPr>
            </w:pPr>
            <w:r w:rsidRPr="00EC4B4D">
              <w:rPr>
                <w:color w:val="A6A6A6"/>
                <w:sz w:val="20"/>
                <w:lang w:val="es-PY"/>
              </w:rPr>
              <w:t>Este apartado presenta la valoración global del estado de calidad de la oferta académica evaluada, construida a partir de los resultados y hallazgos obtenidos durante el proceso de evaluación.</w:t>
            </w:r>
          </w:p>
          <w:p w14:paraId="21283141" w14:textId="77777777" w:rsidR="007024CC" w:rsidRPr="00EC4B4D" w:rsidRDefault="00CC2F94">
            <w:pPr>
              <w:spacing w:after="60" w:line="240" w:lineRule="auto"/>
              <w:jc w:val="both"/>
              <w:rPr>
                <w:lang w:val="es-PY"/>
              </w:rPr>
            </w:pPr>
            <w:r w:rsidRPr="00EC4B4D">
              <w:rPr>
                <w:color w:val="A6A6A6"/>
                <w:sz w:val="20"/>
                <w:lang w:val="es-PY"/>
              </w:rPr>
              <w:t>La conclusión debe integrar los resultados de las dimensiones y criterios evaluados, destacando los principales logros y fortalezas, así como los aspectos que requieren mejora o fortalecimiento, de acuerdo con su relevancia para la calidad.</w:t>
            </w:r>
          </w:p>
          <w:p w14:paraId="1DF64D87" w14:textId="77777777" w:rsidR="007024CC" w:rsidRPr="00EC4B4D" w:rsidRDefault="00CC2F94">
            <w:pPr>
              <w:spacing w:after="60" w:line="240" w:lineRule="auto"/>
              <w:jc w:val="both"/>
              <w:rPr>
                <w:lang w:val="es-PY"/>
              </w:rPr>
            </w:pPr>
            <w:r w:rsidRPr="00EC4B4D">
              <w:rPr>
                <w:color w:val="A6A6A6"/>
                <w:sz w:val="20"/>
                <w:lang w:val="es-PY"/>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0D08EF64" w14:textId="77777777" w:rsidR="007024CC" w:rsidRPr="00EC4B4D" w:rsidRDefault="00CC2F94">
            <w:pPr>
              <w:spacing w:after="60" w:line="240" w:lineRule="auto"/>
              <w:jc w:val="both"/>
              <w:rPr>
                <w:lang w:val="es-PY"/>
              </w:rPr>
            </w:pPr>
            <w:r w:rsidRPr="00EC4B4D">
              <w:rPr>
                <w:color w:val="A6A6A6"/>
                <w:sz w:val="20"/>
                <w:lang w:val="es-PY"/>
              </w:rPr>
              <w:t>El juicio integrador debe sintetizar el nivel de desarrollo y calidad alcanzado, identificando los principales aspectos que sustentan la valoración obtenida y aquellos que requieren atención para orientar los procesos de mejora continua.</w:t>
            </w:r>
          </w:p>
          <w:p w14:paraId="2AD47D69" w14:textId="77777777" w:rsidR="007024CC" w:rsidRPr="009A1154" w:rsidRDefault="007024CC">
            <w:pPr>
              <w:spacing w:before="120"/>
              <w:rPr>
                <w:lang w:val="es-PY"/>
              </w:rPr>
            </w:pPr>
          </w:p>
        </w:tc>
      </w:tr>
    </w:tbl>
    <w:p w14:paraId="75258E7C" w14:textId="77777777" w:rsidR="007024CC" w:rsidRPr="009A1154" w:rsidRDefault="007024CC">
      <w:pPr>
        <w:spacing w:line="240" w:lineRule="auto"/>
        <w:rPr>
          <w:lang w:val="es-PY"/>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0"/>
      </w:tblGrid>
      <w:tr w:rsidR="007024CC" w14:paraId="4BF7684F" w14:textId="77777777">
        <w:trPr>
          <w:trHeight w:val="400"/>
          <w:jc w:val="center"/>
        </w:trPr>
        <w:tc>
          <w:tcPr>
            <w:tcW w:w="9350" w:type="dxa"/>
            <w:tcMar>
              <w:top w:w="60" w:type="dxa"/>
              <w:left w:w="85" w:type="dxa"/>
              <w:bottom w:w="60" w:type="dxa"/>
              <w:right w:w="85" w:type="dxa"/>
            </w:tcMar>
            <w:vAlign w:val="center"/>
          </w:tcPr>
          <w:p w14:paraId="3CD82B06" w14:textId="6C58173A" w:rsidR="007024CC" w:rsidRDefault="00CC2F94">
            <w:pPr>
              <w:spacing w:before="40" w:after="40" w:line="240" w:lineRule="auto"/>
            </w:pPr>
            <w:r>
              <w:rPr>
                <w:b/>
              </w:rPr>
              <w:t xml:space="preserve">Fecha del </w:t>
            </w:r>
            <w:r w:rsidR="00BF7FC4">
              <w:rPr>
                <w:b/>
              </w:rPr>
              <w:t>I</w:t>
            </w:r>
            <w:r>
              <w:rPr>
                <w:b/>
              </w:rPr>
              <w:t xml:space="preserve">nforme: </w:t>
            </w:r>
          </w:p>
        </w:tc>
      </w:tr>
    </w:tbl>
    <w:p w14:paraId="6D698473" w14:textId="77777777" w:rsidR="00CC2F94" w:rsidRDefault="00CC2F94"/>
    <w:sectPr w:rsidR="00CC2F94" w:rsidSect="00034616">
      <w:headerReference w:type="default" r:id="rId11"/>
      <w:footerReference w:type="default" r:id="rId12"/>
      <w:pgSz w:w="12240" w:h="15840"/>
      <w:pgMar w:top="1140" w:right="1185" w:bottom="1140"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399D2" w14:textId="77777777" w:rsidR="00CC2F94" w:rsidRDefault="00CC2F94">
      <w:pPr>
        <w:spacing w:line="240" w:lineRule="auto"/>
      </w:pPr>
      <w:r>
        <w:separator/>
      </w:r>
    </w:p>
  </w:endnote>
  <w:endnote w:type="continuationSeparator" w:id="0">
    <w:p w14:paraId="0ED2EFF5" w14:textId="77777777" w:rsidR="00CC2F94" w:rsidRDefault="00CC2F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89EE" w14:textId="77777777" w:rsidR="00CC2F94" w:rsidRDefault="00CC2F94">
    <w:pPr>
      <w:pStyle w:val="Piedepgina"/>
      <w:jc w:val="center"/>
    </w:pPr>
    <w:r>
      <w:rPr>
        <w:color w:val="808080"/>
        <w:sz w:val="18"/>
      </w:rPr>
      <w:t xml:space="preserve">Página </w:t>
    </w:r>
    <w:r>
      <w:rPr>
        <w:color w:val="808080"/>
        <w:sz w:val="18"/>
      </w:rPr>
      <w:fldChar w:fldCharType="begin"/>
    </w:r>
    <w:r>
      <w:rPr>
        <w:color w:val="808080"/>
        <w:sz w:val="18"/>
      </w:rPr>
      <w:instrText xml:space="preserve"> PAGE </w:instrText>
    </w:r>
    <w:r>
      <w:rPr>
        <w:color w:val="808080"/>
        <w:sz w:val="18"/>
      </w:rPr>
      <w:fldChar w:fldCharType="separate"/>
    </w:r>
    <w:r>
      <w:rPr>
        <w:noProof/>
        <w:color w:val="808080"/>
        <w:sz w:val="18"/>
      </w:rPr>
      <w:t>1</w:t>
    </w:r>
    <w:r>
      <w:rPr>
        <w:color w:val="808080"/>
        <w:sz w:val="18"/>
      </w:rPr>
      <w:fldChar w:fldCharType="end"/>
    </w:r>
    <w:r>
      <w:rPr>
        <w:color w:val="808080"/>
        <w:sz w:val="18"/>
      </w:rPr>
      <w:t xml:space="preserve"> de </w:t>
    </w:r>
    <w:r>
      <w:rPr>
        <w:color w:val="808080"/>
        <w:sz w:val="18"/>
      </w:rPr>
      <w:fldChar w:fldCharType="begin"/>
    </w:r>
    <w:r>
      <w:rPr>
        <w:color w:val="808080"/>
        <w:sz w:val="18"/>
      </w:rPr>
      <w:instrText xml:space="preserve"> NUMPAGES </w:instrText>
    </w:r>
    <w:r>
      <w:rPr>
        <w:color w:val="808080"/>
        <w:sz w:val="18"/>
      </w:rPr>
      <w:fldChar w:fldCharType="separate"/>
    </w:r>
    <w:r>
      <w:rPr>
        <w:noProof/>
        <w:color w:val="808080"/>
        <w:sz w:val="18"/>
      </w:rPr>
      <w:t>1</w:t>
    </w:r>
    <w:r>
      <w:rPr>
        <w:color w:val="8080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75086" w14:textId="77777777" w:rsidR="00CC2F94" w:rsidRDefault="00CC2F94">
      <w:pPr>
        <w:spacing w:line="240" w:lineRule="auto"/>
      </w:pPr>
      <w:r>
        <w:separator/>
      </w:r>
    </w:p>
  </w:footnote>
  <w:footnote w:type="continuationSeparator" w:id="0">
    <w:p w14:paraId="3C8FC8E4" w14:textId="77777777" w:rsidR="00CC2F94" w:rsidRDefault="00CC2F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B7C39" w14:textId="77777777" w:rsidR="00CC2F94" w:rsidRPr="009A1154" w:rsidRDefault="00CC2F94" w:rsidP="009A1154">
    <w:pPr>
      <w:pBdr>
        <w:top w:val="nil"/>
        <w:left w:val="nil"/>
        <w:bottom w:val="nil"/>
        <w:right w:val="nil"/>
        <w:between w:val="nil"/>
      </w:pBdr>
      <w:tabs>
        <w:tab w:val="left" w:pos="624"/>
      </w:tabs>
      <w:rPr>
        <w:b/>
        <w:bCs/>
        <w:color w:val="BFBFBF" w:themeColor="background1" w:themeShade="BF"/>
        <w:sz w:val="28"/>
        <w:szCs w:val="28"/>
      </w:rPr>
    </w:pPr>
    <w:proofErr w:type="spellStart"/>
    <w:r w:rsidRPr="00A71197">
      <w:rPr>
        <w:b/>
        <w:bCs/>
        <w:color w:val="BFBFBF" w:themeColor="background1" w:themeShade="BF"/>
        <w:sz w:val="28"/>
        <w:szCs w:val="28"/>
      </w:rPr>
      <w:t>Insertar</w:t>
    </w:r>
    <w:proofErr w:type="spellEnd"/>
    <w:r w:rsidRPr="00A71197">
      <w:rPr>
        <w:b/>
        <w:bCs/>
        <w:color w:val="BFBFBF" w:themeColor="background1" w:themeShade="BF"/>
        <w:sz w:val="28"/>
        <w:szCs w:val="28"/>
      </w:rPr>
      <w:t xml:space="preserve"> logo </w:t>
    </w:r>
    <w:proofErr w:type="spellStart"/>
    <w:r w:rsidRPr="00A71197">
      <w:rPr>
        <w:b/>
        <w:bCs/>
        <w:color w:val="BFBFBF" w:themeColor="background1" w:themeShade="BF"/>
        <w:sz w:val="28"/>
        <w:szCs w:val="28"/>
      </w:rPr>
      <w:t>institucional</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AE11CB5"/>
    <w:multiLevelType w:val="hybridMultilevel"/>
    <w:tmpl w:val="A87C29E2"/>
    <w:lvl w:ilvl="0" w:tplc="3C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C1381F"/>
    <w:multiLevelType w:val="hybridMultilevel"/>
    <w:tmpl w:val="5262F346"/>
    <w:lvl w:ilvl="0" w:tplc="3C0A000F">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1944846712">
    <w:abstractNumId w:val="8"/>
  </w:num>
  <w:num w:numId="2" w16cid:durableId="987708733">
    <w:abstractNumId w:val="6"/>
  </w:num>
  <w:num w:numId="3" w16cid:durableId="1977753291">
    <w:abstractNumId w:val="5"/>
  </w:num>
  <w:num w:numId="4" w16cid:durableId="307176704">
    <w:abstractNumId w:val="4"/>
  </w:num>
  <w:num w:numId="5" w16cid:durableId="2117945260">
    <w:abstractNumId w:val="7"/>
  </w:num>
  <w:num w:numId="6" w16cid:durableId="179322716">
    <w:abstractNumId w:val="3"/>
  </w:num>
  <w:num w:numId="7" w16cid:durableId="1389183560">
    <w:abstractNumId w:val="2"/>
  </w:num>
  <w:num w:numId="8" w16cid:durableId="2093425546">
    <w:abstractNumId w:val="1"/>
  </w:num>
  <w:num w:numId="9" w16cid:durableId="225382999">
    <w:abstractNumId w:val="0"/>
  </w:num>
  <w:num w:numId="10" w16cid:durableId="1095177021">
    <w:abstractNumId w:val="10"/>
  </w:num>
  <w:num w:numId="11" w16cid:durableId="1367257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3FA4"/>
    <w:rsid w:val="0029639D"/>
    <w:rsid w:val="002A77A9"/>
    <w:rsid w:val="00326F90"/>
    <w:rsid w:val="007024CC"/>
    <w:rsid w:val="009A1154"/>
    <w:rsid w:val="00A4135F"/>
    <w:rsid w:val="00AA1D8D"/>
    <w:rsid w:val="00B47730"/>
    <w:rsid w:val="00BF7FC4"/>
    <w:rsid w:val="00CB0664"/>
    <w:rsid w:val="00CC2F94"/>
    <w:rsid w:val="00E01B93"/>
    <w:rsid w:val="00EC4B4D"/>
    <w:rsid w:val="00F422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D765BD"/>
  <w14:defaultImageDpi w14:val="300"/>
  <w15:docId w15:val="{18E1D881-056F-48C3-8AF9-1954E7A92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Garamond" w:eastAsia="Garamond" w:hAnsi="Garamond" w:cs="Garamond"/>
      <w:color w:val="00000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68FEE-C377-45CD-85DB-9857B22B53C5}">
  <ds:schemaRefs>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documentManagement/types"/>
    <ds:schemaRef ds:uri="04ced7c2-fe6c-4dc0-a90a-a1af3751564d"/>
    <ds:schemaRef ds:uri="http://www.w3.org/XML/1998/namespace"/>
    <ds:schemaRef ds:uri="e4f75650-8e21-49ba-b91c-b81547c800b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347B282-D155-470E-8903-36B3137B588D}">
  <ds:schemaRefs>
    <ds:schemaRef ds:uri="http://schemas.microsoft.com/sharepoint/v3/contenttype/forms"/>
  </ds:schemaRefs>
</ds:datastoreItem>
</file>

<file path=customXml/itemProps3.xml><?xml version="1.0" encoding="utf-8"?>
<ds:datastoreItem xmlns:ds="http://schemas.openxmlformats.org/officeDocument/2006/customXml" ds:itemID="{FAE908B1-8072-4A2F-B070-9F90B7B67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31DB86-9164-41B3-AED2-40DBC2784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3072</Words>
  <Characters>16902</Characters>
  <Application>Microsoft Office Word</Application>
  <DocSecurity>0</DocSecurity>
  <Lines>140</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2026-08-19T18:07:00Z</dcterms:created>
  <dcterms:modified xsi:type="dcterms:W3CDTF">2026-08-19T18:07:00Z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